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8CE00" w14:textId="77777777" w:rsidR="00D077DB" w:rsidRPr="00CD7D82" w:rsidRDefault="00D077DB" w:rsidP="00D077DB">
      <w:pPr>
        <w:keepNext/>
        <w:keepLines/>
        <w:spacing w:before="480"/>
        <w:jc w:val="center"/>
        <w:outlineLvl w:val="0"/>
        <w:rPr>
          <w:rFonts w:eastAsiaTheme="majorEastAsia" w:cstheme="minorHAnsi"/>
          <w:b/>
          <w:bCs/>
          <w:color w:val="6373BA"/>
          <w:sz w:val="28"/>
          <w:szCs w:val="28"/>
          <w:lang w:val="sk-SK"/>
        </w:rPr>
      </w:pPr>
      <w:r w:rsidRPr="00CD7D82">
        <w:rPr>
          <w:rFonts w:eastAsiaTheme="majorEastAsia" w:cstheme="minorHAnsi"/>
          <w:b/>
          <w:bCs/>
          <w:color w:val="6373BA"/>
          <w:sz w:val="28"/>
          <w:szCs w:val="28"/>
          <w:lang w:val="sk-SK"/>
        </w:rPr>
        <w:t>Odporúčaný tematický výchovno-vzdelávací plán</w:t>
      </w:r>
    </w:p>
    <w:p w14:paraId="0253844F" w14:textId="77777777" w:rsidR="00D077DB" w:rsidRPr="00CD7D82" w:rsidRDefault="00D077DB" w:rsidP="00D077DB">
      <w:pPr>
        <w:rPr>
          <w:rFonts w:cstheme="minorHAnsi"/>
        </w:rPr>
      </w:pPr>
    </w:p>
    <w:p w14:paraId="590787EA" w14:textId="77777777" w:rsidR="00D077DB" w:rsidRPr="00CD7D82" w:rsidRDefault="00D077DB" w:rsidP="00D077DB">
      <w:pPr>
        <w:rPr>
          <w:rFonts w:cstheme="minorHAnsi"/>
        </w:rPr>
      </w:pPr>
    </w:p>
    <w:p w14:paraId="10F60536" w14:textId="77777777" w:rsidR="00D077DB" w:rsidRPr="00CD7D82" w:rsidRDefault="00D077DB" w:rsidP="00D077DB">
      <w:pPr>
        <w:rPr>
          <w:rFonts w:cstheme="minorHAnsi"/>
        </w:rPr>
      </w:pPr>
    </w:p>
    <w:p w14:paraId="4932B3FF" w14:textId="77777777" w:rsidR="00D077DB" w:rsidRPr="00CD7D82" w:rsidRDefault="00D077DB" w:rsidP="00D077DB">
      <w:pPr>
        <w:rPr>
          <w:rFonts w:cstheme="minorHAnsi"/>
        </w:rPr>
      </w:pPr>
    </w:p>
    <w:p w14:paraId="39300D23" w14:textId="77777777" w:rsidR="00D077DB" w:rsidRPr="00CD7D82" w:rsidRDefault="00D077DB" w:rsidP="00D077DB">
      <w:pPr>
        <w:spacing w:line="360" w:lineRule="auto"/>
        <w:ind w:left="720" w:firstLine="720"/>
        <w:rPr>
          <w:rFonts w:cstheme="minorHAnsi"/>
          <w:b/>
          <w:bCs/>
          <w:color w:val="6373BA"/>
          <w:lang w:val="sk-SK"/>
        </w:rPr>
      </w:pPr>
      <w:r w:rsidRPr="00CD7D82">
        <w:rPr>
          <w:rFonts w:cstheme="minorHAnsi"/>
          <w:b/>
          <w:bCs/>
          <w:color w:val="6373BA"/>
          <w:lang w:val="sk-SK"/>
        </w:rPr>
        <w:t>Vzdelávacia oblasť:</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lang w:val="sk-SK"/>
        </w:rPr>
        <w:t>Jazyk a komunikácia</w:t>
      </w:r>
    </w:p>
    <w:p w14:paraId="0374C6D8" w14:textId="77777777" w:rsidR="00D077DB" w:rsidRPr="00CD7D82" w:rsidRDefault="00D077DB" w:rsidP="00D077DB">
      <w:pPr>
        <w:spacing w:line="360" w:lineRule="auto"/>
        <w:ind w:left="720" w:firstLine="720"/>
        <w:rPr>
          <w:rFonts w:cstheme="minorHAnsi"/>
          <w:b/>
          <w:bCs/>
          <w:color w:val="6373BA"/>
          <w:lang w:val="sk-SK"/>
        </w:rPr>
      </w:pPr>
      <w:r w:rsidRPr="00CD7D82">
        <w:rPr>
          <w:rFonts w:cstheme="minorHAnsi"/>
          <w:b/>
          <w:bCs/>
          <w:color w:val="6373BA"/>
          <w:lang w:val="sk-SK"/>
        </w:rPr>
        <w:t>Predmet:</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lang w:val="sk-SK"/>
        </w:rPr>
        <w:t>anglický jazyk</w:t>
      </w:r>
    </w:p>
    <w:p w14:paraId="31FCF8C1" w14:textId="08113CF5" w:rsidR="00D077DB" w:rsidRPr="00CD7D82" w:rsidRDefault="00D077DB" w:rsidP="00D077DB">
      <w:pPr>
        <w:spacing w:line="360" w:lineRule="auto"/>
        <w:ind w:left="720" w:firstLine="720"/>
        <w:rPr>
          <w:rFonts w:cstheme="minorHAnsi"/>
          <w:b/>
          <w:bCs/>
          <w:color w:val="6373BA"/>
          <w:lang w:val="sk-SK"/>
        </w:rPr>
      </w:pPr>
      <w:r w:rsidRPr="00CD7D82">
        <w:rPr>
          <w:rFonts w:cstheme="minorHAnsi"/>
          <w:b/>
          <w:bCs/>
          <w:color w:val="6373BA"/>
          <w:lang w:val="sk-SK"/>
        </w:rPr>
        <w:t>Ročník:</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p>
    <w:p w14:paraId="50DFC500" w14:textId="77777777" w:rsidR="00D077DB" w:rsidRPr="00CD7D82" w:rsidRDefault="00D077DB" w:rsidP="00D077DB">
      <w:pPr>
        <w:spacing w:line="360" w:lineRule="auto"/>
        <w:ind w:left="720" w:firstLine="720"/>
        <w:rPr>
          <w:rFonts w:cstheme="minorHAnsi"/>
          <w:b/>
          <w:bCs/>
          <w:color w:val="6373BA"/>
          <w:lang w:val="sk-SK"/>
        </w:rPr>
      </w:pPr>
      <w:r w:rsidRPr="00CD7D82">
        <w:rPr>
          <w:rFonts w:cstheme="minorHAnsi"/>
          <w:b/>
          <w:bCs/>
          <w:color w:val="6373BA"/>
          <w:lang w:val="sk-SK"/>
        </w:rPr>
        <w:t>Trieda:</w:t>
      </w:r>
    </w:p>
    <w:p w14:paraId="33957661" w14:textId="77777777" w:rsidR="00D077DB" w:rsidRPr="00CD7D82" w:rsidRDefault="00D077DB" w:rsidP="00D077DB">
      <w:pPr>
        <w:spacing w:line="360" w:lineRule="auto"/>
        <w:ind w:left="720" w:firstLine="720"/>
        <w:rPr>
          <w:rFonts w:cstheme="minorHAnsi"/>
          <w:color w:val="6373BA"/>
          <w:lang w:val="sk-SK"/>
        </w:rPr>
      </w:pPr>
      <w:r w:rsidRPr="00CD7D82">
        <w:rPr>
          <w:rFonts w:cstheme="minorHAnsi"/>
          <w:b/>
          <w:bCs/>
          <w:color w:val="6373BA"/>
          <w:lang w:val="sk-SK"/>
        </w:rPr>
        <w:t>Ročná/týždenná hodinová dotácia:</w:t>
      </w:r>
      <w:r w:rsidRPr="00CD7D82">
        <w:rPr>
          <w:rFonts w:cstheme="minorHAnsi"/>
          <w:b/>
          <w:bCs/>
          <w:color w:val="6373BA"/>
          <w:lang w:val="sk-SK"/>
        </w:rPr>
        <w:tab/>
      </w:r>
      <w:r w:rsidRPr="00CD7D82">
        <w:rPr>
          <w:rFonts w:cstheme="minorHAnsi"/>
          <w:b/>
          <w:bCs/>
          <w:lang w:val="sk-SK"/>
        </w:rPr>
        <w:t>99/3</w:t>
      </w:r>
    </w:p>
    <w:p w14:paraId="07EB37DD" w14:textId="77777777" w:rsidR="00D077DB" w:rsidRPr="00CD7D82" w:rsidRDefault="00D077DB" w:rsidP="00D077DB">
      <w:pPr>
        <w:spacing w:line="360" w:lineRule="auto"/>
        <w:ind w:left="720" w:firstLine="720"/>
        <w:rPr>
          <w:rFonts w:cstheme="minorHAnsi"/>
          <w:b/>
          <w:bCs/>
          <w:color w:val="6373BA"/>
          <w:lang w:val="sk-SK"/>
        </w:rPr>
      </w:pPr>
      <w:r w:rsidRPr="00CD7D82">
        <w:rPr>
          <w:rFonts w:cstheme="minorHAnsi"/>
          <w:b/>
          <w:bCs/>
          <w:color w:val="6373BA"/>
          <w:lang w:val="sk-SK"/>
        </w:rPr>
        <w:t>Školský rok:</w:t>
      </w:r>
    </w:p>
    <w:p w14:paraId="66DF44CA" w14:textId="773A73DC" w:rsidR="0078089B" w:rsidRPr="00BD023E" w:rsidRDefault="00D077DB" w:rsidP="00BD023E">
      <w:pPr>
        <w:spacing w:line="360" w:lineRule="auto"/>
        <w:ind w:left="720" w:firstLine="720"/>
        <w:rPr>
          <w:rFonts w:cstheme="minorHAnsi"/>
          <w:b/>
          <w:bCs/>
          <w:color w:val="6373BA"/>
          <w:lang w:val="sk-SK"/>
        </w:rPr>
      </w:pPr>
      <w:r w:rsidRPr="00CD7D82">
        <w:rPr>
          <w:rFonts w:cstheme="minorHAnsi"/>
          <w:b/>
          <w:bCs/>
          <w:color w:val="6373BA"/>
          <w:lang w:val="sk-SK"/>
        </w:rPr>
        <w:t xml:space="preserve">K vypracovaniu bolo použité: </w:t>
      </w:r>
      <w:r w:rsidRPr="00CD7D82">
        <w:rPr>
          <w:rFonts w:cstheme="minorHAnsi"/>
          <w:b/>
          <w:bCs/>
          <w:color w:val="6373BA"/>
          <w:lang w:val="sk-SK"/>
        </w:rPr>
        <w:tab/>
      </w:r>
      <w:r w:rsidRPr="00CD7D82">
        <w:rPr>
          <w:rFonts w:cstheme="minorHAnsi"/>
          <w:b/>
          <w:bCs/>
          <w:color w:val="EE0000"/>
          <w:lang w:val="sk-SK"/>
        </w:rPr>
        <w:t xml:space="preserve">Get to </w:t>
      </w:r>
      <w:proofErr w:type="spellStart"/>
      <w:r w:rsidRPr="00CD7D82">
        <w:rPr>
          <w:rFonts w:cstheme="minorHAnsi"/>
          <w:b/>
          <w:bCs/>
          <w:color w:val="EE0000"/>
          <w:lang w:val="sk-SK"/>
        </w:rPr>
        <w:t>the</w:t>
      </w:r>
      <w:proofErr w:type="spellEnd"/>
      <w:r w:rsidRPr="00CD7D82">
        <w:rPr>
          <w:rFonts w:cstheme="minorHAnsi"/>
          <w:b/>
          <w:bCs/>
          <w:color w:val="EE0000"/>
          <w:lang w:val="sk-SK"/>
        </w:rPr>
        <w:t xml:space="preserve"> Top Plus </w:t>
      </w:r>
      <w:r>
        <w:rPr>
          <w:rFonts w:cstheme="minorHAnsi"/>
          <w:b/>
          <w:bCs/>
          <w:color w:val="EE0000"/>
          <w:lang w:val="sk-SK"/>
        </w:rPr>
        <w:t>2</w:t>
      </w:r>
      <w:r w:rsidRPr="00CD7D82">
        <w:rPr>
          <w:rFonts w:cstheme="minorHAnsi"/>
          <w:b/>
          <w:bCs/>
          <w:color w:val="EE0000"/>
          <w:lang w:val="sk-SK"/>
        </w:rPr>
        <w:t>, MM Publications</w:t>
      </w:r>
    </w:p>
    <w:tbl>
      <w:tblPr>
        <w:tblStyle w:val="TableGrid"/>
        <w:tblpPr w:leftFromText="180" w:rightFromText="180" w:horzAnchor="margin" w:tblpY="-1440"/>
        <w:tblW w:w="0" w:type="auto"/>
        <w:tblLook w:val="04A0" w:firstRow="1" w:lastRow="0" w:firstColumn="1" w:lastColumn="0" w:noHBand="0" w:noVBand="1"/>
      </w:tblPr>
      <w:tblGrid>
        <w:gridCol w:w="865"/>
        <w:gridCol w:w="872"/>
        <w:gridCol w:w="1093"/>
        <w:gridCol w:w="2316"/>
        <w:gridCol w:w="2317"/>
        <w:gridCol w:w="2249"/>
        <w:gridCol w:w="1740"/>
        <w:gridCol w:w="1576"/>
        <w:gridCol w:w="1650"/>
      </w:tblGrid>
      <w:tr w:rsidR="00840388" w14:paraId="7115AF95" w14:textId="77777777" w:rsidTr="008646AA">
        <w:tc>
          <w:tcPr>
            <w:tcW w:w="865" w:type="dxa"/>
            <w:shd w:val="clear" w:color="auto" w:fill="EE0000"/>
            <w:vAlign w:val="center"/>
          </w:tcPr>
          <w:p w14:paraId="1E5EE7C1" w14:textId="77777777" w:rsidR="00840388" w:rsidRPr="008B5994" w:rsidRDefault="00A35792" w:rsidP="008646AA">
            <w:pPr>
              <w:rPr>
                <w:b/>
                <w:bCs/>
                <w:color w:val="FFFFFF"/>
              </w:rPr>
            </w:pPr>
            <w:proofErr w:type="spellStart"/>
            <w:r w:rsidRPr="008B5994">
              <w:rPr>
                <w:rFonts w:ascii="Calibri" w:eastAsia="Calibri" w:hAnsi="Calibri"/>
                <w:b/>
                <w:bCs/>
                <w:color w:val="FFFFFF"/>
              </w:rPr>
              <w:lastRenderedPageBreak/>
              <w:t>Týždeň</w:t>
            </w:r>
            <w:proofErr w:type="spellEnd"/>
          </w:p>
        </w:tc>
        <w:tc>
          <w:tcPr>
            <w:tcW w:w="872" w:type="dxa"/>
            <w:shd w:val="clear" w:color="auto" w:fill="EE0000"/>
            <w:vAlign w:val="center"/>
          </w:tcPr>
          <w:p w14:paraId="39ED9FF2" w14:textId="77777777" w:rsidR="00840388" w:rsidRPr="008B5994" w:rsidRDefault="00A35792" w:rsidP="008646AA">
            <w:pPr>
              <w:rPr>
                <w:b/>
                <w:bCs/>
                <w:color w:val="FFFFFF"/>
              </w:rPr>
            </w:pPr>
            <w:r w:rsidRPr="008B5994">
              <w:rPr>
                <w:rFonts w:ascii="Calibri" w:eastAsia="Calibri" w:hAnsi="Calibri"/>
                <w:b/>
                <w:bCs/>
                <w:color w:val="FFFFFF"/>
              </w:rPr>
              <w:t>Hodina</w:t>
            </w:r>
          </w:p>
        </w:tc>
        <w:tc>
          <w:tcPr>
            <w:tcW w:w="1093" w:type="dxa"/>
            <w:shd w:val="clear" w:color="auto" w:fill="EE0000"/>
            <w:vAlign w:val="center"/>
          </w:tcPr>
          <w:p w14:paraId="6C1DCFAB" w14:textId="77777777" w:rsidR="00840388" w:rsidRPr="008B5994" w:rsidRDefault="00A35792" w:rsidP="008646AA">
            <w:pPr>
              <w:rPr>
                <w:b/>
                <w:bCs/>
                <w:color w:val="FFFFFF"/>
              </w:rPr>
            </w:pPr>
            <w:r w:rsidRPr="008B5994">
              <w:rPr>
                <w:rFonts w:ascii="Calibri" w:eastAsia="Calibri" w:hAnsi="Calibri"/>
                <w:b/>
                <w:bCs/>
                <w:color w:val="FFFFFF"/>
              </w:rPr>
              <w:t>Lekcia</w:t>
            </w:r>
          </w:p>
        </w:tc>
        <w:tc>
          <w:tcPr>
            <w:tcW w:w="2316" w:type="dxa"/>
            <w:shd w:val="clear" w:color="auto" w:fill="EE0000"/>
            <w:vAlign w:val="center"/>
          </w:tcPr>
          <w:p w14:paraId="4EB4BB45" w14:textId="77777777" w:rsidR="00840388" w:rsidRPr="008B5994" w:rsidRDefault="00A35792" w:rsidP="008646AA">
            <w:pPr>
              <w:rPr>
                <w:b/>
                <w:bCs/>
                <w:color w:val="FFFFFF"/>
              </w:rPr>
            </w:pPr>
            <w:r w:rsidRPr="008B5994">
              <w:rPr>
                <w:rFonts w:ascii="Calibri" w:eastAsia="Calibri" w:hAnsi="Calibri"/>
                <w:b/>
                <w:bCs/>
                <w:color w:val="FFFFFF"/>
              </w:rPr>
              <w:t>Téma hodiny – učivo</w:t>
            </w:r>
          </w:p>
        </w:tc>
        <w:tc>
          <w:tcPr>
            <w:tcW w:w="2317" w:type="dxa"/>
            <w:shd w:val="clear" w:color="auto" w:fill="EE0000"/>
            <w:vAlign w:val="center"/>
          </w:tcPr>
          <w:p w14:paraId="0681327E" w14:textId="77777777" w:rsidR="00840388" w:rsidRPr="008B5994" w:rsidRDefault="00A35792" w:rsidP="008646AA">
            <w:pPr>
              <w:rPr>
                <w:b/>
                <w:bCs/>
                <w:color w:val="FFFFFF"/>
              </w:rPr>
            </w:pPr>
            <w:r w:rsidRPr="008B5994">
              <w:rPr>
                <w:rFonts w:ascii="Calibri" w:eastAsia="Calibri" w:hAnsi="Calibri"/>
                <w:b/>
                <w:bCs/>
                <w:color w:val="FFFFFF"/>
              </w:rPr>
              <w:t>Funkcie a ciele hodiny (Žiak vie/dokáže)</w:t>
            </w:r>
          </w:p>
        </w:tc>
        <w:tc>
          <w:tcPr>
            <w:tcW w:w="2249" w:type="dxa"/>
            <w:shd w:val="clear" w:color="auto" w:fill="EE0000"/>
            <w:vAlign w:val="center"/>
          </w:tcPr>
          <w:p w14:paraId="257AB8E2" w14:textId="77777777" w:rsidR="00840388" w:rsidRPr="008B5994" w:rsidRDefault="00A35792" w:rsidP="008646AA">
            <w:pPr>
              <w:rPr>
                <w:b/>
                <w:bCs/>
                <w:color w:val="FFFFFF"/>
              </w:rPr>
            </w:pPr>
            <w:r w:rsidRPr="008B5994">
              <w:rPr>
                <w:rFonts w:ascii="Calibri" w:eastAsia="Calibri" w:hAnsi="Calibri"/>
                <w:b/>
                <w:bCs/>
                <w:color w:val="FFFFFF"/>
              </w:rPr>
              <w:t>Gramatické štruktúry</w:t>
            </w:r>
          </w:p>
        </w:tc>
        <w:tc>
          <w:tcPr>
            <w:tcW w:w="1740" w:type="dxa"/>
            <w:shd w:val="clear" w:color="auto" w:fill="EE0000"/>
            <w:vAlign w:val="center"/>
          </w:tcPr>
          <w:p w14:paraId="701376E9" w14:textId="77777777" w:rsidR="00840388" w:rsidRPr="008B5994" w:rsidRDefault="00A35792" w:rsidP="008646AA">
            <w:pPr>
              <w:rPr>
                <w:b/>
                <w:bCs/>
                <w:color w:val="FFFFFF"/>
              </w:rPr>
            </w:pPr>
            <w:r w:rsidRPr="008B5994">
              <w:rPr>
                <w:rFonts w:ascii="Calibri" w:eastAsia="Calibri" w:hAnsi="Calibri"/>
                <w:b/>
                <w:bCs/>
                <w:color w:val="FFFFFF"/>
              </w:rPr>
              <w:t>Slovná zásoba</w:t>
            </w:r>
          </w:p>
        </w:tc>
        <w:tc>
          <w:tcPr>
            <w:tcW w:w="1576" w:type="dxa"/>
            <w:shd w:val="clear" w:color="auto" w:fill="EE0000"/>
            <w:vAlign w:val="center"/>
          </w:tcPr>
          <w:p w14:paraId="35C5CD6B" w14:textId="77777777" w:rsidR="00840388" w:rsidRPr="008B5994" w:rsidRDefault="00A35792" w:rsidP="008646AA">
            <w:pPr>
              <w:rPr>
                <w:b/>
                <w:bCs/>
                <w:color w:val="FFFFFF"/>
              </w:rPr>
            </w:pPr>
            <w:r w:rsidRPr="008B5994">
              <w:rPr>
                <w:rFonts w:ascii="Calibri" w:eastAsia="Calibri" w:hAnsi="Calibri"/>
                <w:b/>
                <w:bCs/>
                <w:color w:val="FFFFFF"/>
              </w:rPr>
              <w:t>Pomocné materiály</w:t>
            </w:r>
          </w:p>
        </w:tc>
        <w:tc>
          <w:tcPr>
            <w:tcW w:w="1650" w:type="dxa"/>
            <w:shd w:val="clear" w:color="auto" w:fill="EE0000"/>
            <w:vAlign w:val="center"/>
          </w:tcPr>
          <w:p w14:paraId="0066569F" w14:textId="77777777" w:rsidR="00840388" w:rsidRPr="008B5994" w:rsidRDefault="00A35792" w:rsidP="008646AA">
            <w:pPr>
              <w:rPr>
                <w:b/>
                <w:bCs/>
                <w:color w:val="FFFFFF"/>
              </w:rPr>
            </w:pPr>
            <w:r w:rsidRPr="008B5994">
              <w:rPr>
                <w:rFonts w:ascii="Calibri" w:eastAsia="Calibri" w:hAnsi="Calibri"/>
                <w:b/>
                <w:bCs/>
                <w:color w:val="FFFFFF"/>
              </w:rPr>
              <w:t>Kompetencie</w:t>
            </w:r>
          </w:p>
        </w:tc>
      </w:tr>
      <w:tr w:rsidR="00840388" w14:paraId="3D13DC10" w14:textId="77777777" w:rsidTr="008646AA">
        <w:tc>
          <w:tcPr>
            <w:tcW w:w="865" w:type="dxa"/>
            <w:vAlign w:val="center"/>
          </w:tcPr>
          <w:p w14:paraId="67FDCC35" w14:textId="77777777" w:rsidR="00840388" w:rsidRDefault="00A35792" w:rsidP="008646AA">
            <w:r>
              <w:rPr>
                <w:rFonts w:ascii="Calibri" w:eastAsia="Calibri" w:hAnsi="Calibri"/>
                <w:sz w:val="16"/>
              </w:rPr>
              <w:t>1</w:t>
            </w:r>
          </w:p>
        </w:tc>
        <w:tc>
          <w:tcPr>
            <w:tcW w:w="872" w:type="dxa"/>
            <w:vAlign w:val="center"/>
          </w:tcPr>
          <w:p w14:paraId="0E8FF6D5" w14:textId="77777777" w:rsidR="00840388" w:rsidRDefault="00A35792" w:rsidP="008646AA">
            <w:r>
              <w:rPr>
                <w:rFonts w:ascii="Calibri" w:eastAsia="Calibri" w:hAnsi="Calibri"/>
                <w:sz w:val="16"/>
              </w:rPr>
              <w:t>1</w:t>
            </w:r>
          </w:p>
        </w:tc>
        <w:tc>
          <w:tcPr>
            <w:tcW w:w="1093" w:type="dxa"/>
            <w:vAlign w:val="center"/>
          </w:tcPr>
          <w:p w14:paraId="43FCFA3B" w14:textId="77777777" w:rsidR="00840388" w:rsidRDefault="00A35792" w:rsidP="008646AA">
            <w:r>
              <w:rPr>
                <w:rFonts w:ascii="Calibri" w:eastAsia="Calibri" w:hAnsi="Calibri"/>
                <w:sz w:val="16"/>
              </w:rPr>
              <w:t>Introduction</w:t>
            </w:r>
          </w:p>
        </w:tc>
        <w:tc>
          <w:tcPr>
            <w:tcW w:w="2316" w:type="dxa"/>
            <w:vAlign w:val="center"/>
          </w:tcPr>
          <w:p w14:paraId="5B1893C1" w14:textId="77777777" w:rsidR="00840388" w:rsidRDefault="00A35792" w:rsidP="008646AA">
            <w:r>
              <w:rPr>
                <w:rFonts w:ascii="Calibri" w:eastAsia="Calibri" w:hAnsi="Calibri"/>
                <w:sz w:val="16"/>
              </w:rPr>
              <w:t>Úvodná hodina, práca s učebnicou a jej komponentmi</w:t>
            </w:r>
          </w:p>
        </w:tc>
        <w:tc>
          <w:tcPr>
            <w:tcW w:w="2317" w:type="dxa"/>
            <w:vAlign w:val="center"/>
          </w:tcPr>
          <w:p w14:paraId="58E949A6" w14:textId="77777777" w:rsidR="00840388" w:rsidRDefault="00A35792" w:rsidP="008646AA">
            <w:r>
              <w:rPr>
                <w:rFonts w:ascii="Calibri" w:eastAsia="Calibri" w:hAnsi="Calibri"/>
                <w:sz w:val="16"/>
              </w:rPr>
              <w:t>pracovať s učebnicou a jej komponentmi</w:t>
            </w:r>
            <w:r>
              <w:rPr>
                <w:rFonts w:ascii="Calibri" w:eastAsia="Calibri" w:hAnsi="Calibri"/>
                <w:sz w:val="16"/>
              </w:rPr>
              <w:br/>
              <w:t>orientovať sa v štruktúre učebnice</w:t>
            </w:r>
            <w:r>
              <w:rPr>
                <w:rFonts w:ascii="Calibri" w:eastAsia="Calibri" w:hAnsi="Calibri"/>
                <w:sz w:val="16"/>
              </w:rPr>
              <w:br/>
              <w:t>rozumieť základným pokynom</w:t>
            </w:r>
          </w:p>
        </w:tc>
        <w:tc>
          <w:tcPr>
            <w:tcW w:w="2249" w:type="dxa"/>
            <w:vAlign w:val="center"/>
          </w:tcPr>
          <w:p w14:paraId="08BB4CC9" w14:textId="77777777" w:rsidR="00840388" w:rsidRDefault="00840388" w:rsidP="008646AA"/>
        </w:tc>
        <w:tc>
          <w:tcPr>
            <w:tcW w:w="1740" w:type="dxa"/>
            <w:vAlign w:val="center"/>
          </w:tcPr>
          <w:p w14:paraId="147D6894" w14:textId="77777777" w:rsidR="00840388" w:rsidRDefault="00840388" w:rsidP="008646AA"/>
        </w:tc>
        <w:tc>
          <w:tcPr>
            <w:tcW w:w="1576" w:type="dxa"/>
            <w:vAlign w:val="center"/>
          </w:tcPr>
          <w:p w14:paraId="2A21BA07" w14:textId="77777777" w:rsidR="00840388" w:rsidRDefault="00A35792" w:rsidP="008646AA">
            <w:r>
              <w:rPr>
                <w:rFonts w:ascii="Calibri" w:eastAsia="Calibri" w:hAnsi="Calibri"/>
                <w:sz w:val="16"/>
              </w:rPr>
              <w:t>SB, WB, companion</w:t>
            </w:r>
          </w:p>
        </w:tc>
        <w:tc>
          <w:tcPr>
            <w:tcW w:w="1650" w:type="dxa"/>
            <w:vAlign w:val="center"/>
          </w:tcPr>
          <w:p w14:paraId="6AEA6439" w14:textId="77777777" w:rsidR="00840388" w:rsidRDefault="00A35792" w:rsidP="008646AA">
            <w:r>
              <w:rPr>
                <w:rFonts w:ascii="Calibri" w:eastAsia="Calibri" w:hAnsi="Calibri"/>
                <w:sz w:val="16"/>
              </w:rPr>
              <w:t>samostatné učenie</w:t>
            </w:r>
          </w:p>
        </w:tc>
      </w:tr>
      <w:tr w:rsidR="00840388" w14:paraId="00568A02" w14:textId="77777777" w:rsidTr="008646AA">
        <w:tc>
          <w:tcPr>
            <w:tcW w:w="865" w:type="dxa"/>
            <w:vAlign w:val="center"/>
          </w:tcPr>
          <w:p w14:paraId="3DEE274E" w14:textId="77777777" w:rsidR="00840388" w:rsidRDefault="00840388" w:rsidP="008646AA"/>
        </w:tc>
        <w:tc>
          <w:tcPr>
            <w:tcW w:w="872" w:type="dxa"/>
            <w:vAlign w:val="center"/>
          </w:tcPr>
          <w:p w14:paraId="7466BED6" w14:textId="77777777" w:rsidR="00840388" w:rsidRDefault="00A35792" w:rsidP="008646AA">
            <w:r>
              <w:rPr>
                <w:rFonts w:ascii="Calibri" w:eastAsia="Calibri" w:hAnsi="Calibri"/>
                <w:sz w:val="16"/>
              </w:rPr>
              <w:t>2</w:t>
            </w:r>
          </w:p>
        </w:tc>
        <w:tc>
          <w:tcPr>
            <w:tcW w:w="1093" w:type="dxa"/>
            <w:vAlign w:val="center"/>
          </w:tcPr>
          <w:p w14:paraId="24B42057" w14:textId="77777777" w:rsidR="00840388" w:rsidRDefault="00A35792" w:rsidP="008646AA">
            <w:r>
              <w:rPr>
                <w:rFonts w:ascii="Calibri" w:eastAsia="Calibri" w:hAnsi="Calibri"/>
                <w:sz w:val="16"/>
              </w:rPr>
              <w:t>Hello</w:t>
            </w:r>
          </w:p>
        </w:tc>
        <w:tc>
          <w:tcPr>
            <w:tcW w:w="2316" w:type="dxa"/>
            <w:vAlign w:val="center"/>
          </w:tcPr>
          <w:p w14:paraId="2D49622E" w14:textId="77777777" w:rsidR="00840388" w:rsidRDefault="00A35792" w:rsidP="008646AA">
            <w:r>
              <w:rPr>
                <w:rFonts w:ascii="Calibri" w:eastAsia="Calibri" w:hAnsi="Calibri"/>
                <w:sz w:val="16"/>
              </w:rPr>
              <w:t>Predstavenie sa, osobné údaje, vyjadrenie času</w:t>
            </w:r>
          </w:p>
        </w:tc>
        <w:tc>
          <w:tcPr>
            <w:tcW w:w="2317" w:type="dxa"/>
            <w:vAlign w:val="center"/>
          </w:tcPr>
          <w:p w14:paraId="73483781" w14:textId="77777777" w:rsidR="00840388" w:rsidRDefault="00A35792" w:rsidP="008646AA">
            <w:r>
              <w:rPr>
                <w:rFonts w:ascii="Calibri" w:eastAsia="Calibri" w:hAnsi="Calibri"/>
                <w:sz w:val="16"/>
              </w:rPr>
              <w:t>predstaviť sa a uviesť základné osobné údaje</w:t>
            </w:r>
            <w:r>
              <w:rPr>
                <w:rFonts w:ascii="Calibri" w:eastAsia="Calibri" w:hAnsi="Calibri"/>
                <w:sz w:val="16"/>
              </w:rPr>
              <w:br/>
              <w:t>klásť otázky o osobných údajoch a odpovedať na ne</w:t>
            </w:r>
            <w:r>
              <w:rPr>
                <w:rFonts w:ascii="Calibri" w:eastAsia="Calibri" w:hAnsi="Calibri"/>
                <w:sz w:val="16"/>
              </w:rPr>
              <w:br/>
              <w:t>určiť čas v angličtine</w:t>
            </w:r>
          </w:p>
        </w:tc>
        <w:tc>
          <w:tcPr>
            <w:tcW w:w="2249" w:type="dxa"/>
            <w:vAlign w:val="center"/>
          </w:tcPr>
          <w:p w14:paraId="348643EE" w14:textId="77777777" w:rsidR="00840388" w:rsidRDefault="00A35792" w:rsidP="008646AA">
            <w:r>
              <w:rPr>
                <w:rFonts w:ascii="Calibri" w:eastAsia="Calibri" w:hAnsi="Calibri"/>
                <w:sz w:val="16"/>
              </w:rPr>
              <w:t>How old? / What?</w:t>
            </w:r>
            <w:r>
              <w:rPr>
                <w:rFonts w:ascii="Calibri" w:eastAsia="Calibri" w:hAnsi="Calibri"/>
                <w:sz w:val="16"/>
              </w:rPr>
              <w:br/>
              <w:t>The verb be</w:t>
            </w:r>
          </w:p>
        </w:tc>
        <w:tc>
          <w:tcPr>
            <w:tcW w:w="1740" w:type="dxa"/>
            <w:vAlign w:val="center"/>
          </w:tcPr>
          <w:p w14:paraId="1DE8C2E0" w14:textId="77777777" w:rsidR="00840388" w:rsidRDefault="00A35792" w:rsidP="008646AA">
            <w:r>
              <w:rPr>
                <w:rFonts w:ascii="Calibri" w:eastAsia="Calibri" w:hAnsi="Calibri"/>
                <w:sz w:val="16"/>
              </w:rPr>
              <w:t>What’s your name? I’m…, How old are you?, I’m … years old, What year are you in?, I’m in year …, What’s the time?, It’s …, past/to, am/pm, o’clock, half past, quarter</w:t>
            </w:r>
          </w:p>
        </w:tc>
        <w:tc>
          <w:tcPr>
            <w:tcW w:w="1576" w:type="dxa"/>
            <w:vAlign w:val="center"/>
          </w:tcPr>
          <w:p w14:paraId="0588D4CF"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6D58BCF9" w14:textId="77777777" w:rsidR="00840388" w:rsidRDefault="00840388" w:rsidP="008646AA"/>
        </w:tc>
      </w:tr>
      <w:tr w:rsidR="00840388" w14:paraId="054BC767" w14:textId="77777777" w:rsidTr="008646AA">
        <w:tc>
          <w:tcPr>
            <w:tcW w:w="865" w:type="dxa"/>
            <w:vAlign w:val="center"/>
          </w:tcPr>
          <w:p w14:paraId="12F9116C" w14:textId="77777777" w:rsidR="00840388" w:rsidRDefault="00840388" w:rsidP="008646AA"/>
        </w:tc>
        <w:tc>
          <w:tcPr>
            <w:tcW w:w="872" w:type="dxa"/>
            <w:vAlign w:val="center"/>
          </w:tcPr>
          <w:p w14:paraId="781E1388" w14:textId="77777777" w:rsidR="00840388" w:rsidRDefault="00A35792" w:rsidP="008646AA">
            <w:r>
              <w:rPr>
                <w:rFonts w:ascii="Calibri" w:eastAsia="Calibri" w:hAnsi="Calibri"/>
                <w:sz w:val="16"/>
              </w:rPr>
              <w:t>3</w:t>
            </w:r>
          </w:p>
        </w:tc>
        <w:tc>
          <w:tcPr>
            <w:tcW w:w="1093" w:type="dxa"/>
            <w:vAlign w:val="center"/>
          </w:tcPr>
          <w:p w14:paraId="34E03290" w14:textId="77777777" w:rsidR="00840388" w:rsidRDefault="00A35792" w:rsidP="008646AA">
            <w:r>
              <w:rPr>
                <w:rFonts w:ascii="Calibri" w:eastAsia="Calibri" w:hAnsi="Calibri"/>
                <w:sz w:val="16"/>
              </w:rPr>
              <w:t>Hello</w:t>
            </w:r>
          </w:p>
        </w:tc>
        <w:tc>
          <w:tcPr>
            <w:tcW w:w="2316" w:type="dxa"/>
            <w:vAlign w:val="center"/>
          </w:tcPr>
          <w:p w14:paraId="1800886B" w14:textId="77777777" w:rsidR="00840388" w:rsidRDefault="00A35792" w:rsidP="008646AA">
            <w:r>
              <w:rPr>
                <w:rFonts w:ascii="Calibri" w:eastAsia="Calibri" w:hAnsi="Calibri"/>
                <w:sz w:val="16"/>
              </w:rPr>
              <w:t>Rodina, krajiny a národnosti</w:t>
            </w:r>
          </w:p>
        </w:tc>
        <w:tc>
          <w:tcPr>
            <w:tcW w:w="2317" w:type="dxa"/>
            <w:vAlign w:val="center"/>
          </w:tcPr>
          <w:p w14:paraId="677E3CFF" w14:textId="77777777" w:rsidR="00840388" w:rsidRDefault="00A35792" w:rsidP="008646AA">
            <w:r>
              <w:rPr>
                <w:rFonts w:ascii="Calibri" w:eastAsia="Calibri" w:hAnsi="Calibri"/>
                <w:sz w:val="16"/>
              </w:rPr>
              <w:t>pomenovať členov rodiny</w:t>
            </w:r>
            <w:r>
              <w:rPr>
                <w:rFonts w:ascii="Calibri" w:eastAsia="Calibri" w:hAnsi="Calibri"/>
                <w:sz w:val="16"/>
              </w:rPr>
              <w:br/>
              <w:t>hovoriť o svojej rodine</w:t>
            </w:r>
            <w:r>
              <w:rPr>
                <w:rFonts w:ascii="Calibri" w:eastAsia="Calibri" w:hAnsi="Calibri"/>
                <w:sz w:val="16"/>
              </w:rPr>
              <w:br/>
              <w:t>pomenovať krajiny a národnosti</w:t>
            </w:r>
          </w:p>
        </w:tc>
        <w:tc>
          <w:tcPr>
            <w:tcW w:w="2249" w:type="dxa"/>
            <w:vAlign w:val="center"/>
          </w:tcPr>
          <w:p w14:paraId="70F6F174" w14:textId="77777777" w:rsidR="00840388" w:rsidRDefault="00A35792" w:rsidP="008646AA">
            <w:r>
              <w:rPr>
                <w:rFonts w:ascii="Calibri" w:eastAsia="Calibri" w:hAnsi="Calibri"/>
                <w:sz w:val="16"/>
              </w:rPr>
              <w:t>The verb have got</w:t>
            </w:r>
            <w:r>
              <w:rPr>
                <w:rFonts w:ascii="Calibri" w:eastAsia="Calibri" w:hAnsi="Calibri"/>
                <w:sz w:val="16"/>
              </w:rPr>
              <w:br/>
              <w:t>Where … from?</w:t>
            </w:r>
          </w:p>
        </w:tc>
        <w:tc>
          <w:tcPr>
            <w:tcW w:w="1740" w:type="dxa"/>
            <w:vAlign w:val="center"/>
          </w:tcPr>
          <w:p w14:paraId="4C99E1C8" w14:textId="77777777" w:rsidR="00840388" w:rsidRDefault="00A35792" w:rsidP="008646AA">
            <w:r>
              <w:rPr>
                <w:rFonts w:ascii="Calibri" w:eastAsia="Calibri" w:hAnsi="Calibri"/>
                <w:sz w:val="16"/>
              </w:rPr>
              <w:t>aunt, cousin, daughter, father, grandfather, brother, grandmother, husband, mother, sister, son, uncle, wife, Have you got any brothers or sisters?, Yes, I’ve got …, No, I haven’t., What’s your brother’s/sister’s name?</w:t>
            </w:r>
            <w:r>
              <w:rPr>
                <w:rFonts w:ascii="Calibri" w:eastAsia="Calibri" w:hAnsi="Calibri"/>
                <w:sz w:val="16"/>
              </w:rPr>
              <w:br/>
              <w:t>countries and nationalities</w:t>
            </w:r>
          </w:p>
        </w:tc>
        <w:tc>
          <w:tcPr>
            <w:tcW w:w="1576" w:type="dxa"/>
            <w:vAlign w:val="center"/>
          </w:tcPr>
          <w:p w14:paraId="46778C33"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734A527F" w14:textId="77777777" w:rsidR="00840388" w:rsidRDefault="00840388" w:rsidP="008646AA"/>
        </w:tc>
      </w:tr>
      <w:tr w:rsidR="00840388" w14:paraId="4CE978DC" w14:textId="77777777" w:rsidTr="008646AA">
        <w:tc>
          <w:tcPr>
            <w:tcW w:w="865" w:type="dxa"/>
            <w:vAlign w:val="center"/>
          </w:tcPr>
          <w:p w14:paraId="472D783C" w14:textId="77777777" w:rsidR="00840388" w:rsidRDefault="00A35792" w:rsidP="008646AA">
            <w:r>
              <w:rPr>
                <w:rFonts w:ascii="Calibri" w:eastAsia="Calibri" w:hAnsi="Calibri"/>
                <w:sz w:val="16"/>
              </w:rPr>
              <w:t>2</w:t>
            </w:r>
          </w:p>
        </w:tc>
        <w:tc>
          <w:tcPr>
            <w:tcW w:w="872" w:type="dxa"/>
            <w:vAlign w:val="center"/>
          </w:tcPr>
          <w:p w14:paraId="366A6A04" w14:textId="77777777" w:rsidR="00840388" w:rsidRDefault="00A35792" w:rsidP="008646AA">
            <w:r>
              <w:rPr>
                <w:rFonts w:ascii="Calibri" w:eastAsia="Calibri" w:hAnsi="Calibri"/>
                <w:sz w:val="16"/>
              </w:rPr>
              <w:t>4</w:t>
            </w:r>
          </w:p>
        </w:tc>
        <w:tc>
          <w:tcPr>
            <w:tcW w:w="1093" w:type="dxa"/>
            <w:vAlign w:val="center"/>
          </w:tcPr>
          <w:p w14:paraId="2B71FB96" w14:textId="77777777" w:rsidR="00840388" w:rsidRDefault="00A35792" w:rsidP="008646AA">
            <w:r>
              <w:rPr>
                <w:rFonts w:ascii="Calibri" w:eastAsia="Calibri" w:hAnsi="Calibri"/>
                <w:sz w:val="16"/>
              </w:rPr>
              <w:t>Hello &amp; Cover page Module 1</w:t>
            </w:r>
          </w:p>
        </w:tc>
        <w:tc>
          <w:tcPr>
            <w:tcW w:w="2316" w:type="dxa"/>
            <w:vAlign w:val="center"/>
          </w:tcPr>
          <w:p w14:paraId="4ECD850E" w14:textId="77777777" w:rsidR="00840388" w:rsidRDefault="00A35792" w:rsidP="008646AA">
            <w:r>
              <w:rPr>
                <w:rFonts w:ascii="Calibri" w:eastAsia="Calibri" w:hAnsi="Calibri"/>
                <w:sz w:val="16"/>
              </w:rPr>
              <w:t>Dni v týždni, mesiace, dátum, dátum narodenia, vyjadrenie schopností, osobný majetok</w:t>
            </w:r>
          </w:p>
        </w:tc>
        <w:tc>
          <w:tcPr>
            <w:tcW w:w="2317" w:type="dxa"/>
            <w:vAlign w:val="center"/>
          </w:tcPr>
          <w:p w14:paraId="3D764294" w14:textId="77777777" w:rsidR="00840388" w:rsidRDefault="00A35792" w:rsidP="008646AA">
            <w:r>
              <w:rPr>
                <w:rFonts w:ascii="Calibri" w:eastAsia="Calibri" w:hAnsi="Calibri"/>
                <w:sz w:val="16"/>
              </w:rPr>
              <w:t>pomenovať dni v týždni a mesiace v roku</w:t>
            </w:r>
            <w:r>
              <w:rPr>
                <w:rFonts w:ascii="Calibri" w:eastAsia="Calibri" w:hAnsi="Calibri"/>
                <w:sz w:val="16"/>
              </w:rPr>
              <w:br/>
              <w:t>opýtať sa na dátum a dátum narodenia a odpovedať na otázky</w:t>
            </w:r>
            <w:r>
              <w:rPr>
                <w:rFonts w:ascii="Calibri" w:eastAsia="Calibri" w:hAnsi="Calibri"/>
                <w:sz w:val="16"/>
              </w:rPr>
              <w:br/>
              <w:t>vyjadriť schopnosť a pomenovať osobné predmety</w:t>
            </w:r>
          </w:p>
        </w:tc>
        <w:tc>
          <w:tcPr>
            <w:tcW w:w="2249" w:type="dxa"/>
            <w:vAlign w:val="center"/>
          </w:tcPr>
          <w:p w14:paraId="7CE4EF18" w14:textId="77777777" w:rsidR="00840388" w:rsidRDefault="00A35792" w:rsidP="008646AA">
            <w:r>
              <w:rPr>
                <w:rFonts w:ascii="Calibri" w:eastAsia="Calibri" w:hAnsi="Calibri"/>
                <w:sz w:val="16"/>
              </w:rPr>
              <w:t>What? / When?</w:t>
            </w:r>
            <w:r>
              <w:rPr>
                <w:rFonts w:ascii="Calibri" w:eastAsia="Calibri" w:hAnsi="Calibri"/>
                <w:sz w:val="16"/>
              </w:rPr>
              <w:br/>
              <w:t>The verb can</w:t>
            </w:r>
            <w:r>
              <w:rPr>
                <w:rFonts w:ascii="Calibri" w:eastAsia="Calibri" w:hAnsi="Calibri"/>
                <w:sz w:val="16"/>
              </w:rPr>
              <w:br/>
              <w:t>How many?</w:t>
            </w:r>
            <w:r>
              <w:rPr>
                <w:rFonts w:ascii="Calibri" w:eastAsia="Calibri" w:hAnsi="Calibri"/>
                <w:sz w:val="16"/>
              </w:rPr>
              <w:br/>
              <w:t>There is/are</w:t>
            </w:r>
            <w:r>
              <w:rPr>
                <w:rFonts w:ascii="Calibri" w:eastAsia="Calibri" w:hAnsi="Calibri"/>
                <w:sz w:val="16"/>
              </w:rPr>
              <w:br/>
              <w:t>Plurals</w:t>
            </w:r>
          </w:p>
        </w:tc>
        <w:tc>
          <w:tcPr>
            <w:tcW w:w="1740" w:type="dxa"/>
            <w:vAlign w:val="center"/>
          </w:tcPr>
          <w:p w14:paraId="75B568EC" w14:textId="77777777" w:rsidR="00840388" w:rsidRDefault="00A35792" w:rsidP="008646AA">
            <w:r>
              <w:rPr>
                <w:rFonts w:ascii="Calibri" w:eastAsia="Calibri" w:hAnsi="Calibri"/>
                <w:sz w:val="16"/>
              </w:rPr>
              <w:t>What day is it today? It’s, What’s the date today? It’s…, When’s your birthday? It’s in/on …</w:t>
            </w:r>
            <w:r>
              <w:rPr>
                <w:rFonts w:ascii="Calibri" w:eastAsia="Calibri" w:hAnsi="Calibri"/>
                <w:sz w:val="16"/>
              </w:rPr>
              <w:br/>
              <w:t>speak, use, write, dictionary, email, spell, understand song</w:t>
            </w:r>
            <w:r>
              <w:rPr>
                <w:rFonts w:ascii="Calibri" w:eastAsia="Calibri" w:hAnsi="Calibri"/>
                <w:sz w:val="16"/>
              </w:rPr>
              <w:br/>
              <w:t>bag, cap, CD, football, magazine, mobile phone, skateboard, smartwatch</w:t>
            </w:r>
          </w:p>
        </w:tc>
        <w:tc>
          <w:tcPr>
            <w:tcW w:w="1576" w:type="dxa"/>
            <w:vAlign w:val="center"/>
          </w:tcPr>
          <w:p w14:paraId="4B8713A7"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1809D97E" w14:textId="77777777" w:rsidR="00840388" w:rsidRDefault="00A35792" w:rsidP="008646AA">
            <w:r>
              <w:rPr>
                <w:rFonts w:ascii="Calibri" w:eastAsia="Calibri" w:hAnsi="Calibri"/>
                <w:sz w:val="16"/>
              </w:rPr>
              <w:t>komunikácia, kritické myslenie, samostatné učenie</w:t>
            </w:r>
          </w:p>
        </w:tc>
      </w:tr>
      <w:tr w:rsidR="00840388" w14:paraId="2A576B5C" w14:textId="77777777" w:rsidTr="008646AA">
        <w:trPr>
          <w:trHeight w:val="432"/>
        </w:trPr>
        <w:tc>
          <w:tcPr>
            <w:tcW w:w="865" w:type="dxa"/>
            <w:vAlign w:val="center"/>
          </w:tcPr>
          <w:p w14:paraId="33CE71B4" w14:textId="77777777" w:rsidR="00840388" w:rsidRDefault="00840388" w:rsidP="008646AA"/>
        </w:tc>
        <w:tc>
          <w:tcPr>
            <w:tcW w:w="872" w:type="dxa"/>
            <w:vAlign w:val="center"/>
          </w:tcPr>
          <w:p w14:paraId="11ECE1CE" w14:textId="77777777" w:rsidR="00840388" w:rsidRDefault="00840388" w:rsidP="008646AA"/>
        </w:tc>
        <w:tc>
          <w:tcPr>
            <w:tcW w:w="1093" w:type="dxa"/>
            <w:vAlign w:val="center"/>
          </w:tcPr>
          <w:p w14:paraId="479F6664" w14:textId="77777777" w:rsidR="00840388" w:rsidRDefault="00840388" w:rsidP="008646AA"/>
        </w:tc>
        <w:tc>
          <w:tcPr>
            <w:tcW w:w="2316" w:type="dxa"/>
            <w:shd w:val="clear" w:color="auto" w:fill="FFFF00"/>
            <w:vAlign w:val="center"/>
          </w:tcPr>
          <w:p w14:paraId="4927D9E7" w14:textId="77777777" w:rsidR="00840388" w:rsidRPr="00032F7A" w:rsidRDefault="00A35792" w:rsidP="008646AA">
            <w:pPr>
              <w:rPr>
                <w:b/>
                <w:bCs/>
              </w:rPr>
            </w:pPr>
            <w:r w:rsidRPr="00032F7A">
              <w:rPr>
                <w:rFonts w:ascii="Calibri" w:eastAsia="Calibri" w:hAnsi="Calibri"/>
                <w:b/>
                <w:bCs/>
                <w:sz w:val="16"/>
              </w:rPr>
              <w:t>Module 1: My life</w:t>
            </w:r>
          </w:p>
        </w:tc>
        <w:tc>
          <w:tcPr>
            <w:tcW w:w="2317" w:type="dxa"/>
            <w:shd w:val="clear" w:color="auto" w:fill="FFFF00"/>
            <w:vAlign w:val="center"/>
          </w:tcPr>
          <w:p w14:paraId="18DF4903" w14:textId="77777777" w:rsidR="00840388" w:rsidRPr="00032F7A" w:rsidRDefault="00840388" w:rsidP="008646AA">
            <w:pPr>
              <w:rPr>
                <w:b/>
                <w:bCs/>
              </w:rPr>
            </w:pPr>
          </w:p>
        </w:tc>
        <w:tc>
          <w:tcPr>
            <w:tcW w:w="2249" w:type="dxa"/>
            <w:shd w:val="clear" w:color="auto" w:fill="FFFF00"/>
            <w:vAlign w:val="center"/>
          </w:tcPr>
          <w:p w14:paraId="4900C69D" w14:textId="77777777" w:rsidR="00840388" w:rsidRPr="00032F7A" w:rsidRDefault="00840388" w:rsidP="008646AA">
            <w:pPr>
              <w:rPr>
                <w:b/>
                <w:bCs/>
              </w:rPr>
            </w:pPr>
          </w:p>
        </w:tc>
        <w:tc>
          <w:tcPr>
            <w:tcW w:w="1740" w:type="dxa"/>
            <w:shd w:val="clear" w:color="auto" w:fill="FFFF00"/>
            <w:vAlign w:val="center"/>
          </w:tcPr>
          <w:p w14:paraId="3DD05CA9" w14:textId="77777777" w:rsidR="00840388" w:rsidRPr="00032F7A" w:rsidRDefault="00840388" w:rsidP="008646AA">
            <w:pPr>
              <w:rPr>
                <w:b/>
                <w:bCs/>
              </w:rPr>
            </w:pPr>
          </w:p>
        </w:tc>
        <w:tc>
          <w:tcPr>
            <w:tcW w:w="1576" w:type="dxa"/>
            <w:shd w:val="clear" w:color="auto" w:fill="FFFF00"/>
            <w:vAlign w:val="center"/>
          </w:tcPr>
          <w:p w14:paraId="7D7FA13F" w14:textId="77777777" w:rsidR="00840388" w:rsidRPr="00032F7A" w:rsidRDefault="00840388" w:rsidP="008646AA">
            <w:pPr>
              <w:rPr>
                <w:b/>
                <w:bCs/>
              </w:rPr>
            </w:pPr>
          </w:p>
        </w:tc>
        <w:tc>
          <w:tcPr>
            <w:tcW w:w="1650" w:type="dxa"/>
            <w:shd w:val="clear" w:color="auto" w:fill="FFFF00"/>
            <w:vAlign w:val="center"/>
          </w:tcPr>
          <w:p w14:paraId="2459F6A2" w14:textId="77777777" w:rsidR="00840388" w:rsidRPr="00032F7A" w:rsidRDefault="00840388" w:rsidP="008646AA">
            <w:pPr>
              <w:rPr>
                <w:b/>
                <w:bCs/>
              </w:rPr>
            </w:pPr>
          </w:p>
        </w:tc>
      </w:tr>
      <w:tr w:rsidR="00840388" w14:paraId="57D11524" w14:textId="77777777" w:rsidTr="008646AA">
        <w:tc>
          <w:tcPr>
            <w:tcW w:w="865" w:type="dxa"/>
            <w:vAlign w:val="center"/>
          </w:tcPr>
          <w:p w14:paraId="76BE7F56" w14:textId="77777777" w:rsidR="00840388" w:rsidRDefault="00840388" w:rsidP="008646AA"/>
        </w:tc>
        <w:tc>
          <w:tcPr>
            <w:tcW w:w="872" w:type="dxa"/>
            <w:vAlign w:val="center"/>
          </w:tcPr>
          <w:p w14:paraId="0527FB0F" w14:textId="77777777" w:rsidR="00840388" w:rsidRDefault="00A35792" w:rsidP="008646AA">
            <w:r>
              <w:rPr>
                <w:rFonts w:ascii="Calibri" w:eastAsia="Calibri" w:hAnsi="Calibri"/>
                <w:sz w:val="16"/>
              </w:rPr>
              <w:t>5</w:t>
            </w:r>
          </w:p>
        </w:tc>
        <w:tc>
          <w:tcPr>
            <w:tcW w:w="1093" w:type="dxa"/>
            <w:vAlign w:val="center"/>
          </w:tcPr>
          <w:p w14:paraId="69D728D1" w14:textId="77777777" w:rsidR="00840388" w:rsidRDefault="00A35792" w:rsidP="008646AA">
            <w:r>
              <w:rPr>
                <w:rFonts w:ascii="Calibri" w:eastAsia="Calibri" w:hAnsi="Calibri"/>
                <w:sz w:val="16"/>
              </w:rPr>
              <w:t>1A: At home</w:t>
            </w:r>
          </w:p>
        </w:tc>
        <w:tc>
          <w:tcPr>
            <w:tcW w:w="2316" w:type="dxa"/>
            <w:vAlign w:val="center"/>
          </w:tcPr>
          <w:p w14:paraId="7E45C6DE" w14:textId="77777777" w:rsidR="00840388" w:rsidRDefault="00A35792" w:rsidP="008646AA">
            <w:r>
              <w:rPr>
                <w:rFonts w:ascii="Calibri" w:eastAsia="Calibri" w:hAnsi="Calibri"/>
                <w:sz w:val="16"/>
              </w:rPr>
              <w:t>Slovná zásoba - denný režim, čítanie s porozumením</w:t>
            </w:r>
          </w:p>
        </w:tc>
        <w:tc>
          <w:tcPr>
            <w:tcW w:w="2317" w:type="dxa"/>
            <w:vAlign w:val="center"/>
          </w:tcPr>
          <w:p w14:paraId="55EB36E5" w14:textId="77777777" w:rsidR="00840388" w:rsidRDefault="00A35792" w:rsidP="008646AA">
            <w:r>
              <w:rPr>
                <w:rFonts w:ascii="Calibri" w:eastAsia="Calibri" w:hAnsi="Calibri"/>
                <w:sz w:val="16"/>
              </w:rPr>
              <w:t>pomenovať činnosti každodenného života a domáce práce</w:t>
            </w:r>
            <w:r>
              <w:rPr>
                <w:rFonts w:ascii="Calibri" w:eastAsia="Calibri" w:hAnsi="Calibri"/>
                <w:sz w:val="16"/>
              </w:rPr>
              <w:br/>
              <w:t xml:space="preserve">porozumieť textu o každodenných činnostiach a </w:t>
            </w:r>
            <w:r>
              <w:rPr>
                <w:rFonts w:ascii="Calibri" w:eastAsia="Calibri" w:hAnsi="Calibri"/>
                <w:sz w:val="16"/>
              </w:rPr>
              <w:lastRenderedPageBreak/>
              <w:t>získať z neho potrebné informácie</w:t>
            </w:r>
            <w:r>
              <w:rPr>
                <w:rFonts w:ascii="Calibri" w:eastAsia="Calibri" w:hAnsi="Calibri"/>
                <w:sz w:val="16"/>
              </w:rPr>
              <w:br/>
              <w:t>hovoriť o svojom dennom režime a domácich povinnostiach</w:t>
            </w:r>
          </w:p>
        </w:tc>
        <w:tc>
          <w:tcPr>
            <w:tcW w:w="2249" w:type="dxa"/>
            <w:vAlign w:val="center"/>
          </w:tcPr>
          <w:p w14:paraId="3BA5DFF6" w14:textId="77777777" w:rsidR="00840388" w:rsidRDefault="00840388" w:rsidP="008646AA"/>
        </w:tc>
        <w:tc>
          <w:tcPr>
            <w:tcW w:w="1740" w:type="dxa"/>
            <w:vAlign w:val="center"/>
          </w:tcPr>
          <w:p w14:paraId="658DA201" w14:textId="77777777" w:rsidR="00840388" w:rsidRDefault="00A35792" w:rsidP="008646AA">
            <w:r>
              <w:rPr>
                <w:rFonts w:ascii="Calibri" w:eastAsia="Calibri" w:hAnsi="Calibri"/>
                <w:sz w:val="16"/>
              </w:rPr>
              <w:t xml:space="preserve">above, at that time, be bored of, brush my teeth, clean the windows, do the washing-up, during, </w:t>
            </w:r>
            <w:r>
              <w:rPr>
                <w:rFonts w:ascii="Calibri" w:eastAsia="Calibri" w:hAnsi="Calibri"/>
                <w:sz w:val="16"/>
              </w:rPr>
              <w:lastRenderedPageBreak/>
              <w:t>enjoy, floor, hang out with friends, hate, have a shower, help, How often…?, just, once, twice, three times, people, rarely, read articles online, Really?, sit around, so, study, take out the rubbish, teenager, tidy my room, till, wash the car, work</w:t>
            </w:r>
          </w:p>
        </w:tc>
        <w:tc>
          <w:tcPr>
            <w:tcW w:w="1576" w:type="dxa"/>
            <w:vAlign w:val="center"/>
          </w:tcPr>
          <w:p w14:paraId="058CDEB4" w14:textId="77777777" w:rsidR="00840388" w:rsidRDefault="00A35792" w:rsidP="008646AA">
            <w:r>
              <w:rPr>
                <w:rFonts w:ascii="Calibri" w:eastAsia="Calibri" w:hAnsi="Calibri"/>
                <w:sz w:val="16"/>
              </w:rPr>
              <w:lastRenderedPageBreak/>
              <w:t>SB</w:t>
            </w:r>
            <w:r>
              <w:rPr>
                <w:rFonts w:ascii="Calibri" w:eastAsia="Calibri" w:hAnsi="Calibri"/>
                <w:sz w:val="16"/>
              </w:rPr>
              <w:br/>
              <w:t>IWB &amp; IWB material or audio and audio player</w:t>
            </w:r>
          </w:p>
        </w:tc>
        <w:tc>
          <w:tcPr>
            <w:tcW w:w="1650" w:type="dxa"/>
            <w:vAlign w:val="center"/>
          </w:tcPr>
          <w:p w14:paraId="084846CE" w14:textId="77777777" w:rsidR="00840388" w:rsidRDefault="00A35792" w:rsidP="008646AA">
            <w:r>
              <w:rPr>
                <w:rFonts w:ascii="Calibri" w:eastAsia="Calibri" w:hAnsi="Calibri"/>
                <w:sz w:val="16"/>
              </w:rPr>
              <w:t>kritické myslenie, komunikácia, interkultúrna kompetencia, spolupráca, tvorivosť</w:t>
            </w:r>
          </w:p>
        </w:tc>
      </w:tr>
      <w:tr w:rsidR="00840388" w14:paraId="7E570600" w14:textId="77777777" w:rsidTr="008646AA">
        <w:tc>
          <w:tcPr>
            <w:tcW w:w="865" w:type="dxa"/>
            <w:vAlign w:val="center"/>
          </w:tcPr>
          <w:p w14:paraId="0B24EAC9" w14:textId="77777777" w:rsidR="00840388" w:rsidRDefault="00840388" w:rsidP="008646AA"/>
        </w:tc>
        <w:tc>
          <w:tcPr>
            <w:tcW w:w="872" w:type="dxa"/>
            <w:vAlign w:val="center"/>
          </w:tcPr>
          <w:p w14:paraId="224FD94B" w14:textId="77777777" w:rsidR="00840388" w:rsidRDefault="00A35792" w:rsidP="008646AA">
            <w:r>
              <w:rPr>
                <w:rFonts w:ascii="Calibri" w:eastAsia="Calibri" w:hAnsi="Calibri"/>
                <w:sz w:val="16"/>
              </w:rPr>
              <w:t>6</w:t>
            </w:r>
          </w:p>
        </w:tc>
        <w:tc>
          <w:tcPr>
            <w:tcW w:w="1093" w:type="dxa"/>
            <w:vAlign w:val="center"/>
          </w:tcPr>
          <w:p w14:paraId="6C4FD588" w14:textId="77777777" w:rsidR="00840388" w:rsidRDefault="00A35792" w:rsidP="008646AA">
            <w:r>
              <w:rPr>
                <w:rFonts w:ascii="Calibri" w:eastAsia="Calibri" w:hAnsi="Calibri"/>
                <w:sz w:val="16"/>
              </w:rPr>
              <w:t>1A: At home</w:t>
            </w:r>
          </w:p>
        </w:tc>
        <w:tc>
          <w:tcPr>
            <w:tcW w:w="2316" w:type="dxa"/>
            <w:vAlign w:val="center"/>
          </w:tcPr>
          <w:p w14:paraId="4DBFA097" w14:textId="77777777" w:rsidR="00840388" w:rsidRDefault="00A35792" w:rsidP="008646AA">
            <w:r>
              <w:rPr>
                <w:rFonts w:ascii="Calibri" w:eastAsia="Calibri" w:hAnsi="Calibri"/>
                <w:sz w:val="16"/>
              </w:rPr>
              <w:t xml:space="preserve">Gramatika - prítomný čas jednoduchý, predložky času, počúvanie s porozumením, rozprávanie </w:t>
            </w:r>
          </w:p>
        </w:tc>
        <w:tc>
          <w:tcPr>
            <w:tcW w:w="2317" w:type="dxa"/>
            <w:vAlign w:val="center"/>
          </w:tcPr>
          <w:p w14:paraId="4B80A722" w14:textId="77777777" w:rsidR="00840388" w:rsidRDefault="00A35792" w:rsidP="008646AA">
            <w:r>
              <w:rPr>
                <w:rFonts w:ascii="Calibri" w:eastAsia="Calibri" w:hAnsi="Calibri"/>
                <w:sz w:val="16"/>
              </w:rPr>
              <w:t>používať prítomný čas jednoduchý pri opise každodenných činností</w:t>
            </w:r>
            <w:r>
              <w:rPr>
                <w:rFonts w:ascii="Calibri" w:eastAsia="Calibri" w:hAnsi="Calibri"/>
                <w:sz w:val="16"/>
              </w:rPr>
              <w:br/>
              <w:t>používať príslovky frekvencie a predložky času vo vetách</w:t>
            </w:r>
            <w:r>
              <w:rPr>
                <w:rFonts w:ascii="Calibri" w:eastAsia="Calibri" w:hAnsi="Calibri"/>
                <w:sz w:val="16"/>
              </w:rPr>
              <w:br/>
              <w:t>rozprávať o tom, ako často vykonáva jednotlivé činnosti</w:t>
            </w:r>
          </w:p>
        </w:tc>
        <w:tc>
          <w:tcPr>
            <w:tcW w:w="2249" w:type="dxa"/>
            <w:vAlign w:val="center"/>
          </w:tcPr>
          <w:p w14:paraId="21989ADF" w14:textId="77777777" w:rsidR="00840388" w:rsidRDefault="00A35792" w:rsidP="008646AA">
            <w:r>
              <w:rPr>
                <w:rFonts w:ascii="Calibri" w:eastAsia="Calibri" w:hAnsi="Calibri"/>
                <w:sz w:val="16"/>
              </w:rPr>
              <w:t>Present Simple</w:t>
            </w:r>
            <w:r>
              <w:rPr>
                <w:rFonts w:ascii="Calibri" w:eastAsia="Calibri" w:hAnsi="Calibri"/>
                <w:sz w:val="16"/>
              </w:rPr>
              <w:br/>
              <w:t>Adverbs of frequency</w:t>
            </w:r>
            <w:r>
              <w:rPr>
                <w:rFonts w:ascii="Calibri" w:eastAsia="Calibri" w:hAnsi="Calibri"/>
                <w:sz w:val="16"/>
              </w:rPr>
              <w:br/>
              <w:t>Prepositions of time</w:t>
            </w:r>
            <w:r>
              <w:rPr>
                <w:rFonts w:ascii="Calibri" w:eastAsia="Calibri" w:hAnsi="Calibri"/>
                <w:sz w:val="16"/>
              </w:rPr>
              <w:br/>
              <w:t>How often?</w:t>
            </w:r>
          </w:p>
        </w:tc>
        <w:tc>
          <w:tcPr>
            <w:tcW w:w="1740" w:type="dxa"/>
            <w:vAlign w:val="center"/>
          </w:tcPr>
          <w:p w14:paraId="767A167B" w14:textId="77777777" w:rsidR="00840388" w:rsidRDefault="00840388" w:rsidP="008646AA"/>
        </w:tc>
        <w:tc>
          <w:tcPr>
            <w:tcW w:w="1576" w:type="dxa"/>
            <w:vAlign w:val="center"/>
          </w:tcPr>
          <w:p w14:paraId="44BD52BC" w14:textId="77777777" w:rsidR="00840388" w:rsidRDefault="00840388" w:rsidP="008646AA"/>
        </w:tc>
        <w:tc>
          <w:tcPr>
            <w:tcW w:w="1650" w:type="dxa"/>
            <w:vAlign w:val="center"/>
          </w:tcPr>
          <w:p w14:paraId="2E1BDF6C" w14:textId="77777777" w:rsidR="00840388" w:rsidRDefault="00840388" w:rsidP="008646AA"/>
        </w:tc>
      </w:tr>
      <w:tr w:rsidR="00840388" w14:paraId="11E3883A" w14:textId="77777777" w:rsidTr="008646AA">
        <w:tc>
          <w:tcPr>
            <w:tcW w:w="865" w:type="dxa"/>
            <w:vAlign w:val="center"/>
          </w:tcPr>
          <w:p w14:paraId="6B8E310C" w14:textId="77777777" w:rsidR="00840388" w:rsidRDefault="00A35792" w:rsidP="008646AA">
            <w:r>
              <w:rPr>
                <w:rFonts w:ascii="Calibri" w:eastAsia="Calibri" w:hAnsi="Calibri"/>
                <w:sz w:val="16"/>
              </w:rPr>
              <w:t>3</w:t>
            </w:r>
          </w:p>
        </w:tc>
        <w:tc>
          <w:tcPr>
            <w:tcW w:w="872" w:type="dxa"/>
            <w:vAlign w:val="center"/>
          </w:tcPr>
          <w:p w14:paraId="48FC8DB9" w14:textId="77777777" w:rsidR="00840388" w:rsidRDefault="00A35792" w:rsidP="008646AA">
            <w:r>
              <w:rPr>
                <w:rFonts w:ascii="Calibri" w:eastAsia="Calibri" w:hAnsi="Calibri"/>
                <w:sz w:val="16"/>
              </w:rPr>
              <w:t>7</w:t>
            </w:r>
          </w:p>
        </w:tc>
        <w:tc>
          <w:tcPr>
            <w:tcW w:w="1093" w:type="dxa"/>
            <w:vAlign w:val="center"/>
          </w:tcPr>
          <w:p w14:paraId="1BD5CF7F" w14:textId="77777777" w:rsidR="00840388" w:rsidRDefault="00A35792" w:rsidP="008646AA">
            <w:r>
              <w:rPr>
                <w:rFonts w:ascii="Calibri" w:eastAsia="Calibri" w:hAnsi="Calibri"/>
                <w:sz w:val="16"/>
              </w:rPr>
              <w:t>1B: Free time</w:t>
            </w:r>
          </w:p>
        </w:tc>
        <w:tc>
          <w:tcPr>
            <w:tcW w:w="2316" w:type="dxa"/>
            <w:vAlign w:val="center"/>
          </w:tcPr>
          <w:p w14:paraId="7485F414" w14:textId="77777777" w:rsidR="00840388" w:rsidRDefault="00A35792" w:rsidP="008646AA">
            <w:r>
              <w:rPr>
                <w:rFonts w:ascii="Calibri" w:eastAsia="Calibri" w:hAnsi="Calibri"/>
                <w:sz w:val="16"/>
              </w:rPr>
              <w:t>Slovná zásoba - voľnočasové aktivity, čítanie s porozumením</w:t>
            </w:r>
          </w:p>
        </w:tc>
        <w:tc>
          <w:tcPr>
            <w:tcW w:w="2317" w:type="dxa"/>
            <w:vAlign w:val="center"/>
          </w:tcPr>
          <w:p w14:paraId="51F1A544" w14:textId="77777777" w:rsidR="00840388" w:rsidRDefault="00A35792" w:rsidP="008646AA">
            <w:r>
              <w:rPr>
                <w:rFonts w:ascii="Calibri" w:eastAsia="Calibri" w:hAnsi="Calibri"/>
                <w:sz w:val="16"/>
              </w:rPr>
              <w:t>pomenovať voľnočasové aktivity a záľuby</w:t>
            </w:r>
            <w:r>
              <w:rPr>
                <w:rFonts w:ascii="Calibri" w:eastAsia="Calibri" w:hAnsi="Calibri"/>
                <w:sz w:val="16"/>
              </w:rPr>
              <w:br/>
              <w:t>porozumieť textu o trávení voľného času</w:t>
            </w:r>
            <w:r>
              <w:rPr>
                <w:rFonts w:ascii="Calibri" w:eastAsia="Calibri" w:hAnsi="Calibri"/>
                <w:sz w:val="16"/>
              </w:rPr>
              <w:br/>
              <w:t>hovoriť o svojich záľubách a obľúbených aktivitách</w:t>
            </w:r>
          </w:p>
        </w:tc>
        <w:tc>
          <w:tcPr>
            <w:tcW w:w="2249" w:type="dxa"/>
            <w:vAlign w:val="center"/>
          </w:tcPr>
          <w:p w14:paraId="3E5E013D" w14:textId="77777777" w:rsidR="00840388" w:rsidRDefault="00840388" w:rsidP="008646AA"/>
        </w:tc>
        <w:tc>
          <w:tcPr>
            <w:tcW w:w="1740" w:type="dxa"/>
            <w:vAlign w:val="center"/>
          </w:tcPr>
          <w:p w14:paraId="37624B57" w14:textId="77777777" w:rsidR="00840388" w:rsidRDefault="00A35792" w:rsidP="008646AA">
            <w:r>
              <w:rPr>
                <w:rFonts w:ascii="Calibri" w:eastAsia="Calibri" w:hAnsi="Calibri"/>
                <w:sz w:val="16"/>
              </w:rPr>
              <w:t>café, draw pictures, extra, go camping, Go on!, go to concerts, have drama lessons, It's great fun., join, landscapes, Let me see, move, need, next, No, that's not for me., paint pictures, painting, play board games, play chess, player, portrait, team, want, What do you think?, youth club</w:t>
            </w:r>
          </w:p>
        </w:tc>
        <w:tc>
          <w:tcPr>
            <w:tcW w:w="1576" w:type="dxa"/>
            <w:vAlign w:val="center"/>
          </w:tcPr>
          <w:p w14:paraId="50F11BB3"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4CC08CBA" w14:textId="77777777" w:rsidR="00840388" w:rsidRDefault="00A35792" w:rsidP="008646AA">
            <w:r>
              <w:rPr>
                <w:rFonts w:ascii="Calibri" w:eastAsia="Calibri" w:hAnsi="Calibri"/>
                <w:sz w:val="16"/>
              </w:rPr>
              <w:t>kritické myslenie, komunikácia, spolupráca, digitálna gramotnosť, tvorivosť</w:t>
            </w:r>
          </w:p>
        </w:tc>
      </w:tr>
      <w:tr w:rsidR="00840388" w14:paraId="1FDC6402" w14:textId="77777777" w:rsidTr="008646AA">
        <w:tc>
          <w:tcPr>
            <w:tcW w:w="865" w:type="dxa"/>
            <w:vAlign w:val="center"/>
          </w:tcPr>
          <w:p w14:paraId="60EDC593" w14:textId="77777777" w:rsidR="00840388" w:rsidRDefault="00840388" w:rsidP="008646AA"/>
        </w:tc>
        <w:tc>
          <w:tcPr>
            <w:tcW w:w="872" w:type="dxa"/>
            <w:vAlign w:val="center"/>
          </w:tcPr>
          <w:p w14:paraId="1CC19490" w14:textId="77777777" w:rsidR="00840388" w:rsidRDefault="00A35792" w:rsidP="008646AA">
            <w:r>
              <w:rPr>
                <w:rFonts w:ascii="Calibri" w:eastAsia="Calibri" w:hAnsi="Calibri"/>
                <w:sz w:val="16"/>
              </w:rPr>
              <w:t>8</w:t>
            </w:r>
          </w:p>
        </w:tc>
        <w:tc>
          <w:tcPr>
            <w:tcW w:w="1093" w:type="dxa"/>
            <w:vAlign w:val="center"/>
          </w:tcPr>
          <w:p w14:paraId="496D0AF7" w14:textId="77777777" w:rsidR="00840388" w:rsidRDefault="00A35792" w:rsidP="008646AA">
            <w:r>
              <w:rPr>
                <w:rFonts w:ascii="Calibri" w:eastAsia="Calibri" w:hAnsi="Calibri"/>
                <w:sz w:val="16"/>
              </w:rPr>
              <w:t>1B: Free time</w:t>
            </w:r>
          </w:p>
        </w:tc>
        <w:tc>
          <w:tcPr>
            <w:tcW w:w="2316" w:type="dxa"/>
            <w:vAlign w:val="center"/>
          </w:tcPr>
          <w:p w14:paraId="774A7779" w14:textId="77777777" w:rsidR="00840388" w:rsidRDefault="00A35792" w:rsidP="008646AA">
            <w:r>
              <w:rPr>
                <w:rFonts w:ascii="Calibri" w:eastAsia="Calibri" w:hAnsi="Calibri"/>
                <w:sz w:val="16"/>
              </w:rPr>
              <w:t xml:space="preserve">Gramatika - prítomný čas priebehový, slovná zásoba - stavové slovesá, rozprávanie </w:t>
            </w:r>
          </w:p>
        </w:tc>
        <w:tc>
          <w:tcPr>
            <w:tcW w:w="2317" w:type="dxa"/>
            <w:vAlign w:val="center"/>
          </w:tcPr>
          <w:p w14:paraId="7ED663AD" w14:textId="77777777" w:rsidR="00840388" w:rsidRDefault="00A35792" w:rsidP="008646AA">
            <w:r>
              <w:rPr>
                <w:rFonts w:ascii="Calibri" w:eastAsia="Calibri" w:hAnsi="Calibri"/>
                <w:sz w:val="16"/>
              </w:rPr>
              <w:t>používať prítomný čas priebehový na opis práve prebiehajúcich činností</w:t>
            </w:r>
            <w:r>
              <w:rPr>
                <w:rFonts w:ascii="Calibri" w:eastAsia="Calibri" w:hAnsi="Calibri"/>
                <w:sz w:val="16"/>
              </w:rPr>
              <w:br/>
              <w:t>rozlišovať použitie prítomného jednoduchého a priebehového času</w:t>
            </w:r>
            <w:r>
              <w:rPr>
                <w:rFonts w:ascii="Calibri" w:eastAsia="Calibri" w:hAnsi="Calibri"/>
                <w:sz w:val="16"/>
              </w:rPr>
              <w:br/>
              <w:t>používať stavové slovesá v správnom gramatickom tvare</w:t>
            </w:r>
          </w:p>
        </w:tc>
        <w:tc>
          <w:tcPr>
            <w:tcW w:w="2249" w:type="dxa"/>
            <w:vAlign w:val="center"/>
          </w:tcPr>
          <w:p w14:paraId="01BAD478" w14:textId="77777777" w:rsidR="00840388" w:rsidRDefault="00A35792" w:rsidP="008646AA">
            <w:r>
              <w:rPr>
                <w:rFonts w:ascii="Calibri" w:eastAsia="Calibri" w:hAnsi="Calibri"/>
                <w:sz w:val="16"/>
              </w:rPr>
              <w:t>Present Progressive</w:t>
            </w:r>
            <w:r>
              <w:rPr>
                <w:rFonts w:ascii="Calibri" w:eastAsia="Calibri" w:hAnsi="Calibri"/>
                <w:sz w:val="16"/>
              </w:rPr>
              <w:br/>
              <w:t>Present Simple vs Present Progressive</w:t>
            </w:r>
            <w:r>
              <w:rPr>
                <w:rFonts w:ascii="Calibri" w:eastAsia="Calibri" w:hAnsi="Calibri"/>
                <w:sz w:val="16"/>
              </w:rPr>
              <w:br/>
              <w:t>Stative verbs</w:t>
            </w:r>
          </w:p>
        </w:tc>
        <w:tc>
          <w:tcPr>
            <w:tcW w:w="1740" w:type="dxa"/>
            <w:vAlign w:val="center"/>
          </w:tcPr>
          <w:p w14:paraId="7775B35E" w14:textId="77777777" w:rsidR="00840388" w:rsidRDefault="00840388" w:rsidP="008646AA"/>
        </w:tc>
        <w:tc>
          <w:tcPr>
            <w:tcW w:w="1576" w:type="dxa"/>
            <w:vAlign w:val="center"/>
          </w:tcPr>
          <w:p w14:paraId="796F0AB1" w14:textId="77777777" w:rsidR="00840388" w:rsidRDefault="00840388" w:rsidP="008646AA"/>
        </w:tc>
        <w:tc>
          <w:tcPr>
            <w:tcW w:w="1650" w:type="dxa"/>
            <w:vAlign w:val="center"/>
          </w:tcPr>
          <w:p w14:paraId="33FA2EA6" w14:textId="77777777" w:rsidR="00840388" w:rsidRDefault="00840388" w:rsidP="008646AA"/>
        </w:tc>
      </w:tr>
      <w:tr w:rsidR="00840388" w14:paraId="66FCF5E3" w14:textId="77777777" w:rsidTr="008646AA">
        <w:tc>
          <w:tcPr>
            <w:tcW w:w="865" w:type="dxa"/>
            <w:vAlign w:val="center"/>
          </w:tcPr>
          <w:p w14:paraId="64F56210" w14:textId="77777777" w:rsidR="00840388" w:rsidRDefault="00840388" w:rsidP="008646AA"/>
        </w:tc>
        <w:tc>
          <w:tcPr>
            <w:tcW w:w="872" w:type="dxa"/>
            <w:vAlign w:val="center"/>
          </w:tcPr>
          <w:p w14:paraId="34BFE8A3" w14:textId="77777777" w:rsidR="00840388" w:rsidRDefault="00A35792" w:rsidP="008646AA">
            <w:r>
              <w:rPr>
                <w:rFonts w:ascii="Calibri" w:eastAsia="Calibri" w:hAnsi="Calibri"/>
                <w:sz w:val="16"/>
              </w:rPr>
              <w:t>9</w:t>
            </w:r>
          </w:p>
        </w:tc>
        <w:tc>
          <w:tcPr>
            <w:tcW w:w="1093" w:type="dxa"/>
            <w:vAlign w:val="center"/>
          </w:tcPr>
          <w:p w14:paraId="414C937A" w14:textId="77777777" w:rsidR="00840388" w:rsidRDefault="00A35792" w:rsidP="008646AA">
            <w:r>
              <w:rPr>
                <w:rFonts w:ascii="Calibri" w:eastAsia="Calibri" w:hAnsi="Calibri"/>
                <w:sz w:val="16"/>
              </w:rPr>
              <w:t>1C: My room</w:t>
            </w:r>
          </w:p>
        </w:tc>
        <w:tc>
          <w:tcPr>
            <w:tcW w:w="2316" w:type="dxa"/>
            <w:vAlign w:val="center"/>
          </w:tcPr>
          <w:p w14:paraId="31C27621" w14:textId="77777777" w:rsidR="00840388" w:rsidRDefault="00A35792" w:rsidP="008646AA">
            <w:r>
              <w:rPr>
                <w:rFonts w:ascii="Calibri" w:eastAsia="Calibri" w:hAnsi="Calibri"/>
                <w:sz w:val="16"/>
              </w:rPr>
              <w:t>Slovná zásoba - zariadenie izby, čítanie s porozumením</w:t>
            </w:r>
          </w:p>
        </w:tc>
        <w:tc>
          <w:tcPr>
            <w:tcW w:w="2317" w:type="dxa"/>
            <w:vAlign w:val="center"/>
          </w:tcPr>
          <w:p w14:paraId="0C3A9C6B" w14:textId="77777777" w:rsidR="00840388" w:rsidRDefault="00A35792" w:rsidP="008646AA">
            <w:r>
              <w:rPr>
                <w:rFonts w:ascii="Calibri" w:eastAsia="Calibri" w:hAnsi="Calibri"/>
                <w:sz w:val="16"/>
              </w:rPr>
              <w:t>pomenovať zariadenie izby a predmety dennej potreby</w:t>
            </w:r>
            <w:r>
              <w:rPr>
                <w:rFonts w:ascii="Calibri" w:eastAsia="Calibri" w:hAnsi="Calibri"/>
                <w:sz w:val="16"/>
              </w:rPr>
              <w:br/>
              <w:t>porozumieť textu opisujúcemu izbu</w:t>
            </w:r>
            <w:r>
              <w:rPr>
                <w:rFonts w:ascii="Calibri" w:eastAsia="Calibri" w:hAnsi="Calibri"/>
                <w:sz w:val="16"/>
              </w:rPr>
              <w:br/>
              <w:t>opísať svoju izbu a jej vybavenie</w:t>
            </w:r>
          </w:p>
        </w:tc>
        <w:tc>
          <w:tcPr>
            <w:tcW w:w="2249" w:type="dxa"/>
            <w:vAlign w:val="center"/>
          </w:tcPr>
          <w:p w14:paraId="3F8F72D6" w14:textId="77777777" w:rsidR="00840388" w:rsidRDefault="00840388" w:rsidP="008646AA"/>
        </w:tc>
        <w:tc>
          <w:tcPr>
            <w:tcW w:w="1740" w:type="dxa"/>
            <w:vAlign w:val="center"/>
          </w:tcPr>
          <w:p w14:paraId="7D355DE5" w14:textId="77777777" w:rsidR="00840388" w:rsidRDefault="00A35792" w:rsidP="008646AA">
            <w:r>
              <w:rPr>
                <w:rFonts w:ascii="Calibri" w:eastAsia="Calibri" w:hAnsi="Calibri"/>
                <w:sz w:val="16"/>
              </w:rPr>
              <w:t xml:space="preserve">also, armchair, best of all, bookcase, carpet, clothes, curtain, ever, find, goldfish, hamster, keep out, lamp, leave, messy, mirror, poster, share, shelf, spend time, surf the net, </w:t>
            </w:r>
            <w:r>
              <w:rPr>
                <w:rFonts w:ascii="Calibri" w:eastAsia="Calibri" w:hAnsi="Calibri"/>
                <w:sz w:val="16"/>
              </w:rPr>
              <w:lastRenderedPageBreak/>
              <w:t>tablet, tidy, together, use, wall, wardrobe</w:t>
            </w:r>
          </w:p>
        </w:tc>
        <w:tc>
          <w:tcPr>
            <w:tcW w:w="1576" w:type="dxa"/>
            <w:vAlign w:val="center"/>
          </w:tcPr>
          <w:p w14:paraId="03601873" w14:textId="77777777" w:rsidR="00840388" w:rsidRDefault="00A35792" w:rsidP="008646AA">
            <w:r>
              <w:rPr>
                <w:rFonts w:ascii="Calibri" w:eastAsia="Calibri" w:hAnsi="Calibri"/>
                <w:sz w:val="16"/>
              </w:rPr>
              <w:lastRenderedPageBreak/>
              <w:t>SB</w:t>
            </w:r>
            <w:r>
              <w:rPr>
                <w:rFonts w:ascii="Calibri" w:eastAsia="Calibri" w:hAnsi="Calibri"/>
                <w:sz w:val="16"/>
              </w:rPr>
              <w:br/>
              <w:t>IWB &amp; IWB material or audio and audio player</w:t>
            </w:r>
          </w:p>
        </w:tc>
        <w:tc>
          <w:tcPr>
            <w:tcW w:w="1650" w:type="dxa"/>
            <w:vAlign w:val="center"/>
          </w:tcPr>
          <w:p w14:paraId="1896A9CE" w14:textId="77777777" w:rsidR="00840388" w:rsidRDefault="00A35792" w:rsidP="008646AA">
            <w:r>
              <w:rPr>
                <w:rFonts w:ascii="Calibri" w:eastAsia="Calibri" w:hAnsi="Calibri"/>
                <w:sz w:val="16"/>
              </w:rPr>
              <w:t>kritické myslenie, komunikácia, spolupráca, tvorivosť</w:t>
            </w:r>
          </w:p>
        </w:tc>
      </w:tr>
      <w:tr w:rsidR="00840388" w14:paraId="57D60F9B" w14:textId="77777777" w:rsidTr="008646AA">
        <w:tc>
          <w:tcPr>
            <w:tcW w:w="865" w:type="dxa"/>
            <w:vAlign w:val="center"/>
          </w:tcPr>
          <w:p w14:paraId="1171EC32" w14:textId="77777777" w:rsidR="00840388" w:rsidRDefault="00A35792" w:rsidP="008646AA">
            <w:r>
              <w:rPr>
                <w:rFonts w:ascii="Calibri" w:eastAsia="Calibri" w:hAnsi="Calibri"/>
                <w:sz w:val="16"/>
              </w:rPr>
              <w:t>4</w:t>
            </w:r>
          </w:p>
        </w:tc>
        <w:tc>
          <w:tcPr>
            <w:tcW w:w="872" w:type="dxa"/>
            <w:vAlign w:val="center"/>
          </w:tcPr>
          <w:p w14:paraId="5A7EEEC3" w14:textId="77777777" w:rsidR="00840388" w:rsidRDefault="00A35792" w:rsidP="008646AA">
            <w:r>
              <w:rPr>
                <w:rFonts w:ascii="Calibri" w:eastAsia="Calibri" w:hAnsi="Calibri"/>
                <w:sz w:val="16"/>
              </w:rPr>
              <w:t>10</w:t>
            </w:r>
          </w:p>
        </w:tc>
        <w:tc>
          <w:tcPr>
            <w:tcW w:w="1093" w:type="dxa"/>
            <w:vAlign w:val="center"/>
          </w:tcPr>
          <w:p w14:paraId="529A9C4F" w14:textId="77777777" w:rsidR="00840388" w:rsidRDefault="00A35792" w:rsidP="008646AA">
            <w:r>
              <w:rPr>
                <w:rFonts w:ascii="Calibri" w:eastAsia="Calibri" w:hAnsi="Calibri"/>
                <w:sz w:val="16"/>
              </w:rPr>
              <w:t>1C: My room</w:t>
            </w:r>
          </w:p>
        </w:tc>
        <w:tc>
          <w:tcPr>
            <w:tcW w:w="2316" w:type="dxa"/>
            <w:vAlign w:val="center"/>
          </w:tcPr>
          <w:p w14:paraId="106B6B01" w14:textId="77777777" w:rsidR="00840388" w:rsidRDefault="00A35792" w:rsidP="008646AA">
            <w:r>
              <w:rPr>
                <w:rFonts w:ascii="Calibri" w:eastAsia="Calibri" w:hAnsi="Calibri"/>
                <w:sz w:val="16"/>
              </w:rPr>
              <w:t>Gramatika - some, any, no, every a zložené neurčité zámená</w:t>
            </w:r>
          </w:p>
        </w:tc>
        <w:tc>
          <w:tcPr>
            <w:tcW w:w="2317" w:type="dxa"/>
            <w:vAlign w:val="center"/>
          </w:tcPr>
          <w:p w14:paraId="03F4B2D9" w14:textId="77777777" w:rsidR="00840388" w:rsidRDefault="00A35792" w:rsidP="008646AA">
            <w:r>
              <w:rPr>
                <w:rFonts w:ascii="Calibri" w:eastAsia="Calibri" w:hAnsi="Calibri"/>
                <w:sz w:val="16"/>
              </w:rPr>
              <w:t>používať neurčité zámená some, any, no a every v správnom kontexte</w:t>
            </w:r>
            <w:r>
              <w:rPr>
                <w:rFonts w:ascii="Calibri" w:eastAsia="Calibri" w:hAnsi="Calibri"/>
                <w:sz w:val="16"/>
              </w:rPr>
              <w:br/>
              <w:t>používať zložené neurčité zámená v jednoduchých vetách</w:t>
            </w:r>
            <w:r>
              <w:rPr>
                <w:rFonts w:ascii="Calibri" w:eastAsia="Calibri" w:hAnsi="Calibri"/>
                <w:sz w:val="16"/>
              </w:rPr>
              <w:br/>
              <w:t>vytvoriť krátky opis izby s použitím osvojenej gramatiky</w:t>
            </w:r>
          </w:p>
        </w:tc>
        <w:tc>
          <w:tcPr>
            <w:tcW w:w="2249" w:type="dxa"/>
            <w:vAlign w:val="center"/>
          </w:tcPr>
          <w:p w14:paraId="5D7DEC1F" w14:textId="77777777" w:rsidR="00840388" w:rsidRDefault="00A35792" w:rsidP="008646AA">
            <w:r>
              <w:rPr>
                <w:rFonts w:ascii="Calibri" w:eastAsia="Calibri" w:hAnsi="Calibri"/>
                <w:sz w:val="16"/>
              </w:rPr>
              <w:t>Some / Any / No / Every and their compounds</w:t>
            </w:r>
          </w:p>
        </w:tc>
        <w:tc>
          <w:tcPr>
            <w:tcW w:w="1740" w:type="dxa"/>
            <w:vAlign w:val="center"/>
          </w:tcPr>
          <w:p w14:paraId="42D8516E" w14:textId="77777777" w:rsidR="00840388" w:rsidRDefault="00840388" w:rsidP="008646AA"/>
        </w:tc>
        <w:tc>
          <w:tcPr>
            <w:tcW w:w="1576" w:type="dxa"/>
            <w:vAlign w:val="center"/>
          </w:tcPr>
          <w:p w14:paraId="7FB8BF93" w14:textId="77777777" w:rsidR="00840388" w:rsidRDefault="00840388" w:rsidP="008646AA"/>
        </w:tc>
        <w:tc>
          <w:tcPr>
            <w:tcW w:w="1650" w:type="dxa"/>
            <w:vAlign w:val="center"/>
          </w:tcPr>
          <w:p w14:paraId="6D9A69B4" w14:textId="77777777" w:rsidR="00840388" w:rsidRDefault="00840388" w:rsidP="008646AA"/>
        </w:tc>
      </w:tr>
      <w:tr w:rsidR="00840388" w14:paraId="787E626D" w14:textId="77777777" w:rsidTr="008646AA">
        <w:tc>
          <w:tcPr>
            <w:tcW w:w="865" w:type="dxa"/>
            <w:vAlign w:val="center"/>
          </w:tcPr>
          <w:p w14:paraId="4A2198D5" w14:textId="77777777" w:rsidR="00840388" w:rsidRDefault="00840388" w:rsidP="008646AA"/>
        </w:tc>
        <w:tc>
          <w:tcPr>
            <w:tcW w:w="872" w:type="dxa"/>
            <w:vAlign w:val="center"/>
          </w:tcPr>
          <w:p w14:paraId="05F0EFF6" w14:textId="77777777" w:rsidR="00840388" w:rsidRDefault="00A35792" w:rsidP="008646AA">
            <w:r>
              <w:rPr>
                <w:rFonts w:ascii="Calibri" w:eastAsia="Calibri" w:hAnsi="Calibri"/>
                <w:sz w:val="16"/>
              </w:rPr>
              <w:t>11</w:t>
            </w:r>
          </w:p>
        </w:tc>
        <w:tc>
          <w:tcPr>
            <w:tcW w:w="1093" w:type="dxa"/>
            <w:vAlign w:val="center"/>
          </w:tcPr>
          <w:p w14:paraId="073255E9" w14:textId="77777777" w:rsidR="00840388" w:rsidRDefault="00A35792" w:rsidP="008646AA">
            <w:r>
              <w:rPr>
                <w:rFonts w:ascii="Calibri" w:eastAsia="Calibri" w:hAnsi="Calibri"/>
                <w:sz w:val="16"/>
              </w:rPr>
              <w:t>1D: What are you like?</w:t>
            </w:r>
          </w:p>
        </w:tc>
        <w:tc>
          <w:tcPr>
            <w:tcW w:w="2316" w:type="dxa"/>
            <w:vAlign w:val="center"/>
          </w:tcPr>
          <w:p w14:paraId="31167F32" w14:textId="77777777" w:rsidR="00840388" w:rsidRDefault="00A35792" w:rsidP="008646AA">
            <w:r>
              <w:rPr>
                <w:rFonts w:ascii="Calibri" w:eastAsia="Calibri" w:hAnsi="Calibri"/>
                <w:sz w:val="16"/>
              </w:rPr>
              <w:t>Slovná zásoba - opis osobnosti, čítanie s porozumením</w:t>
            </w:r>
          </w:p>
        </w:tc>
        <w:tc>
          <w:tcPr>
            <w:tcW w:w="2317" w:type="dxa"/>
            <w:vAlign w:val="center"/>
          </w:tcPr>
          <w:p w14:paraId="471A79CE" w14:textId="77777777" w:rsidR="00840388" w:rsidRDefault="00A35792" w:rsidP="008646AA">
            <w:r>
              <w:rPr>
                <w:rFonts w:ascii="Calibri" w:eastAsia="Calibri" w:hAnsi="Calibri"/>
                <w:sz w:val="16"/>
              </w:rPr>
              <w:t>pomenovať vlastnosti a črty osobnosti</w:t>
            </w:r>
            <w:r>
              <w:rPr>
                <w:rFonts w:ascii="Calibri" w:eastAsia="Calibri" w:hAnsi="Calibri"/>
                <w:sz w:val="16"/>
              </w:rPr>
              <w:br/>
              <w:t>porozumieť textu opisujúcemu osoby</w:t>
            </w:r>
            <w:r>
              <w:rPr>
                <w:rFonts w:ascii="Calibri" w:eastAsia="Calibri" w:hAnsi="Calibri"/>
                <w:sz w:val="16"/>
              </w:rPr>
              <w:br/>
              <w:t>opísať vlastnú osobnosť alebo osobnosť iného človeka</w:t>
            </w:r>
          </w:p>
        </w:tc>
        <w:tc>
          <w:tcPr>
            <w:tcW w:w="2249" w:type="dxa"/>
            <w:vAlign w:val="center"/>
          </w:tcPr>
          <w:p w14:paraId="5DBFA91A" w14:textId="77777777" w:rsidR="00840388" w:rsidRDefault="00840388" w:rsidP="008646AA"/>
        </w:tc>
        <w:tc>
          <w:tcPr>
            <w:tcW w:w="1740" w:type="dxa"/>
            <w:vAlign w:val="center"/>
          </w:tcPr>
          <w:p w14:paraId="1CC73F69" w14:textId="77777777" w:rsidR="00840388" w:rsidRDefault="00A35792" w:rsidP="008646AA">
            <w:r>
              <w:rPr>
                <w:rFonts w:ascii="Calibri" w:eastAsia="Calibri" w:hAnsi="Calibri"/>
                <w:sz w:val="16"/>
              </w:rPr>
              <w:t>again, answer, care about, clever, enter a competition, feel, friendly, funny, hard-working, hour, important, keep (possess), kind, laugh , lazy, No way!, only, other, project, rude, sad, say, selfish, shy, silly, tell, unfriendly, wear, What are you like?, What kind of…?, win</w:t>
            </w:r>
          </w:p>
        </w:tc>
        <w:tc>
          <w:tcPr>
            <w:tcW w:w="1576" w:type="dxa"/>
            <w:vAlign w:val="center"/>
          </w:tcPr>
          <w:p w14:paraId="22D86761"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6302AB9C" w14:textId="77777777" w:rsidR="00840388" w:rsidRDefault="00A35792" w:rsidP="008646AA">
            <w:r>
              <w:rPr>
                <w:rFonts w:ascii="Calibri" w:eastAsia="Calibri" w:hAnsi="Calibri"/>
                <w:sz w:val="16"/>
              </w:rPr>
              <w:t>kritické myslenie, komunikácia, spolupráca</w:t>
            </w:r>
          </w:p>
        </w:tc>
      </w:tr>
      <w:tr w:rsidR="00840388" w14:paraId="56BCF04C" w14:textId="77777777" w:rsidTr="008646AA">
        <w:tc>
          <w:tcPr>
            <w:tcW w:w="865" w:type="dxa"/>
            <w:vAlign w:val="center"/>
          </w:tcPr>
          <w:p w14:paraId="2392D8E0" w14:textId="77777777" w:rsidR="00840388" w:rsidRDefault="00840388" w:rsidP="008646AA"/>
        </w:tc>
        <w:tc>
          <w:tcPr>
            <w:tcW w:w="872" w:type="dxa"/>
            <w:vAlign w:val="center"/>
          </w:tcPr>
          <w:p w14:paraId="5396C4CB" w14:textId="77777777" w:rsidR="00840388" w:rsidRDefault="00A35792" w:rsidP="008646AA">
            <w:r>
              <w:rPr>
                <w:rFonts w:ascii="Calibri" w:eastAsia="Calibri" w:hAnsi="Calibri"/>
                <w:sz w:val="16"/>
              </w:rPr>
              <w:t>12</w:t>
            </w:r>
          </w:p>
        </w:tc>
        <w:tc>
          <w:tcPr>
            <w:tcW w:w="1093" w:type="dxa"/>
            <w:vAlign w:val="center"/>
          </w:tcPr>
          <w:p w14:paraId="5A087B28" w14:textId="77777777" w:rsidR="00840388" w:rsidRDefault="00A35792" w:rsidP="008646AA">
            <w:r>
              <w:rPr>
                <w:rFonts w:ascii="Calibri" w:eastAsia="Calibri" w:hAnsi="Calibri"/>
                <w:sz w:val="16"/>
              </w:rPr>
              <w:t>1D: What are you like?</w:t>
            </w:r>
          </w:p>
        </w:tc>
        <w:tc>
          <w:tcPr>
            <w:tcW w:w="2316" w:type="dxa"/>
            <w:vAlign w:val="center"/>
          </w:tcPr>
          <w:p w14:paraId="12699E74" w14:textId="77777777" w:rsidR="00840388" w:rsidRDefault="00A35792" w:rsidP="008646AA">
            <w:r>
              <w:rPr>
                <w:rFonts w:ascii="Calibri" w:eastAsia="Calibri" w:hAnsi="Calibri"/>
                <w:sz w:val="16"/>
              </w:rPr>
              <w:t>Gramatika - podmetové a predmetové zámená; privlastňovacie prídavné mená; privlastňovacie zámená; privlastňovací pád ('s)</w:t>
            </w:r>
          </w:p>
        </w:tc>
        <w:tc>
          <w:tcPr>
            <w:tcW w:w="2317" w:type="dxa"/>
            <w:vAlign w:val="center"/>
          </w:tcPr>
          <w:p w14:paraId="78F07159" w14:textId="77777777" w:rsidR="00840388" w:rsidRDefault="00A35792" w:rsidP="008646AA">
            <w:r>
              <w:rPr>
                <w:rFonts w:ascii="Calibri" w:eastAsia="Calibri" w:hAnsi="Calibri"/>
                <w:sz w:val="16"/>
              </w:rPr>
              <w:t>používať podmetové a predmetové zámená v jednoduchých vetách</w:t>
            </w:r>
            <w:r>
              <w:rPr>
                <w:rFonts w:ascii="Calibri" w:eastAsia="Calibri" w:hAnsi="Calibri"/>
                <w:sz w:val="16"/>
              </w:rPr>
              <w:br/>
              <w:t>používať privlastňovacie prídavné mená a privlastňovacie zámená</w:t>
            </w:r>
            <w:r>
              <w:rPr>
                <w:rFonts w:ascii="Calibri" w:eastAsia="Calibri" w:hAnsi="Calibri"/>
                <w:sz w:val="16"/>
              </w:rPr>
              <w:br/>
              <w:t>vyjadriť vlastníctvo pomocou privlastňovacieho pádu ('s)</w:t>
            </w:r>
          </w:p>
        </w:tc>
        <w:tc>
          <w:tcPr>
            <w:tcW w:w="2249" w:type="dxa"/>
            <w:vAlign w:val="center"/>
          </w:tcPr>
          <w:p w14:paraId="3B395FCA" w14:textId="77777777" w:rsidR="00840388" w:rsidRDefault="00A35792" w:rsidP="008646AA">
            <w:r>
              <w:rPr>
                <w:rFonts w:ascii="Calibri" w:eastAsia="Calibri" w:hAnsi="Calibri"/>
                <w:sz w:val="16"/>
              </w:rPr>
              <w:t>Subject/Object Pronouns</w:t>
            </w:r>
            <w:r>
              <w:rPr>
                <w:rFonts w:ascii="Calibri" w:eastAsia="Calibri" w:hAnsi="Calibri"/>
                <w:sz w:val="16"/>
              </w:rPr>
              <w:br/>
              <w:t>Possessive Adjectives</w:t>
            </w:r>
            <w:r>
              <w:rPr>
                <w:rFonts w:ascii="Calibri" w:eastAsia="Calibri" w:hAnsi="Calibri"/>
                <w:sz w:val="16"/>
              </w:rPr>
              <w:br/>
              <w:t>Possessive Pronouns</w:t>
            </w:r>
            <w:r>
              <w:rPr>
                <w:rFonts w:ascii="Calibri" w:eastAsia="Calibri" w:hAnsi="Calibri"/>
                <w:sz w:val="16"/>
              </w:rPr>
              <w:br/>
              <w:t>Possessive Case</w:t>
            </w:r>
          </w:p>
        </w:tc>
        <w:tc>
          <w:tcPr>
            <w:tcW w:w="1740" w:type="dxa"/>
            <w:vAlign w:val="center"/>
          </w:tcPr>
          <w:p w14:paraId="231C96FC" w14:textId="77777777" w:rsidR="00840388" w:rsidRDefault="00840388" w:rsidP="008646AA"/>
        </w:tc>
        <w:tc>
          <w:tcPr>
            <w:tcW w:w="1576" w:type="dxa"/>
            <w:vAlign w:val="center"/>
          </w:tcPr>
          <w:p w14:paraId="1AD909C8" w14:textId="77777777" w:rsidR="00840388" w:rsidRDefault="00840388" w:rsidP="008646AA"/>
        </w:tc>
        <w:tc>
          <w:tcPr>
            <w:tcW w:w="1650" w:type="dxa"/>
            <w:vAlign w:val="center"/>
          </w:tcPr>
          <w:p w14:paraId="1358F508" w14:textId="77777777" w:rsidR="00840388" w:rsidRDefault="00840388" w:rsidP="008646AA"/>
        </w:tc>
      </w:tr>
      <w:tr w:rsidR="00840388" w14:paraId="799B1D93" w14:textId="77777777" w:rsidTr="008646AA">
        <w:tc>
          <w:tcPr>
            <w:tcW w:w="865" w:type="dxa"/>
            <w:vAlign w:val="center"/>
          </w:tcPr>
          <w:p w14:paraId="295B7CE3" w14:textId="77777777" w:rsidR="00840388" w:rsidRDefault="00A35792" w:rsidP="008646AA">
            <w:r>
              <w:rPr>
                <w:rFonts w:ascii="Calibri" w:eastAsia="Calibri" w:hAnsi="Calibri"/>
                <w:sz w:val="16"/>
              </w:rPr>
              <w:t>5</w:t>
            </w:r>
          </w:p>
        </w:tc>
        <w:tc>
          <w:tcPr>
            <w:tcW w:w="872" w:type="dxa"/>
            <w:vAlign w:val="center"/>
          </w:tcPr>
          <w:p w14:paraId="35D2CBCF" w14:textId="77777777" w:rsidR="00840388" w:rsidRDefault="00A35792" w:rsidP="008646AA">
            <w:r>
              <w:rPr>
                <w:rFonts w:ascii="Calibri" w:eastAsia="Calibri" w:hAnsi="Calibri"/>
                <w:sz w:val="16"/>
              </w:rPr>
              <w:t>13</w:t>
            </w:r>
          </w:p>
        </w:tc>
        <w:tc>
          <w:tcPr>
            <w:tcW w:w="1093" w:type="dxa"/>
            <w:vAlign w:val="center"/>
          </w:tcPr>
          <w:p w14:paraId="72E198A4" w14:textId="77777777" w:rsidR="00840388" w:rsidRDefault="00A35792" w:rsidP="008646AA">
            <w:r>
              <w:rPr>
                <w:rFonts w:ascii="Calibri" w:eastAsia="Calibri" w:hAnsi="Calibri"/>
                <w:sz w:val="16"/>
              </w:rPr>
              <w:t>Top Skills – Meet my friend</w:t>
            </w:r>
          </w:p>
        </w:tc>
        <w:tc>
          <w:tcPr>
            <w:tcW w:w="2316" w:type="dxa"/>
            <w:vAlign w:val="center"/>
          </w:tcPr>
          <w:p w14:paraId="53A9C09E" w14:textId="77777777" w:rsidR="00840388" w:rsidRDefault="00A35792" w:rsidP="008646AA">
            <w:r>
              <w:rPr>
                <w:rFonts w:ascii="Calibri" w:eastAsia="Calibri" w:hAnsi="Calibri"/>
                <w:sz w:val="16"/>
              </w:rPr>
              <w:t>Slovná zásoba - opis vzhľadu, počúvanie s porozumením</w:t>
            </w:r>
          </w:p>
        </w:tc>
        <w:tc>
          <w:tcPr>
            <w:tcW w:w="2317" w:type="dxa"/>
            <w:vAlign w:val="center"/>
          </w:tcPr>
          <w:p w14:paraId="324F3CC0" w14:textId="77777777" w:rsidR="00840388" w:rsidRDefault="00A35792" w:rsidP="008646AA">
            <w:r>
              <w:rPr>
                <w:rFonts w:ascii="Calibri" w:eastAsia="Calibri" w:hAnsi="Calibri"/>
                <w:sz w:val="16"/>
              </w:rPr>
              <w:t>pomenovať znaky vonkajšieho vzhľadu osôb</w:t>
            </w:r>
            <w:r>
              <w:rPr>
                <w:rFonts w:ascii="Calibri" w:eastAsia="Calibri" w:hAnsi="Calibri"/>
                <w:sz w:val="16"/>
              </w:rPr>
              <w:br/>
              <w:t>porozumieť počúvanému textu opisujúcemu osoby</w:t>
            </w:r>
            <w:r>
              <w:rPr>
                <w:rFonts w:ascii="Calibri" w:eastAsia="Calibri" w:hAnsi="Calibri"/>
                <w:sz w:val="16"/>
              </w:rPr>
              <w:br/>
              <w:t>opísať vzhľad človeka pomocou osvojenej slovnej zásoby</w:t>
            </w:r>
          </w:p>
        </w:tc>
        <w:tc>
          <w:tcPr>
            <w:tcW w:w="2249" w:type="dxa"/>
            <w:vAlign w:val="center"/>
          </w:tcPr>
          <w:p w14:paraId="24DA52F1" w14:textId="77777777" w:rsidR="00840388" w:rsidRDefault="00840388" w:rsidP="008646AA"/>
        </w:tc>
        <w:tc>
          <w:tcPr>
            <w:tcW w:w="1740" w:type="dxa"/>
            <w:vAlign w:val="center"/>
          </w:tcPr>
          <w:p w14:paraId="66AC9C13" w14:textId="77777777" w:rsidR="00840388" w:rsidRDefault="00A35792" w:rsidP="008646AA">
            <w:r>
              <w:rPr>
                <w:rFonts w:ascii="Calibri" w:eastAsia="Calibri" w:hAnsi="Calibri"/>
                <w:sz w:val="16"/>
              </w:rPr>
              <w:t>almost, champion, chubby, cool, curly, dark, fair, famous, good-looking, Guess what!, look good, medium-length, meet, near, news, quite, slim, straight, trendy, wavy, What does he/she look like?, Write back soon.</w:t>
            </w:r>
          </w:p>
        </w:tc>
        <w:tc>
          <w:tcPr>
            <w:tcW w:w="1576" w:type="dxa"/>
            <w:vAlign w:val="center"/>
          </w:tcPr>
          <w:p w14:paraId="06EC6B68"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36E13AD7" w14:textId="77777777" w:rsidR="00840388" w:rsidRDefault="00A35792" w:rsidP="008646AA">
            <w:r>
              <w:rPr>
                <w:rFonts w:ascii="Calibri" w:eastAsia="Calibri" w:hAnsi="Calibri"/>
                <w:sz w:val="16"/>
              </w:rPr>
              <w:t>kritické myslenie, komunikácia, spolupráca, tvorivosť, samostatné učenie</w:t>
            </w:r>
          </w:p>
        </w:tc>
      </w:tr>
      <w:tr w:rsidR="00840388" w14:paraId="6A64175F" w14:textId="77777777" w:rsidTr="008646AA">
        <w:tc>
          <w:tcPr>
            <w:tcW w:w="865" w:type="dxa"/>
            <w:vAlign w:val="center"/>
          </w:tcPr>
          <w:p w14:paraId="4ECA7794" w14:textId="77777777" w:rsidR="00840388" w:rsidRDefault="00840388" w:rsidP="008646AA"/>
        </w:tc>
        <w:tc>
          <w:tcPr>
            <w:tcW w:w="872" w:type="dxa"/>
            <w:vAlign w:val="center"/>
          </w:tcPr>
          <w:p w14:paraId="485A4740" w14:textId="77777777" w:rsidR="00840388" w:rsidRDefault="00A35792" w:rsidP="008646AA">
            <w:r>
              <w:rPr>
                <w:rFonts w:ascii="Calibri" w:eastAsia="Calibri" w:hAnsi="Calibri"/>
                <w:sz w:val="16"/>
              </w:rPr>
              <w:t>14</w:t>
            </w:r>
          </w:p>
        </w:tc>
        <w:tc>
          <w:tcPr>
            <w:tcW w:w="1093" w:type="dxa"/>
            <w:vAlign w:val="center"/>
          </w:tcPr>
          <w:p w14:paraId="4A6C3DF6" w14:textId="77777777" w:rsidR="00840388" w:rsidRDefault="00A35792" w:rsidP="008646AA">
            <w:r>
              <w:rPr>
                <w:rFonts w:ascii="Calibri" w:eastAsia="Calibri" w:hAnsi="Calibri"/>
                <w:sz w:val="16"/>
              </w:rPr>
              <w:t>Top Skills - Meet my friend</w:t>
            </w:r>
          </w:p>
        </w:tc>
        <w:tc>
          <w:tcPr>
            <w:tcW w:w="2316" w:type="dxa"/>
            <w:vAlign w:val="center"/>
          </w:tcPr>
          <w:p w14:paraId="3591ECCC" w14:textId="77777777" w:rsidR="00840388" w:rsidRDefault="00A35792" w:rsidP="008646AA">
            <w:r>
              <w:rPr>
                <w:rFonts w:ascii="Calibri" w:eastAsia="Calibri" w:hAnsi="Calibri"/>
                <w:sz w:val="16"/>
              </w:rPr>
              <w:t>Čítanie s porozumením, rozprávanie, písanie - môj najlepší kamarát</w:t>
            </w:r>
          </w:p>
        </w:tc>
        <w:tc>
          <w:tcPr>
            <w:tcW w:w="2317" w:type="dxa"/>
            <w:vAlign w:val="center"/>
          </w:tcPr>
          <w:p w14:paraId="3A360D33" w14:textId="77777777" w:rsidR="00840388" w:rsidRDefault="00A35792" w:rsidP="008646AA">
            <w:r>
              <w:rPr>
                <w:rFonts w:ascii="Calibri" w:eastAsia="Calibri" w:hAnsi="Calibri"/>
                <w:sz w:val="16"/>
              </w:rPr>
              <w:t>porozumieť textu o priateľstve</w:t>
            </w:r>
            <w:r>
              <w:rPr>
                <w:rFonts w:ascii="Calibri" w:eastAsia="Calibri" w:hAnsi="Calibri"/>
                <w:sz w:val="16"/>
              </w:rPr>
              <w:br/>
              <w:t>predstaviť svojho najlepšieho kamaráta alebo kamarátku</w:t>
            </w:r>
            <w:r>
              <w:rPr>
                <w:rFonts w:ascii="Calibri" w:eastAsia="Calibri" w:hAnsi="Calibri"/>
                <w:sz w:val="16"/>
              </w:rPr>
              <w:br/>
              <w:t>napísať krátky opis svojho najlepšieho kamaráta alebo kamarátky</w:t>
            </w:r>
          </w:p>
        </w:tc>
        <w:tc>
          <w:tcPr>
            <w:tcW w:w="2249" w:type="dxa"/>
            <w:vAlign w:val="center"/>
          </w:tcPr>
          <w:p w14:paraId="46A5351E" w14:textId="77777777" w:rsidR="00840388" w:rsidRDefault="00840388" w:rsidP="008646AA"/>
        </w:tc>
        <w:tc>
          <w:tcPr>
            <w:tcW w:w="1740" w:type="dxa"/>
            <w:vAlign w:val="center"/>
          </w:tcPr>
          <w:p w14:paraId="4AF3A6B3" w14:textId="77777777" w:rsidR="00840388" w:rsidRDefault="00840388" w:rsidP="008646AA"/>
        </w:tc>
        <w:tc>
          <w:tcPr>
            <w:tcW w:w="1576" w:type="dxa"/>
            <w:vAlign w:val="center"/>
          </w:tcPr>
          <w:p w14:paraId="004F02F6" w14:textId="77777777" w:rsidR="00840388" w:rsidRDefault="00840388" w:rsidP="008646AA"/>
        </w:tc>
        <w:tc>
          <w:tcPr>
            <w:tcW w:w="1650" w:type="dxa"/>
            <w:vAlign w:val="center"/>
          </w:tcPr>
          <w:p w14:paraId="72315A5A" w14:textId="77777777" w:rsidR="00840388" w:rsidRDefault="00840388" w:rsidP="008646AA"/>
        </w:tc>
      </w:tr>
      <w:tr w:rsidR="00840388" w14:paraId="4E88E076" w14:textId="77777777" w:rsidTr="008646AA">
        <w:tc>
          <w:tcPr>
            <w:tcW w:w="865" w:type="dxa"/>
            <w:vAlign w:val="center"/>
          </w:tcPr>
          <w:p w14:paraId="1CE1764C" w14:textId="77777777" w:rsidR="00840388" w:rsidRDefault="00840388" w:rsidP="008646AA"/>
        </w:tc>
        <w:tc>
          <w:tcPr>
            <w:tcW w:w="872" w:type="dxa"/>
            <w:vAlign w:val="center"/>
          </w:tcPr>
          <w:p w14:paraId="108412D6" w14:textId="77777777" w:rsidR="00840388" w:rsidRDefault="00A35792" w:rsidP="008646AA">
            <w:r>
              <w:rPr>
                <w:rFonts w:ascii="Calibri" w:eastAsia="Calibri" w:hAnsi="Calibri"/>
                <w:sz w:val="16"/>
              </w:rPr>
              <w:t>15</w:t>
            </w:r>
          </w:p>
        </w:tc>
        <w:tc>
          <w:tcPr>
            <w:tcW w:w="1093" w:type="dxa"/>
            <w:vAlign w:val="center"/>
          </w:tcPr>
          <w:p w14:paraId="35D34B53" w14:textId="77777777" w:rsidR="00840388" w:rsidRDefault="00A35792" w:rsidP="008646AA">
            <w:r>
              <w:rPr>
                <w:rFonts w:ascii="Calibri" w:eastAsia="Calibri" w:hAnsi="Calibri"/>
                <w:sz w:val="16"/>
              </w:rPr>
              <w:t>Revision module 1</w:t>
            </w:r>
          </w:p>
        </w:tc>
        <w:tc>
          <w:tcPr>
            <w:tcW w:w="2316" w:type="dxa"/>
            <w:vAlign w:val="center"/>
          </w:tcPr>
          <w:p w14:paraId="05FD6FBF" w14:textId="77777777" w:rsidR="00840388" w:rsidRDefault="00A35792" w:rsidP="008646AA">
            <w:r>
              <w:rPr>
                <w:rFonts w:ascii="Calibri" w:eastAsia="Calibri" w:hAnsi="Calibri"/>
                <w:sz w:val="16"/>
              </w:rPr>
              <w:t>Zhrnutie učiva</w:t>
            </w:r>
          </w:p>
        </w:tc>
        <w:tc>
          <w:tcPr>
            <w:tcW w:w="2317" w:type="dxa"/>
            <w:vAlign w:val="center"/>
          </w:tcPr>
          <w:p w14:paraId="66B49587" w14:textId="77777777" w:rsidR="00840388" w:rsidRDefault="00A35792" w:rsidP="008646AA">
            <w:r>
              <w:rPr>
                <w:rFonts w:ascii="Calibri" w:eastAsia="Calibri" w:hAnsi="Calibri"/>
                <w:sz w:val="16"/>
              </w:rPr>
              <w:t>zopakovať slovnú zásobu modulu</w:t>
            </w:r>
            <w:r>
              <w:rPr>
                <w:rFonts w:ascii="Calibri" w:eastAsia="Calibri" w:hAnsi="Calibri"/>
                <w:sz w:val="16"/>
              </w:rPr>
              <w:br/>
            </w:r>
            <w:r>
              <w:rPr>
                <w:rFonts w:ascii="Calibri" w:eastAsia="Calibri" w:hAnsi="Calibri"/>
                <w:sz w:val="16"/>
              </w:rPr>
              <w:lastRenderedPageBreak/>
              <w:t>upevniť gramatické štruktúry modulu</w:t>
            </w:r>
            <w:r>
              <w:rPr>
                <w:rFonts w:ascii="Calibri" w:eastAsia="Calibri" w:hAnsi="Calibri"/>
                <w:sz w:val="16"/>
              </w:rPr>
              <w:br/>
              <w:t>precvičiť komunikačné situácie</w:t>
            </w:r>
          </w:p>
        </w:tc>
        <w:tc>
          <w:tcPr>
            <w:tcW w:w="2249" w:type="dxa"/>
            <w:vAlign w:val="center"/>
          </w:tcPr>
          <w:p w14:paraId="38D93D27" w14:textId="77777777" w:rsidR="00840388" w:rsidRDefault="00840388" w:rsidP="008646AA"/>
        </w:tc>
        <w:tc>
          <w:tcPr>
            <w:tcW w:w="1740" w:type="dxa"/>
            <w:vAlign w:val="center"/>
          </w:tcPr>
          <w:p w14:paraId="010BC43C" w14:textId="77777777" w:rsidR="00840388" w:rsidRDefault="00840388" w:rsidP="008646AA"/>
        </w:tc>
        <w:tc>
          <w:tcPr>
            <w:tcW w:w="1576" w:type="dxa"/>
            <w:vAlign w:val="center"/>
          </w:tcPr>
          <w:p w14:paraId="3B73D4B7" w14:textId="77777777" w:rsidR="00840388" w:rsidRDefault="00A35792" w:rsidP="008646AA">
            <w:r>
              <w:rPr>
                <w:rFonts w:ascii="Calibri" w:eastAsia="Calibri" w:hAnsi="Calibri"/>
                <w:sz w:val="16"/>
              </w:rPr>
              <w:t>SB</w:t>
            </w:r>
            <w:r>
              <w:rPr>
                <w:rFonts w:ascii="Calibri" w:eastAsia="Calibri" w:hAnsi="Calibri"/>
                <w:sz w:val="16"/>
              </w:rPr>
              <w:br/>
              <w:t xml:space="preserve">IWB &amp; IWB material </w:t>
            </w:r>
            <w:r>
              <w:rPr>
                <w:rFonts w:ascii="Calibri" w:eastAsia="Calibri" w:hAnsi="Calibri"/>
                <w:sz w:val="16"/>
              </w:rPr>
              <w:lastRenderedPageBreak/>
              <w:t>or audio and audio player</w:t>
            </w:r>
            <w:r>
              <w:rPr>
                <w:rFonts w:ascii="Calibri" w:eastAsia="Calibri" w:hAnsi="Calibri"/>
                <w:sz w:val="16"/>
              </w:rPr>
              <w:br/>
              <w:t>If necessary, WB (extra grammar practice)</w:t>
            </w:r>
          </w:p>
        </w:tc>
        <w:tc>
          <w:tcPr>
            <w:tcW w:w="1650" w:type="dxa"/>
            <w:vAlign w:val="center"/>
          </w:tcPr>
          <w:p w14:paraId="65B43CAF" w14:textId="77777777" w:rsidR="00840388" w:rsidRDefault="00A35792" w:rsidP="008646AA">
            <w:r>
              <w:rPr>
                <w:rFonts w:ascii="Calibri" w:eastAsia="Calibri" w:hAnsi="Calibri"/>
                <w:sz w:val="16"/>
              </w:rPr>
              <w:lastRenderedPageBreak/>
              <w:t>samostatné učenie</w:t>
            </w:r>
          </w:p>
        </w:tc>
      </w:tr>
      <w:tr w:rsidR="00840388" w14:paraId="5BA71665" w14:textId="77777777" w:rsidTr="008646AA">
        <w:tc>
          <w:tcPr>
            <w:tcW w:w="865" w:type="dxa"/>
            <w:vAlign w:val="center"/>
          </w:tcPr>
          <w:p w14:paraId="7417F55E" w14:textId="77777777" w:rsidR="00840388" w:rsidRDefault="00A35792" w:rsidP="008646AA">
            <w:r>
              <w:rPr>
                <w:rFonts w:ascii="Calibri" w:eastAsia="Calibri" w:hAnsi="Calibri"/>
                <w:sz w:val="16"/>
              </w:rPr>
              <w:t>6</w:t>
            </w:r>
          </w:p>
        </w:tc>
        <w:tc>
          <w:tcPr>
            <w:tcW w:w="872" w:type="dxa"/>
            <w:vAlign w:val="center"/>
          </w:tcPr>
          <w:p w14:paraId="562D0392" w14:textId="77777777" w:rsidR="00840388" w:rsidRDefault="00A35792" w:rsidP="008646AA">
            <w:r>
              <w:rPr>
                <w:rFonts w:ascii="Calibri" w:eastAsia="Calibri" w:hAnsi="Calibri"/>
                <w:sz w:val="16"/>
              </w:rPr>
              <w:t>16</w:t>
            </w:r>
          </w:p>
        </w:tc>
        <w:tc>
          <w:tcPr>
            <w:tcW w:w="1093" w:type="dxa"/>
            <w:vAlign w:val="center"/>
          </w:tcPr>
          <w:p w14:paraId="17EECB96" w14:textId="77777777" w:rsidR="00840388" w:rsidRDefault="00A35792" w:rsidP="008646AA">
            <w:r>
              <w:rPr>
                <w:rFonts w:ascii="Calibri" w:eastAsia="Calibri" w:hAnsi="Calibri"/>
                <w:sz w:val="16"/>
              </w:rPr>
              <w:t>Revision module 1</w:t>
            </w:r>
          </w:p>
        </w:tc>
        <w:tc>
          <w:tcPr>
            <w:tcW w:w="2316" w:type="dxa"/>
            <w:vAlign w:val="center"/>
          </w:tcPr>
          <w:p w14:paraId="3F050146" w14:textId="77777777" w:rsidR="00840388" w:rsidRDefault="00A35792" w:rsidP="008646AA">
            <w:r>
              <w:rPr>
                <w:rFonts w:ascii="Calibri" w:eastAsia="Calibri" w:hAnsi="Calibri"/>
                <w:sz w:val="16"/>
              </w:rPr>
              <w:t>Sebahodnotenie</w:t>
            </w:r>
          </w:p>
        </w:tc>
        <w:tc>
          <w:tcPr>
            <w:tcW w:w="2317" w:type="dxa"/>
            <w:vAlign w:val="center"/>
          </w:tcPr>
          <w:p w14:paraId="3E0EB4B8" w14:textId="77777777" w:rsidR="00840388" w:rsidRDefault="00A35792" w:rsidP="008646AA">
            <w:r>
              <w:rPr>
                <w:rFonts w:ascii="Calibri" w:eastAsia="Calibri" w:hAnsi="Calibri"/>
                <w:sz w:val="16"/>
              </w:rPr>
              <w:t>zhodnotiť úroveň svojich vedomostí</w:t>
            </w:r>
            <w:r>
              <w:rPr>
                <w:rFonts w:ascii="Calibri" w:eastAsia="Calibri" w:hAnsi="Calibri"/>
                <w:sz w:val="16"/>
              </w:rPr>
              <w:br/>
              <w:t>identifikovať oblasti, ktoré je potrebné zlepšiť</w:t>
            </w:r>
            <w:r>
              <w:rPr>
                <w:rFonts w:ascii="Calibri" w:eastAsia="Calibri" w:hAnsi="Calibri"/>
                <w:sz w:val="16"/>
              </w:rPr>
              <w:br/>
              <w:t>pripraviť sa na priebežné overenie vedomostí</w:t>
            </w:r>
          </w:p>
        </w:tc>
        <w:tc>
          <w:tcPr>
            <w:tcW w:w="2249" w:type="dxa"/>
            <w:vAlign w:val="center"/>
          </w:tcPr>
          <w:p w14:paraId="5537CBF6" w14:textId="77777777" w:rsidR="00840388" w:rsidRDefault="00840388" w:rsidP="008646AA"/>
        </w:tc>
        <w:tc>
          <w:tcPr>
            <w:tcW w:w="1740" w:type="dxa"/>
            <w:vAlign w:val="center"/>
          </w:tcPr>
          <w:p w14:paraId="58988364" w14:textId="77777777" w:rsidR="00840388" w:rsidRDefault="00840388" w:rsidP="008646AA"/>
        </w:tc>
        <w:tc>
          <w:tcPr>
            <w:tcW w:w="1576" w:type="dxa"/>
            <w:vAlign w:val="center"/>
          </w:tcPr>
          <w:p w14:paraId="6DF58A29" w14:textId="77777777" w:rsidR="00840388" w:rsidRDefault="00840388" w:rsidP="008646AA"/>
        </w:tc>
        <w:tc>
          <w:tcPr>
            <w:tcW w:w="1650" w:type="dxa"/>
            <w:vAlign w:val="center"/>
          </w:tcPr>
          <w:p w14:paraId="7FC24A3E" w14:textId="77777777" w:rsidR="00840388" w:rsidRDefault="00840388" w:rsidP="008646AA"/>
        </w:tc>
      </w:tr>
      <w:tr w:rsidR="00840388" w14:paraId="2A2F61C6" w14:textId="77777777" w:rsidTr="008646AA">
        <w:tc>
          <w:tcPr>
            <w:tcW w:w="865" w:type="dxa"/>
            <w:vAlign w:val="center"/>
          </w:tcPr>
          <w:p w14:paraId="341313DB" w14:textId="77777777" w:rsidR="00840388" w:rsidRDefault="00840388" w:rsidP="008646AA"/>
        </w:tc>
        <w:tc>
          <w:tcPr>
            <w:tcW w:w="872" w:type="dxa"/>
            <w:vAlign w:val="center"/>
          </w:tcPr>
          <w:p w14:paraId="5AED995D" w14:textId="77777777" w:rsidR="00840388" w:rsidRDefault="00A35792" w:rsidP="008646AA">
            <w:r>
              <w:rPr>
                <w:rFonts w:ascii="Calibri" w:eastAsia="Calibri" w:hAnsi="Calibri"/>
                <w:sz w:val="16"/>
              </w:rPr>
              <w:t>17</w:t>
            </w:r>
          </w:p>
        </w:tc>
        <w:tc>
          <w:tcPr>
            <w:tcW w:w="1093" w:type="dxa"/>
            <w:vAlign w:val="center"/>
          </w:tcPr>
          <w:p w14:paraId="682178B2" w14:textId="77777777" w:rsidR="00840388" w:rsidRDefault="00A35792" w:rsidP="008646AA">
            <w:r>
              <w:rPr>
                <w:rFonts w:ascii="Calibri" w:eastAsia="Calibri" w:hAnsi="Calibri"/>
                <w:sz w:val="16"/>
              </w:rPr>
              <w:t>Me and My country project 1 – How do I live?</w:t>
            </w:r>
          </w:p>
        </w:tc>
        <w:tc>
          <w:tcPr>
            <w:tcW w:w="2316" w:type="dxa"/>
            <w:vAlign w:val="center"/>
          </w:tcPr>
          <w:p w14:paraId="672044CA" w14:textId="77777777" w:rsidR="00840388" w:rsidRDefault="00A35792" w:rsidP="008646AA">
            <w:r>
              <w:rPr>
                <w:rFonts w:ascii="Calibri" w:eastAsia="Calibri" w:hAnsi="Calibri"/>
                <w:sz w:val="16"/>
              </w:rPr>
              <w:t>Moja izba</w:t>
            </w:r>
          </w:p>
        </w:tc>
        <w:tc>
          <w:tcPr>
            <w:tcW w:w="2317" w:type="dxa"/>
            <w:vAlign w:val="center"/>
          </w:tcPr>
          <w:p w14:paraId="5BFBEA73" w14:textId="77777777" w:rsidR="00840388" w:rsidRDefault="00A35792" w:rsidP="008646AA">
            <w:r>
              <w:rPr>
                <w:rFonts w:ascii="Calibri" w:eastAsia="Calibri" w:hAnsi="Calibri"/>
                <w:sz w:val="16"/>
              </w:rPr>
              <w:t>vytvoriť kvíz o svojom domove</w:t>
            </w:r>
            <w:r>
              <w:rPr>
                <w:rFonts w:ascii="Calibri" w:eastAsia="Calibri" w:hAnsi="Calibri"/>
                <w:sz w:val="16"/>
              </w:rPr>
              <w:br/>
              <w:t>porovnať vlastný domov s typickým anglickým domovom</w:t>
            </w:r>
            <w:r>
              <w:rPr>
                <w:rFonts w:ascii="Calibri" w:eastAsia="Calibri" w:hAnsi="Calibri"/>
                <w:sz w:val="16"/>
              </w:rPr>
              <w:br/>
              <w:t>klásť otázky a odpovedať na otázky o bývaní</w:t>
            </w:r>
          </w:p>
        </w:tc>
        <w:tc>
          <w:tcPr>
            <w:tcW w:w="2249" w:type="dxa"/>
            <w:vAlign w:val="center"/>
          </w:tcPr>
          <w:p w14:paraId="6A5E1B49" w14:textId="77777777" w:rsidR="00840388" w:rsidRDefault="00840388" w:rsidP="008646AA"/>
        </w:tc>
        <w:tc>
          <w:tcPr>
            <w:tcW w:w="1740" w:type="dxa"/>
            <w:vAlign w:val="center"/>
          </w:tcPr>
          <w:p w14:paraId="3749B3BC" w14:textId="77777777" w:rsidR="00840388" w:rsidRDefault="00840388" w:rsidP="008646AA"/>
        </w:tc>
        <w:tc>
          <w:tcPr>
            <w:tcW w:w="1576" w:type="dxa"/>
            <w:vAlign w:val="center"/>
          </w:tcPr>
          <w:p w14:paraId="21810293" w14:textId="77777777" w:rsidR="00840388" w:rsidRDefault="00A35792" w:rsidP="008646AA">
            <w:r>
              <w:rPr>
                <w:rFonts w:ascii="Calibri" w:eastAsia="Calibri" w:hAnsi="Calibri"/>
                <w:sz w:val="16"/>
              </w:rPr>
              <w:t>Worksheets (teacher’s assistant)</w:t>
            </w:r>
          </w:p>
        </w:tc>
        <w:tc>
          <w:tcPr>
            <w:tcW w:w="1650" w:type="dxa"/>
            <w:vAlign w:val="center"/>
          </w:tcPr>
          <w:p w14:paraId="6D4C7B9F" w14:textId="77777777" w:rsidR="00840388" w:rsidRDefault="00A35792" w:rsidP="008646AA">
            <w:r>
              <w:rPr>
                <w:rFonts w:ascii="Calibri" w:eastAsia="Calibri" w:hAnsi="Calibri"/>
                <w:sz w:val="16"/>
              </w:rPr>
              <w:t>samostatné učenie, tvorivosť, interkultúrna kompetencia, komunikácia, digitálna gramotnosť</w:t>
            </w:r>
          </w:p>
        </w:tc>
      </w:tr>
      <w:tr w:rsidR="00840388" w14:paraId="575CCB45" w14:textId="77777777" w:rsidTr="008646AA">
        <w:tc>
          <w:tcPr>
            <w:tcW w:w="865" w:type="dxa"/>
            <w:vAlign w:val="center"/>
          </w:tcPr>
          <w:p w14:paraId="76C6A8B1" w14:textId="77777777" w:rsidR="00840388" w:rsidRDefault="00840388" w:rsidP="008646AA"/>
        </w:tc>
        <w:tc>
          <w:tcPr>
            <w:tcW w:w="872" w:type="dxa"/>
            <w:vAlign w:val="center"/>
          </w:tcPr>
          <w:p w14:paraId="3E427E3E" w14:textId="77777777" w:rsidR="00840388" w:rsidRDefault="00A35792" w:rsidP="008646AA">
            <w:r>
              <w:rPr>
                <w:rFonts w:ascii="Calibri" w:eastAsia="Calibri" w:hAnsi="Calibri"/>
                <w:sz w:val="16"/>
              </w:rPr>
              <w:t>18</w:t>
            </w:r>
          </w:p>
        </w:tc>
        <w:tc>
          <w:tcPr>
            <w:tcW w:w="1093" w:type="dxa"/>
            <w:vAlign w:val="center"/>
          </w:tcPr>
          <w:p w14:paraId="17F1F8C0" w14:textId="77777777" w:rsidR="00840388" w:rsidRDefault="00A35792" w:rsidP="008646AA">
            <w:r>
              <w:rPr>
                <w:rFonts w:ascii="Calibri" w:eastAsia="Calibri" w:hAnsi="Calibri"/>
                <w:sz w:val="16"/>
              </w:rPr>
              <w:t>Test Module 1</w:t>
            </w:r>
          </w:p>
        </w:tc>
        <w:tc>
          <w:tcPr>
            <w:tcW w:w="2316" w:type="dxa"/>
            <w:vAlign w:val="center"/>
          </w:tcPr>
          <w:p w14:paraId="38E0AAA1" w14:textId="77777777" w:rsidR="00840388" w:rsidRDefault="00A35792" w:rsidP="008646AA">
            <w:r>
              <w:rPr>
                <w:rFonts w:ascii="Calibri" w:eastAsia="Calibri" w:hAnsi="Calibri"/>
                <w:sz w:val="16"/>
              </w:rPr>
              <w:t>Hodnotenie pokroku žiakov</w:t>
            </w:r>
          </w:p>
        </w:tc>
        <w:tc>
          <w:tcPr>
            <w:tcW w:w="2317" w:type="dxa"/>
            <w:vAlign w:val="center"/>
          </w:tcPr>
          <w:p w14:paraId="1DFEA3E7" w14:textId="77777777" w:rsidR="00840388" w:rsidRDefault="00A35792" w:rsidP="008646AA">
            <w:r>
              <w:rPr>
                <w:rFonts w:ascii="Calibri" w:eastAsia="Calibri" w:hAnsi="Calibri"/>
                <w:sz w:val="16"/>
              </w:rPr>
              <w:t>preukázať osvojenie slovnej zásoby a gramatiky modulu</w:t>
            </w:r>
            <w:r>
              <w:rPr>
                <w:rFonts w:ascii="Calibri" w:eastAsia="Calibri" w:hAnsi="Calibri"/>
                <w:sz w:val="16"/>
              </w:rPr>
              <w:br/>
              <w:t>aplikovať získané vedomosti pri riešení úloh</w:t>
            </w:r>
            <w:r>
              <w:rPr>
                <w:rFonts w:ascii="Calibri" w:eastAsia="Calibri" w:hAnsi="Calibri"/>
                <w:sz w:val="16"/>
              </w:rPr>
              <w:br/>
              <w:t>samostatne riešiť testové zadania</w:t>
            </w:r>
          </w:p>
        </w:tc>
        <w:tc>
          <w:tcPr>
            <w:tcW w:w="2249" w:type="dxa"/>
            <w:vAlign w:val="center"/>
          </w:tcPr>
          <w:p w14:paraId="4CE29E59" w14:textId="77777777" w:rsidR="00840388" w:rsidRDefault="00840388" w:rsidP="008646AA"/>
        </w:tc>
        <w:tc>
          <w:tcPr>
            <w:tcW w:w="1740" w:type="dxa"/>
            <w:vAlign w:val="center"/>
          </w:tcPr>
          <w:p w14:paraId="2CE19679" w14:textId="77777777" w:rsidR="00840388" w:rsidRDefault="00840388" w:rsidP="008646AA"/>
        </w:tc>
        <w:tc>
          <w:tcPr>
            <w:tcW w:w="1576" w:type="dxa"/>
            <w:vAlign w:val="center"/>
          </w:tcPr>
          <w:p w14:paraId="65566723" w14:textId="77777777" w:rsidR="00840388" w:rsidRDefault="00A35792" w:rsidP="008646AA">
            <w:r>
              <w:rPr>
                <w:rFonts w:ascii="Calibri" w:eastAsia="Calibri" w:hAnsi="Calibri"/>
                <w:sz w:val="16"/>
              </w:rPr>
              <w:t>Module tests (teacher’s assistant)</w:t>
            </w:r>
          </w:p>
        </w:tc>
        <w:tc>
          <w:tcPr>
            <w:tcW w:w="1650" w:type="dxa"/>
            <w:vAlign w:val="center"/>
          </w:tcPr>
          <w:p w14:paraId="3EBF98FC" w14:textId="77777777" w:rsidR="00840388" w:rsidRDefault="00840388" w:rsidP="008646AA"/>
        </w:tc>
      </w:tr>
      <w:tr w:rsidR="00840388" w14:paraId="170C99C5" w14:textId="77777777" w:rsidTr="008646AA">
        <w:tc>
          <w:tcPr>
            <w:tcW w:w="865" w:type="dxa"/>
            <w:vAlign w:val="center"/>
          </w:tcPr>
          <w:p w14:paraId="1DEEFA19" w14:textId="77777777" w:rsidR="00840388" w:rsidRDefault="00A35792" w:rsidP="008646AA">
            <w:r>
              <w:rPr>
                <w:rFonts w:ascii="Calibri" w:eastAsia="Calibri" w:hAnsi="Calibri"/>
                <w:sz w:val="16"/>
              </w:rPr>
              <w:t>7</w:t>
            </w:r>
          </w:p>
        </w:tc>
        <w:tc>
          <w:tcPr>
            <w:tcW w:w="872" w:type="dxa"/>
            <w:vAlign w:val="center"/>
          </w:tcPr>
          <w:p w14:paraId="73FD575D" w14:textId="77777777" w:rsidR="00840388" w:rsidRDefault="00A35792" w:rsidP="008646AA">
            <w:r>
              <w:rPr>
                <w:rFonts w:ascii="Calibri" w:eastAsia="Calibri" w:hAnsi="Calibri"/>
                <w:sz w:val="16"/>
              </w:rPr>
              <w:t>19</w:t>
            </w:r>
          </w:p>
        </w:tc>
        <w:tc>
          <w:tcPr>
            <w:tcW w:w="1093" w:type="dxa"/>
            <w:vAlign w:val="center"/>
          </w:tcPr>
          <w:p w14:paraId="590D7329" w14:textId="77777777" w:rsidR="00840388" w:rsidRDefault="00A35792" w:rsidP="008646AA">
            <w:r>
              <w:rPr>
                <w:rFonts w:ascii="Calibri" w:eastAsia="Calibri" w:hAnsi="Calibri"/>
                <w:sz w:val="16"/>
              </w:rPr>
              <w:t>Video Module 1 &amp; Cover Page Module 2</w:t>
            </w:r>
          </w:p>
        </w:tc>
        <w:tc>
          <w:tcPr>
            <w:tcW w:w="2316" w:type="dxa"/>
            <w:vAlign w:val="center"/>
          </w:tcPr>
          <w:p w14:paraId="7407C6C8" w14:textId="77777777" w:rsidR="00840388" w:rsidRDefault="00A35792" w:rsidP="008646AA">
            <w:r>
              <w:rPr>
                <w:rFonts w:ascii="Calibri" w:eastAsia="Calibri" w:hAnsi="Calibri"/>
                <w:sz w:val="16"/>
              </w:rPr>
              <w:t>Videolekcia - päť najmenej obľúbených domácich prác</w:t>
            </w:r>
          </w:p>
        </w:tc>
        <w:tc>
          <w:tcPr>
            <w:tcW w:w="2317" w:type="dxa"/>
            <w:vAlign w:val="center"/>
          </w:tcPr>
          <w:p w14:paraId="6961CD28" w14:textId="77777777" w:rsidR="00840388" w:rsidRDefault="00A35792" w:rsidP="008646AA">
            <w:r>
              <w:rPr>
                <w:rFonts w:ascii="Calibri" w:eastAsia="Calibri" w:hAnsi="Calibri"/>
                <w:sz w:val="16"/>
              </w:rPr>
              <w:t>zopakovať slovnú zásobu a gramatiku modulu prostredníctvom videa</w:t>
            </w:r>
            <w:r>
              <w:rPr>
                <w:rFonts w:ascii="Calibri" w:eastAsia="Calibri" w:hAnsi="Calibri"/>
                <w:sz w:val="16"/>
              </w:rPr>
              <w:br/>
              <w:t>porozumieť autentickému jazykovému prejavu</w:t>
            </w:r>
            <w:r>
              <w:rPr>
                <w:rFonts w:ascii="Calibri" w:eastAsia="Calibri" w:hAnsi="Calibri"/>
                <w:sz w:val="16"/>
              </w:rPr>
              <w:br/>
              <w:t>oboznámiť sa s témou nasledujúceho modulu</w:t>
            </w:r>
          </w:p>
        </w:tc>
        <w:tc>
          <w:tcPr>
            <w:tcW w:w="2249" w:type="dxa"/>
            <w:vAlign w:val="center"/>
          </w:tcPr>
          <w:p w14:paraId="680863F3" w14:textId="77777777" w:rsidR="00840388" w:rsidRDefault="00840388" w:rsidP="008646AA"/>
        </w:tc>
        <w:tc>
          <w:tcPr>
            <w:tcW w:w="1740" w:type="dxa"/>
            <w:vAlign w:val="center"/>
          </w:tcPr>
          <w:p w14:paraId="24EF5B1D" w14:textId="77777777" w:rsidR="00840388" w:rsidRDefault="00840388" w:rsidP="008646AA"/>
        </w:tc>
        <w:tc>
          <w:tcPr>
            <w:tcW w:w="1576" w:type="dxa"/>
            <w:vAlign w:val="center"/>
          </w:tcPr>
          <w:p w14:paraId="0D87285A" w14:textId="77777777" w:rsidR="00840388" w:rsidRDefault="00A35792" w:rsidP="008646AA">
            <w:r>
              <w:rPr>
                <w:rFonts w:ascii="Calibri" w:eastAsia="Calibri" w:hAnsi="Calibri"/>
                <w:sz w:val="16"/>
              </w:rPr>
              <w:t>SB</w:t>
            </w:r>
            <w:r>
              <w:rPr>
                <w:rFonts w:ascii="Calibri" w:eastAsia="Calibri" w:hAnsi="Calibri"/>
                <w:sz w:val="16"/>
              </w:rPr>
              <w:br/>
              <w:t>IWB &amp; IWB material</w:t>
            </w:r>
          </w:p>
        </w:tc>
        <w:tc>
          <w:tcPr>
            <w:tcW w:w="1650" w:type="dxa"/>
            <w:vAlign w:val="center"/>
          </w:tcPr>
          <w:p w14:paraId="1523BCBF" w14:textId="77777777" w:rsidR="00840388" w:rsidRDefault="00A35792" w:rsidP="008646AA">
            <w:r>
              <w:rPr>
                <w:rFonts w:ascii="Calibri" w:eastAsia="Calibri" w:hAnsi="Calibri"/>
                <w:sz w:val="16"/>
              </w:rPr>
              <w:t>interkultúrna kompetencia, komunikácia, samostatné učenie</w:t>
            </w:r>
          </w:p>
        </w:tc>
      </w:tr>
      <w:tr w:rsidR="00840388" w14:paraId="30309611" w14:textId="77777777" w:rsidTr="008646AA">
        <w:trPr>
          <w:trHeight w:val="450"/>
        </w:trPr>
        <w:tc>
          <w:tcPr>
            <w:tcW w:w="865" w:type="dxa"/>
            <w:vAlign w:val="center"/>
          </w:tcPr>
          <w:p w14:paraId="5973DEC0" w14:textId="77777777" w:rsidR="00840388" w:rsidRDefault="00840388" w:rsidP="008646AA"/>
        </w:tc>
        <w:tc>
          <w:tcPr>
            <w:tcW w:w="872" w:type="dxa"/>
            <w:vAlign w:val="center"/>
          </w:tcPr>
          <w:p w14:paraId="4D3550D4" w14:textId="77777777" w:rsidR="00840388" w:rsidRDefault="00840388" w:rsidP="008646AA"/>
        </w:tc>
        <w:tc>
          <w:tcPr>
            <w:tcW w:w="1093" w:type="dxa"/>
            <w:vAlign w:val="center"/>
          </w:tcPr>
          <w:p w14:paraId="116AB022" w14:textId="77777777" w:rsidR="00840388" w:rsidRDefault="00840388" w:rsidP="008646AA"/>
        </w:tc>
        <w:tc>
          <w:tcPr>
            <w:tcW w:w="2316" w:type="dxa"/>
            <w:shd w:val="clear" w:color="auto" w:fill="FFFF00"/>
            <w:vAlign w:val="center"/>
          </w:tcPr>
          <w:p w14:paraId="44F3B708" w14:textId="77777777" w:rsidR="00840388" w:rsidRPr="00EC7763" w:rsidRDefault="00A35792" w:rsidP="008646AA">
            <w:pPr>
              <w:rPr>
                <w:b/>
                <w:bCs/>
              </w:rPr>
            </w:pPr>
            <w:r w:rsidRPr="00EC7763">
              <w:rPr>
                <w:rFonts w:ascii="Calibri" w:eastAsia="Calibri" w:hAnsi="Calibri"/>
                <w:b/>
                <w:bCs/>
                <w:sz w:val="16"/>
              </w:rPr>
              <w:t>Module 2: Holiday</w:t>
            </w:r>
          </w:p>
        </w:tc>
        <w:tc>
          <w:tcPr>
            <w:tcW w:w="2317" w:type="dxa"/>
            <w:shd w:val="clear" w:color="auto" w:fill="FFFF00"/>
            <w:vAlign w:val="center"/>
          </w:tcPr>
          <w:p w14:paraId="54C18DF7" w14:textId="77777777" w:rsidR="00840388" w:rsidRPr="00EC7763" w:rsidRDefault="00840388" w:rsidP="008646AA">
            <w:pPr>
              <w:rPr>
                <w:b/>
                <w:bCs/>
              </w:rPr>
            </w:pPr>
          </w:p>
        </w:tc>
        <w:tc>
          <w:tcPr>
            <w:tcW w:w="2249" w:type="dxa"/>
            <w:shd w:val="clear" w:color="auto" w:fill="FFFF00"/>
            <w:vAlign w:val="center"/>
          </w:tcPr>
          <w:p w14:paraId="20701154" w14:textId="77777777" w:rsidR="00840388" w:rsidRPr="00EC7763" w:rsidRDefault="00840388" w:rsidP="008646AA">
            <w:pPr>
              <w:rPr>
                <w:b/>
                <w:bCs/>
              </w:rPr>
            </w:pPr>
          </w:p>
        </w:tc>
        <w:tc>
          <w:tcPr>
            <w:tcW w:w="1740" w:type="dxa"/>
            <w:shd w:val="clear" w:color="auto" w:fill="FFFF00"/>
            <w:vAlign w:val="center"/>
          </w:tcPr>
          <w:p w14:paraId="065579C4" w14:textId="77777777" w:rsidR="00840388" w:rsidRPr="00EC7763" w:rsidRDefault="00840388" w:rsidP="008646AA">
            <w:pPr>
              <w:rPr>
                <w:b/>
                <w:bCs/>
              </w:rPr>
            </w:pPr>
          </w:p>
        </w:tc>
        <w:tc>
          <w:tcPr>
            <w:tcW w:w="1576" w:type="dxa"/>
            <w:shd w:val="clear" w:color="auto" w:fill="FFFF00"/>
            <w:vAlign w:val="center"/>
          </w:tcPr>
          <w:p w14:paraId="182D1B2A" w14:textId="77777777" w:rsidR="00840388" w:rsidRPr="00EC7763" w:rsidRDefault="00840388" w:rsidP="008646AA">
            <w:pPr>
              <w:rPr>
                <w:b/>
                <w:bCs/>
              </w:rPr>
            </w:pPr>
          </w:p>
        </w:tc>
        <w:tc>
          <w:tcPr>
            <w:tcW w:w="1650" w:type="dxa"/>
            <w:shd w:val="clear" w:color="auto" w:fill="FFFF00"/>
            <w:vAlign w:val="center"/>
          </w:tcPr>
          <w:p w14:paraId="1577CE43" w14:textId="77777777" w:rsidR="00840388" w:rsidRPr="00EC7763" w:rsidRDefault="00840388" w:rsidP="008646AA">
            <w:pPr>
              <w:rPr>
                <w:b/>
                <w:bCs/>
              </w:rPr>
            </w:pPr>
          </w:p>
        </w:tc>
      </w:tr>
      <w:tr w:rsidR="00840388" w14:paraId="7FFE9C9C" w14:textId="77777777" w:rsidTr="008646AA">
        <w:tc>
          <w:tcPr>
            <w:tcW w:w="865" w:type="dxa"/>
            <w:vAlign w:val="center"/>
          </w:tcPr>
          <w:p w14:paraId="52F9C6B8" w14:textId="77777777" w:rsidR="00840388" w:rsidRDefault="00840388" w:rsidP="008646AA"/>
        </w:tc>
        <w:tc>
          <w:tcPr>
            <w:tcW w:w="872" w:type="dxa"/>
            <w:vAlign w:val="center"/>
          </w:tcPr>
          <w:p w14:paraId="534951B1" w14:textId="77777777" w:rsidR="00840388" w:rsidRDefault="00A35792" w:rsidP="008646AA">
            <w:r>
              <w:rPr>
                <w:rFonts w:ascii="Calibri" w:eastAsia="Calibri" w:hAnsi="Calibri"/>
                <w:sz w:val="16"/>
              </w:rPr>
              <w:t>20</w:t>
            </w:r>
          </w:p>
        </w:tc>
        <w:tc>
          <w:tcPr>
            <w:tcW w:w="1093" w:type="dxa"/>
            <w:vAlign w:val="center"/>
          </w:tcPr>
          <w:p w14:paraId="3ECFCCC4" w14:textId="77777777" w:rsidR="00840388" w:rsidRDefault="00A35792" w:rsidP="008646AA">
            <w:r>
              <w:rPr>
                <w:rFonts w:ascii="Calibri" w:eastAsia="Calibri" w:hAnsi="Calibri"/>
                <w:sz w:val="16"/>
              </w:rPr>
              <w:t>2A: Out and about</w:t>
            </w:r>
          </w:p>
        </w:tc>
        <w:tc>
          <w:tcPr>
            <w:tcW w:w="2316" w:type="dxa"/>
            <w:vAlign w:val="center"/>
          </w:tcPr>
          <w:p w14:paraId="44EF5066" w14:textId="77777777" w:rsidR="00840388" w:rsidRDefault="00A35792" w:rsidP="008646AA">
            <w:r>
              <w:rPr>
                <w:rFonts w:ascii="Calibri" w:eastAsia="Calibri" w:hAnsi="Calibri"/>
                <w:sz w:val="16"/>
              </w:rPr>
              <w:t>Slovná zásoba - geografické názvy, čítanie s porozumením</w:t>
            </w:r>
          </w:p>
        </w:tc>
        <w:tc>
          <w:tcPr>
            <w:tcW w:w="2317" w:type="dxa"/>
            <w:vAlign w:val="center"/>
          </w:tcPr>
          <w:p w14:paraId="2BEC20B0" w14:textId="77777777" w:rsidR="00840388" w:rsidRDefault="00A35792" w:rsidP="008646AA">
            <w:r>
              <w:rPr>
                <w:rFonts w:ascii="Calibri" w:eastAsia="Calibri" w:hAnsi="Calibri"/>
                <w:sz w:val="16"/>
              </w:rPr>
              <w:t>pomenovať miesta a geografické útvary súvisiace s cestovaním</w:t>
            </w:r>
            <w:r>
              <w:rPr>
                <w:rFonts w:ascii="Calibri" w:eastAsia="Calibri" w:hAnsi="Calibri"/>
                <w:sz w:val="16"/>
              </w:rPr>
              <w:br/>
              <w:t>porozumieť textu o dovolenke a minulých udalostiach</w:t>
            </w:r>
            <w:r>
              <w:rPr>
                <w:rFonts w:ascii="Calibri" w:eastAsia="Calibri" w:hAnsi="Calibri"/>
                <w:sz w:val="16"/>
              </w:rPr>
              <w:br/>
              <w:t>hovoriť o dovolenke a aktivitách v minulosti</w:t>
            </w:r>
          </w:p>
        </w:tc>
        <w:tc>
          <w:tcPr>
            <w:tcW w:w="2249" w:type="dxa"/>
            <w:vAlign w:val="center"/>
          </w:tcPr>
          <w:p w14:paraId="1CAECC4B" w14:textId="77777777" w:rsidR="00840388" w:rsidRDefault="00840388" w:rsidP="008646AA"/>
        </w:tc>
        <w:tc>
          <w:tcPr>
            <w:tcW w:w="1740" w:type="dxa"/>
            <w:vAlign w:val="center"/>
          </w:tcPr>
          <w:p w14:paraId="78E0103E" w14:textId="77777777" w:rsidR="00840388" w:rsidRDefault="00A35792" w:rsidP="008646AA">
            <w:r>
              <w:rPr>
                <w:rFonts w:ascii="Calibri" w:eastAsia="Calibri" w:hAnsi="Calibri"/>
                <w:sz w:val="16"/>
              </w:rPr>
              <w:t>arrive, bear, beach, believe, by the river, forest, go for a walk, go on holiday, have a lovely time, How's life?, island, lake, last, mountain, on the way, real, sleep, village, yesterday</w:t>
            </w:r>
          </w:p>
        </w:tc>
        <w:tc>
          <w:tcPr>
            <w:tcW w:w="1576" w:type="dxa"/>
            <w:vAlign w:val="center"/>
          </w:tcPr>
          <w:p w14:paraId="46DC00CD"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01179011" w14:textId="77777777" w:rsidR="00840388" w:rsidRDefault="00A35792" w:rsidP="008646AA">
            <w:r>
              <w:rPr>
                <w:rFonts w:ascii="Calibri" w:eastAsia="Calibri" w:hAnsi="Calibri"/>
                <w:sz w:val="16"/>
              </w:rPr>
              <w:t>kritické myslenie, komunikácia, spolupráca</w:t>
            </w:r>
          </w:p>
        </w:tc>
      </w:tr>
      <w:tr w:rsidR="00840388" w14:paraId="6882040E" w14:textId="77777777" w:rsidTr="008646AA">
        <w:tc>
          <w:tcPr>
            <w:tcW w:w="865" w:type="dxa"/>
            <w:vAlign w:val="center"/>
          </w:tcPr>
          <w:p w14:paraId="65CB14F7" w14:textId="77777777" w:rsidR="00840388" w:rsidRDefault="00840388" w:rsidP="008646AA"/>
        </w:tc>
        <w:tc>
          <w:tcPr>
            <w:tcW w:w="872" w:type="dxa"/>
            <w:vAlign w:val="center"/>
          </w:tcPr>
          <w:p w14:paraId="3AF03CB2" w14:textId="77777777" w:rsidR="00840388" w:rsidRDefault="00A35792" w:rsidP="008646AA">
            <w:r>
              <w:rPr>
                <w:rFonts w:ascii="Calibri" w:eastAsia="Calibri" w:hAnsi="Calibri"/>
                <w:sz w:val="16"/>
              </w:rPr>
              <w:t>21</w:t>
            </w:r>
          </w:p>
        </w:tc>
        <w:tc>
          <w:tcPr>
            <w:tcW w:w="1093" w:type="dxa"/>
            <w:vAlign w:val="center"/>
          </w:tcPr>
          <w:p w14:paraId="2D5540E5" w14:textId="77777777" w:rsidR="00840388" w:rsidRDefault="00A35792" w:rsidP="008646AA">
            <w:r>
              <w:rPr>
                <w:rFonts w:ascii="Calibri" w:eastAsia="Calibri" w:hAnsi="Calibri"/>
                <w:sz w:val="16"/>
              </w:rPr>
              <w:t>2A: Out and about</w:t>
            </w:r>
          </w:p>
        </w:tc>
        <w:tc>
          <w:tcPr>
            <w:tcW w:w="2316" w:type="dxa"/>
            <w:vAlign w:val="center"/>
          </w:tcPr>
          <w:p w14:paraId="3AA76EED" w14:textId="77777777" w:rsidR="00840388" w:rsidRDefault="00A35792" w:rsidP="008646AA">
            <w:r>
              <w:rPr>
                <w:rFonts w:ascii="Calibri" w:eastAsia="Calibri" w:hAnsi="Calibri"/>
                <w:sz w:val="16"/>
              </w:rPr>
              <w:t>Gramatika - minulý čas jednoduchý, kladné oznamovacie vety, rozprávanie</w:t>
            </w:r>
          </w:p>
        </w:tc>
        <w:tc>
          <w:tcPr>
            <w:tcW w:w="2317" w:type="dxa"/>
            <w:vAlign w:val="center"/>
          </w:tcPr>
          <w:p w14:paraId="44575CDA" w14:textId="77777777" w:rsidR="00840388" w:rsidRDefault="00A35792" w:rsidP="008646AA">
            <w:r>
              <w:rPr>
                <w:rFonts w:ascii="Calibri" w:eastAsia="Calibri" w:hAnsi="Calibri"/>
                <w:sz w:val="16"/>
              </w:rPr>
              <w:t>používať minulý čas jednoduchý v kladných vetách</w:t>
            </w:r>
            <w:r>
              <w:rPr>
                <w:rFonts w:ascii="Calibri" w:eastAsia="Calibri" w:hAnsi="Calibri"/>
                <w:sz w:val="16"/>
              </w:rPr>
              <w:br/>
              <w:t>používať časové výrazy pri rozprávaní o minulosti</w:t>
            </w:r>
            <w:r>
              <w:rPr>
                <w:rFonts w:ascii="Calibri" w:eastAsia="Calibri" w:hAnsi="Calibri"/>
                <w:sz w:val="16"/>
              </w:rPr>
              <w:br/>
              <w:t>rozprávať o udalostiach, ktoré sa odohrali v minulosti</w:t>
            </w:r>
          </w:p>
        </w:tc>
        <w:tc>
          <w:tcPr>
            <w:tcW w:w="2249" w:type="dxa"/>
            <w:vAlign w:val="center"/>
          </w:tcPr>
          <w:p w14:paraId="66920078" w14:textId="77777777" w:rsidR="00840388" w:rsidRDefault="00A35792" w:rsidP="008646AA">
            <w:r>
              <w:rPr>
                <w:rFonts w:ascii="Calibri" w:eastAsia="Calibri" w:hAnsi="Calibri"/>
                <w:sz w:val="16"/>
              </w:rPr>
              <w:t>Past Simple (affirmative)</w:t>
            </w:r>
            <w:r>
              <w:rPr>
                <w:rFonts w:ascii="Calibri" w:eastAsia="Calibri" w:hAnsi="Calibri"/>
                <w:sz w:val="16"/>
              </w:rPr>
              <w:br/>
              <w:t>Time expressions</w:t>
            </w:r>
          </w:p>
        </w:tc>
        <w:tc>
          <w:tcPr>
            <w:tcW w:w="1740" w:type="dxa"/>
            <w:vAlign w:val="center"/>
          </w:tcPr>
          <w:p w14:paraId="0A28DD4E" w14:textId="77777777" w:rsidR="00840388" w:rsidRDefault="00840388" w:rsidP="008646AA"/>
        </w:tc>
        <w:tc>
          <w:tcPr>
            <w:tcW w:w="1576" w:type="dxa"/>
            <w:vAlign w:val="center"/>
          </w:tcPr>
          <w:p w14:paraId="5CBEA76A" w14:textId="77777777" w:rsidR="00840388" w:rsidRDefault="00840388" w:rsidP="008646AA"/>
        </w:tc>
        <w:tc>
          <w:tcPr>
            <w:tcW w:w="1650" w:type="dxa"/>
            <w:vAlign w:val="center"/>
          </w:tcPr>
          <w:p w14:paraId="1929828C" w14:textId="77777777" w:rsidR="00840388" w:rsidRDefault="00840388" w:rsidP="008646AA"/>
        </w:tc>
      </w:tr>
      <w:tr w:rsidR="00840388" w14:paraId="1EBEBC41" w14:textId="77777777" w:rsidTr="008646AA">
        <w:tc>
          <w:tcPr>
            <w:tcW w:w="865" w:type="dxa"/>
            <w:vAlign w:val="center"/>
          </w:tcPr>
          <w:p w14:paraId="5EE28D10" w14:textId="77777777" w:rsidR="00840388" w:rsidRDefault="00A35792" w:rsidP="008646AA">
            <w:r>
              <w:rPr>
                <w:rFonts w:ascii="Calibri" w:eastAsia="Calibri" w:hAnsi="Calibri"/>
                <w:sz w:val="16"/>
              </w:rPr>
              <w:lastRenderedPageBreak/>
              <w:t>8</w:t>
            </w:r>
          </w:p>
        </w:tc>
        <w:tc>
          <w:tcPr>
            <w:tcW w:w="872" w:type="dxa"/>
            <w:vAlign w:val="center"/>
          </w:tcPr>
          <w:p w14:paraId="344A81F2" w14:textId="77777777" w:rsidR="00840388" w:rsidRDefault="00A35792" w:rsidP="008646AA">
            <w:r>
              <w:rPr>
                <w:rFonts w:ascii="Calibri" w:eastAsia="Calibri" w:hAnsi="Calibri"/>
                <w:sz w:val="16"/>
              </w:rPr>
              <w:t>22</w:t>
            </w:r>
          </w:p>
        </w:tc>
        <w:tc>
          <w:tcPr>
            <w:tcW w:w="1093" w:type="dxa"/>
            <w:vAlign w:val="center"/>
          </w:tcPr>
          <w:p w14:paraId="2967E04E" w14:textId="77777777" w:rsidR="00840388" w:rsidRDefault="00A35792" w:rsidP="008646AA">
            <w:r>
              <w:rPr>
                <w:rFonts w:ascii="Calibri" w:eastAsia="Calibri" w:hAnsi="Calibri"/>
                <w:sz w:val="16"/>
              </w:rPr>
              <w:t>2B: A picnic in the park</w:t>
            </w:r>
          </w:p>
        </w:tc>
        <w:tc>
          <w:tcPr>
            <w:tcW w:w="2316" w:type="dxa"/>
            <w:vAlign w:val="center"/>
          </w:tcPr>
          <w:p w14:paraId="1114DD71" w14:textId="77777777" w:rsidR="00840388" w:rsidRDefault="00A35792" w:rsidP="008646AA">
            <w:r>
              <w:rPr>
                <w:rFonts w:ascii="Calibri" w:eastAsia="Calibri" w:hAnsi="Calibri"/>
                <w:sz w:val="16"/>
              </w:rPr>
              <w:t>Slovná zásoba - voľnočasové aktivity, čítanie s porozumením</w:t>
            </w:r>
          </w:p>
        </w:tc>
        <w:tc>
          <w:tcPr>
            <w:tcW w:w="2317" w:type="dxa"/>
            <w:vAlign w:val="center"/>
          </w:tcPr>
          <w:p w14:paraId="687FE801" w14:textId="77777777" w:rsidR="00840388" w:rsidRDefault="00A35792" w:rsidP="008646AA">
            <w:r>
              <w:rPr>
                <w:rFonts w:ascii="Calibri" w:eastAsia="Calibri" w:hAnsi="Calibri"/>
                <w:sz w:val="16"/>
              </w:rPr>
              <w:t>pomenovať voľnočasové aktivity a činnosti počas výletov</w:t>
            </w:r>
            <w:r>
              <w:rPr>
                <w:rFonts w:ascii="Calibri" w:eastAsia="Calibri" w:hAnsi="Calibri"/>
                <w:sz w:val="16"/>
              </w:rPr>
              <w:br/>
              <w:t>porozumieť textu o udalostiach z minulosti</w:t>
            </w:r>
            <w:r>
              <w:rPr>
                <w:rFonts w:ascii="Calibri" w:eastAsia="Calibri" w:hAnsi="Calibri"/>
                <w:sz w:val="16"/>
              </w:rPr>
              <w:br/>
              <w:t>rozprávať o zážitkoch z výletov a voľného času</w:t>
            </w:r>
          </w:p>
        </w:tc>
        <w:tc>
          <w:tcPr>
            <w:tcW w:w="2249" w:type="dxa"/>
            <w:vAlign w:val="center"/>
          </w:tcPr>
          <w:p w14:paraId="0DF451CC" w14:textId="77777777" w:rsidR="00840388" w:rsidRDefault="00840388" w:rsidP="008646AA"/>
        </w:tc>
        <w:tc>
          <w:tcPr>
            <w:tcW w:w="1740" w:type="dxa"/>
            <w:vAlign w:val="center"/>
          </w:tcPr>
          <w:p w14:paraId="70F2B402" w14:textId="77777777" w:rsidR="00840388" w:rsidRDefault="00A35792" w:rsidP="008646AA">
            <w:r>
              <w:rPr>
                <w:rFonts w:ascii="Calibri" w:eastAsia="Calibri" w:hAnsi="Calibri"/>
                <w:sz w:val="16"/>
              </w:rPr>
              <w:t>be afraid of, day trip, do water sports, forget, go fishing, go for a swim, go on a picnic, go on a trip, goat, happen, mistake, perfect, remember, run, stay at a hotel, tree, visit famous sights, weather</w:t>
            </w:r>
          </w:p>
        </w:tc>
        <w:tc>
          <w:tcPr>
            <w:tcW w:w="1576" w:type="dxa"/>
            <w:vAlign w:val="center"/>
          </w:tcPr>
          <w:p w14:paraId="29F093B5"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0D5F5EA6" w14:textId="77777777" w:rsidR="00840388" w:rsidRDefault="00A35792" w:rsidP="008646AA">
            <w:r>
              <w:rPr>
                <w:rFonts w:ascii="Calibri" w:eastAsia="Calibri" w:hAnsi="Calibri"/>
                <w:sz w:val="16"/>
              </w:rPr>
              <w:t>kritické myslenie, komunikácia, spolupráca, tvorivosť</w:t>
            </w:r>
          </w:p>
        </w:tc>
      </w:tr>
      <w:tr w:rsidR="00840388" w14:paraId="5794CF12" w14:textId="77777777" w:rsidTr="008646AA">
        <w:tc>
          <w:tcPr>
            <w:tcW w:w="865" w:type="dxa"/>
            <w:vAlign w:val="center"/>
          </w:tcPr>
          <w:p w14:paraId="1648DB10" w14:textId="77777777" w:rsidR="00840388" w:rsidRDefault="00840388" w:rsidP="008646AA"/>
        </w:tc>
        <w:tc>
          <w:tcPr>
            <w:tcW w:w="872" w:type="dxa"/>
            <w:vAlign w:val="center"/>
          </w:tcPr>
          <w:p w14:paraId="0408B94D" w14:textId="77777777" w:rsidR="00840388" w:rsidRDefault="00A35792" w:rsidP="008646AA">
            <w:r>
              <w:rPr>
                <w:rFonts w:ascii="Calibri" w:eastAsia="Calibri" w:hAnsi="Calibri"/>
                <w:sz w:val="16"/>
              </w:rPr>
              <w:t>23</w:t>
            </w:r>
          </w:p>
        </w:tc>
        <w:tc>
          <w:tcPr>
            <w:tcW w:w="1093" w:type="dxa"/>
            <w:vAlign w:val="center"/>
          </w:tcPr>
          <w:p w14:paraId="5DB97332" w14:textId="77777777" w:rsidR="00840388" w:rsidRDefault="00A35792" w:rsidP="008646AA">
            <w:r>
              <w:rPr>
                <w:rFonts w:ascii="Calibri" w:eastAsia="Calibri" w:hAnsi="Calibri"/>
                <w:sz w:val="16"/>
              </w:rPr>
              <w:t>2B: A picnic in the park</w:t>
            </w:r>
          </w:p>
        </w:tc>
        <w:tc>
          <w:tcPr>
            <w:tcW w:w="2316" w:type="dxa"/>
            <w:vAlign w:val="center"/>
          </w:tcPr>
          <w:p w14:paraId="2E853628" w14:textId="77777777" w:rsidR="00840388" w:rsidRDefault="00A35792" w:rsidP="008646AA">
            <w:r>
              <w:rPr>
                <w:rFonts w:ascii="Calibri" w:eastAsia="Calibri" w:hAnsi="Calibri"/>
                <w:sz w:val="16"/>
              </w:rPr>
              <w:t>Gramatika - minulý čas jednoduchý, záporné vety a otázky,  rozprávanie</w:t>
            </w:r>
          </w:p>
        </w:tc>
        <w:tc>
          <w:tcPr>
            <w:tcW w:w="2317" w:type="dxa"/>
            <w:vAlign w:val="center"/>
          </w:tcPr>
          <w:p w14:paraId="477B7313" w14:textId="77777777" w:rsidR="00840388" w:rsidRDefault="00A35792" w:rsidP="008646AA">
            <w:r>
              <w:rPr>
                <w:rFonts w:ascii="Calibri" w:eastAsia="Calibri" w:hAnsi="Calibri"/>
                <w:sz w:val="16"/>
              </w:rPr>
              <w:t>vytvárať záporné vety a otázky v minulom čase jednoduchom</w:t>
            </w:r>
            <w:r>
              <w:rPr>
                <w:rFonts w:ascii="Calibri" w:eastAsia="Calibri" w:hAnsi="Calibri"/>
                <w:sz w:val="16"/>
              </w:rPr>
              <w:br/>
              <w:t>klásť otázky o minulých udalostiach a odpovedať na ne</w:t>
            </w:r>
            <w:r>
              <w:rPr>
                <w:rFonts w:ascii="Calibri" w:eastAsia="Calibri" w:hAnsi="Calibri"/>
                <w:sz w:val="16"/>
              </w:rPr>
              <w:br/>
              <w:t>viesť jednoduchý rozhovor o minulých zážitkoch</w:t>
            </w:r>
          </w:p>
        </w:tc>
        <w:tc>
          <w:tcPr>
            <w:tcW w:w="2249" w:type="dxa"/>
            <w:vAlign w:val="center"/>
          </w:tcPr>
          <w:p w14:paraId="65FA71DF" w14:textId="77777777" w:rsidR="00840388" w:rsidRDefault="00A35792" w:rsidP="008646AA">
            <w:r>
              <w:rPr>
                <w:rFonts w:ascii="Calibri" w:eastAsia="Calibri" w:hAnsi="Calibri"/>
                <w:sz w:val="16"/>
              </w:rPr>
              <w:t>Past Simple (negative – questions)</w:t>
            </w:r>
          </w:p>
        </w:tc>
        <w:tc>
          <w:tcPr>
            <w:tcW w:w="1740" w:type="dxa"/>
            <w:vAlign w:val="center"/>
          </w:tcPr>
          <w:p w14:paraId="53EF6D46" w14:textId="77777777" w:rsidR="00840388" w:rsidRDefault="00840388" w:rsidP="008646AA"/>
        </w:tc>
        <w:tc>
          <w:tcPr>
            <w:tcW w:w="1576" w:type="dxa"/>
            <w:vAlign w:val="center"/>
          </w:tcPr>
          <w:p w14:paraId="233FFA89" w14:textId="77777777" w:rsidR="00840388" w:rsidRDefault="00840388" w:rsidP="008646AA"/>
        </w:tc>
        <w:tc>
          <w:tcPr>
            <w:tcW w:w="1650" w:type="dxa"/>
            <w:vAlign w:val="center"/>
          </w:tcPr>
          <w:p w14:paraId="687B2705" w14:textId="77777777" w:rsidR="00840388" w:rsidRDefault="00840388" w:rsidP="008646AA"/>
        </w:tc>
      </w:tr>
      <w:tr w:rsidR="00840388" w14:paraId="3DD72F04" w14:textId="77777777" w:rsidTr="008646AA">
        <w:tc>
          <w:tcPr>
            <w:tcW w:w="865" w:type="dxa"/>
            <w:vAlign w:val="center"/>
          </w:tcPr>
          <w:p w14:paraId="02D8C0BB" w14:textId="77777777" w:rsidR="00840388" w:rsidRDefault="00840388" w:rsidP="008646AA"/>
        </w:tc>
        <w:tc>
          <w:tcPr>
            <w:tcW w:w="872" w:type="dxa"/>
            <w:vAlign w:val="center"/>
          </w:tcPr>
          <w:p w14:paraId="50667B95" w14:textId="77777777" w:rsidR="00840388" w:rsidRDefault="00A35792" w:rsidP="008646AA">
            <w:r>
              <w:rPr>
                <w:rFonts w:ascii="Calibri" w:eastAsia="Calibri" w:hAnsi="Calibri"/>
                <w:sz w:val="16"/>
              </w:rPr>
              <w:t>24</w:t>
            </w:r>
          </w:p>
        </w:tc>
        <w:tc>
          <w:tcPr>
            <w:tcW w:w="1093" w:type="dxa"/>
            <w:vAlign w:val="center"/>
          </w:tcPr>
          <w:p w14:paraId="069FDF12" w14:textId="77777777" w:rsidR="00840388" w:rsidRDefault="00A35792" w:rsidP="008646AA">
            <w:r>
              <w:rPr>
                <w:rFonts w:ascii="Calibri" w:eastAsia="Calibri" w:hAnsi="Calibri"/>
                <w:sz w:val="16"/>
              </w:rPr>
              <w:t>2C: What happened?</w:t>
            </w:r>
          </w:p>
        </w:tc>
        <w:tc>
          <w:tcPr>
            <w:tcW w:w="2316" w:type="dxa"/>
            <w:vAlign w:val="center"/>
          </w:tcPr>
          <w:p w14:paraId="3E3D7B26" w14:textId="77777777" w:rsidR="00840388" w:rsidRDefault="00A35792" w:rsidP="008646AA">
            <w:r>
              <w:rPr>
                <w:rFonts w:ascii="Calibri" w:eastAsia="Calibri" w:hAnsi="Calibri"/>
                <w:sz w:val="16"/>
              </w:rPr>
              <w:t>Slovná zásoba - pocity, čítanie s porozumením</w:t>
            </w:r>
          </w:p>
        </w:tc>
        <w:tc>
          <w:tcPr>
            <w:tcW w:w="2317" w:type="dxa"/>
            <w:vAlign w:val="center"/>
          </w:tcPr>
          <w:p w14:paraId="57AA30D4" w14:textId="77777777" w:rsidR="00840388" w:rsidRDefault="00A35792" w:rsidP="008646AA">
            <w:r>
              <w:rPr>
                <w:rFonts w:ascii="Calibri" w:eastAsia="Calibri" w:hAnsi="Calibri"/>
                <w:sz w:val="16"/>
              </w:rPr>
              <w:t>pomenovať pocity a emócie</w:t>
            </w:r>
            <w:r>
              <w:rPr>
                <w:rFonts w:ascii="Calibri" w:eastAsia="Calibri" w:hAnsi="Calibri"/>
                <w:sz w:val="16"/>
              </w:rPr>
              <w:br/>
              <w:t>porozumieť príbehu opisujúcemu nečakanú udalosť</w:t>
            </w:r>
            <w:r>
              <w:rPr>
                <w:rFonts w:ascii="Calibri" w:eastAsia="Calibri" w:hAnsi="Calibri"/>
                <w:sz w:val="16"/>
              </w:rPr>
              <w:br/>
              <w:t>rozprávať príbeh a opísať pocity účastníkov</w:t>
            </w:r>
          </w:p>
        </w:tc>
        <w:tc>
          <w:tcPr>
            <w:tcW w:w="2249" w:type="dxa"/>
            <w:vAlign w:val="center"/>
          </w:tcPr>
          <w:p w14:paraId="37200E8E" w14:textId="77777777" w:rsidR="00840388" w:rsidRDefault="00840388" w:rsidP="008646AA"/>
        </w:tc>
        <w:tc>
          <w:tcPr>
            <w:tcW w:w="1740" w:type="dxa"/>
            <w:vAlign w:val="center"/>
          </w:tcPr>
          <w:p w14:paraId="63DB39BF" w14:textId="77777777" w:rsidR="00840388" w:rsidRDefault="00A35792" w:rsidP="008646AA">
            <w:r>
              <w:rPr>
                <w:rFonts w:ascii="Calibri" w:eastAsia="Calibri" w:hAnsi="Calibri"/>
                <w:sz w:val="16"/>
              </w:rPr>
              <w:t>ago, angry, avalanche, fall down, helicopter, horrible, loud, lucky, noise, on the slopes, pilot, save, scared, skiing, snow, suddenly, terrible, ugly, unhappy</w:t>
            </w:r>
          </w:p>
        </w:tc>
        <w:tc>
          <w:tcPr>
            <w:tcW w:w="1576" w:type="dxa"/>
            <w:vAlign w:val="center"/>
          </w:tcPr>
          <w:p w14:paraId="6C433E42"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6AB85D10" w14:textId="77777777" w:rsidR="00840388" w:rsidRDefault="00A35792" w:rsidP="008646AA">
            <w:r>
              <w:rPr>
                <w:rFonts w:ascii="Calibri" w:eastAsia="Calibri" w:hAnsi="Calibri"/>
                <w:sz w:val="16"/>
              </w:rPr>
              <w:t>kritické myslenie, komunikácia, spolupráca</w:t>
            </w:r>
          </w:p>
        </w:tc>
      </w:tr>
      <w:tr w:rsidR="00840388" w14:paraId="626C8622" w14:textId="77777777" w:rsidTr="008646AA">
        <w:tc>
          <w:tcPr>
            <w:tcW w:w="865" w:type="dxa"/>
            <w:vAlign w:val="center"/>
          </w:tcPr>
          <w:p w14:paraId="03337E21" w14:textId="77777777" w:rsidR="00840388" w:rsidRDefault="00A35792" w:rsidP="008646AA">
            <w:r>
              <w:rPr>
                <w:rFonts w:ascii="Calibri" w:eastAsia="Calibri" w:hAnsi="Calibri"/>
                <w:sz w:val="16"/>
              </w:rPr>
              <w:t>9</w:t>
            </w:r>
          </w:p>
        </w:tc>
        <w:tc>
          <w:tcPr>
            <w:tcW w:w="872" w:type="dxa"/>
            <w:vAlign w:val="center"/>
          </w:tcPr>
          <w:p w14:paraId="697A6B03" w14:textId="77777777" w:rsidR="00840388" w:rsidRDefault="00A35792" w:rsidP="008646AA">
            <w:r>
              <w:rPr>
                <w:rFonts w:ascii="Calibri" w:eastAsia="Calibri" w:hAnsi="Calibri"/>
                <w:sz w:val="16"/>
              </w:rPr>
              <w:t>25</w:t>
            </w:r>
          </w:p>
        </w:tc>
        <w:tc>
          <w:tcPr>
            <w:tcW w:w="1093" w:type="dxa"/>
            <w:vAlign w:val="center"/>
          </w:tcPr>
          <w:p w14:paraId="186846AF" w14:textId="77777777" w:rsidR="00840388" w:rsidRDefault="00A35792" w:rsidP="008646AA">
            <w:r>
              <w:rPr>
                <w:rFonts w:ascii="Calibri" w:eastAsia="Calibri" w:hAnsi="Calibri"/>
                <w:sz w:val="16"/>
              </w:rPr>
              <w:t>2C: What happened?</w:t>
            </w:r>
          </w:p>
        </w:tc>
        <w:tc>
          <w:tcPr>
            <w:tcW w:w="2316" w:type="dxa"/>
            <w:vAlign w:val="center"/>
          </w:tcPr>
          <w:p w14:paraId="736C63F7" w14:textId="77777777" w:rsidR="00840388" w:rsidRDefault="00A35792" w:rsidP="008646AA">
            <w:r>
              <w:rPr>
                <w:rFonts w:ascii="Calibri" w:eastAsia="Calibri" w:hAnsi="Calibri"/>
                <w:sz w:val="16"/>
              </w:rPr>
              <w:t>Gramatika - minulý čas, sloveso be, rozprávanie, počúvanie s porozumením</w:t>
            </w:r>
          </w:p>
        </w:tc>
        <w:tc>
          <w:tcPr>
            <w:tcW w:w="2317" w:type="dxa"/>
            <w:vAlign w:val="center"/>
          </w:tcPr>
          <w:p w14:paraId="2043E402" w14:textId="77777777" w:rsidR="00840388" w:rsidRDefault="00A35792" w:rsidP="008646AA">
            <w:r>
              <w:rPr>
                <w:rFonts w:ascii="Calibri" w:eastAsia="Calibri" w:hAnsi="Calibri"/>
                <w:sz w:val="16"/>
              </w:rPr>
              <w:t>používať minulý čas slovesa be v kladných a záporných vetách</w:t>
            </w:r>
            <w:r>
              <w:rPr>
                <w:rFonts w:ascii="Calibri" w:eastAsia="Calibri" w:hAnsi="Calibri"/>
                <w:sz w:val="16"/>
              </w:rPr>
              <w:br/>
              <w:t>porozumieť počúvanému textu o udalostiach z minulosti</w:t>
            </w:r>
            <w:r>
              <w:rPr>
                <w:rFonts w:ascii="Calibri" w:eastAsia="Calibri" w:hAnsi="Calibri"/>
                <w:sz w:val="16"/>
              </w:rPr>
              <w:br/>
              <w:t>rozprávať o minulých situáciách s použitím správnych časových výrazov</w:t>
            </w:r>
          </w:p>
        </w:tc>
        <w:tc>
          <w:tcPr>
            <w:tcW w:w="2249" w:type="dxa"/>
            <w:vAlign w:val="center"/>
          </w:tcPr>
          <w:p w14:paraId="678EDC25" w14:textId="77777777" w:rsidR="00840388" w:rsidRDefault="00A35792" w:rsidP="008646AA">
            <w:r>
              <w:rPr>
                <w:rFonts w:ascii="Calibri" w:eastAsia="Calibri" w:hAnsi="Calibri"/>
                <w:sz w:val="16"/>
              </w:rPr>
              <w:t>Past Simple (the verb be)</w:t>
            </w:r>
            <w:r>
              <w:rPr>
                <w:rFonts w:ascii="Calibri" w:eastAsia="Calibri" w:hAnsi="Calibri"/>
                <w:sz w:val="16"/>
              </w:rPr>
              <w:br/>
              <w:t>Time expressions</w:t>
            </w:r>
          </w:p>
        </w:tc>
        <w:tc>
          <w:tcPr>
            <w:tcW w:w="1740" w:type="dxa"/>
            <w:vAlign w:val="center"/>
          </w:tcPr>
          <w:p w14:paraId="6EA052DA" w14:textId="77777777" w:rsidR="00840388" w:rsidRDefault="00840388" w:rsidP="008646AA"/>
        </w:tc>
        <w:tc>
          <w:tcPr>
            <w:tcW w:w="1576" w:type="dxa"/>
            <w:vAlign w:val="center"/>
          </w:tcPr>
          <w:p w14:paraId="1797661D" w14:textId="77777777" w:rsidR="00840388" w:rsidRDefault="00840388" w:rsidP="008646AA"/>
        </w:tc>
        <w:tc>
          <w:tcPr>
            <w:tcW w:w="1650" w:type="dxa"/>
            <w:vAlign w:val="center"/>
          </w:tcPr>
          <w:p w14:paraId="26353630" w14:textId="77777777" w:rsidR="00840388" w:rsidRDefault="00840388" w:rsidP="008646AA"/>
        </w:tc>
      </w:tr>
      <w:tr w:rsidR="00840388" w14:paraId="09F83F64" w14:textId="77777777" w:rsidTr="008646AA">
        <w:tc>
          <w:tcPr>
            <w:tcW w:w="865" w:type="dxa"/>
            <w:vAlign w:val="center"/>
          </w:tcPr>
          <w:p w14:paraId="7862B71E" w14:textId="77777777" w:rsidR="00840388" w:rsidRDefault="00840388" w:rsidP="008646AA"/>
        </w:tc>
        <w:tc>
          <w:tcPr>
            <w:tcW w:w="872" w:type="dxa"/>
            <w:vAlign w:val="center"/>
          </w:tcPr>
          <w:p w14:paraId="7E17E1E5" w14:textId="77777777" w:rsidR="00840388" w:rsidRDefault="00A35792" w:rsidP="008646AA">
            <w:r>
              <w:rPr>
                <w:rFonts w:ascii="Calibri" w:eastAsia="Calibri" w:hAnsi="Calibri"/>
                <w:sz w:val="16"/>
              </w:rPr>
              <w:t>26</w:t>
            </w:r>
          </w:p>
        </w:tc>
        <w:tc>
          <w:tcPr>
            <w:tcW w:w="1093" w:type="dxa"/>
            <w:vAlign w:val="center"/>
          </w:tcPr>
          <w:p w14:paraId="754212E3" w14:textId="77777777" w:rsidR="00840388" w:rsidRDefault="00A35792" w:rsidP="008646AA">
            <w:r>
              <w:rPr>
                <w:rFonts w:ascii="Calibri" w:eastAsia="Calibri" w:hAnsi="Calibri"/>
                <w:sz w:val="16"/>
              </w:rPr>
              <w:t>2D: Now and then</w:t>
            </w:r>
          </w:p>
        </w:tc>
        <w:tc>
          <w:tcPr>
            <w:tcW w:w="2316" w:type="dxa"/>
            <w:vAlign w:val="center"/>
          </w:tcPr>
          <w:p w14:paraId="02DB82AF" w14:textId="77777777" w:rsidR="00840388" w:rsidRDefault="00A35792" w:rsidP="008646AA">
            <w:r>
              <w:rPr>
                <w:rFonts w:ascii="Calibri" w:eastAsia="Calibri" w:hAnsi="Calibri"/>
                <w:sz w:val="16"/>
              </w:rPr>
              <w:t>Čítanie s porozumením, slovná zásoba - by + dopravné prostriedky, in + roky</w:t>
            </w:r>
          </w:p>
        </w:tc>
        <w:tc>
          <w:tcPr>
            <w:tcW w:w="2317" w:type="dxa"/>
            <w:vAlign w:val="center"/>
          </w:tcPr>
          <w:p w14:paraId="3A311C90" w14:textId="77777777" w:rsidR="00840388" w:rsidRDefault="00A35792" w:rsidP="008646AA">
            <w:r>
              <w:rPr>
                <w:rFonts w:ascii="Calibri" w:eastAsia="Calibri" w:hAnsi="Calibri"/>
                <w:sz w:val="16"/>
              </w:rPr>
              <w:t>porozumieť textu o živote v minulosti</w:t>
            </w:r>
            <w:r>
              <w:rPr>
                <w:rFonts w:ascii="Calibri" w:eastAsia="Calibri" w:hAnsi="Calibri"/>
                <w:sz w:val="16"/>
              </w:rPr>
              <w:br/>
              <w:t>používať predložku by pri pomenovaní dopravných prostriedkov a in pri označovaní rokov</w:t>
            </w:r>
            <w:r>
              <w:rPr>
                <w:rFonts w:ascii="Calibri" w:eastAsia="Calibri" w:hAnsi="Calibri"/>
                <w:sz w:val="16"/>
              </w:rPr>
              <w:br/>
              <w:t>porovnať život v minulosti a v súčasnosti</w:t>
            </w:r>
          </w:p>
        </w:tc>
        <w:tc>
          <w:tcPr>
            <w:tcW w:w="2249" w:type="dxa"/>
            <w:vAlign w:val="center"/>
          </w:tcPr>
          <w:p w14:paraId="09218182" w14:textId="77777777" w:rsidR="00840388" w:rsidRDefault="00A35792" w:rsidP="008646AA">
            <w:r>
              <w:rPr>
                <w:rFonts w:ascii="Calibri" w:eastAsia="Calibri" w:hAnsi="Calibri"/>
                <w:sz w:val="16"/>
              </w:rPr>
              <w:t>by + means of transport</w:t>
            </w:r>
            <w:r>
              <w:rPr>
                <w:rFonts w:ascii="Calibri" w:eastAsia="Calibri" w:hAnsi="Calibri"/>
                <w:sz w:val="16"/>
              </w:rPr>
              <w:br/>
              <w:t>in + years</w:t>
            </w:r>
          </w:p>
        </w:tc>
        <w:tc>
          <w:tcPr>
            <w:tcW w:w="1740" w:type="dxa"/>
            <w:vAlign w:val="center"/>
          </w:tcPr>
          <w:p w14:paraId="6571FD64" w14:textId="77777777" w:rsidR="00840388" w:rsidRDefault="00A35792" w:rsidP="008646AA">
            <w:r>
              <w:rPr>
                <w:rFonts w:ascii="Calibri" w:eastAsia="Calibri" w:hAnsi="Calibri"/>
                <w:sz w:val="16"/>
              </w:rPr>
              <w:t>all over, bathing costume, be ready, become, change, coach, donkey, drive, easy, even, in the past, know how to do sth, popular, railway, resort, ride, seaside, ship, sunbathe, suntan, thousand, train, travel</w:t>
            </w:r>
          </w:p>
        </w:tc>
        <w:tc>
          <w:tcPr>
            <w:tcW w:w="1576" w:type="dxa"/>
            <w:vAlign w:val="center"/>
          </w:tcPr>
          <w:p w14:paraId="6112C2C3"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27C6A016" w14:textId="77777777" w:rsidR="00840388" w:rsidRDefault="00A35792" w:rsidP="008646AA">
            <w:r>
              <w:rPr>
                <w:rFonts w:ascii="Calibri" w:eastAsia="Calibri" w:hAnsi="Calibri"/>
                <w:sz w:val="16"/>
              </w:rPr>
              <w:t>kritické myslenie, komunikácia, spolupráca, digitálna gramotnosť</w:t>
            </w:r>
          </w:p>
        </w:tc>
      </w:tr>
      <w:tr w:rsidR="00840388" w14:paraId="745F7A93" w14:textId="77777777" w:rsidTr="008646AA">
        <w:tc>
          <w:tcPr>
            <w:tcW w:w="865" w:type="dxa"/>
            <w:vAlign w:val="center"/>
          </w:tcPr>
          <w:p w14:paraId="13A4992D" w14:textId="77777777" w:rsidR="00840388" w:rsidRDefault="00840388" w:rsidP="008646AA"/>
        </w:tc>
        <w:tc>
          <w:tcPr>
            <w:tcW w:w="872" w:type="dxa"/>
            <w:vAlign w:val="center"/>
          </w:tcPr>
          <w:p w14:paraId="2C950F84" w14:textId="77777777" w:rsidR="00840388" w:rsidRDefault="00A35792" w:rsidP="008646AA">
            <w:r>
              <w:rPr>
                <w:rFonts w:ascii="Calibri" w:eastAsia="Calibri" w:hAnsi="Calibri"/>
                <w:sz w:val="16"/>
              </w:rPr>
              <w:t>27</w:t>
            </w:r>
          </w:p>
        </w:tc>
        <w:tc>
          <w:tcPr>
            <w:tcW w:w="1093" w:type="dxa"/>
            <w:vAlign w:val="center"/>
          </w:tcPr>
          <w:p w14:paraId="6D810F52" w14:textId="77777777" w:rsidR="00840388" w:rsidRDefault="00A35792" w:rsidP="008646AA">
            <w:r>
              <w:rPr>
                <w:rFonts w:ascii="Calibri" w:eastAsia="Calibri" w:hAnsi="Calibri"/>
                <w:sz w:val="16"/>
              </w:rPr>
              <w:t>2D: Now and then</w:t>
            </w:r>
          </w:p>
        </w:tc>
        <w:tc>
          <w:tcPr>
            <w:tcW w:w="2316" w:type="dxa"/>
            <w:vAlign w:val="center"/>
          </w:tcPr>
          <w:p w14:paraId="0B35AADD" w14:textId="77777777" w:rsidR="00840388" w:rsidRDefault="00A35792" w:rsidP="008646AA">
            <w:r>
              <w:rPr>
                <w:rFonts w:ascii="Calibri" w:eastAsia="Calibri" w:hAnsi="Calibri"/>
                <w:sz w:val="16"/>
              </w:rPr>
              <w:t>Počúvanie s porozumením, práca s informáciami, písanie a prezentácia</w:t>
            </w:r>
          </w:p>
        </w:tc>
        <w:tc>
          <w:tcPr>
            <w:tcW w:w="2317" w:type="dxa"/>
            <w:vAlign w:val="center"/>
          </w:tcPr>
          <w:p w14:paraId="24E88D52" w14:textId="77777777" w:rsidR="00840388" w:rsidRDefault="00A35792" w:rsidP="008646AA">
            <w:r>
              <w:rPr>
                <w:rFonts w:ascii="Calibri" w:eastAsia="Calibri" w:hAnsi="Calibri"/>
                <w:sz w:val="16"/>
              </w:rPr>
              <w:t>porozumieť informáciám z počúvaného textu</w:t>
            </w:r>
            <w:r>
              <w:rPr>
                <w:rFonts w:ascii="Calibri" w:eastAsia="Calibri" w:hAnsi="Calibri"/>
                <w:sz w:val="16"/>
              </w:rPr>
              <w:br/>
              <w:t>spracovať získané informácie do krátkeho písomného textu</w:t>
            </w:r>
            <w:r>
              <w:rPr>
                <w:rFonts w:ascii="Calibri" w:eastAsia="Calibri" w:hAnsi="Calibri"/>
                <w:sz w:val="16"/>
              </w:rPr>
              <w:br/>
              <w:t>prezentovať výsledky svojej práce pred spolužiakmi</w:t>
            </w:r>
          </w:p>
        </w:tc>
        <w:tc>
          <w:tcPr>
            <w:tcW w:w="2249" w:type="dxa"/>
            <w:vAlign w:val="center"/>
          </w:tcPr>
          <w:p w14:paraId="08823CA3" w14:textId="77777777" w:rsidR="00840388" w:rsidRDefault="00840388" w:rsidP="008646AA"/>
        </w:tc>
        <w:tc>
          <w:tcPr>
            <w:tcW w:w="1740" w:type="dxa"/>
            <w:vAlign w:val="center"/>
          </w:tcPr>
          <w:p w14:paraId="075CF563" w14:textId="77777777" w:rsidR="00840388" w:rsidRDefault="00840388" w:rsidP="008646AA"/>
        </w:tc>
        <w:tc>
          <w:tcPr>
            <w:tcW w:w="1576" w:type="dxa"/>
            <w:vAlign w:val="center"/>
          </w:tcPr>
          <w:p w14:paraId="143E84F9" w14:textId="77777777" w:rsidR="00840388" w:rsidRDefault="00840388" w:rsidP="008646AA"/>
        </w:tc>
        <w:tc>
          <w:tcPr>
            <w:tcW w:w="1650" w:type="dxa"/>
            <w:vAlign w:val="center"/>
          </w:tcPr>
          <w:p w14:paraId="3D800C2A" w14:textId="77777777" w:rsidR="00840388" w:rsidRDefault="00840388" w:rsidP="008646AA"/>
        </w:tc>
      </w:tr>
      <w:tr w:rsidR="00840388" w14:paraId="0B1B9F5C" w14:textId="77777777" w:rsidTr="008646AA">
        <w:tc>
          <w:tcPr>
            <w:tcW w:w="865" w:type="dxa"/>
            <w:vAlign w:val="center"/>
          </w:tcPr>
          <w:p w14:paraId="0DEE5902" w14:textId="77777777" w:rsidR="00840388" w:rsidRDefault="00A35792" w:rsidP="008646AA">
            <w:r>
              <w:rPr>
                <w:rFonts w:ascii="Calibri" w:eastAsia="Calibri" w:hAnsi="Calibri"/>
                <w:sz w:val="16"/>
              </w:rPr>
              <w:t>10</w:t>
            </w:r>
          </w:p>
        </w:tc>
        <w:tc>
          <w:tcPr>
            <w:tcW w:w="872" w:type="dxa"/>
            <w:vAlign w:val="center"/>
          </w:tcPr>
          <w:p w14:paraId="0BD96218" w14:textId="77777777" w:rsidR="00840388" w:rsidRDefault="00A35792" w:rsidP="008646AA">
            <w:r>
              <w:rPr>
                <w:rFonts w:ascii="Calibri" w:eastAsia="Calibri" w:hAnsi="Calibri"/>
                <w:sz w:val="16"/>
              </w:rPr>
              <w:t>28</w:t>
            </w:r>
          </w:p>
        </w:tc>
        <w:tc>
          <w:tcPr>
            <w:tcW w:w="1093" w:type="dxa"/>
            <w:vAlign w:val="center"/>
          </w:tcPr>
          <w:p w14:paraId="2D94E752" w14:textId="77777777" w:rsidR="00840388" w:rsidRDefault="00A35792" w:rsidP="008646AA">
            <w:r>
              <w:rPr>
                <w:rFonts w:ascii="Calibri" w:eastAsia="Calibri" w:hAnsi="Calibri"/>
                <w:sz w:val="16"/>
              </w:rPr>
              <w:t>Top Skills: A camping trip</w:t>
            </w:r>
          </w:p>
        </w:tc>
        <w:tc>
          <w:tcPr>
            <w:tcW w:w="2316" w:type="dxa"/>
            <w:vAlign w:val="center"/>
          </w:tcPr>
          <w:p w14:paraId="447AFBE5" w14:textId="77777777" w:rsidR="00840388" w:rsidRDefault="00A35792" w:rsidP="008646AA">
            <w:r>
              <w:rPr>
                <w:rFonts w:ascii="Calibri" w:eastAsia="Calibri" w:hAnsi="Calibri"/>
                <w:sz w:val="16"/>
              </w:rPr>
              <w:t>Slovná zásoba - kempovanie, čítanie s porozumením</w:t>
            </w:r>
          </w:p>
        </w:tc>
        <w:tc>
          <w:tcPr>
            <w:tcW w:w="2317" w:type="dxa"/>
            <w:vAlign w:val="center"/>
          </w:tcPr>
          <w:p w14:paraId="3D1E687E" w14:textId="77777777" w:rsidR="00840388" w:rsidRDefault="00A35792" w:rsidP="008646AA">
            <w:r>
              <w:rPr>
                <w:rFonts w:ascii="Calibri" w:eastAsia="Calibri" w:hAnsi="Calibri"/>
                <w:sz w:val="16"/>
              </w:rPr>
              <w:t>pomenovať vybavenie a aktivity spojené s kempovaním</w:t>
            </w:r>
            <w:r>
              <w:rPr>
                <w:rFonts w:ascii="Calibri" w:eastAsia="Calibri" w:hAnsi="Calibri"/>
                <w:sz w:val="16"/>
              </w:rPr>
              <w:br/>
              <w:t xml:space="preserve">porozumieť príbehu o pobyte v </w:t>
            </w:r>
            <w:r>
              <w:rPr>
                <w:rFonts w:ascii="Calibri" w:eastAsia="Calibri" w:hAnsi="Calibri"/>
                <w:sz w:val="16"/>
              </w:rPr>
              <w:lastRenderedPageBreak/>
              <w:t>prírode</w:t>
            </w:r>
            <w:r>
              <w:rPr>
                <w:rFonts w:ascii="Calibri" w:eastAsia="Calibri" w:hAnsi="Calibri"/>
                <w:sz w:val="16"/>
              </w:rPr>
              <w:br/>
              <w:t>rozprávať príbeh v správnom časovom slede</w:t>
            </w:r>
          </w:p>
        </w:tc>
        <w:tc>
          <w:tcPr>
            <w:tcW w:w="2249" w:type="dxa"/>
            <w:vAlign w:val="center"/>
          </w:tcPr>
          <w:p w14:paraId="529B7D9E" w14:textId="77777777" w:rsidR="00840388" w:rsidRDefault="00840388" w:rsidP="008646AA"/>
        </w:tc>
        <w:tc>
          <w:tcPr>
            <w:tcW w:w="1740" w:type="dxa"/>
            <w:vAlign w:val="center"/>
          </w:tcPr>
          <w:p w14:paraId="322EFA0E" w14:textId="77777777" w:rsidR="00840388" w:rsidRDefault="00A35792" w:rsidP="008646AA">
            <w:r>
              <w:rPr>
                <w:rFonts w:ascii="Calibri" w:eastAsia="Calibri" w:hAnsi="Calibri"/>
                <w:sz w:val="16"/>
              </w:rPr>
              <w:t xml:space="preserve">another, backpack, be lost / get lost, catch, delicious, get dark, go </w:t>
            </w:r>
            <w:r>
              <w:rPr>
                <w:rFonts w:ascii="Calibri" w:eastAsia="Calibri" w:hAnsi="Calibri"/>
                <w:sz w:val="16"/>
              </w:rPr>
              <w:lastRenderedPageBreak/>
              <w:t>back, luckily, make a fire, map, put up a tent, sleeping bag, smoke, start, torch</w:t>
            </w:r>
          </w:p>
        </w:tc>
        <w:tc>
          <w:tcPr>
            <w:tcW w:w="1576" w:type="dxa"/>
            <w:vAlign w:val="center"/>
          </w:tcPr>
          <w:p w14:paraId="4F3BB4E4" w14:textId="77777777" w:rsidR="00840388" w:rsidRDefault="00A35792" w:rsidP="008646AA">
            <w:r>
              <w:rPr>
                <w:rFonts w:ascii="Calibri" w:eastAsia="Calibri" w:hAnsi="Calibri"/>
                <w:sz w:val="16"/>
              </w:rPr>
              <w:lastRenderedPageBreak/>
              <w:t>SB</w:t>
            </w:r>
            <w:r>
              <w:rPr>
                <w:rFonts w:ascii="Calibri" w:eastAsia="Calibri" w:hAnsi="Calibri"/>
                <w:sz w:val="16"/>
              </w:rPr>
              <w:br/>
              <w:t xml:space="preserve">IWB &amp; IWB material </w:t>
            </w:r>
            <w:r>
              <w:rPr>
                <w:rFonts w:ascii="Calibri" w:eastAsia="Calibri" w:hAnsi="Calibri"/>
                <w:sz w:val="16"/>
              </w:rPr>
              <w:lastRenderedPageBreak/>
              <w:t>or audio and audio player</w:t>
            </w:r>
          </w:p>
        </w:tc>
        <w:tc>
          <w:tcPr>
            <w:tcW w:w="1650" w:type="dxa"/>
            <w:vAlign w:val="center"/>
          </w:tcPr>
          <w:p w14:paraId="40976572" w14:textId="77777777" w:rsidR="00840388" w:rsidRDefault="00A35792" w:rsidP="008646AA">
            <w:r>
              <w:rPr>
                <w:rFonts w:ascii="Calibri" w:eastAsia="Calibri" w:hAnsi="Calibri"/>
                <w:sz w:val="16"/>
              </w:rPr>
              <w:lastRenderedPageBreak/>
              <w:t>kritické myslenie, komunikácia, spolupráca, tvorivosť</w:t>
            </w:r>
          </w:p>
        </w:tc>
      </w:tr>
      <w:tr w:rsidR="00840388" w14:paraId="5CD84684" w14:textId="77777777" w:rsidTr="008646AA">
        <w:tc>
          <w:tcPr>
            <w:tcW w:w="865" w:type="dxa"/>
            <w:vAlign w:val="center"/>
          </w:tcPr>
          <w:p w14:paraId="3DBD30D6" w14:textId="77777777" w:rsidR="00840388" w:rsidRDefault="00840388" w:rsidP="008646AA"/>
        </w:tc>
        <w:tc>
          <w:tcPr>
            <w:tcW w:w="872" w:type="dxa"/>
            <w:vAlign w:val="center"/>
          </w:tcPr>
          <w:p w14:paraId="1E076639" w14:textId="77777777" w:rsidR="00840388" w:rsidRDefault="00A35792" w:rsidP="008646AA">
            <w:r>
              <w:rPr>
                <w:rFonts w:ascii="Calibri" w:eastAsia="Calibri" w:hAnsi="Calibri"/>
                <w:sz w:val="16"/>
              </w:rPr>
              <w:t>29</w:t>
            </w:r>
          </w:p>
        </w:tc>
        <w:tc>
          <w:tcPr>
            <w:tcW w:w="1093" w:type="dxa"/>
            <w:vAlign w:val="center"/>
          </w:tcPr>
          <w:p w14:paraId="1CE96270" w14:textId="77777777" w:rsidR="00840388" w:rsidRDefault="00A35792" w:rsidP="008646AA">
            <w:r>
              <w:rPr>
                <w:rFonts w:ascii="Calibri" w:eastAsia="Calibri" w:hAnsi="Calibri"/>
                <w:sz w:val="16"/>
              </w:rPr>
              <w:t>Top Skills: A camping trip</w:t>
            </w:r>
          </w:p>
        </w:tc>
        <w:tc>
          <w:tcPr>
            <w:tcW w:w="2316" w:type="dxa"/>
            <w:vAlign w:val="center"/>
          </w:tcPr>
          <w:p w14:paraId="40723256" w14:textId="77777777" w:rsidR="00840388" w:rsidRDefault="00A35792" w:rsidP="008646AA">
            <w:r>
              <w:rPr>
                <w:rFonts w:ascii="Calibri" w:eastAsia="Calibri" w:hAnsi="Calibri"/>
                <w:sz w:val="16"/>
              </w:rPr>
              <w:t>Počúvanie s porozumením, rozprávanie, písanie - príbeh v minulosti</w:t>
            </w:r>
          </w:p>
        </w:tc>
        <w:tc>
          <w:tcPr>
            <w:tcW w:w="2317" w:type="dxa"/>
            <w:vAlign w:val="center"/>
          </w:tcPr>
          <w:p w14:paraId="7801EA4D" w14:textId="77777777" w:rsidR="00840388" w:rsidRDefault="00A35792" w:rsidP="008646AA">
            <w:r>
              <w:rPr>
                <w:rFonts w:ascii="Calibri" w:eastAsia="Calibri" w:hAnsi="Calibri"/>
                <w:sz w:val="16"/>
              </w:rPr>
              <w:t>porozumieť počúvanému príbehu z minulosti</w:t>
            </w:r>
            <w:r>
              <w:rPr>
                <w:rFonts w:ascii="Calibri" w:eastAsia="Calibri" w:hAnsi="Calibri"/>
                <w:sz w:val="16"/>
              </w:rPr>
              <w:br/>
              <w:t>rozprávať vlastný príbeh o zážitku z výletu alebo kempovania</w:t>
            </w:r>
            <w:r>
              <w:rPr>
                <w:rFonts w:ascii="Calibri" w:eastAsia="Calibri" w:hAnsi="Calibri"/>
                <w:sz w:val="16"/>
              </w:rPr>
              <w:br/>
              <w:t>napísať krátky príbeh o udalosti z minulosti</w:t>
            </w:r>
          </w:p>
        </w:tc>
        <w:tc>
          <w:tcPr>
            <w:tcW w:w="2249" w:type="dxa"/>
            <w:vAlign w:val="center"/>
          </w:tcPr>
          <w:p w14:paraId="7C867CBD" w14:textId="77777777" w:rsidR="00840388" w:rsidRDefault="00840388" w:rsidP="008646AA"/>
        </w:tc>
        <w:tc>
          <w:tcPr>
            <w:tcW w:w="1740" w:type="dxa"/>
            <w:vAlign w:val="center"/>
          </w:tcPr>
          <w:p w14:paraId="4E6C46BC" w14:textId="77777777" w:rsidR="00840388" w:rsidRDefault="00840388" w:rsidP="008646AA"/>
        </w:tc>
        <w:tc>
          <w:tcPr>
            <w:tcW w:w="1576" w:type="dxa"/>
            <w:vAlign w:val="center"/>
          </w:tcPr>
          <w:p w14:paraId="2AE27FAD" w14:textId="77777777" w:rsidR="00840388" w:rsidRDefault="00840388" w:rsidP="008646AA"/>
        </w:tc>
        <w:tc>
          <w:tcPr>
            <w:tcW w:w="1650" w:type="dxa"/>
            <w:vAlign w:val="center"/>
          </w:tcPr>
          <w:p w14:paraId="4E48E078" w14:textId="77777777" w:rsidR="00840388" w:rsidRDefault="00840388" w:rsidP="008646AA"/>
        </w:tc>
      </w:tr>
      <w:tr w:rsidR="00840388" w14:paraId="322D811F" w14:textId="77777777" w:rsidTr="008646AA">
        <w:tc>
          <w:tcPr>
            <w:tcW w:w="865" w:type="dxa"/>
            <w:vAlign w:val="center"/>
          </w:tcPr>
          <w:p w14:paraId="70161782" w14:textId="77777777" w:rsidR="00840388" w:rsidRDefault="00840388" w:rsidP="008646AA"/>
        </w:tc>
        <w:tc>
          <w:tcPr>
            <w:tcW w:w="872" w:type="dxa"/>
            <w:vAlign w:val="center"/>
          </w:tcPr>
          <w:p w14:paraId="1A90C31A" w14:textId="77777777" w:rsidR="00840388" w:rsidRDefault="00A35792" w:rsidP="008646AA">
            <w:r>
              <w:rPr>
                <w:rFonts w:ascii="Calibri" w:eastAsia="Calibri" w:hAnsi="Calibri"/>
                <w:sz w:val="16"/>
              </w:rPr>
              <w:t>30</w:t>
            </w:r>
          </w:p>
        </w:tc>
        <w:tc>
          <w:tcPr>
            <w:tcW w:w="1093" w:type="dxa"/>
            <w:vAlign w:val="center"/>
          </w:tcPr>
          <w:p w14:paraId="3E996D13" w14:textId="77777777" w:rsidR="00840388" w:rsidRDefault="00A35792" w:rsidP="008646AA">
            <w:r>
              <w:rPr>
                <w:rFonts w:ascii="Calibri" w:eastAsia="Calibri" w:hAnsi="Calibri"/>
                <w:sz w:val="16"/>
              </w:rPr>
              <w:t>Revision module 2</w:t>
            </w:r>
          </w:p>
        </w:tc>
        <w:tc>
          <w:tcPr>
            <w:tcW w:w="2316" w:type="dxa"/>
            <w:vAlign w:val="center"/>
          </w:tcPr>
          <w:p w14:paraId="1EFA4753" w14:textId="77777777" w:rsidR="00840388" w:rsidRDefault="00A35792" w:rsidP="008646AA">
            <w:r>
              <w:rPr>
                <w:rFonts w:ascii="Calibri" w:eastAsia="Calibri" w:hAnsi="Calibri"/>
                <w:sz w:val="16"/>
              </w:rPr>
              <w:t>Zhrnutie učiva</w:t>
            </w:r>
          </w:p>
        </w:tc>
        <w:tc>
          <w:tcPr>
            <w:tcW w:w="2317" w:type="dxa"/>
            <w:vAlign w:val="center"/>
          </w:tcPr>
          <w:p w14:paraId="028EF154" w14:textId="77777777" w:rsidR="00840388" w:rsidRDefault="00A35792" w:rsidP="008646AA">
            <w:r>
              <w:rPr>
                <w:rFonts w:ascii="Calibri" w:eastAsia="Calibri" w:hAnsi="Calibri"/>
                <w:sz w:val="16"/>
              </w:rPr>
              <w:t>zopakovať slovnú zásobu modulu</w:t>
            </w:r>
            <w:r>
              <w:rPr>
                <w:rFonts w:ascii="Calibri" w:eastAsia="Calibri" w:hAnsi="Calibri"/>
                <w:sz w:val="16"/>
              </w:rPr>
              <w:br/>
              <w:t>upevniť gramatické štruktúry modulu</w:t>
            </w:r>
            <w:r>
              <w:rPr>
                <w:rFonts w:ascii="Calibri" w:eastAsia="Calibri" w:hAnsi="Calibri"/>
                <w:sz w:val="16"/>
              </w:rPr>
              <w:br/>
              <w:t>precvičiť komunikačné situácie</w:t>
            </w:r>
          </w:p>
        </w:tc>
        <w:tc>
          <w:tcPr>
            <w:tcW w:w="2249" w:type="dxa"/>
            <w:vAlign w:val="center"/>
          </w:tcPr>
          <w:p w14:paraId="40CCE381" w14:textId="77777777" w:rsidR="00840388" w:rsidRDefault="00840388" w:rsidP="008646AA"/>
        </w:tc>
        <w:tc>
          <w:tcPr>
            <w:tcW w:w="1740" w:type="dxa"/>
            <w:vAlign w:val="center"/>
          </w:tcPr>
          <w:p w14:paraId="0F40AA5A" w14:textId="77777777" w:rsidR="00840388" w:rsidRDefault="00840388" w:rsidP="008646AA"/>
        </w:tc>
        <w:tc>
          <w:tcPr>
            <w:tcW w:w="1576" w:type="dxa"/>
            <w:vAlign w:val="center"/>
          </w:tcPr>
          <w:p w14:paraId="3ED40B0C"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50" w:type="dxa"/>
            <w:vAlign w:val="center"/>
          </w:tcPr>
          <w:p w14:paraId="67B8A8B8" w14:textId="77777777" w:rsidR="00840388" w:rsidRDefault="00A35792" w:rsidP="008646AA">
            <w:r>
              <w:rPr>
                <w:rFonts w:ascii="Calibri" w:eastAsia="Calibri" w:hAnsi="Calibri"/>
                <w:sz w:val="16"/>
              </w:rPr>
              <w:t>samostatné učenie</w:t>
            </w:r>
          </w:p>
        </w:tc>
      </w:tr>
      <w:tr w:rsidR="00840388" w14:paraId="57C228E2" w14:textId="77777777" w:rsidTr="008646AA">
        <w:tc>
          <w:tcPr>
            <w:tcW w:w="865" w:type="dxa"/>
            <w:vAlign w:val="center"/>
          </w:tcPr>
          <w:p w14:paraId="16BF59C8" w14:textId="77777777" w:rsidR="00840388" w:rsidRDefault="00A35792" w:rsidP="008646AA">
            <w:r>
              <w:rPr>
                <w:rFonts w:ascii="Calibri" w:eastAsia="Calibri" w:hAnsi="Calibri"/>
                <w:sz w:val="16"/>
              </w:rPr>
              <w:t>11</w:t>
            </w:r>
          </w:p>
        </w:tc>
        <w:tc>
          <w:tcPr>
            <w:tcW w:w="872" w:type="dxa"/>
            <w:vAlign w:val="center"/>
          </w:tcPr>
          <w:p w14:paraId="45E40720" w14:textId="77777777" w:rsidR="00840388" w:rsidRDefault="00A35792" w:rsidP="008646AA">
            <w:r>
              <w:rPr>
                <w:rFonts w:ascii="Calibri" w:eastAsia="Calibri" w:hAnsi="Calibri"/>
                <w:sz w:val="16"/>
              </w:rPr>
              <w:t>31</w:t>
            </w:r>
          </w:p>
        </w:tc>
        <w:tc>
          <w:tcPr>
            <w:tcW w:w="1093" w:type="dxa"/>
            <w:vAlign w:val="center"/>
          </w:tcPr>
          <w:p w14:paraId="57F23CAD" w14:textId="77777777" w:rsidR="00840388" w:rsidRDefault="00A35792" w:rsidP="008646AA">
            <w:r>
              <w:rPr>
                <w:rFonts w:ascii="Calibri" w:eastAsia="Calibri" w:hAnsi="Calibri"/>
                <w:sz w:val="16"/>
              </w:rPr>
              <w:t>Revision module 2</w:t>
            </w:r>
          </w:p>
        </w:tc>
        <w:tc>
          <w:tcPr>
            <w:tcW w:w="2316" w:type="dxa"/>
            <w:vAlign w:val="center"/>
          </w:tcPr>
          <w:p w14:paraId="030EA1D4" w14:textId="77777777" w:rsidR="00840388" w:rsidRDefault="00A35792" w:rsidP="008646AA">
            <w:r>
              <w:rPr>
                <w:rFonts w:ascii="Calibri" w:eastAsia="Calibri" w:hAnsi="Calibri"/>
                <w:sz w:val="16"/>
              </w:rPr>
              <w:t>Sebahodnotenie</w:t>
            </w:r>
          </w:p>
        </w:tc>
        <w:tc>
          <w:tcPr>
            <w:tcW w:w="2317" w:type="dxa"/>
            <w:vAlign w:val="center"/>
          </w:tcPr>
          <w:p w14:paraId="6362E17C" w14:textId="77777777" w:rsidR="00840388" w:rsidRDefault="00A35792" w:rsidP="008646AA">
            <w:r>
              <w:rPr>
                <w:rFonts w:ascii="Calibri" w:eastAsia="Calibri" w:hAnsi="Calibri"/>
                <w:sz w:val="16"/>
              </w:rPr>
              <w:t>zhodnotiť úroveň svojich vedomostí</w:t>
            </w:r>
            <w:r>
              <w:rPr>
                <w:rFonts w:ascii="Calibri" w:eastAsia="Calibri" w:hAnsi="Calibri"/>
                <w:sz w:val="16"/>
              </w:rPr>
              <w:br/>
              <w:t>identifikovať oblasti, ktoré je potrebné zlepšiť</w:t>
            </w:r>
            <w:r>
              <w:rPr>
                <w:rFonts w:ascii="Calibri" w:eastAsia="Calibri" w:hAnsi="Calibri"/>
                <w:sz w:val="16"/>
              </w:rPr>
              <w:br/>
              <w:t>pripraviť sa na priebežné overenie vedomostí</w:t>
            </w:r>
          </w:p>
        </w:tc>
        <w:tc>
          <w:tcPr>
            <w:tcW w:w="2249" w:type="dxa"/>
            <w:vAlign w:val="center"/>
          </w:tcPr>
          <w:p w14:paraId="637136FA" w14:textId="77777777" w:rsidR="00840388" w:rsidRDefault="00840388" w:rsidP="008646AA"/>
        </w:tc>
        <w:tc>
          <w:tcPr>
            <w:tcW w:w="1740" w:type="dxa"/>
            <w:vAlign w:val="center"/>
          </w:tcPr>
          <w:p w14:paraId="0956F901" w14:textId="77777777" w:rsidR="00840388" w:rsidRDefault="00840388" w:rsidP="008646AA"/>
        </w:tc>
        <w:tc>
          <w:tcPr>
            <w:tcW w:w="1576" w:type="dxa"/>
            <w:vAlign w:val="center"/>
          </w:tcPr>
          <w:p w14:paraId="689B4938" w14:textId="77777777" w:rsidR="00840388" w:rsidRDefault="00840388" w:rsidP="008646AA"/>
        </w:tc>
        <w:tc>
          <w:tcPr>
            <w:tcW w:w="1650" w:type="dxa"/>
            <w:vAlign w:val="center"/>
          </w:tcPr>
          <w:p w14:paraId="2854C97B" w14:textId="77777777" w:rsidR="00840388" w:rsidRDefault="00840388" w:rsidP="008646AA"/>
        </w:tc>
      </w:tr>
      <w:tr w:rsidR="00840388" w14:paraId="0084417C" w14:textId="77777777" w:rsidTr="008646AA">
        <w:tc>
          <w:tcPr>
            <w:tcW w:w="865" w:type="dxa"/>
            <w:vAlign w:val="center"/>
          </w:tcPr>
          <w:p w14:paraId="4EA73E97" w14:textId="77777777" w:rsidR="00840388" w:rsidRDefault="00840388" w:rsidP="008646AA"/>
        </w:tc>
        <w:tc>
          <w:tcPr>
            <w:tcW w:w="872" w:type="dxa"/>
            <w:vAlign w:val="center"/>
          </w:tcPr>
          <w:p w14:paraId="0119148E" w14:textId="77777777" w:rsidR="00840388" w:rsidRDefault="00A35792" w:rsidP="008646AA">
            <w:r>
              <w:rPr>
                <w:rFonts w:ascii="Calibri" w:eastAsia="Calibri" w:hAnsi="Calibri"/>
                <w:sz w:val="16"/>
              </w:rPr>
              <w:t>32</w:t>
            </w:r>
          </w:p>
        </w:tc>
        <w:tc>
          <w:tcPr>
            <w:tcW w:w="1093" w:type="dxa"/>
            <w:vAlign w:val="center"/>
          </w:tcPr>
          <w:p w14:paraId="3A363C11" w14:textId="77777777" w:rsidR="00840388" w:rsidRDefault="00A35792" w:rsidP="008646AA">
            <w:r>
              <w:rPr>
                <w:rFonts w:ascii="Calibri" w:eastAsia="Calibri" w:hAnsi="Calibri"/>
                <w:sz w:val="16"/>
              </w:rPr>
              <w:t>Culture Page 1 &amp; Song 1</w:t>
            </w:r>
          </w:p>
        </w:tc>
        <w:tc>
          <w:tcPr>
            <w:tcW w:w="2316" w:type="dxa"/>
            <w:vAlign w:val="center"/>
          </w:tcPr>
          <w:p w14:paraId="4DAB1FA8" w14:textId="77777777" w:rsidR="00840388" w:rsidRDefault="00A35792" w:rsidP="008646AA">
            <w:r>
              <w:rPr>
                <w:rFonts w:ascii="Calibri" w:eastAsia="Calibri" w:hAnsi="Calibri"/>
                <w:sz w:val="16"/>
              </w:rPr>
              <w:t>Život typického britského tínedžera; pesnička – Don't Call Me Lazy</w:t>
            </w:r>
          </w:p>
        </w:tc>
        <w:tc>
          <w:tcPr>
            <w:tcW w:w="2317" w:type="dxa"/>
            <w:vAlign w:val="center"/>
          </w:tcPr>
          <w:p w14:paraId="38EA6046" w14:textId="77777777" w:rsidR="00840388" w:rsidRDefault="00A35792" w:rsidP="008646AA">
            <w:r>
              <w:rPr>
                <w:rFonts w:ascii="Calibri" w:eastAsia="Calibri" w:hAnsi="Calibri"/>
                <w:sz w:val="16"/>
              </w:rPr>
              <w:t>porozumieť informáciám o živote britských tínedžerov</w:t>
            </w:r>
            <w:r>
              <w:rPr>
                <w:rFonts w:ascii="Calibri" w:eastAsia="Calibri" w:hAnsi="Calibri"/>
                <w:sz w:val="16"/>
              </w:rPr>
              <w:br/>
              <w:t>porovnať každodenný život britských a slovenských tínedžerov</w:t>
            </w:r>
            <w:r>
              <w:rPr>
                <w:rFonts w:ascii="Calibri" w:eastAsia="Calibri" w:hAnsi="Calibri"/>
                <w:sz w:val="16"/>
              </w:rPr>
              <w:br/>
              <w:t>porozumieť obsahu anglickej piesne a pracovať s jej textom</w:t>
            </w:r>
          </w:p>
        </w:tc>
        <w:tc>
          <w:tcPr>
            <w:tcW w:w="2249" w:type="dxa"/>
            <w:vAlign w:val="center"/>
          </w:tcPr>
          <w:p w14:paraId="127C3B05" w14:textId="77777777" w:rsidR="00840388" w:rsidRDefault="00840388" w:rsidP="008646AA"/>
        </w:tc>
        <w:tc>
          <w:tcPr>
            <w:tcW w:w="1740" w:type="dxa"/>
            <w:vAlign w:val="center"/>
          </w:tcPr>
          <w:p w14:paraId="42F0DD46" w14:textId="77777777" w:rsidR="00840388" w:rsidRDefault="00840388" w:rsidP="008646AA"/>
        </w:tc>
        <w:tc>
          <w:tcPr>
            <w:tcW w:w="1576" w:type="dxa"/>
            <w:vAlign w:val="center"/>
          </w:tcPr>
          <w:p w14:paraId="2D659196"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2C8EE216" w14:textId="77777777" w:rsidR="00840388" w:rsidRDefault="00A35792" w:rsidP="008646AA">
            <w:r>
              <w:rPr>
                <w:rFonts w:ascii="Calibri" w:eastAsia="Calibri" w:hAnsi="Calibri"/>
                <w:sz w:val="16"/>
              </w:rPr>
              <w:t>kritické myslenie, interkultúrna kompetencia, komunikácia, tvorivosť</w:t>
            </w:r>
          </w:p>
        </w:tc>
      </w:tr>
      <w:tr w:rsidR="00840388" w14:paraId="1C70A1D3" w14:textId="77777777" w:rsidTr="008646AA">
        <w:tc>
          <w:tcPr>
            <w:tcW w:w="865" w:type="dxa"/>
            <w:vAlign w:val="center"/>
          </w:tcPr>
          <w:p w14:paraId="6CD0DD34" w14:textId="77777777" w:rsidR="00840388" w:rsidRDefault="00840388" w:rsidP="008646AA"/>
        </w:tc>
        <w:tc>
          <w:tcPr>
            <w:tcW w:w="872" w:type="dxa"/>
            <w:vAlign w:val="center"/>
          </w:tcPr>
          <w:p w14:paraId="23C305B6" w14:textId="77777777" w:rsidR="00840388" w:rsidRDefault="00A35792" w:rsidP="008646AA">
            <w:r>
              <w:rPr>
                <w:rFonts w:ascii="Calibri" w:eastAsia="Calibri" w:hAnsi="Calibri"/>
                <w:sz w:val="16"/>
              </w:rPr>
              <w:t>33</w:t>
            </w:r>
          </w:p>
        </w:tc>
        <w:tc>
          <w:tcPr>
            <w:tcW w:w="1093" w:type="dxa"/>
            <w:vAlign w:val="center"/>
          </w:tcPr>
          <w:p w14:paraId="0BBED2D7" w14:textId="77777777" w:rsidR="00840388" w:rsidRDefault="00A35792" w:rsidP="008646AA">
            <w:r>
              <w:rPr>
                <w:rFonts w:ascii="Calibri" w:eastAsia="Calibri" w:hAnsi="Calibri"/>
                <w:sz w:val="16"/>
              </w:rPr>
              <w:t>Me and My country project 2 – My town in the past</w:t>
            </w:r>
          </w:p>
        </w:tc>
        <w:tc>
          <w:tcPr>
            <w:tcW w:w="2316" w:type="dxa"/>
            <w:vAlign w:val="center"/>
          </w:tcPr>
          <w:p w14:paraId="32AB2CAA" w14:textId="77777777" w:rsidR="00840388" w:rsidRDefault="00A35792" w:rsidP="008646AA">
            <w:r>
              <w:rPr>
                <w:rFonts w:ascii="Calibri" w:eastAsia="Calibri" w:hAnsi="Calibri"/>
                <w:sz w:val="16"/>
              </w:rPr>
              <w:t>Moje mesto v minulosti</w:t>
            </w:r>
          </w:p>
        </w:tc>
        <w:tc>
          <w:tcPr>
            <w:tcW w:w="2317" w:type="dxa"/>
            <w:vAlign w:val="center"/>
          </w:tcPr>
          <w:p w14:paraId="6BDD5630" w14:textId="77777777" w:rsidR="00840388" w:rsidRDefault="00A35792" w:rsidP="008646AA">
            <w:r>
              <w:rPr>
                <w:rFonts w:ascii="Calibri" w:eastAsia="Calibri" w:hAnsi="Calibri"/>
                <w:sz w:val="16"/>
              </w:rPr>
              <w:t>vyhľadať informácie o minulosti svojho mesta alebo obce</w:t>
            </w:r>
            <w:r>
              <w:rPr>
                <w:rFonts w:ascii="Calibri" w:eastAsia="Calibri" w:hAnsi="Calibri"/>
                <w:sz w:val="16"/>
              </w:rPr>
              <w:br/>
              <w:t>spracovať informácie do krátkeho projektu</w:t>
            </w:r>
            <w:r>
              <w:rPr>
                <w:rFonts w:ascii="Calibri" w:eastAsia="Calibri" w:hAnsi="Calibri"/>
                <w:sz w:val="16"/>
              </w:rPr>
              <w:br/>
              <w:t>prezentovať projekt pred spolužiakmi</w:t>
            </w:r>
          </w:p>
        </w:tc>
        <w:tc>
          <w:tcPr>
            <w:tcW w:w="2249" w:type="dxa"/>
            <w:vAlign w:val="center"/>
          </w:tcPr>
          <w:p w14:paraId="254066E0" w14:textId="77777777" w:rsidR="00840388" w:rsidRDefault="00840388" w:rsidP="008646AA"/>
        </w:tc>
        <w:tc>
          <w:tcPr>
            <w:tcW w:w="1740" w:type="dxa"/>
            <w:vAlign w:val="center"/>
          </w:tcPr>
          <w:p w14:paraId="32B76788" w14:textId="77777777" w:rsidR="00840388" w:rsidRDefault="00840388" w:rsidP="008646AA"/>
        </w:tc>
        <w:tc>
          <w:tcPr>
            <w:tcW w:w="1576" w:type="dxa"/>
            <w:vAlign w:val="center"/>
          </w:tcPr>
          <w:p w14:paraId="410BA32C" w14:textId="77777777" w:rsidR="00840388" w:rsidRDefault="00A35792" w:rsidP="008646AA">
            <w:r>
              <w:rPr>
                <w:rFonts w:ascii="Calibri" w:eastAsia="Calibri" w:hAnsi="Calibri"/>
                <w:sz w:val="16"/>
              </w:rPr>
              <w:t>Paper, Cover (teacher’s assistant)</w:t>
            </w:r>
          </w:p>
        </w:tc>
        <w:tc>
          <w:tcPr>
            <w:tcW w:w="1650" w:type="dxa"/>
            <w:vAlign w:val="center"/>
          </w:tcPr>
          <w:p w14:paraId="767FB5DC" w14:textId="77777777" w:rsidR="00840388" w:rsidRDefault="00A35792" w:rsidP="008646AA">
            <w:r>
              <w:rPr>
                <w:rFonts w:ascii="Calibri" w:eastAsia="Calibri" w:hAnsi="Calibri"/>
                <w:sz w:val="16"/>
              </w:rPr>
              <w:t>samostatné učenie, tvorivosť, komunikácia, digitálna gramotnosť</w:t>
            </w:r>
          </w:p>
        </w:tc>
      </w:tr>
      <w:tr w:rsidR="00840388" w14:paraId="38D5D833" w14:textId="77777777" w:rsidTr="008646AA">
        <w:tc>
          <w:tcPr>
            <w:tcW w:w="865" w:type="dxa"/>
            <w:vAlign w:val="center"/>
          </w:tcPr>
          <w:p w14:paraId="27FCDA85" w14:textId="77777777" w:rsidR="00840388" w:rsidRDefault="00A35792" w:rsidP="008646AA">
            <w:r>
              <w:rPr>
                <w:rFonts w:ascii="Calibri" w:eastAsia="Calibri" w:hAnsi="Calibri"/>
                <w:sz w:val="16"/>
              </w:rPr>
              <w:t>12</w:t>
            </w:r>
          </w:p>
        </w:tc>
        <w:tc>
          <w:tcPr>
            <w:tcW w:w="872" w:type="dxa"/>
            <w:vAlign w:val="center"/>
          </w:tcPr>
          <w:p w14:paraId="2A57E301" w14:textId="77777777" w:rsidR="00840388" w:rsidRDefault="00A35792" w:rsidP="008646AA">
            <w:r>
              <w:rPr>
                <w:rFonts w:ascii="Calibri" w:eastAsia="Calibri" w:hAnsi="Calibri"/>
                <w:sz w:val="16"/>
              </w:rPr>
              <w:t>34</w:t>
            </w:r>
          </w:p>
        </w:tc>
        <w:tc>
          <w:tcPr>
            <w:tcW w:w="1093" w:type="dxa"/>
            <w:vAlign w:val="center"/>
          </w:tcPr>
          <w:p w14:paraId="08AC6A2B" w14:textId="77777777" w:rsidR="00840388" w:rsidRDefault="00A35792" w:rsidP="008646AA">
            <w:r>
              <w:rPr>
                <w:rFonts w:ascii="Calibri" w:eastAsia="Calibri" w:hAnsi="Calibri"/>
                <w:sz w:val="16"/>
              </w:rPr>
              <w:t>Test Module 2</w:t>
            </w:r>
          </w:p>
        </w:tc>
        <w:tc>
          <w:tcPr>
            <w:tcW w:w="2316" w:type="dxa"/>
            <w:vAlign w:val="center"/>
          </w:tcPr>
          <w:p w14:paraId="5971AE10" w14:textId="77777777" w:rsidR="00840388" w:rsidRDefault="00A35792" w:rsidP="008646AA">
            <w:r>
              <w:rPr>
                <w:rFonts w:ascii="Calibri" w:eastAsia="Calibri" w:hAnsi="Calibri"/>
                <w:sz w:val="16"/>
              </w:rPr>
              <w:t>Hodnotenie pokroku žiakov</w:t>
            </w:r>
          </w:p>
        </w:tc>
        <w:tc>
          <w:tcPr>
            <w:tcW w:w="2317" w:type="dxa"/>
            <w:vAlign w:val="center"/>
          </w:tcPr>
          <w:p w14:paraId="792F8FB9" w14:textId="77777777" w:rsidR="00840388" w:rsidRDefault="00A35792" w:rsidP="008646AA">
            <w:r>
              <w:rPr>
                <w:rFonts w:ascii="Calibri" w:eastAsia="Calibri" w:hAnsi="Calibri"/>
                <w:sz w:val="16"/>
              </w:rPr>
              <w:t>preukázať osvojenie slovnej zásoby a gramatiky modulu</w:t>
            </w:r>
            <w:r>
              <w:rPr>
                <w:rFonts w:ascii="Calibri" w:eastAsia="Calibri" w:hAnsi="Calibri"/>
                <w:sz w:val="16"/>
              </w:rPr>
              <w:br/>
              <w:t>aplikovať získané vedomosti pri riešení úloh</w:t>
            </w:r>
            <w:r>
              <w:rPr>
                <w:rFonts w:ascii="Calibri" w:eastAsia="Calibri" w:hAnsi="Calibri"/>
                <w:sz w:val="16"/>
              </w:rPr>
              <w:br/>
              <w:t>samostatne riešiť testové zadania</w:t>
            </w:r>
          </w:p>
        </w:tc>
        <w:tc>
          <w:tcPr>
            <w:tcW w:w="2249" w:type="dxa"/>
            <w:vAlign w:val="center"/>
          </w:tcPr>
          <w:p w14:paraId="30A9AC56" w14:textId="77777777" w:rsidR="00840388" w:rsidRDefault="00840388" w:rsidP="008646AA"/>
        </w:tc>
        <w:tc>
          <w:tcPr>
            <w:tcW w:w="1740" w:type="dxa"/>
            <w:vAlign w:val="center"/>
          </w:tcPr>
          <w:p w14:paraId="78452A18" w14:textId="77777777" w:rsidR="00840388" w:rsidRDefault="00840388" w:rsidP="008646AA"/>
        </w:tc>
        <w:tc>
          <w:tcPr>
            <w:tcW w:w="1576" w:type="dxa"/>
            <w:vAlign w:val="center"/>
          </w:tcPr>
          <w:p w14:paraId="106CC62B" w14:textId="77777777" w:rsidR="00840388" w:rsidRDefault="00A35792" w:rsidP="008646AA">
            <w:r>
              <w:rPr>
                <w:rFonts w:ascii="Calibri" w:eastAsia="Calibri" w:hAnsi="Calibri"/>
                <w:sz w:val="16"/>
              </w:rPr>
              <w:t>Module tests (teacher’s assistant)</w:t>
            </w:r>
          </w:p>
        </w:tc>
        <w:tc>
          <w:tcPr>
            <w:tcW w:w="1650" w:type="dxa"/>
            <w:vAlign w:val="center"/>
          </w:tcPr>
          <w:p w14:paraId="37FB2561" w14:textId="77777777" w:rsidR="00840388" w:rsidRDefault="00840388" w:rsidP="008646AA"/>
        </w:tc>
      </w:tr>
      <w:tr w:rsidR="00840388" w14:paraId="595AE831" w14:textId="77777777" w:rsidTr="008646AA">
        <w:tc>
          <w:tcPr>
            <w:tcW w:w="865" w:type="dxa"/>
            <w:vAlign w:val="center"/>
          </w:tcPr>
          <w:p w14:paraId="7ED3EDD2" w14:textId="77777777" w:rsidR="00840388" w:rsidRDefault="00840388" w:rsidP="008646AA"/>
        </w:tc>
        <w:tc>
          <w:tcPr>
            <w:tcW w:w="872" w:type="dxa"/>
            <w:vAlign w:val="center"/>
          </w:tcPr>
          <w:p w14:paraId="23579491" w14:textId="77777777" w:rsidR="00840388" w:rsidRDefault="00A35792" w:rsidP="008646AA">
            <w:r>
              <w:rPr>
                <w:rFonts w:ascii="Calibri" w:eastAsia="Calibri" w:hAnsi="Calibri"/>
                <w:sz w:val="16"/>
              </w:rPr>
              <w:t>35</w:t>
            </w:r>
          </w:p>
        </w:tc>
        <w:tc>
          <w:tcPr>
            <w:tcW w:w="1093" w:type="dxa"/>
            <w:vAlign w:val="center"/>
          </w:tcPr>
          <w:p w14:paraId="71EB3B24" w14:textId="77777777" w:rsidR="00840388" w:rsidRDefault="00A35792" w:rsidP="008646AA">
            <w:r>
              <w:rPr>
                <w:rFonts w:ascii="Calibri" w:eastAsia="Calibri" w:hAnsi="Calibri"/>
                <w:sz w:val="16"/>
              </w:rPr>
              <w:t>Video Module 2 &amp; Cover Page Module 3</w:t>
            </w:r>
          </w:p>
        </w:tc>
        <w:tc>
          <w:tcPr>
            <w:tcW w:w="2316" w:type="dxa"/>
            <w:vAlign w:val="center"/>
          </w:tcPr>
          <w:p w14:paraId="6848C452" w14:textId="77777777" w:rsidR="00840388" w:rsidRDefault="00A35792" w:rsidP="008646AA">
            <w:r>
              <w:rPr>
                <w:rFonts w:ascii="Calibri" w:eastAsia="Calibri" w:hAnsi="Calibri"/>
                <w:sz w:val="16"/>
              </w:rPr>
              <w:t>Videolekcia - potápanie s prístrojom</w:t>
            </w:r>
          </w:p>
        </w:tc>
        <w:tc>
          <w:tcPr>
            <w:tcW w:w="2317" w:type="dxa"/>
            <w:vAlign w:val="center"/>
          </w:tcPr>
          <w:p w14:paraId="4AA05B86" w14:textId="77777777" w:rsidR="00840388" w:rsidRDefault="00A35792" w:rsidP="008646AA">
            <w:r>
              <w:rPr>
                <w:rFonts w:ascii="Calibri" w:eastAsia="Calibri" w:hAnsi="Calibri"/>
                <w:sz w:val="16"/>
              </w:rPr>
              <w:t>zopakovať slovnú zásobu a gramatiku modulu prostredníctvom videa</w:t>
            </w:r>
            <w:r>
              <w:rPr>
                <w:rFonts w:ascii="Calibri" w:eastAsia="Calibri" w:hAnsi="Calibri"/>
                <w:sz w:val="16"/>
              </w:rPr>
              <w:br/>
              <w:t>porozumieť autentickému jazykovému prejavu</w:t>
            </w:r>
            <w:r>
              <w:rPr>
                <w:rFonts w:ascii="Calibri" w:eastAsia="Calibri" w:hAnsi="Calibri"/>
                <w:sz w:val="16"/>
              </w:rPr>
              <w:br/>
            </w:r>
            <w:r>
              <w:rPr>
                <w:rFonts w:ascii="Calibri" w:eastAsia="Calibri" w:hAnsi="Calibri"/>
                <w:sz w:val="16"/>
              </w:rPr>
              <w:lastRenderedPageBreak/>
              <w:t>oboznámiť sa s témou nasledujúceho modulu</w:t>
            </w:r>
          </w:p>
        </w:tc>
        <w:tc>
          <w:tcPr>
            <w:tcW w:w="2249" w:type="dxa"/>
            <w:vAlign w:val="center"/>
          </w:tcPr>
          <w:p w14:paraId="04E40670" w14:textId="77777777" w:rsidR="00840388" w:rsidRDefault="00840388" w:rsidP="008646AA"/>
        </w:tc>
        <w:tc>
          <w:tcPr>
            <w:tcW w:w="1740" w:type="dxa"/>
            <w:vAlign w:val="center"/>
          </w:tcPr>
          <w:p w14:paraId="3AD7B999" w14:textId="77777777" w:rsidR="00840388" w:rsidRDefault="00840388" w:rsidP="008646AA"/>
        </w:tc>
        <w:tc>
          <w:tcPr>
            <w:tcW w:w="1576" w:type="dxa"/>
            <w:vAlign w:val="center"/>
          </w:tcPr>
          <w:p w14:paraId="00F8044B" w14:textId="77777777" w:rsidR="00840388" w:rsidRDefault="00A35792" w:rsidP="008646AA">
            <w:r>
              <w:rPr>
                <w:rFonts w:ascii="Calibri" w:eastAsia="Calibri" w:hAnsi="Calibri"/>
                <w:sz w:val="16"/>
              </w:rPr>
              <w:t>SB</w:t>
            </w:r>
            <w:r>
              <w:rPr>
                <w:rFonts w:ascii="Calibri" w:eastAsia="Calibri" w:hAnsi="Calibri"/>
                <w:sz w:val="16"/>
              </w:rPr>
              <w:br/>
              <w:t>IWB &amp; IWB material</w:t>
            </w:r>
          </w:p>
        </w:tc>
        <w:tc>
          <w:tcPr>
            <w:tcW w:w="1650" w:type="dxa"/>
            <w:vAlign w:val="center"/>
          </w:tcPr>
          <w:p w14:paraId="45C95F54" w14:textId="77777777" w:rsidR="00840388" w:rsidRDefault="00A35792" w:rsidP="008646AA">
            <w:r>
              <w:rPr>
                <w:rFonts w:ascii="Calibri" w:eastAsia="Calibri" w:hAnsi="Calibri"/>
                <w:sz w:val="16"/>
              </w:rPr>
              <w:t>interkultúrna kompetencia, komunikácia, samostatné učenie</w:t>
            </w:r>
          </w:p>
        </w:tc>
      </w:tr>
      <w:tr w:rsidR="00840388" w14:paraId="48D925E4" w14:textId="77777777" w:rsidTr="008646AA">
        <w:trPr>
          <w:trHeight w:val="429"/>
        </w:trPr>
        <w:tc>
          <w:tcPr>
            <w:tcW w:w="865" w:type="dxa"/>
            <w:vAlign w:val="center"/>
          </w:tcPr>
          <w:p w14:paraId="0F8A7A78" w14:textId="77777777" w:rsidR="00840388" w:rsidRDefault="00840388" w:rsidP="008646AA"/>
        </w:tc>
        <w:tc>
          <w:tcPr>
            <w:tcW w:w="872" w:type="dxa"/>
            <w:vAlign w:val="center"/>
          </w:tcPr>
          <w:p w14:paraId="4E88F8D4" w14:textId="77777777" w:rsidR="00840388" w:rsidRDefault="00840388" w:rsidP="008646AA"/>
        </w:tc>
        <w:tc>
          <w:tcPr>
            <w:tcW w:w="1093" w:type="dxa"/>
            <w:vAlign w:val="center"/>
          </w:tcPr>
          <w:p w14:paraId="77BEAF6F" w14:textId="77777777" w:rsidR="00840388" w:rsidRDefault="00840388" w:rsidP="008646AA"/>
        </w:tc>
        <w:tc>
          <w:tcPr>
            <w:tcW w:w="2316" w:type="dxa"/>
            <w:shd w:val="clear" w:color="auto" w:fill="FFFF00"/>
            <w:vAlign w:val="center"/>
          </w:tcPr>
          <w:p w14:paraId="695D2E08" w14:textId="77777777" w:rsidR="00840388" w:rsidRPr="00EC7763" w:rsidRDefault="00A35792" w:rsidP="008646AA">
            <w:pPr>
              <w:rPr>
                <w:b/>
                <w:bCs/>
              </w:rPr>
            </w:pPr>
            <w:r w:rsidRPr="00EC7763">
              <w:rPr>
                <w:rFonts w:ascii="Calibri" w:eastAsia="Calibri" w:hAnsi="Calibri"/>
                <w:b/>
                <w:bCs/>
                <w:sz w:val="16"/>
              </w:rPr>
              <w:t>Module 3: Our world</w:t>
            </w:r>
          </w:p>
        </w:tc>
        <w:tc>
          <w:tcPr>
            <w:tcW w:w="2317" w:type="dxa"/>
            <w:shd w:val="clear" w:color="auto" w:fill="FFFF00"/>
            <w:vAlign w:val="center"/>
          </w:tcPr>
          <w:p w14:paraId="36BBDAB9" w14:textId="77777777" w:rsidR="00840388" w:rsidRPr="00EC7763" w:rsidRDefault="00840388" w:rsidP="008646AA">
            <w:pPr>
              <w:rPr>
                <w:b/>
                <w:bCs/>
              </w:rPr>
            </w:pPr>
          </w:p>
        </w:tc>
        <w:tc>
          <w:tcPr>
            <w:tcW w:w="2249" w:type="dxa"/>
            <w:shd w:val="clear" w:color="auto" w:fill="FFFF00"/>
            <w:vAlign w:val="center"/>
          </w:tcPr>
          <w:p w14:paraId="5FC2C1AC" w14:textId="77777777" w:rsidR="00840388" w:rsidRPr="00EC7763" w:rsidRDefault="00840388" w:rsidP="008646AA">
            <w:pPr>
              <w:rPr>
                <w:b/>
                <w:bCs/>
              </w:rPr>
            </w:pPr>
          </w:p>
        </w:tc>
        <w:tc>
          <w:tcPr>
            <w:tcW w:w="1740" w:type="dxa"/>
            <w:shd w:val="clear" w:color="auto" w:fill="FFFF00"/>
            <w:vAlign w:val="center"/>
          </w:tcPr>
          <w:p w14:paraId="4D8CD4DA" w14:textId="77777777" w:rsidR="00840388" w:rsidRPr="00EC7763" w:rsidRDefault="00840388" w:rsidP="008646AA">
            <w:pPr>
              <w:rPr>
                <w:b/>
                <w:bCs/>
              </w:rPr>
            </w:pPr>
          </w:p>
        </w:tc>
        <w:tc>
          <w:tcPr>
            <w:tcW w:w="1576" w:type="dxa"/>
            <w:shd w:val="clear" w:color="auto" w:fill="FFFF00"/>
            <w:vAlign w:val="center"/>
          </w:tcPr>
          <w:p w14:paraId="2ECE8238" w14:textId="77777777" w:rsidR="00840388" w:rsidRPr="00EC7763" w:rsidRDefault="00840388" w:rsidP="008646AA">
            <w:pPr>
              <w:rPr>
                <w:b/>
                <w:bCs/>
              </w:rPr>
            </w:pPr>
          </w:p>
        </w:tc>
        <w:tc>
          <w:tcPr>
            <w:tcW w:w="1650" w:type="dxa"/>
            <w:shd w:val="clear" w:color="auto" w:fill="FFFF00"/>
            <w:vAlign w:val="center"/>
          </w:tcPr>
          <w:p w14:paraId="43665BB6" w14:textId="77777777" w:rsidR="00840388" w:rsidRPr="00EC7763" w:rsidRDefault="00840388" w:rsidP="008646AA">
            <w:pPr>
              <w:rPr>
                <w:b/>
                <w:bCs/>
              </w:rPr>
            </w:pPr>
          </w:p>
        </w:tc>
      </w:tr>
      <w:tr w:rsidR="00840388" w14:paraId="627D0AA8" w14:textId="77777777" w:rsidTr="008646AA">
        <w:tc>
          <w:tcPr>
            <w:tcW w:w="865" w:type="dxa"/>
            <w:vAlign w:val="center"/>
          </w:tcPr>
          <w:p w14:paraId="4D8F6E53" w14:textId="77777777" w:rsidR="00840388" w:rsidRDefault="00840388" w:rsidP="008646AA"/>
        </w:tc>
        <w:tc>
          <w:tcPr>
            <w:tcW w:w="872" w:type="dxa"/>
            <w:vAlign w:val="center"/>
          </w:tcPr>
          <w:p w14:paraId="12883F78" w14:textId="77777777" w:rsidR="00840388" w:rsidRDefault="00A35792" w:rsidP="008646AA">
            <w:r>
              <w:rPr>
                <w:rFonts w:ascii="Calibri" w:eastAsia="Calibri" w:hAnsi="Calibri"/>
                <w:sz w:val="16"/>
              </w:rPr>
              <w:t>36</w:t>
            </w:r>
          </w:p>
        </w:tc>
        <w:tc>
          <w:tcPr>
            <w:tcW w:w="1093" w:type="dxa"/>
            <w:vAlign w:val="center"/>
          </w:tcPr>
          <w:p w14:paraId="0FF7A5DB" w14:textId="77777777" w:rsidR="00840388" w:rsidRDefault="00A35792" w:rsidP="008646AA">
            <w:r>
              <w:rPr>
                <w:rFonts w:ascii="Calibri" w:eastAsia="Calibri" w:hAnsi="Calibri"/>
                <w:sz w:val="16"/>
              </w:rPr>
              <w:t>3A: A trip around Europe</w:t>
            </w:r>
          </w:p>
        </w:tc>
        <w:tc>
          <w:tcPr>
            <w:tcW w:w="2316" w:type="dxa"/>
            <w:vAlign w:val="center"/>
          </w:tcPr>
          <w:p w14:paraId="2AA26C12" w14:textId="77777777" w:rsidR="00840388" w:rsidRDefault="00A35792" w:rsidP="008646AA">
            <w:r>
              <w:rPr>
                <w:rFonts w:ascii="Calibri" w:eastAsia="Calibri" w:hAnsi="Calibri"/>
                <w:sz w:val="16"/>
              </w:rPr>
              <w:t>Čítanie a počúvanie s porozumením</w:t>
            </w:r>
          </w:p>
        </w:tc>
        <w:tc>
          <w:tcPr>
            <w:tcW w:w="2317" w:type="dxa"/>
            <w:vAlign w:val="center"/>
          </w:tcPr>
          <w:p w14:paraId="3418BA25" w14:textId="77777777" w:rsidR="00840388" w:rsidRDefault="00A35792" w:rsidP="008646AA">
            <w:r>
              <w:rPr>
                <w:rFonts w:ascii="Calibri" w:eastAsia="Calibri" w:hAnsi="Calibri"/>
                <w:sz w:val="16"/>
              </w:rPr>
              <w:t>porozumieť textu a nahrávke o cestovaní po Európe</w:t>
            </w:r>
            <w:r>
              <w:rPr>
                <w:rFonts w:ascii="Calibri" w:eastAsia="Calibri" w:hAnsi="Calibri"/>
                <w:sz w:val="16"/>
              </w:rPr>
              <w:br/>
              <w:t>hovoriť o svojich cestovateľských plánoch</w:t>
            </w:r>
            <w:r>
              <w:rPr>
                <w:rFonts w:ascii="Calibri" w:eastAsia="Calibri" w:hAnsi="Calibri"/>
                <w:sz w:val="16"/>
              </w:rPr>
              <w:br/>
              <w:t>vyjadriť budúce plány a dohodnuté aktivity</w:t>
            </w:r>
          </w:p>
        </w:tc>
        <w:tc>
          <w:tcPr>
            <w:tcW w:w="2249" w:type="dxa"/>
            <w:vAlign w:val="center"/>
          </w:tcPr>
          <w:p w14:paraId="33A9DB7C" w14:textId="77777777" w:rsidR="00840388" w:rsidRDefault="00840388" w:rsidP="008646AA"/>
        </w:tc>
        <w:tc>
          <w:tcPr>
            <w:tcW w:w="1740" w:type="dxa"/>
            <w:vAlign w:val="center"/>
          </w:tcPr>
          <w:p w14:paraId="1655E6D0" w14:textId="77777777" w:rsidR="00840388" w:rsidRDefault="00A35792" w:rsidP="008646AA">
            <w:r>
              <w:rPr>
                <w:rFonts w:ascii="Calibri" w:eastAsia="Calibri" w:hAnsi="Calibri"/>
                <w:sz w:val="16"/>
              </w:rPr>
              <w:t>Europe, pack bags, stop, tomorrow, tonight</w:t>
            </w:r>
          </w:p>
        </w:tc>
        <w:tc>
          <w:tcPr>
            <w:tcW w:w="1576" w:type="dxa"/>
            <w:vAlign w:val="center"/>
          </w:tcPr>
          <w:p w14:paraId="788466F7"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0A6F14C9" w14:textId="77777777" w:rsidR="00840388" w:rsidRDefault="00A35792" w:rsidP="008646AA">
            <w:r>
              <w:rPr>
                <w:rFonts w:ascii="Calibri" w:eastAsia="Calibri" w:hAnsi="Calibri"/>
                <w:sz w:val="16"/>
              </w:rPr>
              <w:t>kritické myslenie, komunikácia, spolupráca, tvorivosť</w:t>
            </w:r>
          </w:p>
        </w:tc>
      </w:tr>
      <w:tr w:rsidR="00840388" w14:paraId="4CDF55B1" w14:textId="77777777" w:rsidTr="008646AA">
        <w:tc>
          <w:tcPr>
            <w:tcW w:w="865" w:type="dxa"/>
            <w:vAlign w:val="center"/>
          </w:tcPr>
          <w:p w14:paraId="720EAC3D" w14:textId="77777777" w:rsidR="00840388" w:rsidRDefault="00A35792" w:rsidP="008646AA">
            <w:r>
              <w:rPr>
                <w:rFonts w:ascii="Calibri" w:eastAsia="Calibri" w:hAnsi="Calibri"/>
                <w:sz w:val="16"/>
              </w:rPr>
              <w:t>13</w:t>
            </w:r>
          </w:p>
        </w:tc>
        <w:tc>
          <w:tcPr>
            <w:tcW w:w="872" w:type="dxa"/>
            <w:vAlign w:val="center"/>
          </w:tcPr>
          <w:p w14:paraId="37F29EDD" w14:textId="77777777" w:rsidR="00840388" w:rsidRDefault="00A35792" w:rsidP="008646AA">
            <w:r>
              <w:rPr>
                <w:rFonts w:ascii="Calibri" w:eastAsia="Calibri" w:hAnsi="Calibri"/>
                <w:sz w:val="16"/>
              </w:rPr>
              <w:t>37</w:t>
            </w:r>
          </w:p>
        </w:tc>
        <w:tc>
          <w:tcPr>
            <w:tcW w:w="1093" w:type="dxa"/>
            <w:vAlign w:val="center"/>
          </w:tcPr>
          <w:p w14:paraId="71C5641E" w14:textId="77777777" w:rsidR="00840388" w:rsidRDefault="00A35792" w:rsidP="008646AA">
            <w:r>
              <w:rPr>
                <w:rFonts w:ascii="Calibri" w:eastAsia="Calibri" w:hAnsi="Calibri"/>
                <w:sz w:val="16"/>
              </w:rPr>
              <w:t>3A: A trip around Europe</w:t>
            </w:r>
          </w:p>
        </w:tc>
        <w:tc>
          <w:tcPr>
            <w:tcW w:w="2316" w:type="dxa"/>
            <w:vAlign w:val="center"/>
          </w:tcPr>
          <w:p w14:paraId="3C9EB8F4" w14:textId="77777777" w:rsidR="00840388" w:rsidRDefault="00A35792" w:rsidP="008646AA">
            <w:r>
              <w:rPr>
                <w:rFonts w:ascii="Calibri" w:eastAsia="Calibri" w:hAnsi="Calibri"/>
                <w:sz w:val="16"/>
              </w:rPr>
              <w:t>Gramatika – budúci čas s going to, rozprávanie, písanie</w:t>
            </w:r>
          </w:p>
        </w:tc>
        <w:tc>
          <w:tcPr>
            <w:tcW w:w="2317" w:type="dxa"/>
            <w:vAlign w:val="center"/>
          </w:tcPr>
          <w:p w14:paraId="302A2B67" w14:textId="77777777" w:rsidR="00840388" w:rsidRDefault="00A35792" w:rsidP="008646AA">
            <w:r>
              <w:rPr>
                <w:rFonts w:ascii="Calibri" w:eastAsia="Calibri" w:hAnsi="Calibri"/>
                <w:sz w:val="16"/>
              </w:rPr>
              <w:t>používať väzbu be going to na vyjadrenie plánov a zámerov</w:t>
            </w:r>
            <w:r>
              <w:rPr>
                <w:rFonts w:ascii="Calibri" w:eastAsia="Calibri" w:hAnsi="Calibri"/>
                <w:sz w:val="16"/>
              </w:rPr>
              <w:br/>
              <w:t>rozlišovať použitie prítomného priebehového času s významom budúcnosti</w:t>
            </w:r>
            <w:r>
              <w:rPr>
                <w:rFonts w:ascii="Calibri" w:eastAsia="Calibri" w:hAnsi="Calibri"/>
                <w:sz w:val="16"/>
              </w:rPr>
              <w:br/>
              <w:t>napísať krátky text o svojich budúcich plánoch</w:t>
            </w:r>
          </w:p>
        </w:tc>
        <w:tc>
          <w:tcPr>
            <w:tcW w:w="2249" w:type="dxa"/>
            <w:vAlign w:val="center"/>
          </w:tcPr>
          <w:p w14:paraId="5CCFE230" w14:textId="77777777" w:rsidR="00840388" w:rsidRDefault="00A35792" w:rsidP="008646AA">
            <w:r>
              <w:rPr>
                <w:rFonts w:ascii="Calibri" w:eastAsia="Calibri" w:hAnsi="Calibri"/>
                <w:sz w:val="16"/>
              </w:rPr>
              <w:t>Future be going to</w:t>
            </w:r>
            <w:r>
              <w:rPr>
                <w:rFonts w:ascii="Calibri" w:eastAsia="Calibri" w:hAnsi="Calibri"/>
                <w:sz w:val="16"/>
              </w:rPr>
              <w:br/>
              <w:t>Present Progressive with future meaning</w:t>
            </w:r>
          </w:p>
        </w:tc>
        <w:tc>
          <w:tcPr>
            <w:tcW w:w="1740" w:type="dxa"/>
            <w:vAlign w:val="center"/>
          </w:tcPr>
          <w:p w14:paraId="2E252820" w14:textId="77777777" w:rsidR="00840388" w:rsidRDefault="00840388" w:rsidP="008646AA"/>
        </w:tc>
        <w:tc>
          <w:tcPr>
            <w:tcW w:w="1576" w:type="dxa"/>
            <w:vAlign w:val="center"/>
          </w:tcPr>
          <w:p w14:paraId="6281218C" w14:textId="77777777" w:rsidR="00840388" w:rsidRDefault="00840388" w:rsidP="008646AA"/>
        </w:tc>
        <w:tc>
          <w:tcPr>
            <w:tcW w:w="1650" w:type="dxa"/>
            <w:vAlign w:val="center"/>
          </w:tcPr>
          <w:p w14:paraId="0EF0F478" w14:textId="77777777" w:rsidR="00840388" w:rsidRDefault="00840388" w:rsidP="008646AA"/>
        </w:tc>
      </w:tr>
      <w:tr w:rsidR="00840388" w14:paraId="6B2CAECA" w14:textId="77777777" w:rsidTr="008646AA">
        <w:tc>
          <w:tcPr>
            <w:tcW w:w="865" w:type="dxa"/>
            <w:vAlign w:val="center"/>
          </w:tcPr>
          <w:p w14:paraId="2EE746B0" w14:textId="77777777" w:rsidR="00840388" w:rsidRDefault="00840388" w:rsidP="008646AA"/>
        </w:tc>
        <w:tc>
          <w:tcPr>
            <w:tcW w:w="872" w:type="dxa"/>
            <w:vAlign w:val="center"/>
          </w:tcPr>
          <w:p w14:paraId="798F8A2D" w14:textId="77777777" w:rsidR="00840388" w:rsidRDefault="00A35792" w:rsidP="008646AA">
            <w:r>
              <w:rPr>
                <w:rFonts w:ascii="Calibri" w:eastAsia="Calibri" w:hAnsi="Calibri"/>
                <w:sz w:val="16"/>
              </w:rPr>
              <w:t>38</w:t>
            </w:r>
          </w:p>
        </w:tc>
        <w:tc>
          <w:tcPr>
            <w:tcW w:w="1093" w:type="dxa"/>
            <w:vAlign w:val="center"/>
          </w:tcPr>
          <w:p w14:paraId="12B4E20D" w14:textId="77777777" w:rsidR="00840388" w:rsidRDefault="00A35792" w:rsidP="008646AA">
            <w:r>
              <w:rPr>
                <w:rFonts w:ascii="Calibri" w:eastAsia="Calibri" w:hAnsi="Calibri"/>
                <w:sz w:val="16"/>
              </w:rPr>
              <w:t>3B: Project Asia</w:t>
            </w:r>
          </w:p>
        </w:tc>
        <w:tc>
          <w:tcPr>
            <w:tcW w:w="2316" w:type="dxa"/>
            <w:vAlign w:val="center"/>
          </w:tcPr>
          <w:p w14:paraId="4050D062" w14:textId="77777777" w:rsidR="00840388" w:rsidRDefault="00A35792" w:rsidP="008646AA">
            <w:r>
              <w:rPr>
                <w:rFonts w:ascii="Calibri" w:eastAsia="Calibri" w:hAnsi="Calibri"/>
                <w:sz w:val="16"/>
              </w:rPr>
              <w:t>Slovná zásoba - svetové strany, čítanie s porozumením</w:t>
            </w:r>
          </w:p>
        </w:tc>
        <w:tc>
          <w:tcPr>
            <w:tcW w:w="2317" w:type="dxa"/>
            <w:vAlign w:val="center"/>
          </w:tcPr>
          <w:p w14:paraId="77571A43" w14:textId="77777777" w:rsidR="00840388" w:rsidRDefault="00A35792" w:rsidP="008646AA">
            <w:r>
              <w:rPr>
                <w:rFonts w:ascii="Calibri" w:eastAsia="Calibri" w:hAnsi="Calibri"/>
                <w:sz w:val="16"/>
              </w:rPr>
              <w:t>pomenovať svetadiely, svetové strany a základné geografické pojmy</w:t>
            </w:r>
            <w:r>
              <w:rPr>
                <w:rFonts w:ascii="Calibri" w:eastAsia="Calibri" w:hAnsi="Calibri"/>
                <w:sz w:val="16"/>
              </w:rPr>
              <w:br/>
              <w:t>porozumieť textu o Ázii</w:t>
            </w:r>
            <w:r>
              <w:rPr>
                <w:rFonts w:ascii="Calibri" w:eastAsia="Calibri" w:hAnsi="Calibri"/>
                <w:sz w:val="16"/>
              </w:rPr>
              <w:br/>
              <w:t>hovoriť o krajinách a zaujímavostiach Ázie</w:t>
            </w:r>
          </w:p>
        </w:tc>
        <w:tc>
          <w:tcPr>
            <w:tcW w:w="2249" w:type="dxa"/>
            <w:vAlign w:val="center"/>
          </w:tcPr>
          <w:p w14:paraId="6397744C" w14:textId="77777777" w:rsidR="00840388" w:rsidRDefault="00840388" w:rsidP="008646AA"/>
        </w:tc>
        <w:tc>
          <w:tcPr>
            <w:tcW w:w="1740" w:type="dxa"/>
            <w:vAlign w:val="center"/>
          </w:tcPr>
          <w:p w14:paraId="44558078" w14:textId="77777777" w:rsidR="00840388" w:rsidRDefault="00A35792" w:rsidP="008646AA">
            <w:r>
              <w:rPr>
                <w:rFonts w:ascii="Calibri" w:eastAsia="Calibri" w:hAnsi="Calibri"/>
                <w:sz w:val="16"/>
              </w:rPr>
              <w:t>Asia, billion, capital city, choose, continent, east, information, invent, library, north, on the internet, paper, pasta, population, right, search, shout, south, west, wrong</w:t>
            </w:r>
          </w:p>
        </w:tc>
        <w:tc>
          <w:tcPr>
            <w:tcW w:w="1576" w:type="dxa"/>
            <w:vAlign w:val="center"/>
          </w:tcPr>
          <w:p w14:paraId="1F2E54E9"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4F7C35E7" w14:textId="77777777" w:rsidR="00840388" w:rsidRDefault="00A35792" w:rsidP="008646AA">
            <w:r>
              <w:rPr>
                <w:rFonts w:ascii="Calibri" w:eastAsia="Calibri" w:hAnsi="Calibri"/>
                <w:sz w:val="16"/>
              </w:rPr>
              <w:t>kritické myslenie, komunikácia, spolupráca, interkultúrna kompetencia, digitálna gramotnosť, tvorivosť</w:t>
            </w:r>
          </w:p>
        </w:tc>
      </w:tr>
      <w:tr w:rsidR="00840388" w14:paraId="613AE063" w14:textId="77777777" w:rsidTr="008646AA">
        <w:tc>
          <w:tcPr>
            <w:tcW w:w="865" w:type="dxa"/>
            <w:vAlign w:val="center"/>
          </w:tcPr>
          <w:p w14:paraId="2C3A6D5A" w14:textId="77777777" w:rsidR="00840388" w:rsidRDefault="00840388" w:rsidP="008646AA"/>
        </w:tc>
        <w:tc>
          <w:tcPr>
            <w:tcW w:w="872" w:type="dxa"/>
            <w:vAlign w:val="center"/>
          </w:tcPr>
          <w:p w14:paraId="5881D3CF" w14:textId="77777777" w:rsidR="00840388" w:rsidRDefault="00A35792" w:rsidP="008646AA">
            <w:r>
              <w:rPr>
                <w:rFonts w:ascii="Calibri" w:eastAsia="Calibri" w:hAnsi="Calibri"/>
                <w:sz w:val="16"/>
              </w:rPr>
              <w:t>39</w:t>
            </w:r>
          </w:p>
        </w:tc>
        <w:tc>
          <w:tcPr>
            <w:tcW w:w="1093" w:type="dxa"/>
            <w:vAlign w:val="center"/>
          </w:tcPr>
          <w:p w14:paraId="07A79C4C" w14:textId="77777777" w:rsidR="00840388" w:rsidRDefault="00A35792" w:rsidP="008646AA">
            <w:r>
              <w:rPr>
                <w:rFonts w:ascii="Calibri" w:eastAsia="Calibri" w:hAnsi="Calibri"/>
                <w:sz w:val="16"/>
              </w:rPr>
              <w:t>3B: Project Asia</w:t>
            </w:r>
          </w:p>
        </w:tc>
        <w:tc>
          <w:tcPr>
            <w:tcW w:w="2316" w:type="dxa"/>
            <w:vAlign w:val="center"/>
          </w:tcPr>
          <w:p w14:paraId="4423B8E5" w14:textId="77777777" w:rsidR="00840388" w:rsidRDefault="00A35792" w:rsidP="008646AA">
            <w:r>
              <w:rPr>
                <w:rFonts w:ascii="Calibri" w:eastAsia="Calibri" w:hAnsi="Calibri"/>
                <w:sz w:val="16"/>
              </w:rPr>
              <w:t>Gramatika – sloveso must, rozprávanie, práca s informáciami, písanie a prezentácia</w:t>
            </w:r>
          </w:p>
        </w:tc>
        <w:tc>
          <w:tcPr>
            <w:tcW w:w="2317" w:type="dxa"/>
            <w:vAlign w:val="center"/>
          </w:tcPr>
          <w:p w14:paraId="29790641" w14:textId="77777777" w:rsidR="00840388" w:rsidRDefault="00A35792" w:rsidP="008646AA">
            <w:r>
              <w:rPr>
                <w:rFonts w:ascii="Calibri" w:eastAsia="Calibri" w:hAnsi="Calibri"/>
                <w:sz w:val="16"/>
              </w:rPr>
              <w:t>používať slovesá must a mustn't na vyjadrenie povinnosti a zákazu</w:t>
            </w:r>
            <w:r>
              <w:rPr>
                <w:rFonts w:ascii="Calibri" w:eastAsia="Calibri" w:hAnsi="Calibri"/>
                <w:sz w:val="16"/>
              </w:rPr>
              <w:br/>
              <w:t>vyhľadať a spracovať informácie o vybranej krajine Ázie</w:t>
            </w:r>
            <w:r>
              <w:rPr>
                <w:rFonts w:ascii="Calibri" w:eastAsia="Calibri" w:hAnsi="Calibri"/>
                <w:sz w:val="16"/>
              </w:rPr>
              <w:br/>
              <w:t>prezentovať získané informácie pred spolužiakmi</w:t>
            </w:r>
          </w:p>
        </w:tc>
        <w:tc>
          <w:tcPr>
            <w:tcW w:w="2249" w:type="dxa"/>
            <w:vAlign w:val="center"/>
          </w:tcPr>
          <w:p w14:paraId="22F1B605" w14:textId="77777777" w:rsidR="00840388" w:rsidRDefault="00A35792" w:rsidP="008646AA">
            <w:r>
              <w:rPr>
                <w:rFonts w:ascii="Calibri" w:eastAsia="Calibri" w:hAnsi="Calibri"/>
                <w:sz w:val="16"/>
              </w:rPr>
              <w:t>Must – Mustn’t</w:t>
            </w:r>
          </w:p>
        </w:tc>
        <w:tc>
          <w:tcPr>
            <w:tcW w:w="1740" w:type="dxa"/>
            <w:vAlign w:val="center"/>
          </w:tcPr>
          <w:p w14:paraId="2DE09F74" w14:textId="77777777" w:rsidR="00840388" w:rsidRDefault="00840388" w:rsidP="008646AA"/>
        </w:tc>
        <w:tc>
          <w:tcPr>
            <w:tcW w:w="1576" w:type="dxa"/>
            <w:vAlign w:val="center"/>
          </w:tcPr>
          <w:p w14:paraId="1D52037A" w14:textId="77777777" w:rsidR="00840388" w:rsidRDefault="00840388" w:rsidP="008646AA"/>
        </w:tc>
        <w:tc>
          <w:tcPr>
            <w:tcW w:w="1650" w:type="dxa"/>
            <w:vAlign w:val="center"/>
          </w:tcPr>
          <w:p w14:paraId="6E5C2D18" w14:textId="77777777" w:rsidR="00840388" w:rsidRDefault="00840388" w:rsidP="008646AA"/>
        </w:tc>
      </w:tr>
      <w:tr w:rsidR="00840388" w14:paraId="7C132EEE" w14:textId="77777777" w:rsidTr="008646AA">
        <w:tc>
          <w:tcPr>
            <w:tcW w:w="865" w:type="dxa"/>
            <w:vAlign w:val="center"/>
          </w:tcPr>
          <w:p w14:paraId="2ABF1ABF" w14:textId="77777777" w:rsidR="00840388" w:rsidRDefault="00A35792" w:rsidP="008646AA">
            <w:r>
              <w:rPr>
                <w:rFonts w:ascii="Calibri" w:eastAsia="Calibri" w:hAnsi="Calibri"/>
                <w:sz w:val="16"/>
              </w:rPr>
              <w:t>14</w:t>
            </w:r>
          </w:p>
        </w:tc>
        <w:tc>
          <w:tcPr>
            <w:tcW w:w="872" w:type="dxa"/>
            <w:vAlign w:val="center"/>
          </w:tcPr>
          <w:p w14:paraId="0071D0A1" w14:textId="77777777" w:rsidR="00840388" w:rsidRDefault="00A35792" w:rsidP="008646AA">
            <w:r>
              <w:rPr>
                <w:rFonts w:ascii="Calibri" w:eastAsia="Calibri" w:hAnsi="Calibri"/>
                <w:sz w:val="16"/>
              </w:rPr>
              <w:t>40</w:t>
            </w:r>
          </w:p>
        </w:tc>
        <w:tc>
          <w:tcPr>
            <w:tcW w:w="1093" w:type="dxa"/>
            <w:vAlign w:val="center"/>
          </w:tcPr>
          <w:p w14:paraId="295D6FA8" w14:textId="77777777" w:rsidR="00840388" w:rsidRDefault="00A35792" w:rsidP="008646AA">
            <w:r>
              <w:rPr>
                <w:rFonts w:ascii="Calibri" w:eastAsia="Calibri" w:hAnsi="Calibri"/>
                <w:sz w:val="16"/>
              </w:rPr>
              <w:t>3C: Visiting Oceania</w:t>
            </w:r>
          </w:p>
        </w:tc>
        <w:tc>
          <w:tcPr>
            <w:tcW w:w="2316" w:type="dxa"/>
            <w:vAlign w:val="center"/>
          </w:tcPr>
          <w:p w14:paraId="0091383C" w14:textId="77777777" w:rsidR="00840388" w:rsidRDefault="00A35792" w:rsidP="008646AA">
            <w:r>
              <w:rPr>
                <w:rFonts w:ascii="Calibri" w:eastAsia="Calibri" w:hAnsi="Calibri"/>
                <w:sz w:val="16"/>
              </w:rPr>
              <w:t>Slovná zásoba - opozitá, veľké čísla, čítanie  s porozumením</w:t>
            </w:r>
          </w:p>
        </w:tc>
        <w:tc>
          <w:tcPr>
            <w:tcW w:w="2317" w:type="dxa"/>
            <w:vAlign w:val="center"/>
          </w:tcPr>
          <w:p w14:paraId="5E26F740" w14:textId="77777777" w:rsidR="00840388" w:rsidRDefault="00A35792" w:rsidP="008646AA">
            <w:r>
              <w:rPr>
                <w:rFonts w:ascii="Calibri" w:eastAsia="Calibri" w:hAnsi="Calibri"/>
                <w:sz w:val="16"/>
              </w:rPr>
              <w:t>pomenovať geografické údaje, veľké čísla a protikladné prídavné mená</w:t>
            </w:r>
            <w:r>
              <w:rPr>
                <w:rFonts w:ascii="Calibri" w:eastAsia="Calibri" w:hAnsi="Calibri"/>
                <w:sz w:val="16"/>
              </w:rPr>
              <w:br/>
              <w:t>porozumieť textu o Oceánii</w:t>
            </w:r>
            <w:r>
              <w:rPr>
                <w:rFonts w:ascii="Calibri" w:eastAsia="Calibri" w:hAnsi="Calibri"/>
                <w:sz w:val="16"/>
              </w:rPr>
              <w:br/>
              <w:t>porovnávať krajiny na základe získaných informácií</w:t>
            </w:r>
          </w:p>
        </w:tc>
        <w:tc>
          <w:tcPr>
            <w:tcW w:w="2249" w:type="dxa"/>
            <w:vAlign w:val="center"/>
          </w:tcPr>
          <w:p w14:paraId="17E84335" w14:textId="77777777" w:rsidR="00840388" w:rsidRDefault="00840388" w:rsidP="008646AA"/>
        </w:tc>
        <w:tc>
          <w:tcPr>
            <w:tcW w:w="1740" w:type="dxa"/>
            <w:vAlign w:val="center"/>
          </w:tcPr>
          <w:p w14:paraId="446713A2" w14:textId="77777777" w:rsidR="00840388" w:rsidRDefault="00A35792" w:rsidP="008646AA">
            <w:r>
              <w:rPr>
                <w:rFonts w:ascii="Calibri" w:eastAsia="Calibri" w:hAnsi="Calibri"/>
                <w:sz w:val="16"/>
              </w:rPr>
              <w:t>bird, cheap, expensive, fantastic, far, farm, fast, high, kiwi, large, low, metre (m.), million, native, noisy, Oceania, outside, quiet, rugby, sheep, slow</w:t>
            </w:r>
          </w:p>
        </w:tc>
        <w:tc>
          <w:tcPr>
            <w:tcW w:w="1576" w:type="dxa"/>
            <w:vAlign w:val="center"/>
          </w:tcPr>
          <w:p w14:paraId="4168FD5A"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73CC34D1" w14:textId="77777777" w:rsidR="00840388" w:rsidRDefault="00A35792" w:rsidP="008646AA">
            <w:r>
              <w:rPr>
                <w:rFonts w:ascii="Calibri" w:eastAsia="Calibri" w:hAnsi="Calibri"/>
                <w:sz w:val="16"/>
              </w:rPr>
              <w:t>kritické myslenie, komunikácia, spolupráca, interkultúrna kompetencia</w:t>
            </w:r>
          </w:p>
        </w:tc>
      </w:tr>
      <w:tr w:rsidR="00840388" w14:paraId="1D04D6B6" w14:textId="77777777" w:rsidTr="008646AA">
        <w:tc>
          <w:tcPr>
            <w:tcW w:w="865" w:type="dxa"/>
            <w:vAlign w:val="center"/>
          </w:tcPr>
          <w:p w14:paraId="06FC6E27" w14:textId="77777777" w:rsidR="00840388" w:rsidRDefault="00840388" w:rsidP="008646AA"/>
        </w:tc>
        <w:tc>
          <w:tcPr>
            <w:tcW w:w="872" w:type="dxa"/>
            <w:vAlign w:val="center"/>
          </w:tcPr>
          <w:p w14:paraId="1D1A943A" w14:textId="77777777" w:rsidR="00840388" w:rsidRDefault="00A35792" w:rsidP="008646AA">
            <w:r>
              <w:rPr>
                <w:rFonts w:ascii="Calibri" w:eastAsia="Calibri" w:hAnsi="Calibri"/>
                <w:sz w:val="16"/>
              </w:rPr>
              <w:t>41</w:t>
            </w:r>
          </w:p>
        </w:tc>
        <w:tc>
          <w:tcPr>
            <w:tcW w:w="1093" w:type="dxa"/>
            <w:vAlign w:val="center"/>
          </w:tcPr>
          <w:p w14:paraId="1FB5488B" w14:textId="77777777" w:rsidR="00840388" w:rsidRDefault="00A35792" w:rsidP="008646AA">
            <w:r>
              <w:rPr>
                <w:rFonts w:ascii="Calibri" w:eastAsia="Calibri" w:hAnsi="Calibri"/>
                <w:sz w:val="16"/>
              </w:rPr>
              <w:t>3C: Visiting Oceania</w:t>
            </w:r>
          </w:p>
        </w:tc>
        <w:tc>
          <w:tcPr>
            <w:tcW w:w="2316" w:type="dxa"/>
            <w:vAlign w:val="center"/>
          </w:tcPr>
          <w:p w14:paraId="08ACBD50" w14:textId="77777777" w:rsidR="00840388" w:rsidRDefault="00A35792" w:rsidP="008646AA">
            <w:r>
              <w:rPr>
                <w:rFonts w:ascii="Calibri" w:eastAsia="Calibri" w:hAnsi="Calibri"/>
                <w:sz w:val="16"/>
              </w:rPr>
              <w:t>Gramatika – druhý stupeň prídavných mien, počúvanie s porozumením</w:t>
            </w:r>
          </w:p>
        </w:tc>
        <w:tc>
          <w:tcPr>
            <w:tcW w:w="2317" w:type="dxa"/>
            <w:vAlign w:val="center"/>
          </w:tcPr>
          <w:p w14:paraId="65E75E1B" w14:textId="77777777" w:rsidR="00840388" w:rsidRDefault="00A35792" w:rsidP="008646AA">
            <w:r>
              <w:rPr>
                <w:rFonts w:ascii="Calibri" w:eastAsia="Calibri" w:hAnsi="Calibri"/>
                <w:sz w:val="16"/>
              </w:rPr>
              <w:t>používať druhý stupeň prídavných mien pri porovnávaní osôb, predmetov a miest</w:t>
            </w:r>
            <w:r>
              <w:rPr>
                <w:rFonts w:ascii="Calibri" w:eastAsia="Calibri" w:hAnsi="Calibri"/>
                <w:sz w:val="16"/>
              </w:rPr>
              <w:br/>
              <w:t>porozumieť počúvanému textu o krajinách sveta</w:t>
            </w:r>
            <w:r>
              <w:rPr>
                <w:rFonts w:ascii="Calibri" w:eastAsia="Calibri" w:hAnsi="Calibri"/>
                <w:sz w:val="16"/>
              </w:rPr>
              <w:br/>
              <w:t>porovnávať krajiny pomocou osvojenej gramatiky</w:t>
            </w:r>
          </w:p>
        </w:tc>
        <w:tc>
          <w:tcPr>
            <w:tcW w:w="2249" w:type="dxa"/>
            <w:vAlign w:val="center"/>
          </w:tcPr>
          <w:p w14:paraId="78122CEA" w14:textId="77777777" w:rsidR="00840388" w:rsidRDefault="00A35792" w:rsidP="008646AA">
            <w:r>
              <w:rPr>
                <w:rFonts w:ascii="Calibri" w:eastAsia="Calibri" w:hAnsi="Calibri"/>
                <w:sz w:val="16"/>
              </w:rPr>
              <w:t>Comparative forms of adjectives</w:t>
            </w:r>
          </w:p>
        </w:tc>
        <w:tc>
          <w:tcPr>
            <w:tcW w:w="1740" w:type="dxa"/>
            <w:vAlign w:val="center"/>
          </w:tcPr>
          <w:p w14:paraId="6C51F78E" w14:textId="77777777" w:rsidR="00840388" w:rsidRDefault="00840388" w:rsidP="008646AA"/>
        </w:tc>
        <w:tc>
          <w:tcPr>
            <w:tcW w:w="1576" w:type="dxa"/>
            <w:vAlign w:val="center"/>
          </w:tcPr>
          <w:p w14:paraId="1F92E7D1" w14:textId="77777777" w:rsidR="00840388" w:rsidRDefault="00840388" w:rsidP="008646AA"/>
        </w:tc>
        <w:tc>
          <w:tcPr>
            <w:tcW w:w="1650" w:type="dxa"/>
            <w:vAlign w:val="center"/>
          </w:tcPr>
          <w:p w14:paraId="61D3FFAF" w14:textId="77777777" w:rsidR="00840388" w:rsidRDefault="00840388" w:rsidP="008646AA"/>
        </w:tc>
      </w:tr>
      <w:tr w:rsidR="00840388" w14:paraId="1B2F3781" w14:textId="77777777" w:rsidTr="008646AA">
        <w:tc>
          <w:tcPr>
            <w:tcW w:w="865" w:type="dxa"/>
            <w:vAlign w:val="center"/>
          </w:tcPr>
          <w:p w14:paraId="5DADBA70" w14:textId="77777777" w:rsidR="00840388" w:rsidRDefault="00840388" w:rsidP="008646AA"/>
        </w:tc>
        <w:tc>
          <w:tcPr>
            <w:tcW w:w="872" w:type="dxa"/>
            <w:vAlign w:val="center"/>
          </w:tcPr>
          <w:p w14:paraId="6CD64EF9" w14:textId="77777777" w:rsidR="00840388" w:rsidRDefault="00A35792" w:rsidP="008646AA">
            <w:r>
              <w:rPr>
                <w:rFonts w:ascii="Calibri" w:eastAsia="Calibri" w:hAnsi="Calibri"/>
                <w:sz w:val="16"/>
              </w:rPr>
              <w:t>42</w:t>
            </w:r>
          </w:p>
        </w:tc>
        <w:tc>
          <w:tcPr>
            <w:tcW w:w="1093" w:type="dxa"/>
            <w:vAlign w:val="center"/>
          </w:tcPr>
          <w:p w14:paraId="74A0A30F" w14:textId="77777777" w:rsidR="00840388" w:rsidRDefault="00A35792" w:rsidP="008646AA">
            <w:r>
              <w:rPr>
                <w:rFonts w:ascii="Calibri" w:eastAsia="Calibri" w:hAnsi="Calibri"/>
                <w:sz w:val="16"/>
              </w:rPr>
              <w:t>3D: North and South America</w:t>
            </w:r>
          </w:p>
        </w:tc>
        <w:tc>
          <w:tcPr>
            <w:tcW w:w="2316" w:type="dxa"/>
            <w:vAlign w:val="center"/>
          </w:tcPr>
          <w:p w14:paraId="519C7959" w14:textId="77777777" w:rsidR="00840388" w:rsidRDefault="00A35792" w:rsidP="008646AA">
            <w:r>
              <w:rPr>
                <w:rFonts w:ascii="Calibri" w:eastAsia="Calibri" w:hAnsi="Calibri"/>
                <w:sz w:val="16"/>
              </w:rPr>
              <w:t>Čítanie s porozumením - Brazília, rozprávanie</w:t>
            </w:r>
          </w:p>
        </w:tc>
        <w:tc>
          <w:tcPr>
            <w:tcW w:w="2317" w:type="dxa"/>
            <w:vAlign w:val="center"/>
          </w:tcPr>
          <w:p w14:paraId="7AE831C1" w14:textId="77777777" w:rsidR="00840388" w:rsidRDefault="00A35792" w:rsidP="008646AA">
            <w:r>
              <w:rPr>
                <w:rFonts w:ascii="Calibri" w:eastAsia="Calibri" w:hAnsi="Calibri"/>
                <w:sz w:val="16"/>
              </w:rPr>
              <w:t>porozumieť textu o Brazílii a krajinách Ameriky</w:t>
            </w:r>
            <w:r>
              <w:rPr>
                <w:rFonts w:ascii="Calibri" w:eastAsia="Calibri" w:hAnsi="Calibri"/>
                <w:sz w:val="16"/>
              </w:rPr>
              <w:br/>
              <w:t>porovnávať krajiny podľa ich charakteristických znakov</w:t>
            </w:r>
            <w:r>
              <w:rPr>
                <w:rFonts w:ascii="Calibri" w:eastAsia="Calibri" w:hAnsi="Calibri"/>
                <w:sz w:val="16"/>
              </w:rPr>
              <w:br/>
              <w:t>hovoriť o zaujímavostiach Severnej a Južnej Ameriky</w:t>
            </w:r>
          </w:p>
        </w:tc>
        <w:tc>
          <w:tcPr>
            <w:tcW w:w="2249" w:type="dxa"/>
            <w:vAlign w:val="center"/>
          </w:tcPr>
          <w:p w14:paraId="38C9C4EE" w14:textId="77777777" w:rsidR="00840388" w:rsidRDefault="00A35792" w:rsidP="008646AA">
            <w:r>
              <w:rPr>
                <w:rFonts w:ascii="Calibri" w:eastAsia="Calibri" w:hAnsi="Calibri"/>
                <w:sz w:val="16"/>
              </w:rPr>
              <w:t>Superlative forms of adjectives</w:t>
            </w:r>
          </w:p>
        </w:tc>
        <w:tc>
          <w:tcPr>
            <w:tcW w:w="1740" w:type="dxa"/>
            <w:vAlign w:val="center"/>
          </w:tcPr>
          <w:p w14:paraId="2F94B634" w14:textId="77777777" w:rsidR="00840388" w:rsidRDefault="00A35792" w:rsidP="008646AA">
            <w:r>
              <w:rPr>
                <w:rFonts w:ascii="Calibri" w:eastAsia="Calibri" w:hAnsi="Calibri"/>
                <w:sz w:val="16"/>
              </w:rPr>
              <w:t>a group of, America, area, building, carnival, cow, cute, dangerous, kilometre (km), minute, modern, ocean, official language, piranha, plant, Portuguese, rainforest, rich</w:t>
            </w:r>
          </w:p>
        </w:tc>
        <w:tc>
          <w:tcPr>
            <w:tcW w:w="1576" w:type="dxa"/>
            <w:vAlign w:val="center"/>
          </w:tcPr>
          <w:p w14:paraId="771EB743"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70698564" w14:textId="77777777" w:rsidR="00840388" w:rsidRDefault="00A35792" w:rsidP="008646AA">
            <w:r>
              <w:rPr>
                <w:rFonts w:ascii="Calibri" w:eastAsia="Calibri" w:hAnsi="Calibri"/>
                <w:sz w:val="16"/>
              </w:rPr>
              <w:t>komunikácia, spolupráca, interkultúrna kompetencia, tvorivosť</w:t>
            </w:r>
          </w:p>
        </w:tc>
      </w:tr>
      <w:tr w:rsidR="00840388" w14:paraId="519C332E" w14:textId="77777777" w:rsidTr="008646AA">
        <w:tc>
          <w:tcPr>
            <w:tcW w:w="865" w:type="dxa"/>
            <w:vAlign w:val="center"/>
          </w:tcPr>
          <w:p w14:paraId="7D71122C" w14:textId="77777777" w:rsidR="00840388" w:rsidRDefault="00A35792" w:rsidP="008646AA">
            <w:r>
              <w:rPr>
                <w:rFonts w:ascii="Calibri" w:eastAsia="Calibri" w:hAnsi="Calibri"/>
                <w:sz w:val="16"/>
              </w:rPr>
              <w:t>15</w:t>
            </w:r>
          </w:p>
        </w:tc>
        <w:tc>
          <w:tcPr>
            <w:tcW w:w="872" w:type="dxa"/>
            <w:vAlign w:val="center"/>
          </w:tcPr>
          <w:p w14:paraId="75D318AB" w14:textId="77777777" w:rsidR="00840388" w:rsidRDefault="00A35792" w:rsidP="008646AA">
            <w:r>
              <w:rPr>
                <w:rFonts w:ascii="Calibri" w:eastAsia="Calibri" w:hAnsi="Calibri"/>
                <w:sz w:val="16"/>
              </w:rPr>
              <w:t>43</w:t>
            </w:r>
          </w:p>
        </w:tc>
        <w:tc>
          <w:tcPr>
            <w:tcW w:w="1093" w:type="dxa"/>
            <w:vAlign w:val="center"/>
          </w:tcPr>
          <w:p w14:paraId="3E664D89" w14:textId="77777777" w:rsidR="00840388" w:rsidRDefault="00A35792" w:rsidP="008646AA">
            <w:r>
              <w:rPr>
                <w:rFonts w:ascii="Calibri" w:eastAsia="Calibri" w:hAnsi="Calibri"/>
                <w:sz w:val="16"/>
              </w:rPr>
              <w:t>3D: North and South America</w:t>
            </w:r>
          </w:p>
        </w:tc>
        <w:tc>
          <w:tcPr>
            <w:tcW w:w="2316" w:type="dxa"/>
            <w:vAlign w:val="center"/>
          </w:tcPr>
          <w:p w14:paraId="75B94C85" w14:textId="77777777" w:rsidR="00840388" w:rsidRDefault="00A35792" w:rsidP="008646AA">
            <w:r>
              <w:rPr>
                <w:rFonts w:ascii="Calibri" w:eastAsia="Calibri" w:hAnsi="Calibri"/>
                <w:sz w:val="16"/>
              </w:rPr>
              <w:t>Gramatika – tretí stupeň prídavných mien (superlatív), písanie – moja krajina</w:t>
            </w:r>
          </w:p>
        </w:tc>
        <w:tc>
          <w:tcPr>
            <w:tcW w:w="2317" w:type="dxa"/>
            <w:vAlign w:val="center"/>
          </w:tcPr>
          <w:p w14:paraId="60B97CA8" w14:textId="77777777" w:rsidR="00840388" w:rsidRDefault="00A35792" w:rsidP="008646AA">
            <w:r>
              <w:rPr>
                <w:rFonts w:ascii="Calibri" w:eastAsia="Calibri" w:hAnsi="Calibri"/>
                <w:sz w:val="16"/>
              </w:rPr>
              <w:t>používať tretí stupeň prídavných mien pri porovnávaní</w:t>
            </w:r>
            <w:r>
              <w:rPr>
                <w:rFonts w:ascii="Calibri" w:eastAsia="Calibri" w:hAnsi="Calibri"/>
                <w:sz w:val="16"/>
              </w:rPr>
              <w:br/>
              <w:t>opísať svoju krajinu s využitím superlatívov</w:t>
            </w:r>
            <w:r>
              <w:rPr>
                <w:rFonts w:ascii="Calibri" w:eastAsia="Calibri" w:hAnsi="Calibri"/>
                <w:sz w:val="16"/>
              </w:rPr>
              <w:br/>
              <w:t>napísať krátky text o svojej krajine</w:t>
            </w:r>
          </w:p>
        </w:tc>
        <w:tc>
          <w:tcPr>
            <w:tcW w:w="2249" w:type="dxa"/>
            <w:vAlign w:val="center"/>
          </w:tcPr>
          <w:p w14:paraId="46F01A10" w14:textId="77777777" w:rsidR="00840388" w:rsidRDefault="00840388" w:rsidP="008646AA"/>
        </w:tc>
        <w:tc>
          <w:tcPr>
            <w:tcW w:w="1740" w:type="dxa"/>
            <w:vAlign w:val="center"/>
          </w:tcPr>
          <w:p w14:paraId="0424BA46" w14:textId="77777777" w:rsidR="00840388" w:rsidRDefault="00840388" w:rsidP="008646AA"/>
        </w:tc>
        <w:tc>
          <w:tcPr>
            <w:tcW w:w="1576" w:type="dxa"/>
            <w:vAlign w:val="center"/>
          </w:tcPr>
          <w:p w14:paraId="100AB678" w14:textId="77777777" w:rsidR="00840388" w:rsidRDefault="00840388" w:rsidP="008646AA"/>
        </w:tc>
        <w:tc>
          <w:tcPr>
            <w:tcW w:w="1650" w:type="dxa"/>
            <w:vAlign w:val="center"/>
          </w:tcPr>
          <w:p w14:paraId="0606E56D" w14:textId="77777777" w:rsidR="00840388" w:rsidRDefault="00840388" w:rsidP="008646AA"/>
        </w:tc>
      </w:tr>
      <w:tr w:rsidR="00840388" w14:paraId="65BAD5FC" w14:textId="77777777" w:rsidTr="008646AA">
        <w:tc>
          <w:tcPr>
            <w:tcW w:w="865" w:type="dxa"/>
            <w:vAlign w:val="center"/>
          </w:tcPr>
          <w:p w14:paraId="70644878" w14:textId="77777777" w:rsidR="00840388" w:rsidRDefault="00840388" w:rsidP="008646AA"/>
        </w:tc>
        <w:tc>
          <w:tcPr>
            <w:tcW w:w="872" w:type="dxa"/>
            <w:vAlign w:val="center"/>
          </w:tcPr>
          <w:p w14:paraId="523D1EDA" w14:textId="77777777" w:rsidR="00840388" w:rsidRDefault="00A35792" w:rsidP="008646AA">
            <w:r>
              <w:rPr>
                <w:rFonts w:ascii="Calibri" w:eastAsia="Calibri" w:hAnsi="Calibri"/>
                <w:sz w:val="16"/>
              </w:rPr>
              <w:t>44</w:t>
            </w:r>
          </w:p>
        </w:tc>
        <w:tc>
          <w:tcPr>
            <w:tcW w:w="1093" w:type="dxa"/>
            <w:vAlign w:val="center"/>
          </w:tcPr>
          <w:p w14:paraId="0DD56365" w14:textId="77777777" w:rsidR="00840388" w:rsidRDefault="00A35792" w:rsidP="008646AA">
            <w:r>
              <w:rPr>
                <w:rFonts w:ascii="Calibri" w:eastAsia="Calibri" w:hAnsi="Calibri"/>
                <w:sz w:val="16"/>
              </w:rPr>
              <w:t>Top Skills: Around Africa</w:t>
            </w:r>
          </w:p>
        </w:tc>
        <w:tc>
          <w:tcPr>
            <w:tcW w:w="2316" w:type="dxa"/>
            <w:vAlign w:val="center"/>
          </w:tcPr>
          <w:p w14:paraId="4E52D722" w14:textId="77777777" w:rsidR="00840388" w:rsidRDefault="00A35792" w:rsidP="008646AA">
            <w:r>
              <w:rPr>
                <w:rFonts w:ascii="Calibri" w:eastAsia="Calibri" w:hAnsi="Calibri"/>
                <w:sz w:val="16"/>
              </w:rPr>
              <w:t>Slovná zásoba - frázy so slovesom go, počúvanie s porozumením</w:t>
            </w:r>
          </w:p>
        </w:tc>
        <w:tc>
          <w:tcPr>
            <w:tcW w:w="2317" w:type="dxa"/>
            <w:vAlign w:val="center"/>
          </w:tcPr>
          <w:p w14:paraId="5B140B17" w14:textId="77777777" w:rsidR="00840388" w:rsidRDefault="00A35792" w:rsidP="008646AA">
            <w:r>
              <w:rPr>
                <w:rFonts w:ascii="Calibri" w:eastAsia="Calibri" w:hAnsi="Calibri"/>
                <w:sz w:val="16"/>
              </w:rPr>
              <w:t>pomenovať aktivity spojené s cestovaním a spoznávaním Afriky</w:t>
            </w:r>
            <w:r>
              <w:rPr>
                <w:rFonts w:ascii="Calibri" w:eastAsia="Calibri" w:hAnsi="Calibri"/>
                <w:sz w:val="16"/>
              </w:rPr>
              <w:br/>
              <w:t>porozumieť počúvanému textu o cestovaní</w:t>
            </w:r>
            <w:r>
              <w:rPr>
                <w:rFonts w:ascii="Calibri" w:eastAsia="Calibri" w:hAnsi="Calibri"/>
                <w:sz w:val="16"/>
              </w:rPr>
              <w:br/>
              <w:t>hovoriť o svojich cestovateľských plánoch</w:t>
            </w:r>
          </w:p>
        </w:tc>
        <w:tc>
          <w:tcPr>
            <w:tcW w:w="2249" w:type="dxa"/>
            <w:vAlign w:val="center"/>
          </w:tcPr>
          <w:p w14:paraId="2AFA6618" w14:textId="77777777" w:rsidR="00840388" w:rsidRDefault="00840388" w:rsidP="008646AA"/>
        </w:tc>
        <w:tc>
          <w:tcPr>
            <w:tcW w:w="1740" w:type="dxa"/>
            <w:vAlign w:val="center"/>
          </w:tcPr>
          <w:p w14:paraId="632B8068" w14:textId="77777777" w:rsidR="00840388" w:rsidRDefault="00A35792" w:rsidP="008646AA">
            <w:r>
              <w:rPr>
                <w:rFonts w:ascii="Calibri" w:eastAsia="Calibri" w:hAnsi="Calibri"/>
                <w:sz w:val="16"/>
              </w:rPr>
              <w:t>Africa, ancient, camel riding, excited, go hiking, go on a cruise, go on a safari, go sailing, go sightseeing, learn, market, pyramid</w:t>
            </w:r>
          </w:p>
        </w:tc>
        <w:tc>
          <w:tcPr>
            <w:tcW w:w="1576" w:type="dxa"/>
            <w:vAlign w:val="center"/>
          </w:tcPr>
          <w:p w14:paraId="16E9FFE2"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2A0A3C5F" w14:textId="77777777" w:rsidR="00840388" w:rsidRDefault="00A35792" w:rsidP="008646AA">
            <w:r>
              <w:rPr>
                <w:rFonts w:ascii="Calibri" w:eastAsia="Calibri" w:hAnsi="Calibri"/>
                <w:sz w:val="16"/>
              </w:rPr>
              <w:t>komunikácia, spolupráca, interkultúrna kompetencia, tvorivosť, kritické myslenie, samostatné učenie</w:t>
            </w:r>
          </w:p>
        </w:tc>
      </w:tr>
      <w:tr w:rsidR="00840388" w14:paraId="58755A3A" w14:textId="77777777" w:rsidTr="008646AA">
        <w:tc>
          <w:tcPr>
            <w:tcW w:w="865" w:type="dxa"/>
            <w:vAlign w:val="center"/>
          </w:tcPr>
          <w:p w14:paraId="4BB01DB5" w14:textId="77777777" w:rsidR="00840388" w:rsidRDefault="00840388" w:rsidP="008646AA"/>
        </w:tc>
        <w:tc>
          <w:tcPr>
            <w:tcW w:w="872" w:type="dxa"/>
            <w:vAlign w:val="center"/>
          </w:tcPr>
          <w:p w14:paraId="3E707794" w14:textId="77777777" w:rsidR="00840388" w:rsidRDefault="00A35792" w:rsidP="008646AA">
            <w:r>
              <w:rPr>
                <w:rFonts w:ascii="Calibri" w:eastAsia="Calibri" w:hAnsi="Calibri"/>
                <w:sz w:val="16"/>
              </w:rPr>
              <w:t>45</w:t>
            </w:r>
          </w:p>
        </w:tc>
        <w:tc>
          <w:tcPr>
            <w:tcW w:w="1093" w:type="dxa"/>
            <w:vAlign w:val="center"/>
          </w:tcPr>
          <w:p w14:paraId="7BA845E6" w14:textId="77777777" w:rsidR="00840388" w:rsidRDefault="00A35792" w:rsidP="008646AA">
            <w:r>
              <w:rPr>
                <w:rFonts w:ascii="Calibri" w:eastAsia="Calibri" w:hAnsi="Calibri"/>
                <w:sz w:val="16"/>
              </w:rPr>
              <w:t>Top Skills: Around Africa</w:t>
            </w:r>
          </w:p>
        </w:tc>
        <w:tc>
          <w:tcPr>
            <w:tcW w:w="2316" w:type="dxa"/>
            <w:vAlign w:val="center"/>
          </w:tcPr>
          <w:p w14:paraId="018E804B" w14:textId="77777777" w:rsidR="00840388" w:rsidRDefault="00A35792" w:rsidP="008646AA">
            <w:r>
              <w:rPr>
                <w:rFonts w:ascii="Calibri" w:eastAsia="Calibri" w:hAnsi="Calibri"/>
                <w:sz w:val="16"/>
              </w:rPr>
              <w:t>Čítanie s porozumením, rozprávanie,  písanie - predložky</w:t>
            </w:r>
          </w:p>
        </w:tc>
        <w:tc>
          <w:tcPr>
            <w:tcW w:w="2317" w:type="dxa"/>
            <w:vAlign w:val="center"/>
          </w:tcPr>
          <w:p w14:paraId="52DC7AE9" w14:textId="77777777" w:rsidR="00840388" w:rsidRDefault="00A35792" w:rsidP="008646AA">
            <w:r>
              <w:rPr>
                <w:rFonts w:ascii="Calibri" w:eastAsia="Calibri" w:hAnsi="Calibri"/>
                <w:sz w:val="16"/>
              </w:rPr>
              <w:t>porozumieť textu o cestovaní po Afrike</w:t>
            </w:r>
            <w:r>
              <w:rPr>
                <w:rFonts w:ascii="Calibri" w:eastAsia="Calibri" w:hAnsi="Calibri"/>
                <w:sz w:val="16"/>
              </w:rPr>
              <w:br/>
              <w:t>správne používať predložky v jednoduchých vetách</w:t>
            </w:r>
            <w:r>
              <w:rPr>
                <w:rFonts w:ascii="Calibri" w:eastAsia="Calibri" w:hAnsi="Calibri"/>
                <w:sz w:val="16"/>
              </w:rPr>
              <w:br/>
              <w:t>napísať krátky text o vysnívanej ceste</w:t>
            </w:r>
          </w:p>
        </w:tc>
        <w:tc>
          <w:tcPr>
            <w:tcW w:w="2249" w:type="dxa"/>
            <w:vAlign w:val="center"/>
          </w:tcPr>
          <w:p w14:paraId="6F64294A" w14:textId="77777777" w:rsidR="00840388" w:rsidRDefault="00840388" w:rsidP="008646AA"/>
        </w:tc>
        <w:tc>
          <w:tcPr>
            <w:tcW w:w="1740" w:type="dxa"/>
            <w:vAlign w:val="center"/>
          </w:tcPr>
          <w:p w14:paraId="7090EFB8" w14:textId="77777777" w:rsidR="00840388" w:rsidRDefault="00840388" w:rsidP="008646AA"/>
        </w:tc>
        <w:tc>
          <w:tcPr>
            <w:tcW w:w="1576" w:type="dxa"/>
            <w:vAlign w:val="center"/>
          </w:tcPr>
          <w:p w14:paraId="03495F28" w14:textId="77777777" w:rsidR="00840388" w:rsidRDefault="00840388" w:rsidP="008646AA"/>
        </w:tc>
        <w:tc>
          <w:tcPr>
            <w:tcW w:w="1650" w:type="dxa"/>
            <w:vAlign w:val="center"/>
          </w:tcPr>
          <w:p w14:paraId="30D43801" w14:textId="77777777" w:rsidR="00840388" w:rsidRDefault="00840388" w:rsidP="008646AA"/>
        </w:tc>
      </w:tr>
      <w:tr w:rsidR="00840388" w14:paraId="7DC4B02F" w14:textId="77777777" w:rsidTr="008646AA">
        <w:tc>
          <w:tcPr>
            <w:tcW w:w="865" w:type="dxa"/>
            <w:vAlign w:val="center"/>
          </w:tcPr>
          <w:p w14:paraId="29134813" w14:textId="77777777" w:rsidR="00840388" w:rsidRDefault="00A35792" w:rsidP="008646AA">
            <w:r>
              <w:rPr>
                <w:rFonts w:ascii="Calibri" w:eastAsia="Calibri" w:hAnsi="Calibri"/>
                <w:sz w:val="16"/>
              </w:rPr>
              <w:t>16</w:t>
            </w:r>
          </w:p>
        </w:tc>
        <w:tc>
          <w:tcPr>
            <w:tcW w:w="872" w:type="dxa"/>
            <w:vAlign w:val="center"/>
          </w:tcPr>
          <w:p w14:paraId="63C0D50C" w14:textId="77777777" w:rsidR="00840388" w:rsidRDefault="00A35792" w:rsidP="008646AA">
            <w:r>
              <w:rPr>
                <w:rFonts w:ascii="Calibri" w:eastAsia="Calibri" w:hAnsi="Calibri"/>
                <w:sz w:val="16"/>
              </w:rPr>
              <w:t>46</w:t>
            </w:r>
          </w:p>
        </w:tc>
        <w:tc>
          <w:tcPr>
            <w:tcW w:w="1093" w:type="dxa"/>
            <w:vAlign w:val="center"/>
          </w:tcPr>
          <w:p w14:paraId="77BA0685" w14:textId="77777777" w:rsidR="00840388" w:rsidRDefault="00A35792" w:rsidP="008646AA">
            <w:r>
              <w:rPr>
                <w:rFonts w:ascii="Calibri" w:eastAsia="Calibri" w:hAnsi="Calibri"/>
                <w:sz w:val="16"/>
              </w:rPr>
              <w:t>Revision module 3</w:t>
            </w:r>
          </w:p>
        </w:tc>
        <w:tc>
          <w:tcPr>
            <w:tcW w:w="2316" w:type="dxa"/>
            <w:vAlign w:val="center"/>
          </w:tcPr>
          <w:p w14:paraId="3699225D" w14:textId="77777777" w:rsidR="00840388" w:rsidRDefault="00A35792" w:rsidP="008646AA">
            <w:r>
              <w:rPr>
                <w:rFonts w:ascii="Calibri" w:eastAsia="Calibri" w:hAnsi="Calibri"/>
                <w:sz w:val="16"/>
              </w:rPr>
              <w:t>Zhrnutie učiva</w:t>
            </w:r>
          </w:p>
        </w:tc>
        <w:tc>
          <w:tcPr>
            <w:tcW w:w="2317" w:type="dxa"/>
            <w:vAlign w:val="center"/>
          </w:tcPr>
          <w:p w14:paraId="2BC821FA" w14:textId="77777777" w:rsidR="00840388" w:rsidRDefault="00A35792" w:rsidP="008646AA">
            <w:r>
              <w:rPr>
                <w:rFonts w:ascii="Calibri" w:eastAsia="Calibri" w:hAnsi="Calibri"/>
                <w:sz w:val="16"/>
              </w:rPr>
              <w:t>zopakovať slovnú zásobu modulu</w:t>
            </w:r>
            <w:r>
              <w:rPr>
                <w:rFonts w:ascii="Calibri" w:eastAsia="Calibri" w:hAnsi="Calibri"/>
                <w:sz w:val="16"/>
              </w:rPr>
              <w:br/>
              <w:t>upevniť gramatické štruktúry modulu</w:t>
            </w:r>
            <w:r>
              <w:rPr>
                <w:rFonts w:ascii="Calibri" w:eastAsia="Calibri" w:hAnsi="Calibri"/>
                <w:sz w:val="16"/>
              </w:rPr>
              <w:br/>
              <w:t>precvičiť komunikačné situácie</w:t>
            </w:r>
          </w:p>
        </w:tc>
        <w:tc>
          <w:tcPr>
            <w:tcW w:w="2249" w:type="dxa"/>
            <w:vAlign w:val="center"/>
          </w:tcPr>
          <w:p w14:paraId="37CC45A5" w14:textId="77777777" w:rsidR="00840388" w:rsidRDefault="00840388" w:rsidP="008646AA"/>
        </w:tc>
        <w:tc>
          <w:tcPr>
            <w:tcW w:w="1740" w:type="dxa"/>
            <w:vAlign w:val="center"/>
          </w:tcPr>
          <w:p w14:paraId="32988BE8" w14:textId="77777777" w:rsidR="00840388" w:rsidRDefault="00840388" w:rsidP="008646AA"/>
        </w:tc>
        <w:tc>
          <w:tcPr>
            <w:tcW w:w="1576" w:type="dxa"/>
            <w:vAlign w:val="center"/>
          </w:tcPr>
          <w:p w14:paraId="213C0944"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50" w:type="dxa"/>
            <w:vAlign w:val="center"/>
          </w:tcPr>
          <w:p w14:paraId="173C4235" w14:textId="77777777" w:rsidR="00840388" w:rsidRDefault="00A35792" w:rsidP="008646AA">
            <w:r>
              <w:rPr>
                <w:rFonts w:ascii="Calibri" w:eastAsia="Calibri" w:hAnsi="Calibri"/>
                <w:sz w:val="16"/>
              </w:rPr>
              <w:t>samostatné učenie</w:t>
            </w:r>
          </w:p>
        </w:tc>
      </w:tr>
      <w:tr w:rsidR="00840388" w14:paraId="22F10181" w14:textId="77777777" w:rsidTr="008646AA">
        <w:tc>
          <w:tcPr>
            <w:tcW w:w="865" w:type="dxa"/>
            <w:vAlign w:val="center"/>
          </w:tcPr>
          <w:p w14:paraId="7DA7FF78" w14:textId="77777777" w:rsidR="00840388" w:rsidRDefault="00840388" w:rsidP="008646AA"/>
        </w:tc>
        <w:tc>
          <w:tcPr>
            <w:tcW w:w="872" w:type="dxa"/>
            <w:vAlign w:val="center"/>
          </w:tcPr>
          <w:p w14:paraId="31009D4C" w14:textId="77777777" w:rsidR="00840388" w:rsidRDefault="00A35792" w:rsidP="008646AA">
            <w:r>
              <w:rPr>
                <w:rFonts w:ascii="Calibri" w:eastAsia="Calibri" w:hAnsi="Calibri"/>
                <w:sz w:val="16"/>
              </w:rPr>
              <w:t>47</w:t>
            </w:r>
          </w:p>
        </w:tc>
        <w:tc>
          <w:tcPr>
            <w:tcW w:w="1093" w:type="dxa"/>
            <w:vAlign w:val="center"/>
          </w:tcPr>
          <w:p w14:paraId="7F9F4C70" w14:textId="77777777" w:rsidR="00840388" w:rsidRDefault="00A35792" w:rsidP="008646AA">
            <w:r>
              <w:rPr>
                <w:rFonts w:ascii="Calibri" w:eastAsia="Calibri" w:hAnsi="Calibri"/>
                <w:sz w:val="16"/>
              </w:rPr>
              <w:t>Revision module 3</w:t>
            </w:r>
          </w:p>
        </w:tc>
        <w:tc>
          <w:tcPr>
            <w:tcW w:w="2316" w:type="dxa"/>
            <w:vAlign w:val="center"/>
          </w:tcPr>
          <w:p w14:paraId="1D44711B" w14:textId="77777777" w:rsidR="00840388" w:rsidRDefault="00A35792" w:rsidP="008646AA">
            <w:r>
              <w:rPr>
                <w:rFonts w:ascii="Calibri" w:eastAsia="Calibri" w:hAnsi="Calibri"/>
                <w:sz w:val="16"/>
              </w:rPr>
              <w:t>Sebahodnotenie</w:t>
            </w:r>
          </w:p>
        </w:tc>
        <w:tc>
          <w:tcPr>
            <w:tcW w:w="2317" w:type="dxa"/>
            <w:vAlign w:val="center"/>
          </w:tcPr>
          <w:p w14:paraId="65B3DB91" w14:textId="77777777" w:rsidR="00840388" w:rsidRDefault="00A35792" w:rsidP="008646AA">
            <w:r>
              <w:rPr>
                <w:rFonts w:ascii="Calibri" w:eastAsia="Calibri" w:hAnsi="Calibri"/>
                <w:sz w:val="16"/>
              </w:rPr>
              <w:t>zhodnotiť úroveň svojich vedomostí</w:t>
            </w:r>
            <w:r>
              <w:rPr>
                <w:rFonts w:ascii="Calibri" w:eastAsia="Calibri" w:hAnsi="Calibri"/>
                <w:sz w:val="16"/>
              </w:rPr>
              <w:br/>
              <w:t>identifikovať oblasti, ktoré je potrebné zlepšiť</w:t>
            </w:r>
            <w:r>
              <w:rPr>
                <w:rFonts w:ascii="Calibri" w:eastAsia="Calibri" w:hAnsi="Calibri"/>
                <w:sz w:val="16"/>
              </w:rPr>
              <w:br/>
              <w:t>pripraviť sa na priebežné overenie vedomostí</w:t>
            </w:r>
          </w:p>
        </w:tc>
        <w:tc>
          <w:tcPr>
            <w:tcW w:w="2249" w:type="dxa"/>
            <w:vAlign w:val="center"/>
          </w:tcPr>
          <w:p w14:paraId="3FFB43CF" w14:textId="77777777" w:rsidR="00840388" w:rsidRDefault="00840388" w:rsidP="008646AA"/>
        </w:tc>
        <w:tc>
          <w:tcPr>
            <w:tcW w:w="1740" w:type="dxa"/>
            <w:vAlign w:val="center"/>
          </w:tcPr>
          <w:p w14:paraId="256538E3" w14:textId="77777777" w:rsidR="00840388" w:rsidRDefault="00840388" w:rsidP="008646AA"/>
        </w:tc>
        <w:tc>
          <w:tcPr>
            <w:tcW w:w="1576" w:type="dxa"/>
            <w:vAlign w:val="center"/>
          </w:tcPr>
          <w:p w14:paraId="37442A64" w14:textId="77777777" w:rsidR="00840388" w:rsidRDefault="00840388" w:rsidP="008646AA"/>
        </w:tc>
        <w:tc>
          <w:tcPr>
            <w:tcW w:w="1650" w:type="dxa"/>
            <w:vAlign w:val="center"/>
          </w:tcPr>
          <w:p w14:paraId="4D1B1492" w14:textId="77777777" w:rsidR="00840388" w:rsidRDefault="00840388" w:rsidP="008646AA"/>
        </w:tc>
      </w:tr>
      <w:tr w:rsidR="00840388" w14:paraId="6A4EFD60" w14:textId="77777777" w:rsidTr="008646AA">
        <w:tc>
          <w:tcPr>
            <w:tcW w:w="865" w:type="dxa"/>
            <w:vAlign w:val="center"/>
          </w:tcPr>
          <w:p w14:paraId="12D36AE3" w14:textId="77777777" w:rsidR="00840388" w:rsidRDefault="00840388" w:rsidP="008646AA"/>
        </w:tc>
        <w:tc>
          <w:tcPr>
            <w:tcW w:w="872" w:type="dxa"/>
            <w:vAlign w:val="center"/>
          </w:tcPr>
          <w:p w14:paraId="53B842B5" w14:textId="77777777" w:rsidR="00840388" w:rsidRDefault="00A35792" w:rsidP="008646AA">
            <w:r>
              <w:rPr>
                <w:rFonts w:ascii="Calibri" w:eastAsia="Calibri" w:hAnsi="Calibri"/>
                <w:sz w:val="16"/>
              </w:rPr>
              <w:t>48</w:t>
            </w:r>
          </w:p>
        </w:tc>
        <w:tc>
          <w:tcPr>
            <w:tcW w:w="1093" w:type="dxa"/>
            <w:vAlign w:val="center"/>
          </w:tcPr>
          <w:p w14:paraId="5EE3F517" w14:textId="77777777" w:rsidR="00840388" w:rsidRDefault="00A35792" w:rsidP="008646AA">
            <w:r>
              <w:rPr>
                <w:rFonts w:ascii="Calibri" w:eastAsia="Calibri" w:hAnsi="Calibri"/>
                <w:sz w:val="16"/>
              </w:rPr>
              <w:t>Me and My country project 3 – England</w:t>
            </w:r>
          </w:p>
        </w:tc>
        <w:tc>
          <w:tcPr>
            <w:tcW w:w="2316" w:type="dxa"/>
            <w:vAlign w:val="center"/>
          </w:tcPr>
          <w:p w14:paraId="6A3E5D4D" w14:textId="77777777" w:rsidR="00840388" w:rsidRDefault="00A35792" w:rsidP="008646AA">
            <w:r>
              <w:rPr>
                <w:rFonts w:ascii="Calibri" w:eastAsia="Calibri" w:hAnsi="Calibri"/>
                <w:sz w:val="16"/>
              </w:rPr>
              <w:t>Moja krajina</w:t>
            </w:r>
          </w:p>
        </w:tc>
        <w:tc>
          <w:tcPr>
            <w:tcW w:w="2317" w:type="dxa"/>
            <w:vAlign w:val="center"/>
          </w:tcPr>
          <w:p w14:paraId="758E4D07" w14:textId="77777777" w:rsidR="00840388" w:rsidRDefault="00A35792" w:rsidP="008646AA">
            <w:r>
              <w:rPr>
                <w:rFonts w:ascii="Calibri" w:eastAsia="Calibri" w:hAnsi="Calibri"/>
                <w:sz w:val="16"/>
              </w:rPr>
              <w:t>vyhľadať informácie o svojej krajine alebo regióne</w:t>
            </w:r>
            <w:r>
              <w:rPr>
                <w:rFonts w:ascii="Calibri" w:eastAsia="Calibri" w:hAnsi="Calibri"/>
                <w:sz w:val="16"/>
              </w:rPr>
              <w:br/>
              <w:t>spracovať informácie do krátkeho projektu</w:t>
            </w:r>
            <w:r>
              <w:rPr>
                <w:rFonts w:ascii="Calibri" w:eastAsia="Calibri" w:hAnsi="Calibri"/>
                <w:sz w:val="16"/>
              </w:rPr>
              <w:br/>
              <w:t>prezentovať projekt pred spolužiakmi</w:t>
            </w:r>
          </w:p>
        </w:tc>
        <w:tc>
          <w:tcPr>
            <w:tcW w:w="2249" w:type="dxa"/>
            <w:vAlign w:val="center"/>
          </w:tcPr>
          <w:p w14:paraId="6F2E019F" w14:textId="77777777" w:rsidR="00840388" w:rsidRDefault="00840388" w:rsidP="008646AA"/>
        </w:tc>
        <w:tc>
          <w:tcPr>
            <w:tcW w:w="1740" w:type="dxa"/>
            <w:vAlign w:val="center"/>
          </w:tcPr>
          <w:p w14:paraId="5301292C" w14:textId="77777777" w:rsidR="00840388" w:rsidRDefault="00840388" w:rsidP="008646AA"/>
        </w:tc>
        <w:tc>
          <w:tcPr>
            <w:tcW w:w="1576" w:type="dxa"/>
            <w:vAlign w:val="center"/>
          </w:tcPr>
          <w:p w14:paraId="6E9552ED" w14:textId="77777777" w:rsidR="00840388" w:rsidRDefault="00A35792" w:rsidP="008646AA">
            <w:r>
              <w:rPr>
                <w:rFonts w:ascii="Calibri" w:eastAsia="Calibri" w:hAnsi="Calibri"/>
                <w:sz w:val="16"/>
              </w:rPr>
              <w:t>Worksheets (teacher’s assistant)</w:t>
            </w:r>
          </w:p>
        </w:tc>
        <w:tc>
          <w:tcPr>
            <w:tcW w:w="1650" w:type="dxa"/>
            <w:vAlign w:val="center"/>
          </w:tcPr>
          <w:p w14:paraId="719B350C" w14:textId="77777777" w:rsidR="00840388" w:rsidRDefault="00A35792" w:rsidP="008646AA">
            <w:r>
              <w:rPr>
                <w:rFonts w:ascii="Calibri" w:eastAsia="Calibri" w:hAnsi="Calibri"/>
                <w:sz w:val="16"/>
              </w:rPr>
              <w:t>samostatné učenie, tvorivosť, komunikácia, digitálna gramotnosť</w:t>
            </w:r>
          </w:p>
        </w:tc>
      </w:tr>
      <w:tr w:rsidR="00840388" w14:paraId="2517AEE6" w14:textId="77777777" w:rsidTr="008646AA">
        <w:tc>
          <w:tcPr>
            <w:tcW w:w="865" w:type="dxa"/>
            <w:vAlign w:val="center"/>
          </w:tcPr>
          <w:p w14:paraId="735B3AFE" w14:textId="77777777" w:rsidR="00840388" w:rsidRDefault="00A35792" w:rsidP="008646AA">
            <w:r>
              <w:rPr>
                <w:rFonts w:ascii="Calibri" w:eastAsia="Calibri" w:hAnsi="Calibri"/>
                <w:sz w:val="16"/>
              </w:rPr>
              <w:lastRenderedPageBreak/>
              <w:t>17</w:t>
            </w:r>
          </w:p>
        </w:tc>
        <w:tc>
          <w:tcPr>
            <w:tcW w:w="872" w:type="dxa"/>
            <w:vAlign w:val="center"/>
          </w:tcPr>
          <w:p w14:paraId="0DF30A6D" w14:textId="77777777" w:rsidR="00840388" w:rsidRDefault="00A35792" w:rsidP="008646AA">
            <w:r>
              <w:rPr>
                <w:rFonts w:ascii="Calibri" w:eastAsia="Calibri" w:hAnsi="Calibri"/>
                <w:sz w:val="16"/>
              </w:rPr>
              <w:t>49</w:t>
            </w:r>
          </w:p>
        </w:tc>
        <w:tc>
          <w:tcPr>
            <w:tcW w:w="1093" w:type="dxa"/>
            <w:vAlign w:val="center"/>
          </w:tcPr>
          <w:p w14:paraId="3FE3BDA8" w14:textId="77777777" w:rsidR="00840388" w:rsidRDefault="00A35792" w:rsidP="008646AA">
            <w:r>
              <w:rPr>
                <w:rFonts w:ascii="Calibri" w:eastAsia="Calibri" w:hAnsi="Calibri"/>
                <w:sz w:val="16"/>
              </w:rPr>
              <w:t>Test Module 3</w:t>
            </w:r>
          </w:p>
        </w:tc>
        <w:tc>
          <w:tcPr>
            <w:tcW w:w="2316" w:type="dxa"/>
            <w:vAlign w:val="center"/>
          </w:tcPr>
          <w:p w14:paraId="1EEFA981" w14:textId="77777777" w:rsidR="00840388" w:rsidRDefault="00A35792" w:rsidP="008646AA">
            <w:r>
              <w:rPr>
                <w:rFonts w:ascii="Calibri" w:eastAsia="Calibri" w:hAnsi="Calibri"/>
                <w:sz w:val="16"/>
              </w:rPr>
              <w:t>Hodnotenie pokroku žiakov</w:t>
            </w:r>
          </w:p>
        </w:tc>
        <w:tc>
          <w:tcPr>
            <w:tcW w:w="2317" w:type="dxa"/>
            <w:vAlign w:val="center"/>
          </w:tcPr>
          <w:p w14:paraId="6B467AAD" w14:textId="77777777" w:rsidR="00840388" w:rsidRDefault="00A35792" w:rsidP="008646AA">
            <w:r>
              <w:rPr>
                <w:rFonts w:ascii="Calibri" w:eastAsia="Calibri" w:hAnsi="Calibri"/>
                <w:sz w:val="16"/>
              </w:rPr>
              <w:t>preukázať osvojenie slovnej zásoby a gramatiky modulu</w:t>
            </w:r>
            <w:r>
              <w:rPr>
                <w:rFonts w:ascii="Calibri" w:eastAsia="Calibri" w:hAnsi="Calibri"/>
                <w:sz w:val="16"/>
              </w:rPr>
              <w:br/>
              <w:t>aplikovať získané vedomosti pri riešení úloh</w:t>
            </w:r>
            <w:r>
              <w:rPr>
                <w:rFonts w:ascii="Calibri" w:eastAsia="Calibri" w:hAnsi="Calibri"/>
                <w:sz w:val="16"/>
              </w:rPr>
              <w:br/>
              <w:t>samostatne riešiť testové zadania</w:t>
            </w:r>
          </w:p>
        </w:tc>
        <w:tc>
          <w:tcPr>
            <w:tcW w:w="2249" w:type="dxa"/>
            <w:vAlign w:val="center"/>
          </w:tcPr>
          <w:p w14:paraId="09DD1D43" w14:textId="77777777" w:rsidR="00840388" w:rsidRDefault="00840388" w:rsidP="008646AA"/>
        </w:tc>
        <w:tc>
          <w:tcPr>
            <w:tcW w:w="1740" w:type="dxa"/>
            <w:vAlign w:val="center"/>
          </w:tcPr>
          <w:p w14:paraId="02B841B9" w14:textId="77777777" w:rsidR="00840388" w:rsidRDefault="00840388" w:rsidP="008646AA"/>
        </w:tc>
        <w:tc>
          <w:tcPr>
            <w:tcW w:w="1576" w:type="dxa"/>
            <w:vAlign w:val="center"/>
          </w:tcPr>
          <w:p w14:paraId="71BE1A64" w14:textId="77777777" w:rsidR="00840388" w:rsidRDefault="00A35792" w:rsidP="008646AA">
            <w:r>
              <w:rPr>
                <w:rFonts w:ascii="Calibri" w:eastAsia="Calibri" w:hAnsi="Calibri"/>
                <w:sz w:val="16"/>
              </w:rPr>
              <w:t>Module tests (teacher’s assistant)</w:t>
            </w:r>
          </w:p>
        </w:tc>
        <w:tc>
          <w:tcPr>
            <w:tcW w:w="1650" w:type="dxa"/>
            <w:vAlign w:val="center"/>
          </w:tcPr>
          <w:p w14:paraId="25075369" w14:textId="77777777" w:rsidR="00840388" w:rsidRDefault="00840388" w:rsidP="008646AA"/>
        </w:tc>
      </w:tr>
      <w:tr w:rsidR="00840388" w14:paraId="2BB084EA" w14:textId="77777777" w:rsidTr="008646AA">
        <w:tc>
          <w:tcPr>
            <w:tcW w:w="865" w:type="dxa"/>
            <w:vAlign w:val="center"/>
          </w:tcPr>
          <w:p w14:paraId="189D7989" w14:textId="77777777" w:rsidR="00840388" w:rsidRDefault="00840388" w:rsidP="008646AA"/>
        </w:tc>
        <w:tc>
          <w:tcPr>
            <w:tcW w:w="872" w:type="dxa"/>
            <w:vAlign w:val="center"/>
          </w:tcPr>
          <w:p w14:paraId="6C4C3749" w14:textId="77777777" w:rsidR="00840388" w:rsidRDefault="00A35792" w:rsidP="008646AA">
            <w:r>
              <w:rPr>
                <w:rFonts w:ascii="Calibri" w:eastAsia="Calibri" w:hAnsi="Calibri"/>
                <w:sz w:val="16"/>
              </w:rPr>
              <w:t>50</w:t>
            </w:r>
          </w:p>
        </w:tc>
        <w:tc>
          <w:tcPr>
            <w:tcW w:w="1093" w:type="dxa"/>
            <w:vAlign w:val="center"/>
          </w:tcPr>
          <w:p w14:paraId="42F1E667" w14:textId="77777777" w:rsidR="00840388" w:rsidRDefault="00A35792" w:rsidP="008646AA">
            <w:r>
              <w:rPr>
                <w:rFonts w:ascii="Calibri" w:eastAsia="Calibri" w:hAnsi="Calibri"/>
                <w:sz w:val="16"/>
              </w:rPr>
              <w:t>Video Module 3 &amp; Cover Page Module 4</w:t>
            </w:r>
          </w:p>
        </w:tc>
        <w:tc>
          <w:tcPr>
            <w:tcW w:w="2316" w:type="dxa"/>
            <w:vAlign w:val="center"/>
          </w:tcPr>
          <w:p w14:paraId="5520D30F" w14:textId="77777777" w:rsidR="00840388" w:rsidRDefault="00A35792" w:rsidP="008646AA">
            <w:r>
              <w:rPr>
                <w:rFonts w:ascii="Calibri" w:eastAsia="Calibri" w:hAnsi="Calibri"/>
                <w:sz w:val="16"/>
              </w:rPr>
              <w:t>Videolekcia – Austrália</w:t>
            </w:r>
          </w:p>
        </w:tc>
        <w:tc>
          <w:tcPr>
            <w:tcW w:w="2317" w:type="dxa"/>
            <w:vAlign w:val="center"/>
          </w:tcPr>
          <w:p w14:paraId="674DD7E3" w14:textId="77777777" w:rsidR="00840388" w:rsidRDefault="00A35792" w:rsidP="008646AA">
            <w:r>
              <w:rPr>
                <w:rFonts w:ascii="Calibri" w:eastAsia="Calibri" w:hAnsi="Calibri"/>
                <w:sz w:val="16"/>
              </w:rPr>
              <w:t>zopakovať slovnú zásobu a gramatiku modulu prostredníctvom videa</w:t>
            </w:r>
            <w:r>
              <w:rPr>
                <w:rFonts w:ascii="Calibri" w:eastAsia="Calibri" w:hAnsi="Calibri"/>
                <w:sz w:val="16"/>
              </w:rPr>
              <w:br/>
              <w:t>porozumieť autentickému jazykovému prejavu</w:t>
            </w:r>
            <w:r>
              <w:rPr>
                <w:rFonts w:ascii="Calibri" w:eastAsia="Calibri" w:hAnsi="Calibri"/>
                <w:sz w:val="16"/>
              </w:rPr>
              <w:br/>
              <w:t>oboznámiť sa s témou nasledujúceho modulu</w:t>
            </w:r>
          </w:p>
        </w:tc>
        <w:tc>
          <w:tcPr>
            <w:tcW w:w="2249" w:type="dxa"/>
            <w:vAlign w:val="center"/>
          </w:tcPr>
          <w:p w14:paraId="30601FD1" w14:textId="77777777" w:rsidR="00840388" w:rsidRDefault="00840388" w:rsidP="008646AA"/>
        </w:tc>
        <w:tc>
          <w:tcPr>
            <w:tcW w:w="1740" w:type="dxa"/>
            <w:vAlign w:val="center"/>
          </w:tcPr>
          <w:p w14:paraId="72B17488" w14:textId="77777777" w:rsidR="00840388" w:rsidRDefault="00840388" w:rsidP="008646AA"/>
        </w:tc>
        <w:tc>
          <w:tcPr>
            <w:tcW w:w="1576" w:type="dxa"/>
            <w:vAlign w:val="center"/>
          </w:tcPr>
          <w:p w14:paraId="1CD07CEB" w14:textId="77777777" w:rsidR="00840388" w:rsidRDefault="00A35792" w:rsidP="008646AA">
            <w:r>
              <w:rPr>
                <w:rFonts w:ascii="Calibri" w:eastAsia="Calibri" w:hAnsi="Calibri"/>
                <w:sz w:val="16"/>
              </w:rPr>
              <w:t>SB</w:t>
            </w:r>
            <w:r>
              <w:rPr>
                <w:rFonts w:ascii="Calibri" w:eastAsia="Calibri" w:hAnsi="Calibri"/>
                <w:sz w:val="16"/>
              </w:rPr>
              <w:br/>
              <w:t>IWB &amp; IWB material</w:t>
            </w:r>
          </w:p>
        </w:tc>
        <w:tc>
          <w:tcPr>
            <w:tcW w:w="1650" w:type="dxa"/>
            <w:vAlign w:val="center"/>
          </w:tcPr>
          <w:p w14:paraId="0555126D" w14:textId="77777777" w:rsidR="00840388" w:rsidRDefault="00A35792" w:rsidP="008646AA">
            <w:r>
              <w:rPr>
                <w:rFonts w:ascii="Calibri" w:eastAsia="Calibri" w:hAnsi="Calibri"/>
                <w:sz w:val="16"/>
              </w:rPr>
              <w:t>interkultúrna kompetencia, komunikácia, samostatné učenie</w:t>
            </w:r>
          </w:p>
        </w:tc>
      </w:tr>
      <w:tr w:rsidR="00840388" w14:paraId="5B09F078" w14:textId="77777777" w:rsidTr="008646AA">
        <w:trPr>
          <w:trHeight w:val="612"/>
        </w:trPr>
        <w:tc>
          <w:tcPr>
            <w:tcW w:w="865" w:type="dxa"/>
            <w:vAlign w:val="center"/>
          </w:tcPr>
          <w:p w14:paraId="2DE7CA05" w14:textId="77777777" w:rsidR="00840388" w:rsidRDefault="00840388" w:rsidP="008646AA"/>
        </w:tc>
        <w:tc>
          <w:tcPr>
            <w:tcW w:w="872" w:type="dxa"/>
            <w:vAlign w:val="center"/>
          </w:tcPr>
          <w:p w14:paraId="303DE075" w14:textId="77777777" w:rsidR="00840388" w:rsidRDefault="00840388" w:rsidP="008646AA"/>
        </w:tc>
        <w:tc>
          <w:tcPr>
            <w:tcW w:w="1093" w:type="dxa"/>
            <w:vAlign w:val="center"/>
          </w:tcPr>
          <w:p w14:paraId="50D8BCA6" w14:textId="77777777" w:rsidR="00840388" w:rsidRDefault="00840388" w:rsidP="008646AA"/>
        </w:tc>
        <w:tc>
          <w:tcPr>
            <w:tcW w:w="2316" w:type="dxa"/>
            <w:shd w:val="clear" w:color="auto" w:fill="FFFF00"/>
            <w:vAlign w:val="center"/>
          </w:tcPr>
          <w:p w14:paraId="25CA0579" w14:textId="77777777" w:rsidR="00840388" w:rsidRPr="00EC7763" w:rsidRDefault="00A35792" w:rsidP="008646AA">
            <w:pPr>
              <w:rPr>
                <w:b/>
                <w:bCs/>
              </w:rPr>
            </w:pPr>
            <w:r w:rsidRPr="00EC7763">
              <w:rPr>
                <w:rFonts w:ascii="Calibri" w:eastAsia="Calibri" w:hAnsi="Calibri"/>
                <w:b/>
                <w:bCs/>
                <w:sz w:val="16"/>
              </w:rPr>
              <w:t>Module 4: Believe it or not!</w:t>
            </w:r>
          </w:p>
        </w:tc>
        <w:tc>
          <w:tcPr>
            <w:tcW w:w="2317" w:type="dxa"/>
            <w:shd w:val="clear" w:color="auto" w:fill="FFFF00"/>
            <w:vAlign w:val="center"/>
          </w:tcPr>
          <w:p w14:paraId="5240AC47" w14:textId="77777777" w:rsidR="00840388" w:rsidRPr="00EC7763" w:rsidRDefault="00840388" w:rsidP="008646AA">
            <w:pPr>
              <w:rPr>
                <w:b/>
                <w:bCs/>
              </w:rPr>
            </w:pPr>
          </w:p>
        </w:tc>
        <w:tc>
          <w:tcPr>
            <w:tcW w:w="2249" w:type="dxa"/>
            <w:shd w:val="clear" w:color="auto" w:fill="FFFF00"/>
            <w:vAlign w:val="center"/>
          </w:tcPr>
          <w:p w14:paraId="161DF7E9" w14:textId="77777777" w:rsidR="00840388" w:rsidRPr="00EC7763" w:rsidRDefault="00840388" w:rsidP="008646AA">
            <w:pPr>
              <w:rPr>
                <w:b/>
                <w:bCs/>
              </w:rPr>
            </w:pPr>
          </w:p>
        </w:tc>
        <w:tc>
          <w:tcPr>
            <w:tcW w:w="1740" w:type="dxa"/>
            <w:shd w:val="clear" w:color="auto" w:fill="FFFF00"/>
            <w:vAlign w:val="center"/>
          </w:tcPr>
          <w:p w14:paraId="16BC7080" w14:textId="77777777" w:rsidR="00840388" w:rsidRPr="00EC7763" w:rsidRDefault="00840388" w:rsidP="008646AA">
            <w:pPr>
              <w:rPr>
                <w:b/>
                <w:bCs/>
              </w:rPr>
            </w:pPr>
          </w:p>
        </w:tc>
        <w:tc>
          <w:tcPr>
            <w:tcW w:w="1576" w:type="dxa"/>
            <w:shd w:val="clear" w:color="auto" w:fill="FFFF00"/>
            <w:vAlign w:val="center"/>
          </w:tcPr>
          <w:p w14:paraId="5634A395" w14:textId="77777777" w:rsidR="00840388" w:rsidRPr="00EC7763" w:rsidRDefault="00840388" w:rsidP="008646AA">
            <w:pPr>
              <w:rPr>
                <w:b/>
                <w:bCs/>
              </w:rPr>
            </w:pPr>
          </w:p>
        </w:tc>
        <w:tc>
          <w:tcPr>
            <w:tcW w:w="1650" w:type="dxa"/>
            <w:shd w:val="clear" w:color="auto" w:fill="FFFF00"/>
            <w:vAlign w:val="center"/>
          </w:tcPr>
          <w:p w14:paraId="3C74771A" w14:textId="77777777" w:rsidR="00840388" w:rsidRPr="00EC7763" w:rsidRDefault="00840388" w:rsidP="008646AA">
            <w:pPr>
              <w:rPr>
                <w:b/>
                <w:bCs/>
              </w:rPr>
            </w:pPr>
          </w:p>
        </w:tc>
      </w:tr>
      <w:tr w:rsidR="00840388" w14:paraId="675FB20C" w14:textId="77777777" w:rsidTr="008646AA">
        <w:tc>
          <w:tcPr>
            <w:tcW w:w="865" w:type="dxa"/>
            <w:vAlign w:val="center"/>
          </w:tcPr>
          <w:p w14:paraId="275B0523" w14:textId="77777777" w:rsidR="00840388" w:rsidRDefault="00840388" w:rsidP="008646AA"/>
        </w:tc>
        <w:tc>
          <w:tcPr>
            <w:tcW w:w="872" w:type="dxa"/>
            <w:vAlign w:val="center"/>
          </w:tcPr>
          <w:p w14:paraId="69E0C583" w14:textId="77777777" w:rsidR="00840388" w:rsidRDefault="00A35792" w:rsidP="008646AA">
            <w:r>
              <w:rPr>
                <w:rFonts w:ascii="Calibri" w:eastAsia="Calibri" w:hAnsi="Calibri"/>
                <w:sz w:val="16"/>
              </w:rPr>
              <w:t>51</w:t>
            </w:r>
          </w:p>
        </w:tc>
        <w:tc>
          <w:tcPr>
            <w:tcW w:w="1093" w:type="dxa"/>
            <w:vAlign w:val="center"/>
          </w:tcPr>
          <w:p w14:paraId="6F061C76" w14:textId="77777777" w:rsidR="00840388" w:rsidRDefault="00A35792" w:rsidP="008646AA">
            <w:r>
              <w:rPr>
                <w:rFonts w:ascii="Calibri" w:eastAsia="Calibri" w:hAnsi="Calibri"/>
                <w:sz w:val="16"/>
              </w:rPr>
              <w:t>4A: In the past</w:t>
            </w:r>
          </w:p>
        </w:tc>
        <w:tc>
          <w:tcPr>
            <w:tcW w:w="2316" w:type="dxa"/>
            <w:vAlign w:val="center"/>
          </w:tcPr>
          <w:p w14:paraId="587ECDF5" w14:textId="77777777" w:rsidR="00840388" w:rsidRDefault="00A35792" w:rsidP="008646AA">
            <w:r>
              <w:rPr>
                <w:rFonts w:ascii="Calibri" w:eastAsia="Calibri" w:hAnsi="Calibri"/>
                <w:sz w:val="16"/>
              </w:rPr>
              <w:t xml:space="preserve">Čítanie s porozumením, rozprávanie </w:t>
            </w:r>
          </w:p>
        </w:tc>
        <w:tc>
          <w:tcPr>
            <w:tcW w:w="2317" w:type="dxa"/>
            <w:vAlign w:val="center"/>
          </w:tcPr>
          <w:p w14:paraId="13B009D9" w14:textId="77777777" w:rsidR="00840388" w:rsidRDefault="00A35792" w:rsidP="008646AA">
            <w:r>
              <w:rPr>
                <w:rFonts w:ascii="Calibri" w:eastAsia="Calibri" w:hAnsi="Calibri"/>
                <w:sz w:val="16"/>
              </w:rPr>
              <w:t>porozumieť textu o významných osobnostiach minulosti</w:t>
            </w:r>
            <w:r>
              <w:rPr>
                <w:rFonts w:ascii="Calibri" w:eastAsia="Calibri" w:hAnsi="Calibri"/>
                <w:sz w:val="16"/>
              </w:rPr>
              <w:br/>
              <w:t>hovoriť o živote a úspechoch známych ľudí</w:t>
            </w:r>
            <w:r>
              <w:rPr>
                <w:rFonts w:ascii="Calibri" w:eastAsia="Calibri" w:hAnsi="Calibri"/>
                <w:sz w:val="16"/>
              </w:rPr>
              <w:br/>
              <w:t>rozprávať o udalostiach a činnostiach z minulosti</w:t>
            </w:r>
          </w:p>
        </w:tc>
        <w:tc>
          <w:tcPr>
            <w:tcW w:w="2249" w:type="dxa"/>
            <w:vAlign w:val="center"/>
          </w:tcPr>
          <w:p w14:paraId="63767524" w14:textId="77777777" w:rsidR="00840388" w:rsidRDefault="00840388" w:rsidP="008646AA"/>
        </w:tc>
        <w:tc>
          <w:tcPr>
            <w:tcW w:w="1740" w:type="dxa"/>
            <w:vAlign w:val="center"/>
          </w:tcPr>
          <w:p w14:paraId="5278BF77" w14:textId="77777777" w:rsidR="00840388" w:rsidRDefault="00A35792" w:rsidP="008646AA">
            <w:r>
              <w:rPr>
                <w:rFonts w:ascii="Calibri" w:eastAsia="Calibri" w:hAnsi="Calibri"/>
                <w:sz w:val="16"/>
              </w:rPr>
              <w:t>amazing, artist, astronaut, be born, be crazy about, be interested in, But that's not all., century, die, exactly, full name, like, moon, name sb after sb, planetarium, same, space travel</w:t>
            </w:r>
          </w:p>
        </w:tc>
        <w:tc>
          <w:tcPr>
            <w:tcW w:w="1576" w:type="dxa"/>
            <w:vAlign w:val="center"/>
          </w:tcPr>
          <w:p w14:paraId="7D562CD1"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6E02400A" w14:textId="77777777" w:rsidR="00840388" w:rsidRDefault="00A35792" w:rsidP="008646AA">
            <w:r>
              <w:rPr>
                <w:rFonts w:ascii="Calibri" w:eastAsia="Calibri" w:hAnsi="Calibri"/>
                <w:sz w:val="16"/>
              </w:rPr>
              <w:t>kritické myslenie, komunikácia, spolupráca, digitálna gramotnosť, tvorivosť</w:t>
            </w:r>
          </w:p>
        </w:tc>
      </w:tr>
      <w:tr w:rsidR="00840388" w14:paraId="7E04EEF4" w14:textId="77777777" w:rsidTr="008646AA">
        <w:tc>
          <w:tcPr>
            <w:tcW w:w="865" w:type="dxa"/>
            <w:vAlign w:val="center"/>
          </w:tcPr>
          <w:p w14:paraId="5D3E5E49" w14:textId="77777777" w:rsidR="00840388" w:rsidRDefault="00A35792" w:rsidP="008646AA">
            <w:r>
              <w:rPr>
                <w:rFonts w:ascii="Calibri" w:eastAsia="Calibri" w:hAnsi="Calibri"/>
                <w:sz w:val="16"/>
              </w:rPr>
              <w:t>18</w:t>
            </w:r>
          </w:p>
        </w:tc>
        <w:tc>
          <w:tcPr>
            <w:tcW w:w="872" w:type="dxa"/>
            <w:vAlign w:val="center"/>
          </w:tcPr>
          <w:p w14:paraId="3CB3EDE3" w14:textId="77777777" w:rsidR="00840388" w:rsidRDefault="00A35792" w:rsidP="008646AA">
            <w:r>
              <w:rPr>
                <w:rFonts w:ascii="Calibri" w:eastAsia="Calibri" w:hAnsi="Calibri"/>
                <w:sz w:val="16"/>
              </w:rPr>
              <w:t>52</w:t>
            </w:r>
          </w:p>
        </w:tc>
        <w:tc>
          <w:tcPr>
            <w:tcW w:w="1093" w:type="dxa"/>
            <w:vAlign w:val="center"/>
          </w:tcPr>
          <w:p w14:paraId="5DB9EF5C" w14:textId="77777777" w:rsidR="00840388" w:rsidRDefault="00A35792" w:rsidP="008646AA">
            <w:r>
              <w:rPr>
                <w:rFonts w:ascii="Calibri" w:eastAsia="Calibri" w:hAnsi="Calibri"/>
                <w:sz w:val="16"/>
              </w:rPr>
              <w:t>4A: In the past</w:t>
            </w:r>
          </w:p>
        </w:tc>
        <w:tc>
          <w:tcPr>
            <w:tcW w:w="2316" w:type="dxa"/>
            <w:vAlign w:val="center"/>
          </w:tcPr>
          <w:p w14:paraId="41208AB7" w14:textId="77777777" w:rsidR="00840388" w:rsidRDefault="00A35792" w:rsidP="008646AA">
            <w:r>
              <w:rPr>
                <w:rFonts w:ascii="Calibri" w:eastAsia="Calibri" w:hAnsi="Calibri"/>
                <w:sz w:val="16"/>
              </w:rPr>
              <w:t xml:space="preserve">Gramatika - sloveso could, rozprávanie, práca s informáciami, písanie a prezentácia </w:t>
            </w:r>
          </w:p>
        </w:tc>
        <w:tc>
          <w:tcPr>
            <w:tcW w:w="2317" w:type="dxa"/>
            <w:vAlign w:val="center"/>
          </w:tcPr>
          <w:p w14:paraId="187676B5" w14:textId="77777777" w:rsidR="00840388" w:rsidRDefault="00A35792" w:rsidP="008646AA">
            <w:r>
              <w:rPr>
                <w:rFonts w:ascii="Calibri" w:eastAsia="Calibri" w:hAnsi="Calibri"/>
                <w:sz w:val="16"/>
              </w:rPr>
              <w:t>používať sloveso could na vyjadrenie schopností v minulosti</w:t>
            </w:r>
            <w:r>
              <w:rPr>
                <w:rFonts w:ascii="Calibri" w:eastAsia="Calibri" w:hAnsi="Calibri"/>
                <w:sz w:val="16"/>
              </w:rPr>
              <w:br/>
              <w:t>vyhľadať a spracovať informácie o známej osobnosti</w:t>
            </w:r>
            <w:r>
              <w:rPr>
                <w:rFonts w:ascii="Calibri" w:eastAsia="Calibri" w:hAnsi="Calibri"/>
                <w:sz w:val="16"/>
              </w:rPr>
              <w:br/>
              <w:t>prezentovať výsledky svojej práce pred spolužiakmi</w:t>
            </w:r>
          </w:p>
        </w:tc>
        <w:tc>
          <w:tcPr>
            <w:tcW w:w="2249" w:type="dxa"/>
            <w:vAlign w:val="center"/>
          </w:tcPr>
          <w:p w14:paraId="13B4CAA2" w14:textId="77777777" w:rsidR="00840388" w:rsidRDefault="00A35792" w:rsidP="008646AA">
            <w:r>
              <w:rPr>
                <w:rFonts w:ascii="Calibri" w:eastAsia="Calibri" w:hAnsi="Calibri"/>
                <w:sz w:val="16"/>
              </w:rPr>
              <w:t>could</w:t>
            </w:r>
          </w:p>
        </w:tc>
        <w:tc>
          <w:tcPr>
            <w:tcW w:w="1740" w:type="dxa"/>
            <w:vAlign w:val="center"/>
          </w:tcPr>
          <w:p w14:paraId="19CE6A44" w14:textId="77777777" w:rsidR="00840388" w:rsidRDefault="00840388" w:rsidP="008646AA"/>
        </w:tc>
        <w:tc>
          <w:tcPr>
            <w:tcW w:w="1576" w:type="dxa"/>
            <w:vAlign w:val="center"/>
          </w:tcPr>
          <w:p w14:paraId="1ECF7C23" w14:textId="77777777" w:rsidR="00840388" w:rsidRDefault="00840388" w:rsidP="008646AA"/>
        </w:tc>
        <w:tc>
          <w:tcPr>
            <w:tcW w:w="1650" w:type="dxa"/>
            <w:vAlign w:val="center"/>
          </w:tcPr>
          <w:p w14:paraId="18D9FE7E" w14:textId="77777777" w:rsidR="00840388" w:rsidRDefault="00840388" w:rsidP="008646AA"/>
        </w:tc>
      </w:tr>
      <w:tr w:rsidR="00840388" w14:paraId="74DF2E5E" w14:textId="77777777" w:rsidTr="008646AA">
        <w:tc>
          <w:tcPr>
            <w:tcW w:w="865" w:type="dxa"/>
            <w:vAlign w:val="center"/>
          </w:tcPr>
          <w:p w14:paraId="1E4FF5E9" w14:textId="77777777" w:rsidR="00840388" w:rsidRDefault="00840388" w:rsidP="008646AA"/>
        </w:tc>
        <w:tc>
          <w:tcPr>
            <w:tcW w:w="872" w:type="dxa"/>
            <w:vAlign w:val="center"/>
          </w:tcPr>
          <w:p w14:paraId="7C99BB71" w14:textId="77777777" w:rsidR="00840388" w:rsidRDefault="00A35792" w:rsidP="008646AA">
            <w:r>
              <w:rPr>
                <w:rFonts w:ascii="Calibri" w:eastAsia="Calibri" w:hAnsi="Calibri"/>
                <w:sz w:val="16"/>
              </w:rPr>
              <w:t>53</w:t>
            </w:r>
          </w:p>
        </w:tc>
        <w:tc>
          <w:tcPr>
            <w:tcW w:w="1093" w:type="dxa"/>
            <w:vAlign w:val="center"/>
          </w:tcPr>
          <w:p w14:paraId="30B8C90D" w14:textId="77777777" w:rsidR="00840388" w:rsidRDefault="00A35792" w:rsidP="008646AA">
            <w:r>
              <w:rPr>
                <w:rFonts w:ascii="Calibri" w:eastAsia="Calibri" w:hAnsi="Calibri"/>
                <w:sz w:val="16"/>
              </w:rPr>
              <w:t>4B: I had an accident</w:t>
            </w:r>
          </w:p>
        </w:tc>
        <w:tc>
          <w:tcPr>
            <w:tcW w:w="2316" w:type="dxa"/>
            <w:vAlign w:val="center"/>
          </w:tcPr>
          <w:p w14:paraId="3C05B9E3" w14:textId="77777777" w:rsidR="00840388" w:rsidRDefault="00A35792" w:rsidP="008646AA">
            <w:r>
              <w:rPr>
                <w:rFonts w:ascii="Calibri" w:eastAsia="Calibri" w:hAnsi="Calibri"/>
                <w:sz w:val="16"/>
              </w:rPr>
              <w:t>Slovná zásoba - nehody, čítanie s porozumením</w:t>
            </w:r>
          </w:p>
        </w:tc>
        <w:tc>
          <w:tcPr>
            <w:tcW w:w="2317" w:type="dxa"/>
            <w:vAlign w:val="center"/>
          </w:tcPr>
          <w:p w14:paraId="42B8FBDA" w14:textId="77777777" w:rsidR="00840388" w:rsidRDefault="00A35792" w:rsidP="008646AA">
            <w:r>
              <w:rPr>
                <w:rFonts w:ascii="Calibri" w:eastAsia="Calibri" w:hAnsi="Calibri"/>
                <w:sz w:val="16"/>
              </w:rPr>
              <w:t>pomenovať nehody, zranenia a časti tela</w:t>
            </w:r>
            <w:r>
              <w:rPr>
                <w:rFonts w:ascii="Calibri" w:eastAsia="Calibri" w:hAnsi="Calibri"/>
                <w:sz w:val="16"/>
              </w:rPr>
              <w:br/>
              <w:t>porozumieť textu o nehode alebo úraze</w:t>
            </w:r>
            <w:r>
              <w:rPr>
                <w:rFonts w:ascii="Calibri" w:eastAsia="Calibri" w:hAnsi="Calibri"/>
                <w:sz w:val="16"/>
              </w:rPr>
              <w:br/>
              <w:t>vyjadriť súcit a reagovať na nepríjemnú situáciu</w:t>
            </w:r>
          </w:p>
        </w:tc>
        <w:tc>
          <w:tcPr>
            <w:tcW w:w="2249" w:type="dxa"/>
            <w:vAlign w:val="center"/>
          </w:tcPr>
          <w:p w14:paraId="4DA2B17C" w14:textId="77777777" w:rsidR="00840388" w:rsidRDefault="00840388" w:rsidP="008646AA"/>
        </w:tc>
        <w:tc>
          <w:tcPr>
            <w:tcW w:w="1740" w:type="dxa"/>
            <w:vAlign w:val="center"/>
          </w:tcPr>
          <w:p w14:paraId="757FD356" w14:textId="77777777" w:rsidR="00840388" w:rsidRDefault="00A35792" w:rsidP="008646AA">
            <w:r>
              <w:rPr>
                <w:rFonts w:ascii="Calibri" w:eastAsia="Calibri" w:hAnsi="Calibri"/>
                <w:sz w:val="16"/>
              </w:rPr>
              <w:t>ankle, back, Believe it or not, break, chase, crash (into), fall off, have an accident, hit , hurt, It's a long story, jump off, knee, Ouch!, Poor you!, seat belt, slip, sprain, What's the matter with you?, wrist</w:t>
            </w:r>
          </w:p>
        </w:tc>
        <w:tc>
          <w:tcPr>
            <w:tcW w:w="1576" w:type="dxa"/>
            <w:vAlign w:val="center"/>
          </w:tcPr>
          <w:p w14:paraId="43DB7CA8"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564A20F5" w14:textId="77777777" w:rsidR="00840388" w:rsidRDefault="00A35792" w:rsidP="008646AA">
            <w:r>
              <w:rPr>
                <w:rFonts w:ascii="Calibri" w:eastAsia="Calibri" w:hAnsi="Calibri"/>
                <w:sz w:val="16"/>
              </w:rPr>
              <w:t>kritické myslenie, komunikácia, spolupráca, tvorivosť</w:t>
            </w:r>
          </w:p>
        </w:tc>
      </w:tr>
      <w:tr w:rsidR="00840388" w14:paraId="62F00AEE" w14:textId="77777777" w:rsidTr="008646AA">
        <w:tc>
          <w:tcPr>
            <w:tcW w:w="865" w:type="dxa"/>
            <w:vAlign w:val="center"/>
          </w:tcPr>
          <w:p w14:paraId="3102C469" w14:textId="77777777" w:rsidR="00840388" w:rsidRDefault="00840388" w:rsidP="008646AA"/>
        </w:tc>
        <w:tc>
          <w:tcPr>
            <w:tcW w:w="872" w:type="dxa"/>
            <w:vAlign w:val="center"/>
          </w:tcPr>
          <w:p w14:paraId="5235B826" w14:textId="77777777" w:rsidR="00840388" w:rsidRDefault="00A35792" w:rsidP="008646AA">
            <w:r>
              <w:rPr>
                <w:rFonts w:ascii="Calibri" w:eastAsia="Calibri" w:hAnsi="Calibri"/>
                <w:sz w:val="16"/>
              </w:rPr>
              <w:t>54</w:t>
            </w:r>
          </w:p>
        </w:tc>
        <w:tc>
          <w:tcPr>
            <w:tcW w:w="1093" w:type="dxa"/>
            <w:vAlign w:val="center"/>
          </w:tcPr>
          <w:p w14:paraId="71E678FF" w14:textId="77777777" w:rsidR="00840388" w:rsidRDefault="00A35792" w:rsidP="008646AA">
            <w:r>
              <w:rPr>
                <w:rFonts w:ascii="Calibri" w:eastAsia="Calibri" w:hAnsi="Calibri"/>
                <w:sz w:val="16"/>
              </w:rPr>
              <w:t>4B: I had an accident</w:t>
            </w:r>
          </w:p>
        </w:tc>
        <w:tc>
          <w:tcPr>
            <w:tcW w:w="2316" w:type="dxa"/>
            <w:vAlign w:val="center"/>
          </w:tcPr>
          <w:p w14:paraId="31BCBDC2" w14:textId="77777777" w:rsidR="00840388" w:rsidRDefault="00A35792" w:rsidP="008646AA">
            <w:r>
              <w:rPr>
                <w:rFonts w:ascii="Calibri" w:eastAsia="Calibri" w:hAnsi="Calibri"/>
                <w:sz w:val="16"/>
              </w:rPr>
              <w:t>Gramatika - minulý čas priebehový, rozprávanie, písanie</w:t>
            </w:r>
          </w:p>
        </w:tc>
        <w:tc>
          <w:tcPr>
            <w:tcW w:w="2317" w:type="dxa"/>
            <w:vAlign w:val="center"/>
          </w:tcPr>
          <w:p w14:paraId="30C87D57" w14:textId="77777777" w:rsidR="00840388" w:rsidRDefault="00A35792" w:rsidP="008646AA">
            <w:r>
              <w:rPr>
                <w:rFonts w:ascii="Calibri" w:eastAsia="Calibri" w:hAnsi="Calibri"/>
                <w:sz w:val="16"/>
              </w:rPr>
              <w:t>používať minulý čas priebehový na opis prebiehajúcich dejov v minulosti</w:t>
            </w:r>
            <w:r>
              <w:rPr>
                <w:rFonts w:ascii="Calibri" w:eastAsia="Calibri" w:hAnsi="Calibri"/>
                <w:sz w:val="16"/>
              </w:rPr>
              <w:br/>
              <w:t>opísať priebeh udalosti alebo nehody</w:t>
            </w:r>
            <w:r>
              <w:rPr>
                <w:rFonts w:ascii="Calibri" w:eastAsia="Calibri" w:hAnsi="Calibri"/>
                <w:sz w:val="16"/>
              </w:rPr>
              <w:br/>
              <w:t>napísať krátky príbeh o udalosti z minulosti</w:t>
            </w:r>
          </w:p>
        </w:tc>
        <w:tc>
          <w:tcPr>
            <w:tcW w:w="2249" w:type="dxa"/>
            <w:vAlign w:val="center"/>
          </w:tcPr>
          <w:p w14:paraId="167D3F7C" w14:textId="77777777" w:rsidR="00840388" w:rsidRDefault="00A35792" w:rsidP="008646AA">
            <w:r>
              <w:rPr>
                <w:rFonts w:ascii="Calibri" w:eastAsia="Calibri" w:hAnsi="Calibri"/>
                <w:sz w:val="16"/>
              </w:rPr>
              <w:t>Past Progressive</w:t>
            </w:r>
          </w:p>
        </w:tc>
        <w:tc>
          <w:tcPr>
            <w:tcW w:w="1740" w:type="dxa"/>
            <w:vAlign w:val="center"/>
          </w:tcPr>
          <w:p w14:paraId="5DF93975" w14:textId="77777777" w:rsidR="00840388" w:rsidRDefault="00840388" w:rsidP="008646AA"/>
        </w:tc>
        <w:tc>
          <w:tcPr>
            <w:tcW w:w="1576" w:type="dxa"/>
            <w:vAlign w:val="center"/>
          </w:tcPr>
          <w:p w14:paraId="3D1E2D4C" w14:textId="77777777" w:rsidR="00840388" w:rsidRDefault="00840388" w:rsidP="008646AA"/>
        </w:tc>
        <w:tc>
          <w:tcPr>
            <w:tcW w:w="1650" w:type="dxa"/>
            <w:vAlign w:val="center"/>
          </w:tcPr>
          <w:p w14:paraId="49BC96BF" w14:textId="77777777" w:rsidR="00840388" w:rsidRDefault="00840388" w:rsidP="008646AA"/>
        </w:tc>
      </w:tr>
      <w:tr w:rsidR="00840388" w14:paraId="3EEC303E" w14:textId="77777777" w:rsidTr="008646AA">
        <w:tc>
          <w:tcPr>
            <w:tcW w:w="865" w:type="dxa"/>
            <w:vAlign w:val="center"/>
          </w:tcPr>
          <w:p w14:paraId="2DE03BBB" w14:textId="77777777" w:rsidR="00840388" w:rsidRDefault="00A35792" w:rsidP="008646AA">
            <w:r>
              <w:rPr>
                <w:rFonts w:ascii="Calibri" w:eastAsia="Calibri" w:hAnsi="Calibri"/>
                <w:sz w:val="16"/>
              </w:rPr>
              <w:lastRenderedPageBreak/>
              <w:t>19</w:t>
            </w:r>
          </w:p>
        </w:tc>
        <w:tc>
          <w:tcPr>
            <w:tcW w:w="872" w:type="dxa"/>
            <w:vAlign w:val="center"/>
          </w:tcPr>
          <w:p w14:paraId="0E6044A9" w14:textId="77777777" w:rsidR="00840388" w:rsidRDefault="00A35792" w:rsidP="008646AA">
            <w:r>
              <w:rPr>
                <w:rFonts w:ascii="Calibri" w:eastAsia="Calibri" w:hAnsi="Calibri"/>
                <w:sz w:val="16"/>
              </w:rPr>
              <w:t>55</w:t>
            </w:r>
          </w:p>
        </w:tc>
        <w:tc>
          <w:tcPr>
            <w:tcW w:w="1093" w:type="dxa"/>
            <w:vAlign w:val="center"/>
          </w:tcPr>
          <w:p w14:paraId="1E36C510" w14:textId="77777777" w:rsidR="00840388" w:rsidRDefault="00A35792" w:rsidP="008646AA">
            <w:r>
              <w:rPr>
                <w:rFonts w:ascii="Calibri" w:eastAsia="Calibri" w:hAnsi="Calibri"/>
                <w:sz w:val="16"/>
              </w:rPr>
              <w:t>4C: What an adventure!</w:t>
            </w:r>
          </w:p>
        </w:tc>
        <w:tc>
          <w:tcPr>
            <w:tcW w:w="2316" w:type="dxa"/>
            <w:vAlign w:val="center"/>
          </w:tcPr>
          <w:p w14:paraId="3632BD19" w14:textId="77777777" w:rsidR="00840388" w:rsidRDefault="00A35792" w:rsidP="008646AA">
            <w:r>
              <w:rPr>
                <w:rFonts w:ascii="Calibri" w:eastAsia="Calibri" w:hAnsi="Calibri"/>
                <w:sz w:val="16"/>
              </w:rPr>
              <w:t>Čítanie s porozumením, slovná zásoba - prídavné mená a príslovky</w:t>
            </w:r>
          </w:p>
        </w:tc>
        <w:tc>
          <w:tcPr>
            <w:tcW w:w="2317" w:type="dxa"/>
            <w:vAlign w:val="center"/>
          </w:tcPr>
          <w:p w14:paraId="538D2A18" w14:textId="77777777" w:rsidR="00840388" w:rsidRDefault="00A35792" w:rsidP="008646AA">
            <w:r>
              <w:rPr>
                <w:rFonts w:ascii="Calibri" w:eastAsia="Calibri" w:hAnsi="Calibri"/>
                <w:sz w:val="16"/>
              </w:rPr>
              <w:t>porozumieť dobrodružnému príbehu</w:t>
            </w:r>
            <w:r>
              <w:rPr>
                <w:rFonts w:ascii="Calibri" w:eastAsia="Calibri" w:hAnsi="Calibri"/>
                <w:sz w:val="16"/>
              </w:rPr>
              <w:br/>
              <w:t>pomenovať pocity a opísať sled udalostí</w:t>
            </w:r>
            <w:r>
              <w:rPr>
                <w:rFonts w:ascii="Calibri" w:eastAsia="Calibri" w:hAnsi="Calibri"/>
                <w:sz w:val="16"/>
              </w:rPr>
              <w:br/>
              <w:t>používať prídavné mená a príslovky pri rozprávaní príbehu</w:t>
            </w:r>
          </w:p>
        </w:tc>
        <w:tc>
          <w:tcPr>
            <w:tcW w:w="2249" w:type="dxa"/>
            <w:vAlign w:val="center"/>
          </w:tcPr>
          <w:p w14:paraId="6994B588" w14:textId="77777777" w:rsidR="00840388" w:rsidRDefault="00840388" w:rsidP="008646AA"/>
        </w:tc>
        <w:tc>
          <w:tcPr>
            <w:tcW w:w="1740" w:type="dxa"/>
            <w:vAlign w:val="center"/>
          </w:tcPr>
          <w:p w14:paraId="090501F2" w14:textId="77777777" w:rsidR="00840388" w:rsidRDefault="00A35792" w:rsidP="008646AA">
            <w:r>
              <w:rPr>
                <w:rFonts w:ascii="Calibri" w:eastAsia="Calibri" w:hAnsi="Calibri"/>
                <w:sz w:val="16"/>
              </w:rPr>
              <w:t>adventure, alive, as soon as, careful, carry, climber, cry, dead, early, hard (difficult), however, hurt, instead of, late, leader, look back, missing, nightmare, quickly, slowly, snowstorm, top, unfortunately, while</w:t>
            </w:r>
          </w:p>
        </w:tc>
        <w:tc>
          <w:tcPr>
            <w:tcW w:w="1576" w:type="dxa"/>
            <w:vAlign w:val="center"/>
          </w:tcPr>
          <w:p w14:paraId="202844BB"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43E18D07" w14:textId="77777777" w:rsidR="00840388" w:rsidRDefault="00A35792" w:rsidP="008646AA">
            <w:r>
              <w:rPr>
                <w:rFonts w:ascii="Calibri" w:eastAsia="Calibri" w:hAnsi="Calibri"/>
                <w:sz w:val="16"/>
              </w:rPr>
              <w:t>kritické myslenie, tvorivosť</w:t>
            </w:r>
          </w:p>
        </w:tc>
      </w:tr>
      <w:tr w:rsidR="00840388" w14:paraId="71976A7C" w14:textId="77777777" w:rsidTr="008646AA">
        <w:tc>
          <w:tcPr>
            <w:tcW w:w="865" w:type="dxa"/>
            <w:vAlign w:val="center"/>
          </w:tcPr>
          <w:p w14:paraId="0603872E" w14:textId="77777777" w:rsidR="00840388" w:rsidRDefault="00840388" w:rsidP="008646AA"/>
        </w:tc>
        <w:tc>
          <w:tcPr>
            <w:tcW w:w="872" w:type="dxa"/>
            <w:vAlign w:val="center"/>
          </w:tcPr>
          <w:p w14:paraId="50659C38" w14:textId="77777777" w:rsidR="00840388" w:rsidRDefault="00A35792" w:rsidP="008646AA">
            <w:r>
              <w:rPr>
                <w:rFonts w:ascii="Calibri" w:eastAsia="Calibri" w:hAnsi="Calibri"/>
                <w:sz w:val="16"/>
              </w:rPr>
              <w:t>56</w:t>
            </w:r>
          </w:p>
        </w:tc>
        <w:tc>
          <w:tcPr>
            <w:tcW w:w="1093" w:type="dxa"/>
            <w:vAlign w:val="center"/>
          </w:tcPr>
          <w:p w14:paraId="6526E622" w14:textId="77777777" w:rsidR="00840388" w:rsidRDefault="00A35792" w:rsidP="008646AA">
            <w:r>
              <w:rPr>
                <w:rFonts w:ascii="Calibri" w:eastAsia="Calibri" w:hAnsi="Calibri"/>
                <w:sz w:val="16"/>
              </w:rPr>
              <w:t>4C: What an adventure!</w:t>
            </w:r>
          </w:p>
        </w:tc>
        <w:tc>
          <w:tcPr>
            <w:tcW w:w="2316" w:type="dxa"/>
            <w:vAlign w:val="center"/>
          </w:tcPr>
          <w:p w14:paraId="2057A5BB" w14:textId="77777777" w:rsidR="00840388" w:rsidRDefault="00A35792" w:rsidP="008646AA">
            <w:r>
              <w:rPr>
                <w:rFonts w:ascii="Calibri" w:eastAsia="Calibri" w:hAnsi="Calibri"/>
                <w:sz w:val="16"/>
              </w:rPr>
              <w:t>Gramatika – minulý čas jednoduchý a priebehový, príslovky spôsobu, počúvanie s porozumením</w:t>
            </w:r>
          </w:p>
        </w:tc>
        <w:tc>
          <w:tcPr>
            <w:tcW w:w="2317" w:type="dxa"/>
            <w:vAlign w:val="center"/>
          </w:tcPr>
          <w:p w14:paraId="5D7DC8AE" w14:textId="77777777" w:rsidR="00840388" w:rsidRDefault="00A35792" w:rsidP="008646AA">
            <w:r>
              <w:rPr>
                <w:rFonts w:ascii="Calibri" w:eastAsia="Calibri" w:hAnsi="Calibri"/>
                <w:sz w:val="16"/>
              </w:rPr>
              <w:t>rozlišovať použitie minulého jednoduchého a priebehového času</w:t>
            </w:r>
            <w:r>
              <w:rPr>
                <w:rFonts w:ascii="Calibri" w:eastAsia="Calibri" w:hAnsi="Calibri"/>
                <w:sz w:val="16"/>
              </w:rPr>
              <w:br/>
              <w:t>používať časové spojky when, while a as soon as</w:t>
            </w:r>
            <w:r>
              <w:rPr>
                <w:rFonts w:ascii="Calibri" w:eastAsia="Calibri" w:hAnsi="Calibri"/>
                <w:sz w:val="16"/>
              </w:rPr>
              <w:br/>
              <w:t>používať príslovky spôsobu pri opise deja</w:t>
            </w:r>
          </w:p>
        </w:tc>
        <w:tc>
          <w:tcPr>
            <w:tcW w:w="2249" w:type="dxa"/>
            <w:vAlign w:val="center"/>
          </w:tcPr>
          <w:p w14:paraId="3D889B92" w14:textId="77777777" w:rsidR="00840388" w:rsidRDefault="00A35792" w:rsidP="008646AA">
            <w:r>
              <w:rPr>
                <w:rFonts w:ascii="Calibri" w:eastAsia="Calibri" w:hAnsi="Calibri"/>
                <w:sz w:val="16"/>
              </w:rPr>
              <w:t>Past Simple – Past Progressive</w:t>
            </w:r>
            <w:r>
              <w:rPr>
                <w:rFonts w:ascii="Calibri" w:eastAsia="Calibri" w:hAnsi="Calibri"/>
                <w:sz w:val="16"/>
              </w:rPr>
              <w:br/>
              <w:t>Time clauses: when, while, as soon as</w:t>
            </w:r>
            <w:r>
              <w:rPr>
                <w:rFonts w:ascii="Calibri" w:eastAsia="Calibri" w:hAnsi="Calibri"/>
                <w:sz w:val="16"/>
              </w:rPr>
              <w:br/>
              <w:t>Adverbs of manner</w:t>
            </w:r>
          </w:p>
        </w:tc>
        <w:tc>
          <w:tcPr>
            <w:tcW w:w="1740" w:type="dxa"/>
            <w:vAlign w:val="center"/>
          </w:tcPr>
          <w:p w14:paraId="3CC4FA25" w14:textId="77777777" w:rsidR="00840388" w:rsidRDefault="00840388" w:rsidP="008646AA"/>
        </w:tc>
        <w:tc>
          <w:tcPr>
            <w:tcW w:w="1576" w:type="dxa"/>
            <w:vAlign w:val="center"/>
          </w:tcPr>
          <w:p w14:paraId="6BBD2991" w14:textId="77777777" w:rsidR="00840388" w:rsidRDefault="00840388" w:rsidP="008646AA"/>
        </w:tc>
        <w:tc>
          <w:tcPr>
            <w:tcW w:w="1650" w:type="dxa"/>
            <w:vAlign w:val="center"/>
          </w:tcPr>
          <w:p w14:paraId="52F08E7E" w14:textId="77777777" w:rsidR="00840388" w:rsidRDefault="00840388" w:rsidP="008646AA"/>
        </w:tc>
      </w:tr>
      <w:tr w:rsidR="00840388" w14:paraId="4DB504DE" w14:textId="77777777" w:rsidTr="008646AA">
        <w:tc>
          <w:tcPr>
            <w:tcW w:w="865" w:type="dxa"/>
            <w:vAlign w:val="center"/>
          </w:tcPr>
          <w:p w14:paraId="58DD1AC5" w14:textId="77777777" w:rsidR="00840388" w:rsidRDefault="00840388" w:rsidP="008646AA"/>
        </w:tc>
        <w:tc>
          <w:tcPr>
            <w:tcW w:w="872" w:type="dxa"/>
            <w:vAlign w:val="center"/>
          </w:tcPr>
          <w:p w14:paraId="3558DDFF" w14:textId="77777777" w:rsidR="00840388" w:rsidRDefault="00A35792" w:rsidP="008646AA">
            <w:r>
              <w:rPr>
                <w:rFonts w:ascii="Calibri" w:eastAsia="Calibri" w:hAnsi="Calibri"/>
                <w:sz w:val="16"/>
              </w:rPr>
              <w:t>57</w:t>
            </w:r>
          </w:p>
        </w:tc>
        <w:tc>
          <w:tcPr>
            <w:tcW w:w="1093" w:type="dxa"/>
            <w:vAlign w:val="center"/>
          </w:tcPr>
          <w:p w14:paraId="2D493EBA" w14:textId="77777777" w:rsidR="00840388" w:rsidRDefault="00A35792" w:rsidP="008646AA">
            <w:r>
              <w:rPr>
                <w:rFonts w:ascii="Calibri" w:eastAsia="Calibri" w:hAnsi="Calibri"/>
                <w:sz w:val="16"/>
              </w:rPr>
              <w:t>4D: Amazing people</w:t>
            </w:r>
          </w:p>
        </w:tc>
        <w:tc>
          <w:tcPr>
            <w:tcW w:w="2316" w:type="dxa"/>
            <w:vAlign w:val="center"/>
          </w:tcPr>
          <w:p w14:paraId="6DF83D29" w14:textId="77777777" w:rsidR="00840388" w:rsidRDefault="00A35792" w:rsidP="008646AA">
            <w:r>
              <w:rPr>
                <w:rFonts w:ascii="Calibri" w:eastAsia="Calibri" w:hAnsi="Calibri"/>
                <w:sz w:val="16"/>
              </w:rPr>
              <w:t>Čítanie s porozumením, slovná zásoba - športové úspechy</w:t>
            </w:r>
          </w:p>
        </w:tc>
        <w:tc>
          <w:tcPr>
            <w:tcW w:w="2317" w:type="dxa"/>
            <w:vAlign w:val="center"/>
          </w:tcPr>
          <w:p w14:paraId="674F34B2" w14:textId="77777777" w:rsidR="00840388" w:rsidRDefault="00A35792" w:rsidP="008646AA">
            <w:r>
              <w:rPr>
                <w:rFonts w:ascii="Calibri" w:eastAsia="Calibri" w:hAnsi="Calibri"/>
                <w:sz w:val="16"/>
              </w:rPr>
              <w:t>porozumieť textu o úspešných osobnostiach</w:t>
            </w:r>
            <w:r>
              <w:rPr>
                <w:rFonts w:ascii="Calibri" w:eastAsia="Calibri" w:hAnsi="Calibri"/>
                <w:sz w:val="16"/>
              </w:rPr>
              <w:br/>
              <w:t>hovoriť o športových úspechoch a životných príbehoch</w:t>
            </w:r>
            <w:r>
              <w:rPr>
                <w:rFonts w:ascii="Calibri" w:eastAsia="Calibri" w:hAnsi="Calibri"/>
                <w:sz w:val="16"/>
              </w:rPr>
              <w:br/>
              <w:t>opísať minulé zvyky a činnosti známych ľudí</w:t>
            </w:r>
          </w:p>
        </w:tc>
        <w:tc>
          <w:tcPr>
            <w:tcW w:w="2249" w:type="dxa"/>
            <w:vAlign w:val="center"/>
          </w:tcPr>
          <w:p w14:paraId="64A57298" w14:textId="77777777" w:rsidR="00840388" w:rsidRDefault="00840388" w:rsidP="008646AA"/>
        </w:tc>
        <w:tc>
          <w:tcPr>
            <w:tcW w:w="1740" w:type="dxa"/>
            <w:vAlign w:val="center"/>
          </w:tcPr>
          <w:p w14:paraId="3A2A1A92" w14:textId="77777777" w:rsidR="00840388" w:rsidRDefault="00A35792" w:rsidP="008646AA">
            <w:r>
              <w:rPr>
                <w:rFonts w:ascii="Calibri" w:eastAsia="Calibri" w:hAnsi="Calibri"/>
                <w:sz w:val="16"/>
              </w:rPr>
              <w:t>award, be over, comeback, cycling, cyclist, decide, forever, for good, in the beginning, luckily, race, race, success, unbelievably, university, What does he/she do?, writer</w:t>
            </w:r>
          </w:p>
        </w:tc>
        <w:tc>
          <w:tcPr>
            <w:tcW w:w="1576" w:type="dxa"/>
            <w:vAlign w:val="center"/>
          </w:tcPr>
          <w:p w14:paraId="7C4A1559"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4121EE05" w14:textId="77777777" w:rsidR="00840388" w:rsidRDefault="00A35792" w:rsidP="008646AA">
            <w:r>
              <w:rPr>
                <w:rFonts w:ascii="Calibri" w:eastAsia="Calibri" w:hAnsi="Calibri"/>
                <w:sz w:val="16"/>
              </w:rPr>
              <w:t>kritické myslenie, komunikácia, spolupráca, tvorivosť</w:t>
            </w:r>
          </w:p>
        </w:tc>
      </w:tr>
      <w:tr w:rsidR="00840388" w14:paraId="70A11DDB" w14:textId="77777777" w:rsidTr="008646AA">
        <w:tc>
          <w:tcPr>
            <w:tcW w:w="865" w:type="dxa"/>
            <w:vAlign w:val="center"/>
          </w:tcPr>
          <w:p w14:paraId="34888454" w14:textId="77777777" w:rsidR="00840388" w:rsidRDefault="00A35792" w:rsidP="008646AA">
            <w:r>
              <w:rPr>
                <w:rFonts w:ascii="Calibri" w:eastAsia="Calibri" w:hAnsi="Calibri"/>
                <w:sz w:val="16"/>
              </w:rPr>
              <w:t>20</w:t>
            </w:r>
          </w:p>
        </w:tc>
        <w:tc>
          <w:tcPr>
            <w:tcW w:w="872" w:type="dxa"/>
            <w:vAlign w:val="center"/>
          </w:tcPr>
          <w:p w14:paraId="74494F86" w14:textId="77777777" w:rsidR="00840388" w:rsidRDefault="00A35792" w:rsidP="008646AA">
            <w:r>
              <w:rPr>
                <w:rFonts w:ascii="Calibri" w:eastAsia="Calibri" w:hAnsi="Calibri"/>
                <w:sz w:val="16"/>
              </w:rPr>
              <w:t>58</w:t>
            </w:r>
          </w:p>
        </w:tc>
        <w:tc>
          <w:tcPr>
            <w:tcW w:w="1093" w:type="dxa"/>
            <w:vAlign w:val="center"/>
          </w:tcPr>
          <w:p w14:paraId="3B7CACAF" w14:textId="77777777" w:rsidR="00840388" w:rsidRDefault="00A35792" w:rsidP="008646AA">
            <w:r>
              <w:rPr>
                <w:rFonts w:ascii="Calibri" w:eastAsia="Calibri" w:hAnsi="Calibri"/>
                <w:sz w:val="16"/>
              </w:rPr>
              <w:t>4D: Amazing people</w:t>
            </w:r>
          </w:p>
        </w:tc>
        <w:tc>
          <w:tcPr>
            <w:tcW w:w="2316" w:type="dxa"/>
            <w:vAlign w:val="center"/>
          </w:tcPr>
          <w:p w14:paraId="38F989B8" w14:textId="77777777" w:rsidR="00840388" w:rsidRDefault="00A35792" w:rsidP="008646AA">
            <w:r>
              <w:rPr>
                <w:rFonts w:ascii="Calibri" w:eastAsia="Calibri" w:hAnsi="Calibri"/>
                <w:sz w:val="16"/>
              </w:rPr>
              <w:t>Gramatika – sloveso used to, počúvanie s porozumením, písanie</w:t>
            </w:r>
          </w:p>
        </w:tc>
        <w:tc>
          <w:tcPr>
            <w:tcW w:w="2317" w:type="dxa"/>
            <w:vAlign w:val="center"/>
          </w:tcPr>
          <w:p w14:paraId="58253102" w14:textId="77777777" w:rsidR="00840388" w:rsidRDefault="00A35792" w:rsidP="008646AA">
            <w:r>
              <w:rPr>
                <w:rFonts w:ascii="Calibri" w:eastAsia="Calibri" w:hAnsi="Calibri"/>
                <w:sz w:val="16"/>
              </w:rPr>
              <w:t>používať väzbu used to na opis minulých zvykov a stavov</w:t>
            </w:r>
            <w:r>
              <w:rPr>
                <w:rFonts w:ascii="Calibri" w:eastAsia="Calibri" w:hAnsi="Calibri"/>
                <w:sz w:val="16"/>
              </w:rPr>
              <w:br/>
              <w:t>porozumieť počúvanému textu o živote známych osobností</w:t>
            </w:r>
            <w:r>
              <w:rPr>
                <w:rFonts w:ascii="Calibri" w:eastAsia="Calibri" w:hAnsi="Calibri"/>
                <w:sz w:val="16"/>
              </w:rPr>
              <w:br/>
              <w:t>napísať krátky text o tom, čo bolo v minulosti iné</w:t>
            </w:r>
          </w:p>
        </w:tc>
        <w:tc>
          <w:tcPr>
            <w:tcW w:w="2249" w:type="dxa"/>
            <w:vAlign w:val="center"/>
          </w:tcPr>
          <w:p w14:paraId="25D5F969" w14:textId="77777777" w:rsidR="00840388" w:rsidRDefault="00A35792" w:rsidP="008646AA">
            <w:r>
              <w:rPr>
                <w:rFonts w:ascii="Calibri" w:eastAsia="Calibri" w:hAnsi="Calibri"/>
                <w:sz w:val="16"/>
              </w:rPr>
              <w:t>used to</w:t>
            </w:r>
          </w:p>
        </w:tc>
        <w:tc>
          <w:tcPr>
            <w:tcW w:w="1740" w:type="dxa"/>
            <w:vAlign w:val="center"/>
          </w:tcPr>
          <w:p w14:paraId="1CCE0943" w14:textId="77777777" w:rsidR="00840388" w:rsidRDefault="00840388" w:rsidP="008646AA"/>
        </w:tc>
        <w:tc>
          <w:tcPr>
            <w:tcW w:w="1576" w:type="dxa"/>
            <w:vAlign w:val="center"/>
          </w:tcPr>
          <w:p w14:paraId="27461A32" w14:textId="77777777" w:rsidR="00840388" w:rsidRDefault="00840388" w:rsidP="008646AA"/>
        </w:tc>
        <w:tc>
          <w:tcPr>
            <w:tcW w:w="1650" w:type="dxa"/>
            <w:vAlign w:val="center"/>
          </w:tcPr>
          <w:p w14:paraId="4767B53F" w14:textId="77777777" w:rsidR="00840388" w:rsidRDefault="00840388" w:rsidP="008646AA"/>
        </w:tc>
      </w:tr>
      <w:tr w:rsidR="00840388" w14:paraId="32E23847" w14:textId="77777777" w:rsidTr="008646AA">
        <w:tc>
          <w:tcPr>
            <w:tcW w:w="865" w:type="dxa"/>
            <w:vAlign w:val="center"/>
          </w:tcPr>
          <w:p w14:paraId="700350F1" w14:textId="77777777" w:rsidR="00840388" w:rsidRDefault="00840388" w:rsidP="008646AA"/>
        </w:tc>
        <w:tc>
          <w:tcPr>
            <w:tcW w:w="872" w:type="dxa"/>
            <w:vAlign w:val="center"/>
          </w:tcPr>
          <w:p w14:paraId="4A452D74" w14:textId="77777777" w:rsidR="00840388" w:rsidRDefault="00A35792" w:rsidP="008646AA">
            <w:r>
              <w:rPr>
                <w:rFonts w:ascii="Calibri" w:eastAsia="Calibri" w:hAnsi="Calibri"/>
                <w:sz w:val="16"/>
              </w:rPr>
              <w:t>59</w:t>
            </w:r>
          </w:p>
        </w:tc>
        <w:tc>
          <w:tcPr>
            <w:tcW w:w="1093" w:type="dxa"/>
            <w:vAlign w:val="center"/>
          </w:tcPr>
          <w:p w14:paraId="5AED9760" w14:textId="77777777" w:rsidR="00840388" w:rsidRDefault="00A35792" w:rsidP="008646AA">
            <w:r>
              <w:rPr>
                <w:rFonts w:ascii="Calibri" w:eastAsia="Calibri" w:hAnsi="Calibri"/>
                <w:sz w:val="16"/>
              </w:rPr>
              <w:t>Top Skills: It’s a mystery!</w:t>
            </w:r>
          </w:p>
        </w:tc>
        <w:tc>
          <w:tcPr>
            <w:tcW w:w="2316" w:type="dxa"/>
            <w:vAlign w:val="center"/>
          </w:tcPr>
          <w:p w14:paraId="67D52EB7" w14:textId="77777777" w:rsidR="00840388" w:rsidRDefault="00A35792" w:rsidP="008646AA">
            <w:r>
              <w:rPr>
                <w:rFonts w:ascii="Calibri" w:eastAsia="Calibri" w:hAnsi="Calibri"/>
                <w:sz w:val="16"/>
              </w:rPr>
              <w:t>Slovná zásoba - pocity, čítanie a počúvanie s porozumením</w:t>
            </w:r>
          </w:p>
        </w:tc>
        <w:tc>
          <w:tcPr>
            <w:tcW w:w="2317" w:type="dxa"/>
            <w:vAlign w:val="center"/>
          </w:tcPr>
          <w:p w14:paraId="786E1172" w14:textId="77777777" w:rsidR="00840388" w:rsidRDefault="00A35792" w:rsidP="008646AA">
            <w:r>
              <w:rPr>
                <w:rFonts w:ascii="Calibri" w:eastAsia="Calibri" w:hAnsi="Calibri"/>
                <w:sz w:val="16"/>
              </w:rPr>
              <w:t>porozumieť príbehu s tajomnou zápletkou</w:t>
            </w:r>
            <w:r>
              <w:rPr>
                <w:rFonts w:ascii="Calibri" w:eastAsia="Calibri" w:hAnsi="Calibri"/>
                <w:sz w:val="16"/>
              </w:rPr>
              <w:br/>
              <w:t>opísať pocity a reakcie postáv</w:t>
            </w:r>
            <w:r>
              <w:rPr>
                <w:rFonts w:ascii="Calibri" w:eastAsia="Calibri" w:hAnsi="Calibri"/>
                <w:sz w:val="16"/>
              </w:rPr>
              <w:br/>
              <w:t>rozprávať príbeh v logickom slede a zdôvodniť konanie postáv</w:t>
            </w:r>
          </w:p>
        </w:tc>
        <w:tc>
          <w:tcPr>
            <w:tcW w:w="2249" w:type="dxa"/>
            <w:vAlign w:val="center"/>
          </w:tcPr>
          <w:p w14:paraId="31A042FE" w14:textId="77777777" w:rsidR="00840388" w:rsidRDefault="00840388" w:rsidP="008646AA"/>
        </w:tc>
        <w:tc>
          <w:tcPr>
            <w:tcW w:w="1740" w:type="dxa"/>
            <w:vAlign w:val="center"/>
          </w:tcPr>
          <w:p w14:paraId="6C36D86C" w14:textId="77777777" w:rsidR="00840388" w:rsidRDefault="00A35792" w:rsidP="008646AA">
            <w:r>
              <w:rPr>
                <w:rFonts w:ascii="Calibri" w:eastAsia="Calibri" w:hAnsi="Calibri"/>
                <w:sz w:val="16"/>
              </w:rPr>
              <w:t>attic, creepy, disappear, embarrassed, frightened, ghost, haunted house, hear, light, look for, mystery, owl, scary, scream, sell, shocked, sign, strange, surprised, switch on, thrilled, violin, visitor, warm</w:t>
            </w:r>
          </w:p>
        </w:tc>
        <w:tc>
          <w:tcPr>
            <w:tcW w:w="1576" w:type="dxa"/>
            <w:vAlign w:val="center"/>
          </w:tcPr>
          <w:p w14:paraId="0F199263"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631189D9" w14:textId="77777777" w:rsidR="00840388" w:rsidRDefault="00A35792" w:rsidP="008646AA">
            <w:r>
              <w:rPr>
                <w:rFonts w:ascii="Calibri" w:eastAsia="Calibri" w:hAnsi="Calibri"/>
                <w:sz w:val="16"/>
              </w:rPr>
              <w:t>kritické myslenie, komunikácia, spolupráca, tvorivosť</w:t>
            </w:r>
          </w:p>
        </w:tc>
      </w:tr>
      <w:tr w:rsidR="00840388" w14:paraId="146B135B" w14:textId="77777777" w:rsidTr="008646AA">
        <w:tc>
          <w:tcPr>
            <w:tcW w:w="865" w:type="dxa"/>
            <w:vAlign w:val="center"/>
          </w:tcPr>
          <w:p w14:paraId="2B95CB98" w14:textId="77777777" w:rsidR="00840388" w:rsidRDefault="00840388" w:rsidP="008646AA"/>
        </w:tc>
        <w:tc>
          <w:tcPr>
            <w:tcW w:w="872" w:type="dxa"/>
            <w:vAlign w:val="center"/>
          </w:tcPr>
          <w:p w14:paraId="2CB04ADB" w14:textId="77777777" w:rsidR="00840388" w:rsidRDefault="00A35792" w:rsidP="008646AA">
            <w:r>
              <w:rPr>
                <w:rFonts w:ascii="Calibri" w:eastAsia="Calibri" w:hAnsi="Calibri"/>
                <w:sz w:val="16"/>
              </w:rPr>
              <w:t>60</w:t>
            </w:r>
          </w:p>
        </w:tc>
        <w:tc>
          <w:tcPr>
            <w:tcW w:w="1093" w:type="dxa"/>
            <w:vAlign w:val="center"/>
          </w:tcPr>
          <w:p w14:paraId="023475B9" w14:textId="77777777" w:rsidR="00840388" w:rsidRDefault="00A35792" w:rsidP="008646AA">
            <w:r>
              <w:rPr>
                <w:rFonts w:ascii="Calibri" w:eastAsia="Calibri" w:hAnsi="Calibri"/>
                <w:sz w:val="16"/>
              </w:rPr>
              <w:t>Top Skills: It’s a mystery!</w:t>
            </w:r>
          </w:p>
        </w:tc>
        <w:tc>
          <w:tcPr>
            <w:tcW w:w="2316" w:type="dxa"/>
            <w:vAlign w:val="center"/>
          </w:tcPr>
          <w:p w14:paraId="3194FC98" w14:textId="77777777" w:rsidR="00840388" w:rsidRDefault="00A35792" w:rsidP="008646AA">
            <w:r>
              <w:rPr>
                <w:rFonts w:ascii="Calibri" w:eastAsia="Calibri" w:hAnsi="Calibri"/>
                <w:sz w:val="16"/>
              </w:rPr>
              <w:t>Rozprávanie, písanie - príbeh</w:t>
            </w:r>
          </w:p>
        </w:tc>
        <w:tc>
          <w:tcPr>
            <w:tcW w:w="2317" w:type="dxa"/>
            <w:vAlign w:val="center"/>
          </w:tcPr>
          <w:p w14:paraId="3BAB2A83" w14:textId="77777777" w:rsidR="00840388" w:rsidRDefault="00A35792" w:rsidP="008646AA">
            <w:r>
              <w:rPr>
                <w:rFonts w:ascii="Calibri" w:eastAsia="Calibri" w:hAnsi="Calibri"/>
                <w:sz w:val="16"/>
              </w:rPr>
              <w:t>prerozprávať príbeh vlastnými slovami</w:t>
            </w:r>
            <w:r>
              <w:rPr>
                <w:rFonts w:ascii="Calibri" w:eastAsia="Calibri" w:hAnsi="Calibri"/>
                <w:sz w:val="16"/>
              </w:rPr>
              <w:br/>
              <w:t>vytvoriť krátky príbeh s tajomnou zápletkou</w:t>
            </w:r>
            <w:r>
              <w:rPr>
                <w:rFonts w:ascii="Calibri" w:eastAsia="Calibri" w:hAnsi="Calibri"/>
                <w:sz w:val="16"/>
              </w:rPr>
              <w:br/>
            </w:r>
            <w:r>
              <w:rPr>
                <w:rFonts w:ascii="Calibri" w:eastAsia="Calibri" w:hAnsi="Calibri"/>
                <w:sz w:val="16"/>
              </w:rPr>
              <w:lastRenderedPageBreak/>
              <w:t>prezentovať svoj príbeh pred spolužiakmi</w:t>
            </w:r>
          </w:p>
        </w:tc>
        <w:tc>
          <w:tcPr>
            <w:tcW w:w="2249" w:type="dxa"/>
            <w:vAlign w:val="center"/>
          </w:tcPr>
          <w:p w14:paraId="308AC586" w14:textId="77777777" w:rsidR="00840388" w:rsidRDefault="00840388" w:rsidP="008646AA"/>
        </w:tc>
        <w:tc>
          <w:tcPr>
            <w:tcW w:w="1740" w:type="dxa"/>
            <w:vAlign w:val="center"/>
          </w:tcPr>
          <w:p w14:paraId="56C868AA" w14:textId="77777777" w:rsidR="00840388" w:rsidRDefault="00840388" w:rsidP="008646AA"/>
        </w:tc>
        <w:tc>
          <w:tcPr>
            <w:tcW w:w="1576" w:type="dxa"/>
            <w:vAlign w:val="center"/>
          </w:tcPr>
          <w:p w14:paraId="61642A6E" w14:textId="77777777" w:rsidR="00840388" w:rsidRDefault="00840388" w:rsidP="008646AA"/>
        </w:tc>
        <w:tc>
          <w:tcPr>
            <w:tcW w:w="1650" w:type="dxa"/>
            <w:vAlign w:val="center"/>
          </w:tcPr>
          <w:p w14:paraId="5ABCB4A5" w14:textId="77777777" w:rsidR="00840388" w:rsidRDefault="00840388" w:rsidP="008646AA"/>
        </w:tc>
      </w:tr>
      <w:tr w:rsidR="00840388" w14:paraId="07F63A6C" w14:textId="77777777" w:rsidTr="008646AA">
        <w:tc>
          <w:tcPr>
            <w:tcW w:w="865" w:type="dxa"/>
            <w:vAlign w:val="center"/>
          </w:tcPr>
          <w:p w14:paraId="6AD255BC" w14:textId="77777777" w:rsidR="00840388" w:rsidRDefault="00A35792" w:rsidP="008646AA">
            <w:r>
              <w:rPr>
                <w:rFonts w:ascii="Calibri" w:eastAsia="Calibri" w:hAnsi="Calibri"/>
                <w:sz w:val="16"/>
              </w:rPr>
              <w:t>21</w:t>
            </w:r>
          </w:p>
        </w:tc>
        <w:tc>
          <w:tcPr>
            <w:tcW w:w="872" w:type="dxa"/>
            <w:vAlign w:val="center"/>
          </w:tcPr>
          <w:p w14:paraId="222FF8AC" w14:textId="77777777" w:rsidR="00840388" w:rsidRDefault="00A35792" w:rsidP="008646AA">
            <w:r>
              <w:rPr>
                <w:rFonts w:ascii="Calibri" w:eastAsia="Calibri" w:hAnsi="Calibri"/>
                <w:sz w:val="16"/>
              </w:rPr>
              <w:t>61</w:t>
            </w:r>
          </w:p>
        </w:tc>
        <w:tc>
          <w:tcPr>
            <w:tcW w:w="1093" w:type="dxa"/>
            <w:vAlign w:val="center"/>
          </w:tcPr>
          <w:p w14:paraId="25639D34" w14:textId="77777777" w:rsidR="00840388" w:rsidRDefault="00A35792" w:rsidP="008646AA">
            <w:r>
              <w:rPr>
                <w:rFonts w:ascii="Calibri" w:eastAsia="Calibri" w:hAnsi="Calibri"/>
                <w:sz w:val="16"/>
              </w:rPr>
              <w:t>Revision module 4</w:t>
            </w:r>
          </w:p>
        </w:tc>
        <w:tc>
          <w:tcPr>
            <w:tcW w:w="2316" w:type="dxa"/>
            <w:vAlign w:val="center"/>
          </w:tcPr>
          <w:p w14:paraId="799288A3" w14:textId="77777777" w:rsidR="00840388" w:rsidRDefault="00A35792" w:rsidP="008646AA">
            <w:r>
              <w:rPr>
                <w:rFonts w:ascii="Calibri" w:eastAsia="Calibri" w:hAnsi="Calibri"/>
                <w:sz w:val="16"/>
              </w:rPr>
              <w:t>Zhrnutie učiva</w:t>
            </w:r>
          </w:p>
        </w:tc>
        <w:tc>
          <w:tcPr>
            <w:tcW w:w="2317" w:type="dxa"/>
            <w:vAlign w:val="center"/>
          </w:tcPr>
          <w:p w14:paraId="0590D0A0" w14:textId="77777777" w:rsidR="00840388" w:rsidRDefault="00A35792" w:rsidP="008646AA">
            <w:r>
              <w:rPr>
                <w:rFonts w:ascii="Calibri" w:eastAsia="Calibri" w:hAnsi="Calibri"/>
                <w:sz w:val="16"/>
              </w:rPr>
              <w:t>zopakovať slovnú zásobu modulu</w:t>
            </w:r>
            <w:r>
              <w:rPr>
                <w:rFonts w:ascii="Calibri" w:eastAsia="Calibri" w:hAnsi="Calibri"/>
                <w:sz w:val="16"/>
              </w:rPr>
              <w:br/>
              <w:t>upevniť gramatické štruktúry modulu</w:t>
            </w:r>
            <w:r>
              <w:rPr>
                <w:rFonts w:ascii="Calibri" w:eastAsia="Calibri" w:hAnsi="Calibri"/>
                <w:sz w:val="16"/>
              </w:rPr>
              <w:br/>
              <w:t>precvičiť komunikačné situácie</w:t>
            </w:r>
          </w:p>
        </w:tc>
        <w:tc>
          <w:tcPr>
            <w:tcW w:w="2249" w:type="dxa"/>
            <w:vAlign w:val="center"/>
          </w:tcPr>
          <w:p w14:paraId="1FA043E6" w14:textId="77777777" w:rsidR="00840388" w:rsidRDefault="00840388" w:rsidP="008646AA"/>
        </w:tc>
        <w:tc>
          <w:tcPr>
            <w:tcW w:w="1740" w:type="dxa"/>
            <w:vAlign w:val="center"/>
          </w:tcPr>
          <w:p w14:paraId="625983C1" w14:textId="77777777" w:rsidR="00840388" w:rsidRDefault="00840388" w:rsidP="008646AA"/>
        </w:tc>
        <w:tc>
          <w:tcPr>
            <w:tcW w:w="1576" w:type="dxa"/>
            <w:vAlign w:val="center"/>
          </w:tcPr>
          <w:p w14:paraId="1F205B9B"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50" w:type="dxa"/>
            <w:vAlign w:val="center"/>
          </w:tcPr>
          <w:p w14:paraId="376710A4" w14:textId="77777777" w:rsidR="00840388" w:rsidRDefault="00A35792" w:rsidP="008646AA">
            <w:r>
              <w:rPr>
                <w:rFonts w:ascii="Calibri" w:eastAsia="Calibri" w:hAnsi="Calibri"/>
                <w:sz w:val="16"/>
              </w:rPr>
              <w:t>samostatné učenie</w:t>
            </w:r>
          </w:p>
        </w:tc>
      </w:tr>
      <w:tr w:rsidR="00840388" w14:paraId="681DD146" w14:textId="77777777" w:rsidTr="008646AA">
        <w:tc>
          <w:tcPr>
            <w:tcW w:w="865" w:type="dxa"/>
            <w:vAlign w:val="center"/>
          </w:tcPr>
          <w:p w14:paraId="0C2C08B8" w14:textId="77777777" w:rsidR="00840388" w:rsidRDefault="00840388" w:rsidP="008646AA"/>
        </w:tc>
        <w:tc>
          <w:tcPr>
            <w:tcW w:w="872" w:type="dxa"/>
            <w:vAlign w:val="center"/>
          </w:tcPr>
          <w:p w14:paraId="10573943" w14:textId="77777777" w:rsidR="00840388" w:rsidRDefault="00A35792" w:rsidP="008646AA">
            <w:r>
              <w:rPr>
                <w:rFonts w:ascii="Calibri" w:eastAsia="Calibri" w:hAnsi="Calibri"/>
                <w:sz w:val="16"/>
              </w:rPr>
              <w:t>62</w:t>
            </w:r>
          </w:p>
        </w:tc>
        <w:tc>
          <w:tcPr>
            <w:tcW w:w="1093" w:type="dxa"/>
            <w:vAlign w:val="center"/>
          </w:tcPr>
          <w:p w14:paraId="7D3C7E93" w14:textId="77777777" w:rsidR="00840388" w:rsidRDefault="00A35792" w:rsidP="008646AA">
            <w:r>
              <w:rPr>
                <w:rFonts w:ascii="Calibri" w:eastAsia="Calibri" w:hAnsi="Calibri"/>
                <w:sz w:val="16"/>
              </w:rPr>
              <w:t>Revision module 4</w:t>
            </w:r>
          </w:p>
        </w:tc>
        <w:tc>
          <w:tcPr>
            <w:tcW w:w="2316" w:type="dxa"/>
            <w:vAlign w:val="center"/>
          </w:tcPr>
          <w:p w14:paraId="14D0D94C" w14:textId="77777777" w:rsidR="00840388" w:rsidRDefault="00A35792" w:rsidP="008646AA">
            <w:r>
              <w:rPr>
                <w:rFonts w:ascii="Calibri" w:eastAsia="Calibri" w:hAnsi="Calibri"/>
                <w:sz w:val="16"/>
              </w:rPr>
              <w:t>Sebahodnotenie</w:t>
            </w:r>
          </w:p>
        </w:tc>
        <w:tc>
          <w:tcPr>
            <w:tcW w:w="2317" w:type="dxa"/>
            <w:vAlign w:val="center"/>
          </w:tcPr>
          <w:p w14:paraId="2B2CF0E2" w14:textId="77777777" w:rsidR="00840388" w:rsidRDefault="00A35792" w:rsidP="008646AA">
            <w:r>
              <w:rPr>
                <w:rFonts w:ascii="Calibri" w:eastAsia="Calibri" w:hAnsi="Calibri"/>
                <w:sz w:val="16"/>
              </w:rPr>
              <w:t>zhodnotiť úroveň svojich vedomostí</w:t>
            </w:r>
            <w:r>
              <w:rPr>
                <w:rFonts w:ascii="Calibri" w:eastAsia="Calibri" w:hAnsi="Calibri"/>
                <w:sz w:val="16"/>
              </w:rPr>
              <w:br/>
              <w:t>identifikovať oblasti, ktoré je potrebné zlepšiť</w:t>
            </w:r>
            <w:r>
              <w:rPr>
                <w:rFonts w:ascii="Calibri" w:eastAsia="Calibri" w:hAnsi="Calibri"/>
                <w:sz w:val="16"/>
              </w:rPr>
              <w:br/>
              <w:t>pripraviť sa na priebežné overenie vedomostí</w:t>
            </w:r>
          </w:p>
        </w:tc>
        <w:tc>
          <w:tcPr>
            <w:tcW w:w="2249" w:type="dxa"/>
            <w:vAlign w:val="center"/>
          </w:tcPr>
          <w:p w14:paraId="7621D162" w14:textId="77777777" w:rsidR="00840388" w:rsidRDefault="00840388" w:rsidP="008646AA"/>
        </w:tc>
        <w:tc>
          <w:tcPr>
            <w:tcW w:w="1740" w:type="dxa"/>
            <w:vAlign w:val="center"/>
          </w:tcPr>
          <w:p w14:paraId="0A6AA127" w14:textId="77777777" w:rsidR="00840388" w:rsidRDefault="00840388" w:rsidP="008646AA"/>
        </w:tc>
        <w:tc>
          <w:tcPr>
            <w:tcW w:w="1576" w:type="dxa"/>
            <w:vAlign w:val="center"/>
          </w:tcPr>
          <w:p w14:paraId="37B51515" w14:textId="77777777" w:rsidR="00840388" w:rsidRDefault="00840388" w:rsidP="008646AA"/>
        </w:tc>
        <w:tc>
          <w:tcPr>
            <w:tcW w:w="1650" w:type="dxa"/>
            <w:vAlign w:val="center"/>
          </w:tcPr>
          <w:p w14:paraId="38F69E25" w14:textId="77777777" w:rsidR="00840388" w:rsidRDefault="00840388" w:rsidP="008646AA"/>
        </w:tc>
      </w:tr>
      <w:tr w:rsidR="00840388" w14:paraId="2D6B5661" w14:textId="77777777" w:rsidTr="008646AA">
        <w:tc>
          <w:tcPr>
            <w:tcW w:w="865" w:type="dxa"/>
            <w:vAlign w:val="center"/>
          </w:tcPr>
          <w:p w14:paraId="5AF2507B" w14:textId="77777777" w:rsidR="00840388" w:rsidRDefault="00840388" w:rsidP="008646AA"/>
        </w:tc>
        <w:tc>
          <w:tcPr>
            <w:tcW w:w="872" w:type="dxa"/>
            <w:vAlign w:val="center"/>
          </w:tcPr>
          <w:p w14:paraId="1D0667A9" w14:textId="77777777" w:rsidR="00840388" w:rsidRDefault="00A35792" w:rsidP="008646AA">
            <w:r>
              <w:rPr>
                <w:rFonts w:ascii="Calibri" w:eastAsia="Calibri" w:hAnsi="Calibri"/>
                <w:sz w:val="16"/>
              </w:rPr>
              <w:t>63</w:t>
            </w:r>
          </w:p>
        </w:tc>
        <w:tc>
          <w:tcPr>
            <w:tcW w:w="1093" w:type="dxa"/>
            <w:vAlign w:val="center"/>
          </w:tcPr>
          <w:p w14:paraId="19C3843B" w14:textId="77777777" w:rsidR="00840388" w:rsidRDefault="00A35792" w:rsidP="008646AA">
            <w:r>
              <w:rPr>
                <w:rFonts w:ascii="Calibri" w:eastAsia="Calibri" w:hAnsi="Calibri"/>
                <w:sz w:val="16"/>
              </w:rPr>
              <w:t>Culture Page 2 &amp; Song 2</w:t>
            </w:r>
          </w:p>
        </w:tc>
        <w:tc>
          <w:tcPr>
            <w:tcW w:w="2316" w:type="dxa"/>
            <w:vAlign w:val="center"/>
          </w:tcPr>
          <w:p w14:paraId="7CB489FF" w14:textId="77777777" w:rsidR="00840388" w:rsidRDefault="00A35792" w:rsidP="008646AA">
            <w:r>
              <w:rPr>
                <w:rFonts w:ascii="Calibri" w:eastAsia="Calibri" w:hAnsi="Calibri"/>
                <w:sz w:val="16"/>
              </w:rPr>
              <w:t>Škótsko; pesnička – Unlucky Day</w:t>
            </w:r>
          </w:p>
        </w:tc>
        <w:tc>
          <w:tcPr>
            <w:tcW w:w="2317" w:type="dxa"/>
            <w:vAlign w:val="center"/>
          </w:tcPr>
          <w:p w14:paraId="351EEF2D" w14:textId="77777777" w:rsidR="00840388" w:rsidRDefault="00A35792" w:rsidP="008646AA">
            <w:r>
              <w:rPr>
                <w:rFonts w:ascii="Calibri" w:eastAsia="Calibri" w:hAnsi="Calibri"/>
                <w:sz w:val="16"/>
              </w:rPr>
              <w:t>porozumieť informáciám o Škótsku a jeho kultúre</w:t>
            </w:r>
            <w:r>
              <w:rPr>
                <w:rFonts w:ascii="Calibri" w:eastAsia="Calibri" w:hAnsi="Calibri"/>
                <w:sz w:val="16"/>
              </w:rPr>
              <w:br/>
              <w:t>porovnať kultúrne zvyklosti Škótska a Slovenska</w:t>
            </w:r>
            <w:r>
              <w:rPr>
                <w:rFonts w:ascii="Calibri" w:eastAsia="Calibri" w:hAnsi="Calibri"/>
                <w:sz w:val="16"/>
              </w:rPr>
              <w:br/>
              <w:t>porozumieť obsahu anglickej piesne a pracovať s jej textom</w:t>
            </w:r>
          </w:p>
        </w:tc>
        <w:tc>
          <w:tcPr>
            <w:tcW w:w="2249" w:type="dxa"/>
            <w:vAlign w:val="center"/>
          </w:tcPr>
          <w:p w14:paraId="7ECA6EC8" w14:textId="77777777" w:rsidR="00840388" w:rsidRDefault="00840388" w:rsidP="008646AA"/>
        </w:tc>
        <w:tc>
          <w:tcPr>
            <w:tcW w:w="1740" w:type="dxa"/>
            <w:vAlign w:val="center"/>
          </w:tcPr>
          <w:p w14:paraId="3708DBE7" w14:textId="77777777" w:rsidR="00840388" w:rsidRDefault="00840388" w:rsidP="008646AA"/>
        </w:tc>
        <w:tc>
          <w:tcPr>
            <w:tcW w:w="1576" w:type="dxa"/>
            <w:vAlign w:val="center"/>
          </w:tcPr>
          <w:p w14:paraId="69E90076"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2AC39D03" w14:textId="77777777" w:rsidR="00840388" w:rsidRDefault="00A35792" w:rsidP="008646AA">
            <w:r>
              <w:rPr>
                <w:rFonts w:ascii="Calibri" w:eastAsia="Calibri" w:hAnsi="Calibri"/>
                <w:sz w:val="16"/>
              </w:rPr>
              <w:t>komunikácia, tvorivosť, kritické myslenie</w:t>
            </w:r>
          </w:p>
        </w:tc>
      </w:tr>
      <w:tr w:rsidR="00840388" w14:paraId="74E614A5" w14:textId="77777777" w:rsidTr="008646AA">
        <w:tc>
          <w:tcPr>
            <w:tcW w:w="865" w:type="dxa"/>
            <w:vAlign w:val="center"/>
          </w:tcPr>
          <w:p w14:paraId="09DD9C5C" w14:textId="77777777" w:rsidR="00840388" w:rsidRDefault="00A35792" w:rsidP="008646AA">
            <w:r>
              <w:rPr>
                <w:rFonts w:ascii="Calibri" w:eastAsia="Calibri" w:hAnsi="Calibri"/>
                <w:sz w:val="16"/>
              </w:rPr>
              <w:t>22</w:t>
            </w:r>
          </w:p>
        </w:tc>
        <w:tc>
          <w:tcPr>
            <w:tcW w:w="872" w:type="dxa"/>
            <w:vAlign w:val="center"/>
          </w:tcPr>
          <w:p w14:paraId="15C43617" w14:textId="77777777" w:rsidR="00840388" w:rsidRDefault="00A35792" w:rsidP="008646AA">
            <w:r>
              <w:rPr>
                <w:rFonts w:ascii="Calibri" w:eastAsia="Calibri" w:hAnsi="Calibri"/>
                <w:sz w:val="16"/>
              </w:rPr>
              <w:t>64</w:t>
            </w:r>
          </w:p>
        </w:tc>
        <w:tc>
          <w:tcPr>
            <w:tcW w:w="1093" w:type="dxa"/>
            <w:vAlign w:val="center"/>
          </w:tcPr>
          <w:p w14:paraId="235BBA78" w14:textId="77777777" w:rsidR="00840388" w:rsidRDefault="00A35792" w:rsidP="008646AA">
            <w:r>
              <w:rPr>
                <w:rFonts w:ascii="Calibri" w:eastAsia="Calibri" w:hAnsi="Calibri"/>
                <w:sz w:val="16"/>
              </w:rPr>
              <w:t>Me and My country project 4 – Famous people in history</w:t>
            </w:r>
          </w:p>
        </w:tc>
        <w:tc>
          <w:tcPr>
            <w:tcW w:w="2316" w:type="dxa"/>
            <w:vAlign w:val="center"/>
          </w:tcPr>
          <w:p w14:paraId="110D4438" w14:textId="77777777" w:rsidR="00840388" w:rsidRDefault="00A35792" w:rsidP="008646AA">
            <w:r>
              <w:rPr>
                <w:rFonts w:ascii="Calibri" w:eastAsia="Calibri" w:hAnsi="Calibri"/>
                <w:sz w:val="16"/>
              </w:rPr>
              <w:t>Slávne osobnosti v histórii</w:t>
            </w:r>
          </w:p>
        </w:tc>
        <w:tc>
          <w:tcPr>
            <w:tcW w:w="2317" w:type="dxa"/>
            <w:vAlign w:val="center"/>
          </w:tcPr>
          <w:p w14:paraId="44FEDBC7" w14:textId="77777777" w:rsidR="00840388" w:rsidRDefault="00A35792" w:rsidP="008646AA">
            <w:r>
              <w:rPr>
                <w:rFonts w:ascii="Calibri" w:eastAsia="Calibri" w:hAnsi="Calibri"/>
                <w:sz w:val="16"/>
              </w:rPr>
              <w:t>vyhľadať informácie o významnej historickej osobnosti</w:t>
            </w:r>
            <w:r>
              <w:rPr>
                <w:rFonts w:ascii="Calibri" w:eastAsia="Calibri" w:hAnsi="Calibri"/>
                <w:sz w:val="16"/>
              </w:rPr>
              <w:br/>
              <w:t>spracovať informácie do krátkeho projektu</w:t>
            </w:r>
            <w:r>
              <w:rPr>
                <w:rFonts w:ascii="Calibri" w:eastAsia="Calibri" w:hAnsi="Calibri"/>
                <w:sz w:val="16"/>
              </w:rPr>
              <w:br/>
              <w:t>prezentovať projekt pred spolužiakmi</w:t>
            </w:r>
          </w:p>
        </w:tc>
        <w:tc>
          <w:tcPr>
            <w:tcW w:w="2249" w:type="dxa"/>
            <w:vAlign w:val="center"/>
          </w:tcPr>
          <w:p w14:paraId="00424D6B" w14:textId="77777777" w:rsidR="00840388" w:rsidRDefault="00840388" w:rsidP="008646AA"/>
        </w:tc>
        <w:tc>
          <w:tcPr>
            <w:tcW w:w="1740" w:type="dxa"/>
            <w:vAlign w:val="center"/>
          </w:tcPr>
          <w:p w14:paraId="0AA0B979" w14:textId="77777777" w:rsidR="00840388" w:rsidRDefault="00840388" w:rsidP="008646AA"/>
        </w:tc>
        <w:tc>
          <w:tcPr>
            <w:tcW w:w="1576" w:type="dxa"/>
            <w:vAlign w:val="center"/>
          </w:tcPr>
          <w:p w14:paraId="52F801E4" w14:textId="77777777" w:rsidR="00840388" w:rsidRDefault="00A35792" w:rsidP="008646AA">
            <w:r>
              <w:rPr>
                <w:rFonts w:ascii="Calibri" w:eastAsia="Calibri" w:hAnsi="Calibri"/>
                <w:sz w:val="16"/>
              </w:rPr>
              <w:t>Worksheets (teacher’s assistant)</w:t>
            </w:r>
          </w:p>
        </w:tc>
        <w:tc>
          <w:tcPr>
            <w:tcW w:w="1650" w:type="dxa"/>
            <w:vAlign w:val="center"/>
          </w:tcPr>
          <w:p w14:paraId="0F6D731F" w14:textId="77777777" w:rsidR="00840388" w:rsidRDefault="00A35792" w:rsidP="008646AA">
            <w:r>
              <w:rPr>
                <w:rFonts w:ascii="Calibri" w:eastAsia="Calibri" w:hAnsi="Calibri"/>
                <w:sz w:val="16"/>
              </w:rPr>
              <w:t>samostatné učenie, tvorivosť, komunikácia, digitálna gramotnosť</w:t>
            </w:r>
          </w:p>
        </w:tc>
      </w:tr>
      <w:tr w:rsidR="00840388" w14:paraId="39690D0B" w14:textId="77777777" w:rsidTr="008646AA">
        <w:tc>
          <w:tcPr>
            <w:tcW w:w="865" w:type="dxa"/>
            <w:vAlign w:val="center"/>
          </w:tcPr>
          <w:p w14:paraId="39B2FA79" w14:textId="77777777" w:rsidR="00840388" w:rsidRDefault="00840388" w:rsidP="008646AA"/>
        </w:tc>
        <w:tc>
          <w:tcPr>
            <w:tcW w:w="872" w:type="dxa"/>
            <w:vAlign w:val="center"/>
          </w:tcPr>
          <w:p w14:paraId="223FC99A" w14:textId="77777777" w:rsidR="00840388" w:rsidRDefault="00A35792" w:rsidP="008646AA">
            <w:r>
              <w:rPr>
                <w:rFonts w:ascii="Calibri" w:eastAsia="Calibri" w:hAnsi="Calibri"/>
                <w:sz w:val="16"/>
              </w:rPr>
              <w:t>65</w:t>
            </w:r>
          </w:p>
        </w:tc>
        <w:tc>
          <w:tcPr>
            <w:tcW w:w="1093" w:type="dxa"/>
            <w:vAlign w:val="center"/>
          </w:tcPr>
          <w:p w14:paraId="0425E407" w14:textId="77777777" w:rsidR="00840388" w:rsidRDefault="00A35792" w:rsidP="008646AA">
            <w:r>
              <w:rPr>
                <w:rFonts w:ascii="Calibri" w:eastAsia="Calibri" w:hAnsi="Calibri"/>
                <w:sz w:val="16"/>
              </w:rPr>
              <w:t>Test Module 4</w:t>
            </w:r>
          </w:p>
        </w:tc>
        <w:tc>
          <w:tcPr>
            <w:tcW w:w="2316" w:type="dxa"/>
            <w:vAlign w:val="center"/>
          </w:tcPr>
          <w:p w14:paraId="3CA9942B" w14:textId="77777777" w:rsidR="00840388" w:rsidRDefault="00A35792" w:rsidP="008646AA">
            <w:r>
              <w:rPr>
                <w:rFonts w:ascii="Calibri" w:eastAsia="Calibri" w:hAnsi="Calibri"/>
                <w:sz w:val="16"/>
              </w:rPr>
              <w:t>Hodnotenie pokroku žiakov</w:t>
            </w:r>
          </w:p>
        </w:tc>
        <w:tc>
          <w:tcPr>
            <w:tcW w:w="2317" w:type="dxa"/>
            <w:vAlign w:val="center"/>
          </w:tcPr>
          <w:p w14:paraId="50A6153B" w14:textId="77777777" w:rsidR="00840388" w:rsidRDefault="00A35792" w:rsidP="008646AA">
            <w:r>
              <w:rPr>
                <w:rFonts w:ascii="Calibri" w:eastAsia="Calibri" w:hAnsi="Calibri"/>
                <w:sz w:val="16"/>
              </w:rPr>
              <w:t>preukázať osvojenie slovnej zásoby a gramatiky modulu</w:t>
            </w:r>
            <w:r>
              <w:rPr>
                <w:rFonts w:ascii="Calibri" w:eastAsia="Calibri" w:hAnsi="Calibri"/>
                <w:sz w:val="16"/>
              </w:rPr>
              <w:br/>
              <w:t>aplikovať získané vedomosti pri riešení úloh</w:t>
            </w:r>
            <w:r>
              <w:rPr>
                <w:rFonts w:ascii="Calibri" w:eastAsia="Calibri" w:hAnsi="Calibri"/>
                <w:sz w:val="16"/>
              </w:rPr>
              <w:br/>
              <w:t>samostatne riešiť testové zadania</w:t>
            </w:r>
          </w:p>
        </w:tc>
        <w:tc>
          <w:tcPr>
            <w:tcW w:w="2249" w:type="dxa"/>
            <w:vAlign w:val="center"/>
          </w:tcPr>
          <w:p w14:paraId="0E894996" w14:textId="77777777" w:rsidR="00840388" w:rsidRDefault="00840388" w:rsidP="008646AA"/>
        </w:tc>
        <w:tc>
          <w:tcPr>
            <w:tcW w:w="1740" w:type="dxa"/>
            <w:vAlign w:val="center"/>
          </w:tcPr>
          <w:p w14:paraId="43D8A81A" w14:textId="77777777" w:rsidR="00840388" w:rsidRDefault="00840388" w:rsidP="008646AA"/>
        </w:tc>
        <w:tc>
          <w:tcPr>
            <w:tcW w:w="1576" w:type="dxa"/>
            <w:vAlign w:val="center"/>
          </w:tcPr>
          <w:p w14:paraId="69B5D884" w14:textId="77777777" w:rsidR="00840388" w:rsidRDefault="00A35792" w:rsidP="008646AA">
            <w:r>
              <w:rPr>
                <w:rFonts w:ascii="Calibri" w:eastAsia="Calibri" w:hAnsi="Calibri"/>
                <w:sz w:val="16"/>
              </w:rPr>
              <w:t>Module tests (teacher’s assistant)</w:t>
            </w:r>
          </w:p>
        </w:tc>
        <w:tc>
          <w:tcPr>
            <w:tcW w:w="1650" w:type="dxa"/>
            <w:vAlign w:val="center"/>
          </w:tcPr>
          <w:p w14:paraId="00402F73" w14:textId="77777777" w:rsidR="00840388" w:rsidRDefault="00840388" w:rsidP="008646AA"/>
        </w:tc>
      </w:tr>
      <w:tr w:rsidR="00840388" w14:paraId="35FF5491" w14:textId="77777777" w:rsidTr="008646AA">
        <w:tc>
          <w:tcPr>
            <w:tcW w:w="865" w:type="dxa"/>
            <w:vAlign w:val="center"/>
          </w:tcPr>
          <w:p w14:paraId="0E2636AB" w14:textId="77777777" w:rsidR="00840388" w:rsidRDefault="00840388" w:rsidP="008646AA"/>
        </w:tc>
        <w:tc>
          <w:tcPr>
            <w:tcW w:w="872" w:type="dxa"/>
            <w:vAlign w:val="center"/>
          </w:tcPr>
          <w:p w14:paraId="6B0BED8C" w14:textId="77777777" w:rsidR="00840388" w:rsidRDefault="00A35792" w:rsidP="008646AA">
            <w:r>
              <w:rPr>
                <w:rFonts w:ascii="Calibri" w:eastAsia="Calibri" w:hAnsi="Calibri"/>
                <w:sz w:val="16"/>
              </w:rPr>
              <w:t>66</w:t>
            </w:r>
          </w:p>
        </w:tc>
        <w:tc>
          <w:tcPr>
            <w:tcW w:w="1093" w:type="dxa"/>
            <w:vAlign w:val="center"/>
          </w:tcPr>
          <w:p w14:paraId="43A5133D" w14:textId="77777777" w:rsidR="00840388" w:rsidRDefault="00A35792" w:rsidP="008646AA">
            <w:r>
              <w:rPr>
                <w:rFonts w:ascii="Calibri" w:eastAsia="Calibri" w:hAnsi="Calibri"/>
                <w:sz w:val="16"/>
              </w:rPr>
              <w:t>Video Module 4 &amp; Cover Page Module 5</w:t>
            </w:r>
          </w:p>
        </w:tc>
        <w:tc>
          <w:tcPr>
            <w:tcW w:w="2316" w:type="dxa"/>
            <w:vAlign w:val="center"/>
          </w:tcPr>
          <w:p w14:paraId="2EDFDCE9" w14:textId="77777777" w:rsidR="00840388" w:rsidRDefault="00A35792" w:rsidP="008646AA">
            <w:r>
              <w:rPr>
                <w:rFonts w:ascii="Calibri" w:eastAsia="Calibri" w:hAnsi="Calibri"/>
                <w:sz w:val="16"/>
              </w:rPr>
              <w:t>Videolekcia – Himaláje</w:t>
            </w:r>
          </w:p>
        </w:tc>
        <w:tc>
          <w:tcPr>
            <w:tcW w:w="2317" w:type="dxa"/>
            <w:vAlign w:val="center"/>
          </w:tcPr>
          <w:p w14:paraId="5D2A90A3" w14:textId="77777777" w:rsidR="00840388" w:rsidRDefault="00A35792" w:rsidP="008646AA">
            <w:r>
              <w:rPr>
                <w:rFonts w:ascii="Calibri" w:eastAsia="Calibri" w:hAnsi="Calibri"/>
                <w:sz w:val="16"/>
              </w:rPr>
              <w:t>zopakovať slovnú zásobu a gramatiku modulu prostredníctvom videa</w:t>
            </w:r>
            <w:r>
              <w:rPr>
                <w:rFonts w:ascii="Calibri" w:eastAsia="Calibri" w:hAnsi="Calibri"/>
                <w:sz w:val="16"/>
              </w:rPr>
              <w:br/>
              <w:t>porozumieť autentickému jazykovému prejavu</w:t>
            </w:r>
            <w:r>
              <w:rPr>
                <w:rFonts w:ascii="Calibri" w:eastAsia="Calibri" w:hAnsi="Calibri"/>
                <w:sz w:val="16"/>
              </w:rPr>
              <w:br/>
              <w:t>oboznámiť sa s témou nasledujúceho modulu</w:t>
            </w:r>
          </w:p>
        </w:tc>
        <w:tc>
          <w:tcPr>
            <w:tcW w:w="2249" w:type="dxa"/>
            <w:vAlign w:val="center"/>
          </w:tcPr>
          <w:p w14:paraId="44FBADAF" w14:textId="77777777" w:rsidR="00840388" w:rsidRDefault="00840388" w:rsidP="008646AA"/>
        </w:tc>
        <w:tc>
          <w:tcPr>
            <w:tcW w:w="1740" w:type="dxa"/>
            <w:vAlign w:val="center"/>
          </w:tcPr>
          <w:p w14:paraId="0642DEB5" w14:textId="77777777" w:rsidR="00840388" w:rsidRDefault="00840388" w:rsidP="008646AA"/>
        </w:tc>
        <w:tc>
          <w:tcPr>
            <w:tcW w:w="1576" w:type="dxa"/>
            <w:vAlign w:val="center"/>
          </w:tcPr>
          <w:p w14:paraId="4E6667D9" w14:textId="77777777" w:rsidR="00840388" w:rsidRDefault="00A35792" w:rsidP="008646AA">
            <w:r>
              <w:rPr>
                <w:rFonts w:ascii="Calibri" w:eastAsia="Calibri" w:hAnsi="Calibri"/>
                <w:sz w:val="16"/>
              </w:rPr>
              <w:t>SB</w:t>
            </w:r>
            <w:r>
              <w:rPr>
                <w:rFonts w:ascii="Calibri" w:eastAsia="Calibri" w:hAnsi="Calibri"/>
                <w:sz w:val="16"/>
              </w:rPr>
              <w:br/>
              <w:t>IWB &amp; IWB material</w:t>
            </w:r>
          </w:p>
        </w:tc>
        <w:tc>
          <w:tcPr>
            <w:tcW w:w="1650" w:type="dxa"/>
            <w:vAlign w:val="center"/>
          </w:tcPr>
          <w:p w14:paraId="49AABC1C" w14:textId="77777777" w:rsidR="00840388" w:rsidRDefault="00A35792" w:rsidP="008646AA">
            <w:r>
              <w:rPr>
                <w:rFonts w:ascii="Calibri" w:eastAsia="Calibri" w:hAnsi="Calibri"/>
                <w:sz w:val="16"/>
              </w:rPr>
              <w:t>interkultúrna kompetencia, komunikácia, samostatné učenie</w:t>
            </w:r>
          </w:p>
        </w:tc>
      </w:tr>
      <w:tr w:rsidR="00840388" w14:paraId="06DD98B3" w14:textId="77777777" w:rsidTr="008646AA">
        <w:trPr>
          <w:trHeight w:val="570"/>
        </w:trPr>
        <w:tc>
          <w:tcPr>
            <w:tcW w:w="865" w:type="dxa"/>
            <w:vAlign w:val="center"/>
          </w:tcPr>
          <w:p w14:paraId="1F5C02B7" w14:textId="77777777" w:rsidR="00840388" w:rsidRDefault="00840388" w:rsidP="008646AA"/>
        </w:tc>
        <w:tc>
          <w:tcPr>
            <w:tcW w:w="872" w:type="dxa"/>
            <w:vAlign w:val="center"/>
          </w:tcPr>
          <w:p w14:paraId="27E0D743" w14:textId="77777777" w:rsidR="00840388" w:rsidRDefault="00840388" w:rsidP="008646AA"/>
        </w:tc>
        <w:tc>
          <w:tcPr>
            <w:tcW w:w="1093" w:type="dxa"/>
            <w:vAlign w:val="center"/>
          </w:tcPr>
          <w:p w14:paraId="77AEE254" w14:textId="77777777" w:rsidR="00840388" w:rsidRDefault="00840388" w:rsidP="008646AA"/>
        </w:tc>
        <w:tc>
          <w:tcPr>
            <w:tcW w:w="2316" w:type="dxa"/>
            <w:shd w:val="clear" w:color="auto" w:fill="FFFF00"/>
            <w:vAlign w:val="center"/>
          </w:tcPr>
          <w:p w14:paraId="0B2DAB2D" w14:textId="77777777" w:rsidR="00840388" w:rsidRPr="00EC7763" w:rsidRDefault="00A35792" w:rsidP="008646AA">
            <w:pPr>
              <w:rPr>
                <w:b/>
                <w:bCs/>
              </w:rPr>
            </w:pPr>
            <w:r w:rsidRPr="00EC7763">
              <w:rPr>
                <w:rFonts w:ascii="Calibri" w:eastAsia="Calibri" w:hAnsi="Calibri"/>
                <w:b/>
                <w:bCs/>
                <w:sz w:val="16"/>
              </w:rPr>
              <w:t>Module 5: A visit to a city</w:t>
            </w:r>
          </w:p>
        </w:tc>
        <w:tc>
          <w:tcPr>
            <w:tcW w:w="2317" w:type="dxa"/>
            <w:shd w:val="clear" w:color="auto" w:fill="FFFF00"/>
            <w:vAlign w:val="center"/>
          </w:tcPr>
          <w:p w14:paraId="720C9E28" w14:textId="77777777" w:rsidR="00840388" w:rsidRPr="00EC7763" w:rsidRDefault="00840388" w:rsidP="008646AA">
            <w:pPr>
              <w:rPr>
                <w:b/>
                <w:bCs/>
              </w:rPr>
            </w:pPr>
          </w:p>
        </w:tc>
        <w:tc>
          <w:tcPr>
            <w:tcW w:w="2249" w:type="dxa"/>
            <w:shd w:val="clear" w:color="auto" w:fill="FFFF00"/>
            <w:vAlign w:val="center"/>
          </w:tcPr>
          <w:p w14:paraId="691C694D" w14:textId="77777777" w:rsidR="00840388" w:rsidRPr="00EC7763" w:rsidRDefault="00840388" w:rsidP="008646AA">
            <w:pPr>
              <w:rPr>
                <w:b/>
                <w:bCs/>
              </w:rPr>
            </w:pPr>
          </w:p>
        </w:tc>
        <w:tc>
          <w:tcPr>
            <w:tcW w:w="1740" w:type="dxa"/>
            <w:shd w:val="clear" w:color="auto" w:fill="FFFF00"/>
            <w:vAlign w:val="center"/>
          </w:tcPr>
          <w:p w14:paraId="0200AA15" w14:textId="77777777" w:rsidR="00840388" w:rsidRPr="00EC7763" w:rsidRDefault="00840388" w:rsidP="008646AA">
            <w:pPr>
              <w:rPr>
                <w:b/>
                <w:bCs/>
              </w:rPr>
            </w:pPr>
          </w:p>
        </w:tc>
        <w:tc>
          <w:tcPr>
            <w:tcW w:w="1576" w:type="dxa"/>
            <w:shd w:val="clear" w:color="auto" w:fill="FFFF00"/>
            <w:vAlign w:val="center"/>
          </w:tcPr>
          <w:p w14:paraId="6E89ABD0" w14:textId="77777777" w:rsidR="00840388" w:rsidRPr="00EC7763" w:rsidRDefault="00840388" w:rsidP="008646AA">
            <w:pPr>
              <w:rPr>
                <w:b/>
                <w:bCs/>
              </w:rPr>
            </w:pPr>
          </w:p>
        </w:tc>
        <w:tc>
          <w:tcPr>
            <w:tcW w:w="1650" w:type="dxa"/>
            <w:shd w:val="clear" w:color="auto" w:fill="FFFF00"/>
            <w:vAlign w:val="center"/>
          </w:tcPr>
          <w:p w14:paraId="32912FA5" w14:textId="77777777" w:rsidR="00840388" w:rsidRPr="00EC7763" w:rsidRDefault="00840388" w:rsidP="008646AA">
            <w:pPr>
              <w:rPr>
                <w:b/>
                <w:bCs/>
              </w:rPr>
            </w:pPr>
          </w:p>
        </w:tc>
      </w:tr>
      <w:tr w:rsidR="00840388" w14:paraId="12F6DAA4" w14:textId="77777777" w:rsidTr="008646AA">
        <w:tc>
          <w:tcPr>
            <w:tcW w:w="865" w:type="dxa"/>
            <w:vAlign w:val="center"/>
          </w:tcPr>
          <w:p w14:paraId="7E37B0A3" w14:textId="77777777" w:rsidR="00840388" w:rsidRDefault="00A35792" w:rsidP="008646AA">
            <w:r>
              <w:rPr>
                <w:rFonts w:ascii="Calibri" w:eastAsia="Calibri" w:hAnsi="Calibri"/>
                <w:sz w:val="16"/>
              </w:rPr>
              <w:t>23</w:t>
            </w:r>
          </w:p>
        </w:tc>
        <w:tc>
          <w:tcPr>
            <w:tcW w:w="872" w:type="dxa"/>
            <w:vAlign w:val="center"/>
          </w:tcPr>
          <w:p w14:paraId="39806476" w14:textId="77777777" w:rsidR="00840388" w:rsidRDefault="00A35792" w:rsidP="008646AA">
            <w:r>
              <w:rPr>
                <w:rFonts w:ascii="Calibri" w:eastAsia="Calibri" w:hAnsi="Calibri"/>
                <w:sz w:val="16"/>
              </w:rPr>
              <w:t>67</w:t>
            </w:r>
          </w:p>
        </w:tc>
        <w:tc>
          <w:tcPr>
            <w:tcW w:w="1093" w:type="dxa"/>
            <w:vAlign w:val="center"/>
          </w:tcPr>
          <w:p w14:paraId="0D9AD777" w14:textId="77777777" w:rsidR="00840388" w:rsidRDefault="00A35792" w:rsidP="008646AA">
            <w:r>
              <w:rPr>
                <w:rFonts w:ascii="Calibri" w:eastAsia="Calibri" w:hAnsi="Calibri"/>
                <w:sz w:val="16"/>
              </w:rPr>
              <w:t>5A: What’s in a city?</w:t>
            </w:r>
          </w:p>
        </w:tc>
        <w:tc>
          <w:tcPr>
            <w:tcW w:w="2316" w:type="dxa"/>
            <w:vAlign w:val="center"/>
          </w:tcPr>
          <w:p w14:paraId="0848A67B" w14:textId="77777777" w:rsidR="00840388" w:rsidRDefault="00A35792" w:rsidP="008646AA">
            <w:r>
              <w:rPr>
                <w:rFonts w:ascii="Calibri" w:eastAsia="Calibri" w:hAnsi="Calibri"/>
                <w:sz w:val="16"/>
              </w:rPr>
              <w:t>Slovná zásoba - mesto, čítanie s porozumením</w:t>
            </w:r>
          </w:p>
        </w:tc>
        <w:tc>
          <w:tcPr>
            <w:tcW w:w="2317" w:type="dxa"/>
            <w:vAlign w:val="center"/>
          </w:tcPr>
          <w:p w14:paraId="662783A4" w14:textId="77777777" w:rsidR="00840388" w:rsidRDefault="00A35792" w:rsidP="008646AA">
            <w:r>
              <w:rPr>
                <w:rFonts w:ascii="Calibri" w:eastAsia="Calibri" w:hAnsi="Calibri"/>
                <w:sz w:val="16"/>
              </w:rPr>
              <w:t>pomenovať miesta, budovy a služby v meste</w:t>
            </w:r>
            <w:r>
              <w:rPr>
                <w:rFonts w:ascii="Calibri" w:eastAsia="Calibri" w:hAnsi="Calibri"/>
                <w:sz w:val="16"/>
              </w:rPr>
              <w:br/>
              <w:t>porozumieť textu o orientácii v meste</w:t>
            </w:r>
            <w:r>
              <w:rPr>
                <w:rFonts w:ascii="Calibri" w:eastAsia="Calibri" w:hAnsi="Calibri"/>
                <w:sz w:val="16"/>
              </w:rPr>
              <w:br/>
              <w:t xml:space="preserve">rozpoznať a porozumieť </w:t>
            </w:r>
            <w:r>
              <w:rPr>
                <w:rFonts w:ascii="Calibri" w:eastAsia="Calibri" w:hAnsi="Calibri"/>
                <w:sz w:val="16"/>
              </w:rPr>
              <w:lastRenderedPageBreak/>
              <w:t>informačným tabuliam a značkám v meste</w:t>
            </w:r>
          </w:p>
        </w:tc>
        <w:tc>
          <w:tcPr>
            <w:tcW w:w="2249" w:type="dxa"/>
            <w:vAlign w:val="center"/>
          </w:tcPr>
          <w:p w14:paraId="14F204F2" w14:textId="77777777" w:rsidR="00840388" w:rsidRDefault="00840388" w:rsidP="008646AA"/>
        </w:tc>
        <w:tc>
          <w:tcPr>
            <w:tcW w:w="1740" w:type="dxa"/>
            <w:vAlign w:val="center"/>
          </w:tcPr>
          <w:p w14:paraId="23B46DA4" w14:textId="77777777" w:rsidR="00840388" w:rsidRDefault="00A35792" w:rsidP="008646AA">
            <w:r>
              <w:rPr>
                <w:rFonts w:ascii="Calibri" w:eastAsia="Calibri" w:hAnsi="Calibri"/>
                <w:sz w:val="16"/>
              </w:rPr>
              <w:t xml:space="preserve">airport, Anything else?, cappuccino, car park, double, doughnut, espresso, gentleman, Here you are, sir., I'm afraid, information </w:t>
            </w:r>
            <w:r>
              <w:rPr>
                <w:rFonts w:ascii="Calibri" w:eastAsia="Calibri" w:hAnsi="Calibri"/>
                <w:sz w:val="16"/>
              </w:rPr>
              <w:lastRenderedPageBreak/>
              <w:t>desk, Just a minute, key, May I…?, medium, museum, passport, petrol station, seat , single, stadium, train station, view, wait</w:t>
            </w:r>
          </w:p>
        </w:tc>
        <w:tc>
          <w:tcPr>
            <w:tcW w:w="1576" w:type="dxa"/>
            <w:vAlign w:val="center"/>
          </w:tcPr>
          <w:p w14:paraId="5BDEE91E" w14:textId="77777777" w:rsidR="00840388" w:rsidRDefault="00A35792" w:rsidP="008646AA">
            <w:r>
              <w:rPr>
                <w:rFonts w:ascii="Calibri" w:eastAsia="Calibri" w:hAnsi="Calibri"/>
                <w:sz w:val="16"/>
              </w:rPr>
              <w:lastRenderedPageBreak/>
              <w:t>SB</w:t>
            </w:r>
            <w:r>
              <w:rPr>
                <w:rFonts w:ascii="Calibri" w:eastAsia="Calibri" w:hAnsi="Calibri"/>
                <w:sz w:val="16"/>
              </w:rPr>
              <w:br/>
              <w:t>IWB &amp; IWB material or audio and audio player</w:t>
            </w:r>
          </w:p>
        </w:tc>
        <w:tc>
          <w:tcPr>
            <w:tcW w:w="1650" w:type="dxa"/>
            <w:vAlign w:val="center"/>
          </w:tcPr>
          <w:p w14:paraId="11A21B1D" w14:textId="77777777" w:rsidR="00840388" w:rsidRDefault="00A35792" w:rsidP="008646AA">
            <w:r>
              <w:rPr>
                <w:rFonts w:ascii="Calibri" w:eastAsia="Calibri" w:hAnsi="Calibri"/>
                <w:sz w:val="16"/>
              </w:rPr>
              <w:t>kritické myslenie, komunikácia, spolupráca</w:t>
            </w:r>
          </w:p>
        </w:tc>
      </w:tr>
      <w:tr w:rsidR="00840388" w14:paraId="672F1267" w14:textId="77777777" w:rsidTr="008646AA">
        <w:tc>
          <w:tcPr>
            <w:tcW w:w="865" w:type="dxa"/>
            <w:vAlign w:val="center"/>
          </w:tcPr>
          <w:p w14:paraId="232E7469" w14:textId="77777777" w:rsidR="00840388" w:rsidRDefault="00840388" w:rsidP="008646AA"/>
        </w:tc>
        <w:tc>
          <w:tcPr>
            <w:tcW w:w="872" w:type="dxa"/>
            <w:vAlign w:val="center"/>
          </w:tcPr>
          <w:p w14:paraId="4834A7C7" w14:textId="77777777" w:rsidR="00840388" w:rsidRDefault="00A35792" w:rsidP="008646AA">
            <w:r>
              <w:rPr>
                <w:rFonts w:ascii="Calibri" w:eastAsia="Calibri" w:hAnsi="Calibri"/>
                <w:sz w:val="16"/>
              </w:rPr>
              <w:t>68</w:t>
            </w:r>
          </w:p>
        </w:tc>
        <w:tc>
          <w:tcPr>
            <w:tcW w:w="1093" w:type="dxa"/>
            <w:vAlign w:val="center"/>
          </w:tcPr>
          <w:p w14:paraId="271549A6" w14:textId="77777777" w:rsidR="00840388" w:rsidRDefault="00A35792" w:rsidP="008646AA">
            <w:r>
              <w:rPr>
                <w:rFonts w:ascii="Calibri" w:eastAsia="Calibri" w:hAnsi="Calibri"/>
                <w:sz w:val="16"/>
              </w:rPr>
              <w:t>5A: What’s in a city?</w:t>
            </w:r>
          </w:p>
        </w:tc>
        <w:tc>
          <w:tcPr>
            <w:tcW w:w="2316" w:type="dxa"/>
            <w:vAlign w:val="center"/>
          </w:tcPr>
          <w:p w14:paraId="76B71C4D" w14:textId="77777777" w:rsidR="00840388" w:rsidRDefault="00A35792" w:rsidP="008646AA">
            <w:r>
              <w:rPr>
                <w:rFonts w:ascii="Calibri" w:eastAsia="Calibri" w:hAnsi="Calibri"/>
                <w:sz w:val="16"/>
              </w:rPr>
              <w:t xml:space="preserve">Gramatika - modálne slovesá, rozprávanie </w:t>
            </w:r>
          </w:p>
        </w:tc>
        <w:tc>
          <w:tcPr>
            <w:tcW w:w="2317" w:type="dxa"/>
            <w:vAlign w:val="center"/>
          </w:tcPr>
          <w:p w14:paraId="69C59C3F" w14:textId="77777777" w:rsidR="00840388" w:rsidRDefault="00A35792" w:rsidP="008646AA">
            <w:r>
              <w:rPr>
                <w:rFonts w:ascii="Calibri" w:eastAsia="Calibri" w:hAnsi="Calibri"/>
                <w:sz w:val="16"/>
              </w:rPr>
              <w:t>používať modálne slovesá can, could, may a might v bežných komunikačných situáciách</w:t>
            </w:r>
            <w:r>
              <w:rPr>
                <w:rFonts w:ascii="Calibri" w:eastAsia="Calibri" w:hAnsi="Calibri"/>
                <w:sz w:val="16"/>
              </w:rPr>
              <w:br/>
              <w:t>požiadať o dovolenie, láskavosť alebo pomoc a primerane reagovať</w:t>
            </w:r>
            <w:r>
              <w:rPr>
                <w:rFonts w:ascii="Calibri" w:eastAsia="Calibri" w:hAnsi="Calibri"/>
                <w:sz w:val="16"/>
              </w:rPr>
              <w:br/>
              <w:t>ponúknuť pomoc, prijať alebo odmietnuť ponuku</w:t>
            </w:r>
          </w:p>
        </w:tc>
        <w:tc>
          <w:tcPr>
            <w:tcW w:w="2249" w:type="dxa"/>
            <w:vAlign w:val="center"/>
          </w:tcPr>
          <w:p w14:paraId="5D081AD7" w14:textId="77777777" w:rsidR="00840388" w:rsidRDefault="00A35792" w:rsidP="008646AA">
            <w:r>
              <w:rPr>
                <w:rFonts w:ascii="Calibri" w:eastAsia="Calibri" w:hAnsi="Calibri"/>
                <w:sz w:val="16"/>
              </w:rPr>
              <w:t>Can / Could / May / Might</w:t>
            </w:r>
          </w:p>
        </w:tc>
        <w:tc>
          <w:tcPr>
            <w:tcW w:w="1740" w:type="dxa"/>
            <w:vAlign w:val="center"/>
          </w:tcPr>
          <w:p w14:paraId="1AFA90E9" w14:textId="77777777" w:rsidR="00840388" w:rsidRDefault="00840388" w:rsidP="008646AA"/>
        </w:tc>
        <w:tc>
          <w:tcPr>
            <w:tcW w:w="1576" w:type="dxa"/>
            <w:vAlign w:val="center"/>
          </w:tcPr>
          <w:p w14:paraId="1995F637" w14:textId="77777777" w:rsidR="00840388" w:rsidRDefault="00840388" w:rsidP="008646AA"/>
        </w:tc>
        <w:tc>
          <w:tcPr>
            <w:tcW w:w="1650" w:type="dxa"/>
            <w:vAlign w:val="center"/>
          </w:tcPr>
          <w:p w14:paraId="29135EF8" w14:textId="77777777" w:rsidR="00840388" w:rsidRDefault="00840388" w:rsidP="008646AA"/>
        </w:tc>
      </w:tr>
      <w:tr w:rsidR="00840388" w14:paraId="66223195" w14:textId="77777777" w:rsidTr="008646AA">
        <w:tc>
          <w:tcPr>
            <w:tcW w:w="865" w:type="dxa"/>
            <w:vAlign w:val="center"/>
          </w:tcPr>
          <w:p w14:paraId="13E1F01B" w14:textId="77777777" w:rsidR="00840388" w:rsidRDefault="00840388" w:rsidP="008646AA"/>
        </w:tc>
        <w:tc>
          <w:tcPr>
            <w:tcW w:w="872" w:type="dxa"/>
            <w:vAlign w:val="center"/>
          </w:tcPr>
          <w:p w14:paraId="5DC50ADB" w14:textId="77777777" w:rsidR="00840388" w:rsidRDefault="00A35792" w:rsidP="008646AA">
            <w:r>
              <w:rPr>
                <w:rFonts w:ascii="Calibri" w:eastAsia="Calibri" w:hAnsi="Calibri"/>
                <w:sz w:val="16"/>
              </w:rPr>
              <w:t>69</w:t>
            </w:r>
          </w:p>
        </w:tc>
        <w:tc>
          <w:tcPr>
            <w:tcW w:w="1093" w:type="dxa"/>
            <w:vAlign w:val="center"/>
          </w:tcPr>
          <w:p w14:paraId="6B3E6599" w14:textId="77777777" w:rsidR="00840388" w:rsidRDefault="00A35792" w:rsidP="008646AA">
            <w:r>
              <w:rPr>
                <w:rFonts w:ascii="Calibri" w:eastAsia="Calibri" w:hAnsi="Calibri"/>
                <w:sz w:val="16"/>
              </w:rPr>
              <w:t>5B: How do I get there?</w:t>
            </w:r>
          </w:p>
        </w:tc>
        <w:tc>
          <w:tcPr>
            <w:tcW w:w="2316" w:type="dxa"/>
            <w:vAlign w:val="center"/>
          </w:tcPr>
          <w:p w14:paraId="53CC89F4" w14:textId="77777777" w:rsidR="00840388" w:rsidRDefault="00A35792" w:rsidP="008646AA">
            <w:r>
              <w:rPr>
                <w:rFonts w:ascii="Calibri" w:eastAsia="Calibri" w:hAnsi="Calibri"/>
                <w:sz w:val="16"/>
              </w:rPr>
              <w:t>Čítanie s porozumením, slovná zásoba - návrhy</w:t>
            </w:r>
          </w:p>
        </w:tc>
        <w:tc>
          <w:tcPr>
            <w:tcW w:w="2317" w:type="dxa"/>
            <w:vAlign w:val="center"/>
          </w:tcPr>
          <w:p w14:paraId="68D53AB7" w14:textId="77777777" w:rsidR="00840388" w:rsidRDefault="00A35792" w:rsidP="008646AA">
            <w:r>
              <w:rPr>
                <w:rFonts w:ascii="Calibri" w:eastAsia="Calibri" w:hAnsi="Calibri"/>
                <w:sz w:val="16"/>
              </w:rPr>
              <w:t>porozumieť textu a mape mesta</w:t>
            </w:r>
            <w:r>
              <w:rPr>
                <w:rFonts w:ascii="Calibri" w:eastAsia="Calibri" w:hAnsi="Calibri"/>
                <w:sz w:val="16"/>
              </w:rPr>
              <w:br/>
              <w:t>opýtať sa na cestu a poskytnúť jednoduché pokyny</w:t>
            </w:r>
            <w:r>
              <w:rPr>
                <w:rFonts w:ascii="Calibri" w:eastAsia="Calibri" w:hAnsi="Calibri"/>
                <w:sz w:val="16"/>
              </w:rPr>
              <w:br/>
              <w:t>navrhovať spoločné aktivity a reagovať na návrhy</w:t>
            </w:r>
          </w:p>
        </w:tc>
        <w:tc>
          <w:tcPr>
            <w:tcW w:w="2249" w:type="dxa"/>
            <w:vAlign w:val="center"/>
          </w:tcPr>
          <w:p w14:paraId="573A7FF5" w14:textId="77777777" w:rsidR="00840388" w:rsidRDefault="00840388" w:rsidP="008646AA"/>
        </w:tc>
        <w:tc>
          <w:tcPr>
            <w:tcW w:w="1740" w:type="dxa"/>
            <w:vAlign w:val="center"/>
          </w:tcPr>
          <w:p w14:paraId="7A4BAF0B" w14:textId="77777777" w:rsidR="00840388" w:rsidRDefault="00A35792" w:rsidP="008646AA">
            <w:r>
              <w:rPr>
                <w:rFonts w:ascii="Calibri" w:eastAsia="Calibri" w:hAnsi="Calibri"/>
                <w:sz w:val="16"/>
              </w:rPr>
              <w:t>across, answer, bank, call, chemist's, Go on, go straight on, go up, go down, go along, How about + -ing, How do I get there?, lose, newsagent's, on the left, on the right, opposite, ring, road, straightaway, street, take the second turning, the end of, through, traffic lights, turn left at/into, turn right at/into, Why don't we …?</w:t>
            </w:r>
          </w:p>
        </w:tc>
        <w:tc>
          <w:tcPr>
            <w:tcW w:w="1576" w:type="dxa"/>
            <w:vAlign w:val="center"/>
          </w:tcPr>
          <w:p w14:paraId="44873F6B"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1398C09E" w14:textId="77777777" w:rsidR="00840388" w:rsidRDefault="00A35792" w:rsidP="008646AA">
            <w:r>
              <w:rPr>
                <w:rFonts w:ascii="Calibri" w:eastAsia="Calibri" w:hAnsi="Calibri"/>
                <w:sz w:val="16"/>
              </w:rPr>
              <w:t>kritické myslenie, komunikácia, spolupráca, osobná a sociálna zodpovednosť, digitálna gramotnosť, tvorivosť</w:t>
            </w:r>
          </w:p>
        </w:tc>
      </w:tr>
      <w:tr w:rsidR="00840388" w14:paraId="015E74E6" w14:textId="77777777" w:rsidTr="008646AA">
        <w:tc>
          <w:tcPr>
            <w:tcW w:w="865" w:type="dxa"/>
            <w:vAlign w:val="center"/>
          </w:tcPr>
          <w:p w14:paraId="48D50635" w14:textId="77777777" w:rsidR="00840388" w:rsidRDefault="00A35792" w:rsidP="008646AA">
            <w:r>
              <w:rPr>
                <w:rFonts w:ascii="Calibri" w:eastAsia="Calibri" w:hAnsi="Calibri"/>
                <w:sz w:val="16"/>
              </w:rPr>
              <w:t>24</w:t>
            </w:r>
          </w:p>
        </w:tc>
        <w:tc>
          <w:tcPr>
            <w:tcW w:w="872" w:type="dxa"/>
            <w:vAlign w:val="center"/>
          </w:tcPr>
          <w:p w14:paraId="2F5BFA5E" w14:textId="77777777" w:rsidR="00840388" w:rsidRDefault="00A35792" w:rsidP="008646AA">
            <w:r>
              <w:rPr>
                <w:rFonts w:ascii="Calibri" w:eastAsia="Calibri" w:hAnsi="Calibri"/>
                <w:sz w:val="16"/>
              </w:rPr>
              <w:t>70</w:t>
            </w:r>
          </w:p>
        </w:tc>
        <w:tc>
          <w:tcPr>
            <w:tcW w:w="1093" w:type="dxa"/>
            <w:vAlign w:val="center"/>
          </w:tcPr>
          <w:p w14:paraId="76A0BD30" w14:textId="77777777" w:rsidR="00840388" w:rsidRDefault="00A35792" w:rsidP="008646AA">
            <w:r>
              <w:rPr>
                <w:rFonts w:ascii="Calibri" w:eastAsia="Calibri" w:hAnsi="Calibri"/>
                <w:sz w:val="16"/>
              </w:rPr>
              <w:t>5B: How do I get there?</w:t>
            </w:r>
          </w:p>
        </w:tc>
        <w:tc>
          <w:tcPr>
            <w:tcW w:w="2316" w:type="dxa"/>
            <w:vAlign w:val="center"/>
          </w:tcPr>
          <w:p w14:paraId="0F86E0DD" w14:textId="77777777" w:rsidR="00840388" w:rsidRDefault="00A35792" w:rsidP="008646AA">
            <w:r>
              <w:rPr>
                <w:rFonts w:ascii="Calibri" w:eastAsia="Calibri" w:hAnsi="Calibri"/>
                <w:sz w:val="16"/>
              </w:rPr>
              <w:t xml:space="preserve">Gramatika - predložky miesta a pohybu, rozprávanie,  práca s informáciami, písanie a prezentácia </w:t>
            </w:r>
          </w:p>
        </w:tc>
        <w:tc>
          <w:tcPr>
            <w:tcW w:w="2317" w:type="dxa"/>
            <w:vAlign w:val="center"/>
          </w:tcPr>
          <w:p w14:paraId="446D2CAA" w14:textId="77777777" w:rsidR="00840388" w:rsidRDefault="00A35792" w:rsidP="008646AA">
            <w:r>
              <w:rPr>
                <w:rFonts w:ascii="Calibri" w:eastAsia="Calibri" w:hAnsi="Calibri"/>
                <w:sz w:val="16"/>
              </w:rPr>
              <w:t>používať predložky miesta a pohybu pri opise trasy</w:t>
            </w:r>
            <w:r>
              <w:rPr>
                <w:rFonts w:ascii="Calibri" w:eastAsia="Calibri" w:hAnsi="Calibri"/>
                <w:sz w:val="16"/>
              </w:rPr>
              <w:br/>
              <w:t>používať vhodné jazykové prostriedky na vyjadrenie návrhov</w:t>
            </w:r>
            <w:r>
              <w:rPr>
                <w:rFonts w:ascii="Calibri" w:eastAsia="Calibri" w:hAnsi="Calibri"/>
                <w:sz w:val="16"/>
              </w:rPr>
              <w:br/>
              <w:t>vytvoriť a prezentovať jednoduchý plán alebo trasu</w:t>
            </w:r>
          </w:p>
        </w:tc>
        <w:tc>
          <w:tcPr>
            <w:tcW w:w="2249" w:type="dxa"/>
            <w:vAlign w:val="center"/>
          </w:tcPr>
          <w:p w14:paraId="2B57604F" w14:textId="77777777" w:rsidR="00840388" w:rsidRDefault="00A35792" w:rsidP="008646AA">
            <w:r>
              <w:rPr>
                <w:rFonts w:ascii="Calibri" w:eastAsia="Calibri" w:hAnsi="Calibri"/>
                <w:sz w:val="16"/>
              </w:rPr>
              <w:t>Prepositions of place</w:t>
            </w:r>
            <w:r>
              <w:rPr>
                <w:rFonts w:ascii="Calibri" w:eastAsia="Calibri" w:hAnsi="Calibri"/>
                <w:sz w:val="16"/>
              </w:rPr>
              <w:br/>
              <w:t>Prepositions of movement</w:t>
            </w:r>
            <w:r>
              <w:rPr>
                <w:rFonts w:ascii="Calibri" w:eastAsia="Calibri" w:hAnsi="Calibri"/>
                <w:sz w:val="16"/>
              </w:rPr>
              <w:br/>
              <w:t>Let’s … / How about …? / Why don’t we …?</w:t>
            </w:r>
          </w:p>
        </w:tc>
        <w:tc>
          <w:tcPr>
            <w:tcW w:w="1740" w:type="dxa"/>
            <w:vAlign w:val="center"/>
          </w:tcPr>
          <w:p w14:paraId="5216756A" w14:textId="77777777" w:rsidR="00840388" w:rsidRDefault="00840388" w:rsidP="008646AA"/>
        </w:tc>
        <w:tc>
          <w:tcPr>
            <w:tcW w:w="1576" w:type="dxa"/>
            <w:vAlign w:val="center"/>
          </w:tcPr>
          <w:p w14:paraId="42A33E9F" w14:textId="77777777" w:rsidR="00840388" w:rsidRDefault="00840388" w:rsidP="008646AA"/>
        </w:tc>
        <w:tc>
          <w:tcPr>
            <w:tcW w:w="1650" w:type="dxa"/>
            <w:vAlign w:val="center"/>
          </w:tcPr>
          <w:p w14:paraId="0BA62ECF" w14:textId="77777777" w:rsidR="00840388" w:rsidRDefault="00840388" w:rsidP="008646AA"/>
        </w:tc>
      </w:tr>
      <w:tr w:rsidR="00840388" w14:paraId="263B5214" w14:textId="77777777" w:rsidTr="008646AA">
        <w:tc>
          <w:tcPr>
            <w:tcW w:w="865" w:type="dxa"/>
            <w:vAlign w:val="center"/>
          </w:tcPr>
          <w:p w14:paraId="1FB749CA" w14:textId="77777777" w:rsidR="00840388" w:rsidRDefault="00840388" w:rsidP="008646AA"/>
        </w:tc>
        <w:tc>
          <w:tcPr>
            <w:tcW w:w="872" w:type="dxa"/>
            <w:vAlign w:val="center"/>
          </w:tcPr>
          <w:p w14:paraId="559680A2" w14:textId="77777777" w:rsidR="00840388" w:rsidRDefault="00A35792" w:rsidP="008646AA">
            <w:r>
              <w:rPr>
                <w:rFonts w:ascii="Calibri" w:eastAsia="Calibri" w:hAnsi="Calibri"/>
                <w:sz w:val="16"/>
              </w:rPr>
              <w:t>71</w:t>
            </w:r>
          </w:p>
        </w:tc>
        <w:tc>
          <w:tcPr>
            <w:tcW w:w="1093" w:type="dxa"/>
            <w:vAlign w:val="center"/>
          </w:tcPr>
          <w:p w14:paraId="09D19950" w14:textId="77777777" w:rsidR="00840388" w:rsidRDefault="00A35792" w:rsidP="008646AA">
            <w:r>
              <w:rPr>
                <w:rFonts w:ascii="Calibri" w:eastAsia="Calibri" w:hAnsi="Calibri"/>
                <w:sz w:val="16"/>
              </w:rPr>
              <w:t>5C: Keep our city clean</w:t>
            </w:r>
          </w:p>
        </w:tc>
        <w:tc>
          <w:tcPr>
            <w:tcW w:w="2316" w:type="dxa"/>
            <w:vAlign w:val="center"/>
          </w:tcPr>
          <w:p w14:paraId="48F354C0" w14:textId="77777777" w:rsidR="00840388" w:rsidRDefault="00A35792" w:rsidP="008646AA">
            <w:r>
              <w:rPr>
                <w:rFonts w:ascii="Calibri" w:eastAsia="Calibri" w:hAnsi="Calibri"/>
                <w:sz w:val="16"/>
              </w:rPr>
              <w:t>Slovná zásoba - ochrana životného prostredia, čítanie s porozumením</w:t>
            </w:r>
          </w:p>
        </w:tc>
        <w:tc>
          <w:tcPr>
            <w:tcW w:w="2317" w:type="dxa"/>
            <w:vAlign w:val="center"/>
          </w:tcPr>
          <w:p w14:paraId="3A07168D" w14:textId="77777777" w:rsidR="00840388" w:rsidRDefault="00A35792" w:rsidP="008646AA">
            <w:r>
              <w:rPr>
                <w:rFonts w:ascii="Calibri" w:eastAsia="Calibri" w:hAnsi="Calibri"/>
                <w:sz w:val="16"/>
              </w:rPr>
              <w:t>pomenovať problémy životného prostredia a možnosti ich riešenia</w:t>
            </w:r>
            <w:r>
              <w:rPr>
                <w:rFonts w:ascii="Calibri" w:eastAsia="Calibri" w:hAnsi="Calibri"/>
                <w:sz w:val="16"/>
              </w:rPr>
              <w:br/>
              <w:t>porozumieť textu o ochrane životného prostredia</w:t>
            </w:r>
            <w:r>
              <w:rPr>
                <w:rFonts w:ascii="Calibri" w:eastAsia="Calibri" w:hAnsi="Calibri"/>
                <w:sz w:val="16"/>
              </w:rPr>
              <w:br/>
              <w:t>diskutovať o spôsoboch ochrany prírody a svojho okolia</w:t>
            </w:r>
          </w:p>
        </w:tc>
        <w:tc>
          <w:tcPr>
            <w:tcW w:w="2249" w:type="dxa"/>
            <w:vAlign w:val="center"/>
          </w:tcPr>
          <w:p w14:paraId="3CF90008" w14:textId="77777777" w:rsidR="00840388" w:rsidRDefault="00840388" w:rsidP="008646AA"/>
        </w:tc>
        <w:tc>
          <w:tcPr>
            <w:tcW w:w="1740" w:type="dxa"/>
            <w:vAlign w:val="center"/>
          </w:tcPr>
          <w:p w14:paraId="37830075" w14:textId="77777777" w:rsidR="00840388" w:rsidRDefault="00A35792" w:rsidP="008646AA">
            <w:r>
              <w:rPr>
                <w:rFonts w:ascii="Calibri" w:eastAsia="Calibri" w:hAnsi="Calibri"/>
                <w:sz w:val="16"/>
              </w:rPr>
              <w:t xml:space="preserve">activity, air pollution, build, can, celebrate, clean, clean up, collect, cut down, earth, energy, environment, for example, get together, litter, magazine, nature, newspaper, organise, plan (to), plant, protect, public transport, put, recycle, </w:t>
            </w:r>
            <w:r>
              <w:rPr>
                <w:rFonts w:ascii="Calibri" w:eastAsia="Calibri" w:hAnsi="Calibri"/>
                <w:sz w:val="16"/>
              </w:rPr>
              <w:lastRenderedPageBreak/>
              <w:t>recycling bin, take part in, take place, tap, throw, traffic jam, turn off, welcome</w:t>
            </w:r>
          </w:p>
        </w:tc>
        <w:tc>
          <w:tcPr>
            <w:tcW w:w="1576" w:type="dxa"/>
            <w:vAlign w:val="center"/>
          </w:tcPr>
          <w:p w14:paraId="37B56245" w14:textId="77777777" w:rsidR="00840388" w:rsidRDefault="00A35792" w:rsidP="008646AA">
            <w:r>
              <w:rPr>
                <w:rFonts w:ascii="Calibri" w:eastAsia="Calibri" w:hAnsi="Calibri"/>
                <w:sz w:val="16"/>
              </w:rPr>
              <w:lastRenderedPageBreak/>
              <w:t>SB</w:t>
            </w:r>
            <w:r>
              <w:rPr>
                <w:rFonts w:ascii="Calibri" w:eastAsia="Calibri" w:hAnsi="Calibri"/>
                <w:sz w:val="16"/>
              </w:rPr>
              <w:br/>
              <w:t>IWB &amp; IWB material or audio and audio player</w:t>
            </w:r>
          </w:p>
        </w:tc>
        <w:tc>
          <w:tcPr>
            <w:tcW w:w="1650" w:type="dxa"/>
            <w:vAlign w:val="center"/>
          </w:tcPr>
          <w:p w14:paraId="4487BBC5" w14:textId="77777777" w:rsidR="00840388" w:rsidRDefault="00A35792" w:rsidP="008646AA">
            <w:r>
              <w:rPr>
                <w:rFonts w:ascii="Calibri" w:eastAsia="Calibri" w:hAnsi="Calibri"/>
                <w:sz w:val="16"/>
              </w:rPr>
              <w:t>kritické myslenie, komunikácia, spolupráca, osobná a sociálna zodpovednosť, tvorivosť</w:t>
            </w:r>
          </w:p>
        </w:tc>
      </w:tr>
      <w:tr w:rsidR="00840388" w14:paraId="3CF734CB" w14:textId="77777777" w:rsidTr="008646AA">
        <w:tc>
          <w:tcPr>
            <w:tcW w:w="865" w:type="dxa"/>
            <w:vAlign w:val="center"/>
          </w:tcPr>
          <w:p w14:paraId="4CC8971E" w14:textId="77777777" w:rsidR="00840388" w:rsidRDefault="00840388" w:rsidP="008646AA"/>
        </w:tc>
        <w:tc>
          <w:tcPr>
            <w:tcW w:w="872" w:type="dxa"/>
            <w:vAlign w:val="center"/>
          </w:tcPr>
          <w:p w14:paraId="465A292C" w14:textId="77777777" w:rsidR="00840388" w:rsidRDefault="00A35792" w:rsidP="008646AA">
            <w:r>
              <w:rPr>
                <w:rFonts w:ascii="Calibri" w:eastAsia="Calibri" w:hAnsi="Calibri"/>
                <w:sz w:val="16"/>
              </w:rPr>
              <w:t>72</w:t>
            </w:r>
          </w:p>
        </w:tc>
        <w:tc>
          <w:tcPr>
            <w:tcW w:w="1093" w:type="dxa"/>
            <w:vAlign w:val="center"/>
          </w:tcPr>
          <w:p w14:paraId="0BEA5D92" w14:textId="77777777" w:rsidR="00840388" w:rsidRDefault="00A35792" w:rsidP="008646AA">
            <w:r>
              <w:rPr>
                <w:rFonts w:ascii="Calibri" w:eastAsia="Calibri" w:hAnsi="Calibri"/>
                <w:sz w:val="16"/>
              </w:rPr>
              <w:t>5C: Keep our city clean</w:t>
            </w:r>
          </w:p>
        </w:tc>
        <w:tc>
          <w:tcPr>
            <w:tcW w:w="2316" w:type="dxa"/>
            <w:vAlign w:val="center"/>
          </w:tcPr>
          <w:p w14:paraId="391462B0" w14:textId="77777777" w:rsidR="00840388" w:rsidRDefault="00A35792" w:rsidP="008646AA">
            <w:r>
              <w:rPr>
                <w:rFonts w:ascii="Calibri" w:eastAsia="Calibri" w:hAnsi="Calibri"/>
                <w:sz w:val="16"/>
              </w:rPr>
              <w:t>Gramatika – porovnávanie, (not) as...as</w:t>
            </w:r>
          </w:p>
        </w:tc>
        <w:tc>
          <w:tcPr>
            <w:tcW w:w="2317" w:type="dxa"/>
            <w:vAlign w:val="center"/>
          </w:tcPr>
          <w:p w14:paraId="5E1AB9B3" w14:textId="77777777" w:rsidR="00840388" w:rsidRDefault="00A35792" w:rsidP="008646AA">
            <w:r>
              <w:rPr>
                <w:rFonts w:ascii="Calibri" w:eastAsia="Calibri" w:hAnsi="Calibri"/>
                <w:sz w:val="16"/>
              </w:rPr>
              <w:t>používať konštrukciu (not) as … as pri porovnávaní</w:t>
            </w:r>
            <w:r>
              <w:rPr>
                <w:rFonts w:ascii="Calibri" w:eastAsia="Calibri" w:hAnsi="Calibri"/>
                <w:sz w:val="16"/>
              </w:rPr>
              <w:br/>
              <w:t>porovnávať osoby, predmety a miesta</w:t>
            </w:r>
            <w:r>
              <w:rPr>
                <w:rFonts w:ascii="Calibri" w:eastAsia="Calibri" w:hAnsi="Calibri"/>
                <w:sz w:val="16"/>
              </w:rPr>
              <w:br/>
              <w:t>vyjadriť podobnosť a rozdiel medzi dvoma javmi</w:t>
            </w:r>
          </w:p>
        </w:tc>
        <w:tc>
          <w:tcPr>
            <w:tcW w:w="2249" w:type="dxa"/>
            <w:vAlign w:val="center"/>
          </w:tcPr>
          <w:p w14:paraId="4252F7F8" w14:textId="77777777" w:rsidR="00840388" w:rsidRDefault="00A35792" w:rsidP="008646AA">
            <w:r>
              <w:rPr>
                <w:rFonts w:ascii="Calibri" w:eastAsia="Calibri" w:hAnsi="Calibri"/>
                <w:sz w:val="16"/>
              </w:rPr>
              <w:t>Comparisons: (not) as + adjective + as</w:t>
            </w:r>
          </w:p>
        </w:tc>
        <w:tc>
          <w:tcPr>
            <w:tcW w:w="1740" w:type="dxa"/>
            <w:vAlign w:val="center"/>
          </w:tcPr>
          <w:p w14:paraId="03FFCD2C" w14:textId="77777777" w:rsidR="00840388" w:rsidRDefault="00840388" w:rsidP="008646AA"/>
        </w:tc>
        <w:tc>
          <w:tcPr>
            <w:tcW w:w="1576" w:type="dxa"/>
            <w:vAlign w:val="center"/>
          </w:tcPr>
          <w:p w14:paraId="076ECFEE" w14:textId="77777777" w:rsidR="00840388" w:rsidRDefault="00840388" w:rsidP="008646AA"/>
        </w:tc>
        <w:tc>
          <w:tcPr>
            <w:tcW w:w="1650" w:type="dxa"/>
            <w:vAlign w:val="center"/>
          </w:tcPr>
          <w:p w14:paraId="412B80C1" w14:textId="77777777" w:rsidR="00840388" w:rsidRDefault="00840388" w:rsidP="008646AA"/>
        </w:tc>
      </w:tr>
      <w:tr w:rsidR="00840388" w14:paraId="7966F994" w14:textId="77777777" w:rsidTr="008646AA">
        <w:tc>
          <w:tcPr>
            <w:tcW w:w="865" w:type="dxa"/>
            <w:vAlign w:val="center"/>
          </w:tcPr>
          <w:p w14:paraId="72B130ED" w14:textId="77777777" w:rsidR="00840388" w:rsidRDefault="00A35792" w:rsidP="008646AA">
            <w:r>
              <w:rPr>
                <w:rFonts w:ascii="Calibri" w:eastAsia="Calibri" w:hAnsi="Calibri"/>
                <w:sz w:val="16"/>
              </w:rPr>
              <w:t>25</w:t>
            </w:r>
          </w:p>
        </w:tc>
        <w:tc>
          <w:tcPr>
            <w:tcW w:w="872" w:type="dxa"/>
            <w:vAlign w:val="center"/>
          </w:tcPr>
          <w:p w14:paraId="12AEE47E" w14:textId="77777777" w:rsidR="00840388" w:rsidRDefault="00A35792" w:rsidP="008646AA">
            <w:r>
              <w:rPr>
                <w:rFonts w:ascii="Calibri" w:eastAsia="Calibri" w:hAnsi="Calibri"/>
                <w:sz w:val="16"/>
              </w:rPr>
              <w:t>73</w:t>
            </w:r>
          </w:p>
        </w:tc>
        <w:tc>
          <w:tcPr>
            <w:tcW w:w="1093" w:type="dxa"/>
            <w:vAlign w:val="center"/>
          </w:tcPr>
          <w:p w14:paraId="5A807AEE" w14:textId="77777777" w:rsidR="00840388" w:rsidRDefault="00A35792" w:rsidP="008646AA">
            <w:r>
              <w:rPr>
                <w:rFonts w:ascii="Calibri" w:eastAsia="Calibri" w:hAnsi="Calibri"/>
                <w:sz w:val="16"/>
              </w:rPr>
              <w:t>5D: Getting around</w:t>
            </w:r>
          </w:p>
        </w:tc>
        <w:tc>
          <w:tcPr>
            <w:tcW w:w="2316" w:type="dxa"/>
            <w:vAlign w:val="center"/>
          </w:tcPr>
          <w:p w14:paraId="0DF8EF68" w14:textId="77777777" w:rsidR="00840388" w:rsidRDefault="00A35792" w:rsidP="008646AA">
            <w:r>
              <w:rPr>
                <w:rFonts w:ascii="Calibri" w:eastAsia="Calibri" w:hAnsi="Calibri"/>
                <w:sz w:val="16"/>
              </w:rPr>
              <w:t>Slovná zásoba - doprava, čítanie s porozumením</w:t>
            </w:r>
          </w:p>
        </w:tc>
        <w:tc>
          <w:tcPr>
            <w:tcW w:w="2317" w:type="dxa"/>
            <w:vAlign w:val="center"/>
          </w:tcPr>
          <w:p w14:paraId="22050E53" w14:textId="77777777" w:rsidR="00840388" w:rsidRDefault="00A35792" w:rsidP="008646AA">
            <w:r>
              <w:rPr>
                <w:rFonts w:ascii="Calibri" w:eastAsia="Calibri" w:hAnsi="Calibri"/>
                <w:sz w:val="16"/>
              </w:rPr>
              <w:t>pomenovať dopravné prostriedky a spôsoby dopravy</w:t>
            </w:r>
            <w:r>
              <w:rPr>
                <w:rFonts w:ascii="Calibri" w:eastAsia="Calibri" w:hAnsi="Calibri"/>
                <w:sz w:val="16"/>
              </w:rPr>
              <w:br/>
              <w:t>porozumieť textu o cestovaní v meste</w:t>
            </w:r>
            <w:r>
              <w:rPr>
                <w:rFonts w:ascii="Calibri" w:eastAsia="Calibri" w:hAnsi="Calibri"/>
                <w:sz w:val="16"/>
              </w:rPr>
              <w:br/>
              <w:t>vyjadriť svoje preferencie pri výbere dopravného prostriedku</w:t>
            </w:r>
          </w:p>
        </w:tc>
        <w:tc>
          <w:tcPr>
            <w:tcW w:w="2249" w:type="dxa"/>
            <w:vAlign w:val="center"/>
          </w:tcPr>
          <w:p w14:paraId="370339B4" w14:textId="77777777" w:rsidR="00840388" w:rsidRDefault="00840388" w:rsidP="008646AA"/>
        </w:tc>
        <w:tc>
          <w:tcPr>
            <w:tcW w:w="1740" w:type="dxa"/>
            <w:vAlign w:val="center"/>
          </w:tcPr>
          <w:p w14:paraId="11C98709" w14:textId="77777777" w:rsidR="00840388" w:rsidRDefault="00A35792" w:rsidP="008646AA">
            <w:r>
              <w:rPr>
                <w:rFonts w:ascii="Calibri" w:eastAsia="Calibri" w:hAnsi="Calibri"/>
                <w:sz w:val="16"/>
              </w:rPr>
              <w:t>appear, busy, cab      , close, cost, crowded, double-decker, line, means of transport, motorbike, on foot, passenger, probably, pull, safe, still, subway, metro, tube, taxi, tram, underground, way, Which…?</w:t>
            </w:r>
          </w:p>
        </w:tc>
        <w:tc>
          <w:tcPr>
            <w:tcW w:w="1576" w:type="dxa"/>
            <w:vAlign w:val="center"/>
          </w:tcPr>
          <w:p w14:paraId="7B4E132C"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7D4273F2" w14:textId="77777777" w:rsidR="00840388" w:rsidRDefault="00A35792" w:rsidP="008646AA">
            <w:r>
              <w:rPr>
                <w:rFonts w:ascii="Calibri" w:eastAsia="Calibri" w:hAnsi="Calibri"/>
                <w:sz w:val="16"/>
              </w:rPr>
              <w:t>kritické myslenie, komunikácia, spolupráca</w:t>
            </w:r>
          </w:p>
        </w:tc>
      </w:tr>
      <w:tr w:rsidR="00840388" w14:paraId="359D57E7" w14:textId="77777777" w:rsidTr="008646AA">
        <w:tc>
          <w:tcPr>
            <w:tcW w:w="865" w:type="dxa"/>
            <w:vAlign w:val="center"/>
          </w:tcPr>
          <w:p w14:paraId="7E81ADE7" w14:textId="77777777" w:rsidR="00840388" w:rsidRDefault="00840388" w:rsidP="008646AA"/>
        </w:tc>
        <w:tc>
          <w:tcPr>
            <w:tcW w:w="872" w:type="dxa"/>
            <w:vAlign w:val="center"/>
          </w:tcPr>
          <w:p w14:paraId="4FF982F5" w14:textId="77777777" w:rsidR="00840388" w:rsidRDefault="00A35792" w:rsidP="008646AA">
            <w:r>
              <w:rPr>
                <w:rFonts w:ascii="Calibri" w:eastAsia="Calibri" w:hAnsi="Calibri"/>
                <w:sz w:val="16"/>
              </w:rPr>
              <w:t>74</w:t>
            </w:r>
          </w:p>
        </w:tc>
        <w:tc>
          <w:tcPr>
            <w:tcW w:w="1093" w:type="dxa"/>
            <w:vAlign w:val="center"/>
          </w:tcPr>
          <w:p w14:paraId="3221DD93" w14:textId="77777777" w:rsidR="00840388" w:rsidRDefault="00A35792" w:rsidP="008646AA">
            <w:r>
              <w:rPr>
                <w:rFonts w:ascii="Calibri" w:eastAsia="Calibri" w:hAnsi="Calibri"/>
                <w:sz w:val="16"/>
              </w:rPr>
              <w:t>5D: Getting around</w:t>
            </w:r>
          </w:p>
        </w:tc>
        <w:tc>
          <w:tcPr>
            <w:tcW w:w="2316" w:type="dxa"/>
            <w:vAlign w:val="center"/>
          </w:tcPr>
          <w:p w14:paraId="583E31CF" w14:textId="77777777" w:rsidR="00840388" w:rsidRDefault="00A35792" w:rsidP="008646AA">
            <w:r>
              <w:rPr>
                <w:rFonts w:ascii="Calibri" w:eastAsia="Calibri" w:hAnsi="Calibri"/>
                <w:sz w:val="16"/>
              </w:rPr>
              <w:t xml:space="preserve">Gramatika - which?, počúvanie s porozumením, rozprávanie </w:t>
            </w:r>
          </w:p>
        </w:tc>
        <w:tc>
          <w:tcPr>
            <w:tcW w:w="2317" w:type="dxa"/>
            <w:vAlign w:val="center"/>
          </w:tcPr>
          <w:p w14:paraId="6509B122" w14:textId="77777777" w:rsidR="00840388" w:rsidRDefault="00A35792" w:rsidP="008646AA">
            <w:r>
              <w:rPr>
                <w:rFonts w:ascii="Calibri" w:eastAsia="Calibri" w:hAnsi="Calibri"/>
                <w:sz w:val="16"/>
              </w:rPr>
              <w:t>používať opytovacie zámeno which pri výbere z viacerých možností</w:t>
            </w:r>
            <w:r>
              <w:rPr>
                <w:rFonts w:ascii="Calibri" w:eastAsia="Calibri" w:hAnsi="Calibri"/>
                <w:sz w:val="16"/>
              </w:rPr>
              <w:br/>
              <w:t>porozumieť počúvanému textu o doprave</w:t>
            </w:r>
            <w:r>
              <w:rPr>
                <w:rFonts w:ascii="Calibri" w:eastAsia="Calibri" w:hAnsi="Calibri"/>
                <w:sz w:val="16"/>
              </w:rPr>
              <w:br/>
              <w:t>porovnať možnosti dopravy a zdôvodniť svoj výber</w:t>
            </w:r>
          </w:p>
        </w:tc>
        <w:tc>
          <w:tcPr>
            <w:tcW w:w="2249" w:type="dxa"/>
            <w:vAlign w:val="center"/>
          </w:tcPr>
          <w:p w14:paraId="3FDD4483" w14:textId="77777777" w:rsidR="00840388" w:rsidRDefault="00A35792" w:rsidP="008646AA">
            <w:r>
              <w:rPr>
                <w:rFonts w:ascii="Calibri" w:eastAsia="Calibri" w:hAnsi="Calibri"/>
                <w:sz w:val="16"/>
              </w:rPr>
              <w:t>Which?</w:t>
            </w:r>
          </w:p>
        </w:tc>
        <w:tc>
          <w:tcPr>
            <w:tcW w:w="1740" w:type="dxa"/>
            <w:vAlign w:val="center"/>
          </w:tcPr>
          <w:p w14:paraId="269A234B" w14:textId="77777777" w:rsidR="00840388" w:rsidRDefault="00840388" w:rsidP="008646AA"/>
        </w:tc>
        <w:tc>
          <w:tcPr>
            <w:tcW w:w="1576" w:type="dxa"/>
            <w:vAlign w:val="center"/>
          </w:tcPr>
          <w:p w14:paraId="0248B596" w14:textId="77777777" w:rsidR="00840388" w:rsidRDefault="00840388" w:rsidP="008646AA"/>
        </w:tc>
        <w:tc>
          <w:tcPr>
            <w:tcW w:w="1650" w:type="dxa"/>
            <w:vAlign w:val="center"/>
          </w:tcPr>
          <w:p w14:paraId="3A6AFDF4" w14:textId="77777777" w:rsidR="00840388" w:rsidRDefault="00840388" w:rsidP="008646AA"/>
        </w:tc>
      </w:tr>
      <w:tr w:rsidR="00840388" w14:paraId="02EBAF87" w14:textId="77777777" w:rsidTr="008646AA">
        <w:tc>
          <w:tcPr>
            <w:tcW w:w="865" w:type="dxa"/>
            <w:vAlign w:val="center"/>
          </w:tcPr>
          <w:p w14:paraId="704216BA" w14:textId="77777777" w:rsidR="00840388" w:rsidRDefault="00840388" w:rsidP="008646AA"/>
        </w:tc>
        <w:tc>
          <w:tcPr>
            <w:tcW w:w="872" w:type="dxa"/>
            <w:vAlign w:val="center"/>
          </w:tcPr>
          <w:p w14:paraId="326EC74C" w14:textId="77777777" w:rsidR="00840388" w:rsidRDefault="00A35792" w:rsidP="008646AA">
            <w:r>
              <w:rPr>
                <w:rFonts w:ascii="Calibri" w:eastAsia="Calibri" w:hAnsi="Calibri"/>
                <w:sz w:val="16"/>
              </w:rPr>
              <w:t>75</w:t>
            </w:r>
          </w:p>
        </w:tc>
        <w:tc>
          <w:tcPr>
            <w:tcW w:w="1093" w:type="dxa"/>
            <w:vAlign w:val="center"/>
          </w:tcPr>
          <w:p w14:paraId="5EE06D79" w14:textId="77777777" w:rsidR="00840388" w:rsidRDefault="00A35792" w:rsidP="008646AA">
            <w:r>
              <w:rPr>
                <w:rFonts w:ascii="Calibri" w:eastAsia="Calibri" w:hAnsi="Calibri"/>
                <w:sz w:val="16"/>
              </w:rPr>
              <w:t>Top Skills: Places to visit</w:t>
            </w:r>
          </w:p>
        </w:tc>
        <w:tc>
          <w:tcPr>
            <w:tcW w:w="2316" w:type="dxa"/>
            <w:vAlign w:val="center"/>
          </w:tcPr>
          <w:p w14:paraId="62D4A401" w14:textId="77777777" w:rsidR="00840388" w:rsidRDefault="00A35792" w:rsidP="008646AA">
            <w:r>
              <w:rPr>
                <w:rFonts w:ascii="Calibri" w:eastAsia="Calibri" w:hAnsi="Calibri"/>
                <w:sz w:val="16"/>
              </w:rPr>
              <w:t>Slovná zásoba - mesto, budovy, čítanie s porozumením</w:t>
            </w:r>
          </w:p>
        </w:tc>
        <w:tc>
          <w:tcPr>
            <w:tcW w:w="2317" w:type="dxa"/>
            <w:vAlign w:val="center"/>
          </w:tcPr>
          <w:p w14:paraId="12A4AD88" w14:textId="77777777" w:rsidR="00840388" w:rsidRDefault="00A35792" w:rsidP="008646AA">
            <w:r>
              <w:rPr>
                <w:rFonts w:ascii="Calibri" w:eastAsia="Calibri" w:hAnsi="Calibri"/>
                <w:sz w:val="16"/>
              </w:rPr>
              <w:t>pomenovať významné budovy a turistické atrakcie</w:t>
            </w:r>
            <w:r>
              <w:rPr>
                <w:rFonts w:ascii="Calibri" w:eastAsia="Calibri" w:hAnsi="Calibri"/>
                <w:sz w:val="16"/>
              </w:rPr>
              <w:br/>
              <w:t>porozumieť textu o zaujímavých miestach</w:t>
            </w:r>
            <w:r>
              <w:rPr>
                <w:rFonts w:ascii="Calibri" w:eastAsia="Calibri" w:hAnsi="Calibri"/>
                <w:sz w:val="16"/>
              </w:rPr>
              <w:br/>
              <w:t>hovoriť o miestach, ktoré by odporučil navštíviť</w:t>
            </w:r>
          </w:p>
        </w:tc>
        <w:tc>
          <w:tcPr>
            <w:tcW w:w="2249" w:type="dxa"/>
            <w:vAlign w:val="center"/>
          </w:tcPr>
          <w:p w14:paraId="52A1F4D9" w14:textId="77777777" w:rsidR="00840388" w:rsidRDefault="00840388" w:rsidP="008646AA"/>
        </w:tc>
        <w:tc>
          <w:tcPr>
            <w:tcW w:w="1740" w:type="dxa"/>
            <w:vAlign w:val="center"/>
          </w:tcPr>
          <w:p w14:paraId="2A3B1CBF" w14:textId="77777777" w:rsidR="00840388" w:rsidRDefault="00A35792" w:rsidP="008646AA">
            <w:r>
              <w:rPr>
                <w:rFonts w:ascii="Calibri" w:eastAsia="Calibri" w:hAnsi="Calibri"/>
                <w:sz w:val="16"/>
              </w:rPr>
              <w:t>block of flats, bridge, bring, castle, central, finally, magnificent, palace, See you soon, skyscraper, souvenirs, square, step, theme park, tourist, tower, What's the weather like?</w:t>
            </w:r>
          </w:p>
        </w:tc>
        <w:tc>
          <w:tcPr>
            <w:tcW w:w="1576" w:type="dxa"/>
            <w:vAlign w:val="center"/>
          </w:tcPr>
          <w:p w14:paraId="38CAA527"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512E93DF" w14:textId="77777777" w:rsidR="00840388" w:rsidRDefault="00A35792" w:rsidP="008646AA">
            <w:r>
              <w:rPr>
                <w:rFonts w:ascii="Calibri" w:eastAsia="Calibri" w:hAnsi="Calibri"/>
                <w:sz w:val="16"/>
              </w:rPr>
              <w:t>kritické myslenie, komunikácia, spolupráca, interkultúrna kompetencia, samostatné učenie, interkultúrna kompetencia, tvorivosť</w:t>
            </w:r>
          </w:p>
        </w:tc>
      </w:tr>
      <w:tr w:rsidR="00840388" w14:paraId="00CE606D" w14:textId="77777777" w:rsidTr="008646AA">
        <w:tc>
          <w:tcPr>
            <w:tcW w:w="865" w:type="dxa"/>
            <w:vAlign w:val="center"/>
          </w:tcPr>
          <w:p w14:paraId="26B97588" w14:textId="77777777" w:rsidR="00840388" w:rsidRDefault="00A35792" w:rsidP="008646AA">
            <w:r>
              <w:rPr>
                <w:rFonts w:ascii="Calibri" w:eastAsia="Calibri" w:hAnsi="Calibri"/>
                <w:sz w:val="16"/>
              </w:rPr>
              <w:t>26</w:t>
            </w:r>
          </w:p>
        </w:tc>
        <w:tc>
          <w:tcPr>
            <w:tcW w:w="872" w:type="dxa"/>
            <w:vAlign w:val="center"/>
          </w:tcPr>
          <w:p w14:paraId="33DEB1AF" w14:textId="77777777" w:rsidR="00840388" w:rsidRDefault="00A35792" w:rsidP="008646AA">
            <w:r>
              <w:rPr>
                <w:rFonts w:ascii="Calibri" w:eastAsia="Calibri" w:hAnsi="Calibri"/>
                <w:sz w:val="16"/>
              </w:rPr>
              <w:t>76</w:t>
            </w:r>
          </w:p>
        </w:tc>
        <w:tc>
          <w:tcPr>
            <w:tcW w:w="1093" w:type="dxa"/>
            <w:vAlign w:val="center"/>
          </w:tcPr>
          <w:p w14:paraId="015357CD" w14:textId="77777777" w:rsidR="00840388" w:rsidRDefault="00A35792" w:rsidP="008646AA">
            <w:r>
              <w:rPr>
                <w:rFonts w:ascii="Calibri" w:eastAsia="Calibri" w:hAnsi="Calibri"/>
                <w:sz w:val="16"/>
              </w:rPr>
              <w:t>Top Skills: Places to visit</w:t>
            </w:r>
          </w:p>
        </w:tc>
        <w:tc>
          <w:tcPr>
            <w:tcW w:w="2316" w:type="dxa"/>
            <w:vAlign w:val="center"/>
          </w:tcPr>
          <w:p w14:paraId="755C030D" w14:textId="77777777" w:rsidR="00840388" w:rsidRDefault="00A35792" w:rsidP="008646AA">
            <w:r>
              <w:rPr>
                <w:rFonts w:ascii="Calibri" w:eastAsia="Calibri" w:hAnsi="Calibri"/>
                <w:sz w:val="16"/>
              </w:rPr>
              <w:t>Počúvanie s porozumením, rozprávanie, písanie – návrh</w:t>
            </w:r>
          </w:p>
        </w:tc>
        <w:tc>
          <w:tcPr>
            <w:tcW w:w="2317" w:type="dxa"/>
            <w:vAlign w:val="center"/>
          </w:tcPr>
          <w:p w14:paraId="65EDF0AC" w14:textId="77777777" w:rsidR="00840388" w:rsidRDefault="00A35792" w:rsidP="008646AA">
            <w:r>
              <w:rPr>
                <w:rFonts w:ascii="Calibri" w:eastAsia="Calibri" w:hAnsi="Calibri"/>
                <w:sz w:val="16"/>
              </w:rPr>
              <w:t>porozumieť informáciám o turistických atrakciách</w:t>
            </w:r>
            <w:r>
              <w:rPr>
                <w:rFonts w:ascii="Calibri" w:eastAsia="Calibri" w:hAnsi="Calibri"/>
                <w:sz w:val="16"/>
              </w:rPr>
              <w:br/>
              <w:t>odporučiť zaujímavé miesto na návštevu</w:t>
            </w:r>
            <w:r>
              <w:rPr>
                <w:rFonts w:ascii="Calibri" w:eastAsia="Calibri" w:hAnsi="Calibri"/>
                <w:sz w:val="16"/>
              </w:rPr>
              <w:br/>
              <w:t>napísať krátky návrh alebo odporúčanie pre návštevníkov mesta</w:t>
            </w:r>
          </w:p>
        </w:tc>
        <w:tc>
          <w:tcPr>
            <w:tcW w:w="2249" w:type="dxa"/>
            <w:vAlign w:val="center"/>
          </w:tcPr>
          <w:p w14:paraId="7436F1E3" w14:textId="77777777" w:rsidR="00840388" w:rsidRDefault="00840388" w:rsidP="008646AA"/>
        </w:tc>
        <w:tc>
          <w:tcPr>
            <w:tcW w:w="1740" w:type="dxa"/>
            <w:vAlign w:val="center"/>
          </w:tcPr>
          <w:p w14:paraId="7AEA97E2" w14:textId="77777777" w:rsidR="00840388" w:rsidRDefault="00840388" w:rsidP="008646AA"/>
        </w:tc>
        <w:tc>
          <w:tcPr>
            <w:tcW w:w="1576" w:type="dxa"/>
            <w:vAlign w:val="center"/>
          </w:tcPr>
          <w:p w14:paraId="14D1B436" w14:textId="77777777" w:rsidR="00840388" w:rsidRDefault="00840388" w:rsidP="008646AA"/>
        </w:tc>
        <w:tc>
          <w:tcPr>
            <w:tcW w:w="1650" w:type="dxa"/>
            <w:vAlign w:val="center"/>
          </w:tcPr>
          <w:p w14:paraId="4BFB3FE0" w14:textId="77777777" w:rsidR="00840388" w:rsidRDefault="00840388" w:rsidP="008646AA"/>
        </w:tc>
      </w:tr>
      <w:tr w:rsidR="00840388" w14:paraId="7C5B6066" w14:textId="77777777" w:rsidTr="008646AA">
        <w:tc>
          <w:tcPr>
            <w:tcW w:w="865" w:type="dxa"/>
            <w:vAlign w:val="center"/>
          </w:tcPr>
          <w:p w14:paraId="0855E63B" w14:textId="77777777" w:rsidR="00840388" w:rsidRDefault="00840388" w:rsidP="008646AA"/>
        </w:tc>
        <w:tc>
          <w:tcPr>
            <w:tcW w:w="872" w:type="dxa"/>
            <w:vAlign w:val="center"/>
          </w:tcPr>
          <w:p w14:paraId="626E147D" w14:textId="77777777" w:rsidR="00840388" w:rsidRDefault="00A35792" w:rsidP="008646AA">
            <w:r>
              <w:rPr>
                <w:rFonts w:ascii="Calibri" w:eastAsia="Calibri" w:hAnsi="Calibri"/>
                <w:sz w:val="16"/>
              </w:rPr>
              <w:t>77</w:t>
            </w:r>
          </w:p>
        </w:tc>
        <w:tc>
          <w:tcPr>
            <w:tcW w:w="1093" w:type="dxa"/>
            <w:vAlign w:val="center"/>
          </w:tcPr>
          <w:p w14:paraId="3414E773" w14:textId="77777777" w:rsidR="00840388" w:rsidRDefault="00A35792" w:rsidP="008646AA">
            <w:r>
              <w:rPr>
                <w:rFonts w:ascii="Calibri" w:eastAsia="Calibri" w:hAnsi="Calibri"/>
                <w:sz w:val="16"/>
              </w:rPr>
              <w:t>Revision module 5</w:t>
            </w:r>
          </w:p>
        </w:tc>
        <w:tc>
          <w:tcPr>
            <w:tcW w:w="2316" w:type="dxa"/>
            <w:vAlign w:val="center"/>
          </w:tcPr>
          <w:p w14:paraId="20FFF574" w14:textId="77777777" w:rsidR="00840388" w:rsidRDefault="00A35792" w:rsidP="008646AA">
            <w:r>
              <w:rPr>
                <w:rFonts w:ascii="Calibri" w:eastAsia="Calibri" w:hAnsi="Calibri"/>
                <w:sz w:val="16"/>
              </w:rPr>
              <w:t>Zhrnutie učiva</w:t>
            </w:r>
          </w:p>
        </w:tc>
        <w:tc>
          <w:tcPr>
            <w:tcW w:w="2317" w:type="dxa"/>
            <w:vAlign w:val="center"/>
          </w:tcPr>
          <w:p w14:paraId="16783258" w14:textId="77777777" w:rsidR="00840388" w:rsidRDefault="00A35792" w:rsidP="008646AA">
            <w:r>
              <w:rPr>
                <w:rFonts w:ascii="Calibri" w:eastAsia="Calibri" w:hAnsi="Calibri"/>
                <w:sz w:val="16"/>
              </w:rPr>
              <w:t>zopakovať slovnú zásobu modulu</w:t>
            </w:r>
            <w:r>
              <w:rPr>
                <w:rFonts w:ascii="Calibri" w:eastAsia="Calibri" w:hAnsi="Calibri"/>
                <w:sz w:val="16"/>
              </w:rPr>
              <w:br/>
              <w:t>upevniť gramatické štruktúry modulu</w:t>
            </w:r>
            <w:r>
              <w:rPr>
                <w:rFonts w:ascii="Calibri" w:eastAsia="Calibri" w:hAnsi="Calibri"/>
                <w:sz w:val="16"/>
              </w:rPr>
              <w:br/>
              <w:t>precvičiť komunikačné situácie</w:t>
            </w:r>
          </w:p>
        </w:tc>
        <w:tc>
          <w:tcPr>
            <w:tcW w:w="2249" w:type="dxa"/>
            <w:vAlign w:val="center"/>
          </w:tcPr>
          <w:p w14:paraId="1C300D39" w14:textId="77777777" w:rsidR="00840388" w:rsidRDefault="00840388" w:rsidP="008646AA"/>
        </w:tc>
        <w:tc>
          <w:tcPr>
            <w:tcW w:w="1740" w:type="dxa"/>
            <w:vAlign w:val="center"/>
          </w:tcPr>
          <w:p w14:paraId="7A780078" w14:textId="77777777" w:rsidR="00840388" w:rsidRDefault="00840388" w:rsidP="008646AA"/>
        </w:tc>
        <w:tc>
          <w:tcPr>
            <w:tcW w:w="1576" w:type="dxa"/>
            <w:vAlign w:val="center"/>
          </w:tcPr>
          <w:p w14:paraId="68B707B5"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 xml:space="preserve">If necessary, WB </w:t>
            </w:r>
            <w:r>
              <w:rPr>
                <w:rFonts w:ascii="Calibri" w:eastAsia="Calibri" w:hAnsi="Calibri"/>
                <w:sz w:val="16"/>
              </w:rPr>
              <w:lastRenderedPageBreak/>
              <w:t>(extra grammar practice)</w:t>
            </w:r>
          </w:p>
        </w:tc>
        <w:tc>
          <w:tcPr>
            <w:tcW w:w="1650" w:type="dxa"/>
            <w:vAlign w:val="center"/>
          </w:tcPr>
          <w:p w14:paraId="50AF9E5E" w14:textId="77777777" w:rsidR="00840388" w:rsidRDefault="00A35792" w:rsidP="008646AA">
            <w:r>
              <w:rPr>
                <w:rFonts w:ascii="Calibri" w:eastAsia="Calibri" w:hAnsi="Calibri"/>
                <w:sz w:val="16"/>
              </w:rPr>
              <w:lastRenderedPageBreak/>
              <w:t>samostatné učenie</w:t>
            </w:r>
          </w:p>
        </w:tc>
      </w:tr>
      <w:tr w:rsidR="00840388" w14:paraId="5B2EF068" w14:textId="77777777" w:rsidTr="008646AA">
        <w:tc>
          <w:tcPr>
            <w:tcW w:w="865" w:type="dxa"/>
            <w:vAlign w:val="center"/>
          </w:tcPr>
          <w:p w14:paraId="588E2A9B" w14:textId="77777777" w:rsidR="00840388" w:rsidRDefault="00840388" w:rsidP="008646AA"/>
        </w:tc>
        <w:tc>
          <w:tcPr>
            <w:tcW w:w="872" w:type="dxa"/>
            <w:vAlign w:val="center"/>
          </w:tcPr>
          <w:p w14:paraId="61055865" w14:textId="77777777" w:rsidR="00840388" w:rsidRDefault="00A35792" w:rsidP="008646AA">
            <w:r>
              <w:rPr>
                <w:rFonts w:ascii="Calibri" w:eastAsia="Calibri" w:hAnsi="Calibri"/>
                <w:sz w:val="16"/>
              </w:rPr>
              <w:t>78</w:t>
            </w:r>
          </w:p>
        </w:tc>
        <w:tc>
          <w:tcPr>
            <w:tcW w:w="1093" w:type="dxa"/>
            <w:vAlign w:val="center"/>
          </w:tcPr>
          <w:p w14:paraId="251CFD99" w14:textId="77777777" w:rsidR="00840388" w:rsidRDefault="00A35792" w:rsidP="008646AA">
            <w:r>
              <w:rPr>
                <w:rFonts w:ascii="Calibri" w:eastAsia="Calibri" w:hAnsi="Calibri"/>
                <w:sz w:val="16"/>
              </w:rPr>
              <w:t>Revision module 5</w:t>
            </w:r>
          </w:p>
        </w:tc>
        <w:tc>
          <w:tcPr>
            <w:tcW w:w="2316" w:type="dxa"/>
            <w:vAlign w:val="center"/>
          </w:tcPr>
          <w:p w14:paraId="6439A76E" w14:textId="77777777" w:rsidR="00840388" w:rsidRDefault="00A35792" w:rsidP="008646AA">
            <w:r>
              <w:rPr>
                <w:rFonts w:ascii="Calibri" w:eastAsia="Calibri" w:hAnsi="Calibri"/>
                <w:sz w:val="16"/>
              </w:rPr>
              <w:t>Sebahodnotenie</w:t>
            </w:r>
          </w:p>
        </w:tc>
        <w:tc>
          <w:tcPr>
            <w:tcW w:w="2317" w:type="dxa"/>
            <w:vAlign w:val="center"/>
          </w:tcPr>
          <w:p w14:paraId="12D9006E" w14:textId="77777777" w:rsidR="00840388" w:rsidRDefault="00A35792" w:rsidP="008646AA">
            <w:r>
              <w:rPr>
                <w:rFonts w:ascii="Calibri" w:eastAsia="Calibri" w:hAnsi="Calibri"/>
                <w:sz w:val="16"/>
              </w:rPr>
              <w:t>zhodnotiť úroveň svojich vedomostí</w:t>
            </w:r>
            <w:r>
              <w:rPr>
                <w:rFonts w:ascii="Calibri" w:eastAsia="Calibri" w:hAnsi="Calibri"/>
                <w:sz w:val="16"/>
              </w:rPr>
              <w:br/>
              <w:t>identifikovať oblasti, ktoré je potrebné zlepšiť</w:t>
            </w:r>
            <w:r>
              <w:rPr>
                <w:rFonts w:ascii="Calibri" w:eastAsia="Calibri" w:hAnsi="Calibri"/>
                <w:sz w:val="16"/>
              </w:rPr>
              <w:br/>
              <w:t>pripraviť sa na priebežné overenie vedomostí</w:t>
            </w:r>
          </w:p>
        </w:tc>
        <w:tc>
          <w:tcPr>
            <w:tcW w:w="2249" w:type="dxa"/>
            <w:vAlign w:val="center"/>
          </w:tcPr>
          <w:p w14:paraId="29F22ACB" w14:textId="77777777" w:rsidR="00840388" w:rsidRDefault="00840388" w:rsidP="008646AA"/>
        </w:tc>
        <w:tc>
          <w:tcPr>
            <w:tcW w:w="1740" w:type="dxa"/>
            <w:vAlign w:val="center"/>
          </w:tcPr>
          <w:p w14:paraId="4A607561" w14:textId="77777777" w:rsidR="00840388" w:rsidRDefault="00840388" w:rsidP="008646AA"/>
        </w:tc>
        <w:tc>
          <w:tcPr>
            <w:tcW w:w="1576" w:type="dxa"/>
            <w:vAlign w:val="center"/>
          </w:tcPr>
          <w:p w14:paraId="7183D696" w14:textId="77777777" w:rsidR="00840388" w:rsidRDefault="00840388" w:rsidP="008646AA"/>
        </w:tc>
        <w:tc>
          <w:tcPr>
            <w:tcW w:w="1650" w:type="dxa"/>
            <w:vAlign w:val="center"/>
          </w:tcPr>
          <w:p w14:paraId="69CC3C37" w14:textId="77777777" w:rsidR="00840388" w:rsidRDefault="00840388" w:rsidP="008646AA"/>
        </w:tc>
      </w:tr>
      <w:tr w:rsidR="00840388" w14:paraId="61817B26" w14:textId="77777777" w:rsidTr="008646AA">
        <w:tc>
          <w:tcPr>
            <w:tcW w:w="865" w:type="dxa"/>
            <w:vAlign w:val="center"/>
          </w:tcPr>
          <w:p w14:paraId="32C9AB3C" w14:textId="77777777" w:rsidR="00840388" w:rsidRDefault="00A35792" w:rsidP="008646AA">
            <w:r>
              <w:rPr>
                <w:rFonts w:ascii="Calibri" w:eastAsia="Calibri" w:hAnsi="Calibri"/>
                <w:sz w:val="16"/>
              </w:rPr>
              <w:t>27</w:t>
            </w:r>
          </w:p>
        </w:tc>
        <w:tc>
          <w:tcPr>
            <w:tcW w:w="872" w:type="dxa"/>
            <w:vAlign w:val="center"/>
          </w:tcPr>
          <w:p w14:paraId="7DBAF462" w14:textId="77777777" w:rsidR="00840388" w:rsidRDefault="00A35792" w:rsidP="008646AA">
            <w:r>
              <w:rPr>
                <w:rFonts w:ascii="Calibri" w:eastAsia="Calibri" w:hAnsi="Calibri"/>
                <w:sz w:val="16"/>
              </w:rPr>
              <w:t>79</w:t>
            </w:r>
          </w:p>
        </w:tc>
        <w:tc>
          <w:tcPr>
            <w:tcW w:w="1093" w:type="dxa"/>
            <w:vAlign w:val="center"/>
          </w:tcPr>
          <w:p w14:paraId="083E60C5" w14:textId="77777777" w:rsidR="00840388" w:rsidRDefault="00A35792" w:rsidP="008646AA">
            <w:r>
              <w:rPr>
                <w:rFonts w:ascii="Calibri" w:eastAsia="Calibri" w:hAnsi="Calibri"/>
                <w:sz w:val="16"/>
              </w:rPr>
              <w:t>Me and My country project 5 – Public transport in San Francisco</w:t>
            </w:r>
          </w:p>
        </w:tc>
        <w:tc>
          <w:tcPr>
            <w:tcW w:w="2316" w:type="dxa"/>
            <w:vAlign w:val="center"/>
          </w:tcPr>
          <w:p w14:paraId="5C132122" w14:textId="77777777" w:rsidR="00840388" w:rsidRDefault="00A35792" w:rsidP="008646AA">
            <w:r>
              <w:rPr>
                <w:rFonts w:ascii="Calibri" w:eastAsia="Calibri" w:hAnsi="Calibri"/>
                <w:sz w:val="16"/>
              </w:rPr>
              <w:t>Verejná doprava v mojom meste</w:t>
            </w:r>
          </w:p>
        </w:tc>
        <w:tc>
          <w:tcPr>
            <w:tcW w:w="2317" w:type="dxa"/>
            <w:vAlign w:val="center"/>
          </w:tcPr>
          <w:p w14:paraId="64EAFEB3" w14:textId="77777777" w:rsidR="00840388" w:rsidRDefault="00A35792" w:rsidP="008646AA">
            <w:r>
              <w:rPr>
                <w:rFonts w:ascii="Calibri" w:eastAsia="Calibri" w:hAnsi="Calibri"/>
                <w:sz w:val="16"/>
              </w:rPr>
              <w:t>vyhľadať informácie o verejnej doprave vo svojom meste</w:t>
            </w:r>
            <w:r>
              <w:rPr>
                <w:rFonts w:ascii="Calibri" w:eastAsia="Calibri" w:hAnsi="Calibri"/>
                <w:sz w:val="16"/>
              </w:rPr>
              <w:br/>
              <w:t>porovnať miestnu dopravu s dopravou v inom meste</w:t>
            </w:r>
            <w:r>
              <w:rPr>
                <w:rFonts w:ascii="Calibri" w:eastAsia="Calibri" w:hAnsi="Calibri"/>
                <w:sz w:val="16"/>
              </w:rPr>
              <w:br/>
              <w:t>spracovať a prezentovať projekt pred spolužiakmi</w:t>
            </w:r>
          </w:p>
        </w:tc>
        <w:tc>
          <w:tcPr>
            <w:tcW w:w="2249" w:type="dxa"/>
            <w:vAlign w:val="center"/>
          </w:tcPr>
          <w:p w14:paraId="263A01B4" w14:textId="77777777" w:rsidR="00840388" w:rsidRDefault="00840388" w:rsidP="008646AA"/>
        </w:tc>
        <w:tc>
          <w:tcPr>
            <w:tcW w:w="1740" w:type="dxa"/>
            <w:vAlign w:val="center"/>
          </w:tcPr>
          <w:p w14:paraId="1A6026B7" w14:textId="77777777" w:rsidR="00840388" w:rsidRDefault="00840388" w:rsidP="008646AA"/>
        </w:tc>
        <w:tc>
          <w:tcPr>
            <w:tcW w:w="1576" w:type="dxa"/>
            <w:vAlign w:val="center"/>
          </w:tcPr>
          <w:p w14:paraId="75BA0987" w14:textId="77777777" w:rsidR="00840388" w:rsidRDefault="00A35792" w:rsidP="008646AA">
            <w:r>
              <w:rPr>
                <w:rFonts w:ascii="Calibri" w:eastAsia="Calibri" w:hAnsi="Calibri"/>
                <w:sz w:val="16"/>
              </w:rPr>
              <w:t>Worksheets (teacher’s assistant)</w:t>
            </w:r>
          </w:p>
        </w:tc>
        <w:tc>
          <w:tcPr>
            <w:tcW w:w="1650" w:type="dxa"/>
            <w:vAlign w:val="center"/>
          </w:tcPr>
          <w:p w14:paraId="7D0C7215" w14:textId="77777777" w:rsidR="00840388" w:rsidRDefault="00A35792" w:rsidP="008646AA">
            <w:r>
              <w:rPr>
                <w:rFonts w:ascii="Calibri" w:eastAsia="Calibri" w:hAnsi="Calibri"/>
                <w:sz w:val="16"/>
              </w:rPr>
              <w:t>samostatné učenie, tvorivosť, interkultúrna kompetencia, komunikácia, digitálna gramotnosť</w:t>
            </w:r>
          </w:p>
        </w:tc>
      </w:tr>
      <w:tr w:rsidR="00840388" w14:paraId="63B8C746" w14:textId="77777777" w:rsidTr="008646AA">
        <w:tc>
          <w:tcPr>
            <w:tcW w:w="865" w:type="dxa"/>
            <w:vAlign w:val="center"/>
          </w:tcPr>
          <w:p w14:paraId="3F5E53D2" w14:textId="77777777" w:rsidR="00840388" w:rsidRDefault="00840388" w:rsidP="008646AA"/>
        </w:tc>
        <w:tc>
          <w:tcPr>
            <w:tcW w:w="872" w:type="dxa"/>
            <w:vAlign w:val="center"/>
          </w:tcPr>
          <w:p w14:paraId="20C27229" w14:textId="77777777" w:rsidR="00840388" w:rsidRDefault="00A35792" w:rsidP="008646AA">
            <w:r>
              <w:rPr>
                <w:rFonts w:ascii="Calibri" w:eastAsia="Calibri" w:hAnsi="Calibri"/>
                <w:sz w:val="16"/>
              </w:rPr>
              <w:t>80</w:t>
            </w:r>
          </w:p>
        </w:tc>
        <w:tc>
          <w:tcPr>
            <w:tcW w:w="1093" w:type="dxa"/>
            <w:vAlign w:val="center"/>
          </w:tcPr>
          <w:p w14:paraId="5EA264B0" w14:textId="77777777" w:rsidR="00840388" w:rsidRDefault="00A35792" w:rsidP="008646AA">
            <w:r>
              <w:rPr>
                <w:rFonts w:ascii="Calibri" w:eastAsia="Calibri" w:hAnsi="Calibri"/>
                <w:sz w:val="16"/>
              </w:rPr>
              <w:t>Test Module 5</w:t>
            </w:r>
          </w:p>
        </w:tc>
        <w:tc>
          <w:tcPr>
            <w:tcW w:w="2316" w:type="dxa"/>
            <w:vAlign w:val="center"/>
          </w:tcPr>
          <w:p w14:paraId="16FD8CF5" w14:textId="77777777" w:rsidR="00840388" w:rsidRDefault="00A35792" w:rsidP="008646AA">
            <w:r>
              <w:rPr>
                <w:rFonts w:ascii="Calibri" w:eastAsia="Calibri" w:hAnsi="Calibri"/>
                <w:sz w:val="16"/>
              </w:rPr>
              <w:t>Hodnotenie pokroku žiakov</w:t>
            </w:r>
          </w:p>
        </w:tc>
        <w:tc>
          <w:tcPr>
            <w:tcW w:w="2317" w:type="dxa"/>
            <w:vAlign w:val="center"/>
          </w:tcPr>
          <w:p w14:paraId="18153E64" w14:textId="77777777" w:rsidR="00840388" w:rsidRDefault="00A35792" w:rsidP="008646AA">
            <w:r>
              <w:rPr>
                <w:rFonts w:ascii="Calibri" w:eastAsia="Calibri" w:hAnsi="Calibri"/>
                <w:sz w:val="16"/>
              </w:rPr>
              <w:t>preukázať osvojenie slovnej zásoby a gramatiky modulu</w:t>
            </w:r>
            <w:r>
              <w:rPr>
                <w:rFonts w:ascii="Calibri" w:eastAsia="Calibri" w:hAnsi="Calibri"/>
                <w:sz w:val="16"/>
              </w:rPr>
              <w:br/>
              <w:t>aplikovať získané vedomosti pri riešení úloh</w:t>
            </w:r>
            <w:r>
              <w:rPr>
                <w:rFonts w:ascii="Calibri" w:eastAsia="Calibri" w:hAnsi="Calibri"/>
                <w:sz w:val="16"/>
              </w:rPr>
              <w:br/>
              <w:t>samostatne riešiť testové zadania</w:t>
            </w:r>
          </w:p>
        </w:tc>
        <w:tc>
          <w:tcPr>
            <w:tcW w:w="2249" w:type="dxa"/>
            <w:vAlign w:val="center"/>
          </w:tcPr>
          <w:p w14:paraId="02073C54" w14:textId="77777777" w:rsidR="00840388" w:rsidRDefault="00840388" w:rsidP="008646AA"/>
        </w:tc>
        <w:tc>
          <w:tcPr>
            <w:tcW w:w="1740" w:type="dxa"/>
            <w:vAlign w:val="center"/>
          </w:tcPr>
          <w:p w14:paraId="6AA20641" w14:textId="77777777" w:rsidR="00840388" w:rsidRDefault="00840388" w:rsidP="008646AA"/>
        </w:tc>
        <w:tc>
          <w:tcPr>
            <w:tcW w:w="1576" w:type="dxa"/>
            <w:vAlign w:val="center"/>
          </w:tcPr>
          <w:p w14:paraId="64D6DE1B" w14:textId="77777777" w:rsidR="00840388" w:rsidRDefault="00A35792" w:rsidP="008646AA">
            <w:r>
              <w:rPr>
                <w:rFonts w:ascii="Calibri" w:eastAsia="Calibri" w:hAnsi="Calibri"/>
                <w:sz w:val="16"/>
              </w:rPr>
              <w:t>Module tests (teacher’s assistant)</w:t>
            </w:r>
          </w:p>
        </w:tc>
        <w:tc>
          <w:tcPr>
            <w:tcW w:w="1650" w:type="dxa"/>
            <w:vAlign w:val="center"/>
          </w:tcPr>
          <w:p w14:paraId="22139145" w14:textId="77777777" w:rsidR="00840388" w:rsidRDefault="00840388" w:rsidP="008646AA"/>
        </w:tc>
      </w:tr>
      <w:tr w:rsidR="00840388" w14:paraId="19468724" w14:textId="77777777" w:rsidTr="008646AA">
        <w:tc>
          <w:tcPr>
            <w:tcW w:w="865" w:type="dxa"/>
            <w:vAlign w:val="center"/>
          </w:tcPr>
          <w:p w14:paraId="42C1C602" w14:textId="77777777" w:rsidR="00840388" w:rsidRDefault="00840388" w:rsidP="008646AA"/>
        </w:tc>
        <w:tc>
          <w:tcPr>
            <w:tcW w:w="872" w:type="dxa"/>
            <w:vAlign w:val="center"/>
          </w:tcPr>
          <w:p w14:paraId="1ED6250D" w14:textId="77777777" w:rsidR="00840388" w:rsidRDefault="00A35792" w:rsidP="008646AA">
            <w:r>
              <w:rPr>
                <w:rFonts w:ascii="Calibri" w:eastAsia="Calibri" w:hAnsi="Calibri"/>
                <w:sz w:val="16"/>
              </w:rPr>
              <w:t>81</w:t>
            </w:r>
          </w:p>
        </w:tc>
        <w:tc>
          <w:tcPr>
            <w:tcW w:w="1093" w:type="dxa"/>
            <w:vAlign w:val="center"/>
          </w:tcPr>
          <w:p w14:paraId="185833E6" w14:textId="77777777" w:rsidR="00840388" w:rsidRDefault="00A35792" w:rsidP="008646AA">
            <w:r>
              <w:rPr>
                <w:rFonts w:ascii="Calibri" w:eastAsia="Calibri" w:hAnsi="Calibri"/>
                <w:sz w:val="16"/>
              </w:rPr>
              <w:t>Video Module 5 &amp; Cover Page Module 6</w:t>
            </w:r>
          </w:p>
        </w:tc>
        <w:tc>
          <w:tcPr>
            <w:tcW w:w="2316" w:type="dxa"/>
            <w:vAlign w:val="center"/>
          </w:tcPr>
          <w:p w14:paraId="0ACBBFAC" w14:textId="77777777" w:rsidR="00840388" w:rsidRDefault="00A35792" w:rsidP="008646AA">
            <w:r>
              <w:rPr>
                <w:rFonts w:ascii="Calibri" w:eastAsia="Calibri" w:hAnsi="Calibri"/>
                <w:sz w:val="16"/>
              </w:rPr>
              <w:t>Videolekcia - londýnske múzeá</w:t>
            </w:r>
          </w:p>
        </w:tc>
        <w:tc>
          <w:tcPr>
            <w:tcW w:w="2317" w:type="dxa"/>
            <w:vAlign w:val="center"/>
          </w:tcPr>
          <w:p w14:paraId="4584D70A" w14:textId="77777777" w:rsidR="00840388" w:rsidRDefault="00A35792" w:rsidP="008646AA">
            <w:r>
              <w:rPr>
                <w:rFonts w:ascii="Calibri" w:eastAsia="Calibri" w:hAnsi="Calibri"/>
                <w:sz w:val="16"/>
              </w:rPr>
              <w:t>zopakovať slovnú zásobu a gramatiku modulu prostredníctvom videa</w:t>
            </w:r>
            <w:r>
              <w:rPr>
                <w:rFonts w:ascii="Calibri" w:eastAsia="Calibri" w:hAnsi="Calibri"/>
                <w:sz w:val="16"/>
              </w:rPr>
              <w:br/>
              <w:t>porozumieť autentickému jazykovému prejavu</w:t>
            </w:r>
            <w:r>
              <w:rPr>
                <w:rFonts w:ascii="Calibri" w:eastAsia="Calibri" w:hAnsi="Calibri"/>
                <w:sz w:val="16"/>
              </w:rPr>
              <w:br/>
              <w:t>oboznámiť sa s témou nasledujúceho modulu</w:t>
            </w:r>
          </w:p>
        </w:tc>
        <w:tc>
          <w:tcPr>
            <w:tcW w:w="2249" w:type="dxa"/>
            <w:vAlign w:val="center"/>
          </w:tcPr>
          <w:p w14:paraId="143A8542" w14:textId="77777777" w:rsidR="00840388" w:rsidRDefault="00840388" w:rsidP="008646AA"/>
        </w:tc>
        <w:tc>
          <w:tcPr>
            <w:tcW w:w="1740" w:type="dxa"/>
            <w:vAlign w:val="center"/>
          </w:tcPr>
          <w:p w14:paraId="2416FAA9" w14:textId="77777777" w:rsidR="00840388" w:rsidRDefault="00840388" w:rsidP="008646AA"/>
        </w:tc>
        <w:tc>
          <w:tcPr>
            <w:tcW w:w="1576" w:type="dxa"/>
            <w:vAlign w:val="center"/>
          </w:tcPr>
          <w:p w14:paraId="209AFC63" w14:textId="77777777" w:rsidR="00840388" w:rsidRDefault="00A35792" w:rsidP="008646AA">
            <w:r>
              <w:rPr>
                <w:rFonts w:ascii="Calibri" w:eastAsia="Calibri" w:hAnsi="Calibri"/>
                <w:sz w:val="16"/>
              </w:rPr>
              <w:t>SB</w:t>
            </w:r>
            <w:r>
              <w:rPr>
                <w:rFonts w:ascii="Calibri" w:eastAsia="Calibri" w:hAnsi="Calibri"/>
                <w:sz w:val="16"/>
              </w:rPr>
              <w:br/>
              <w:t>IWB &amp; IWB material</w:t>
            </w:r>
          </w:p>
        </w:tc>
        <w:tc>
          <w:tcPr>
            <w:tcW w:w="1650" w:type="dxa"/>
            <w:vAlign w:val="center"/>
          </w:tcPr>
          <w:p w14:paraId="74D13761" w14:textId="77777777" w:rsidR="00840388" w:rsidRDefault="00A35792" w:rsidP="008646AA">
            <w:r>
              <w:rPr>
                <w:rFonts w:ascii="Calibri" w:eastAsia="Calibri" w:hAnsi="Calibri"/>
                <w:sz w:val="16"/>
              </w:rPr>
              <w:t>interkultúrna kompetencia, komunikácia, kritické myslenie, samostatné učenie</w:t>
            </w:r>
          </w:p>
        </w:tc>
      </w:tr>
      <w:tr w:rsidR="00840388" w14:paraId="45605874" w14:textId="77777777" w:rsidTr="008646AA">
        <w:tc>
          <w:tcPr>
            <w:tcW w:w="865" w:type="dxa"/>
            <w:vAlign w:val="center"/>
          </w:tcPr>
          <w:p w14:paraId="41BB3024" w14:textId="77777777" w:rsidR="00840388" w:rsidRDefault="00840388" w:rsidP="008646AA"/>
        </w:tc>
        <w:tc>
          <w:tcPr>
            <w:tcW w:w="872" w:type="dxa"/>
            <w:vAlign w:val="center"/>
          </w:tcPr>
          <w:p w14:paraId="4532BA88" w14:textId="77777777" w:rsidR="00840388" w:rsidRDefault="00840388" w:rsidP="008646AA"/>
        </w:tc>
        <w:tc>
          <w:tcPr>
            <w:tcW w:w="1093" w:type="dxa"/>
            <w:vAlign w:val="center"/>
          </w:tcPr>
          <w:p w14:paraId="462ACAFF" w14:textId="77777777" w:rsidR="00840388" w:rsidRDefault="00840388" w:rsidP="008646AA"/>
        </w:tc>
        <w:tc>
          <w:tcPr>
            <w:tcW w:w="2316" w:type="dxa"/>
            <w:shd w:val="clear" w:color="auto" w:fill="FFFF00"/>
            <w:vAlign w:val="center"/>
          </w:tcPr>
          <w:p w14:paraId="72BA7F70" w14:textId="77777777" w:rsidR="00840388" w:rsidRPr="00411C2C" w:rsidRDefault="00A35792" w:rsidP="008646AA">
            <w:pPr>
              <w:rPr>
                <w:b/>
                <w:bCs/>
              </w:rPr>
            </w:pPr>
            <w:r w:rsidRPr="00411C2C">
              <w:rPr>
                <w:rFonts w:ascii="Calibri" w:eastAsia="Calibri" w:hAnsi="Calibri"/>
                <w:b/>
                <w:bCs/>
                <w:sz w:val="16"/>
              </w:rPr>
              <w:t>Module 6: Science matters</w:t>
            </w:r>
          </w:p>
        </w:tc>
        <w:tc>
          <w:tcPr>
            <w:tcW w:w="2317" w:type="dxa"/>
            <w:shd w:val="clear" w:color="auto" w:fill="FFFF00"/>
            <w:vAlign w:val="center"/>
          </w:tcPr>
          <w:p w14:paraId="77B7CD9E" w14:textId="77777777" w:rsidR="00840388" w:rsidRPr="00411C2C" w:rsidRDefault="00840388" w:rsidP="008646AA">
            <w:pPr>
              <w:rPr>
                <w:b/>
                <w:bCs/>
              </w:rPr>
            </w:pPr>
          </w:p>
        </w:tc>
        <w:tc>
          <w:tcPr>
            <w:tcW w:w="2249" w:type="dxa"/>
            <w:shd w:val="clear" w:color="auto" w:fill="FFFF00"/>
            <w:vAlign w:val="center"/>
          </w:tcPr>
          <w:p w14:paraId="61580FD2" w14:textId="77777777" w:rsidR="00840388" w:rsidRPr="00411C2C" w:rsidRDefault="00840388" w:rsidP="008646AA">
            <w:pPr>
              <w:rPr>
                <w:b/>
                <w:bCs/>
              </w:rPr>
            </w:pPr>
          </w:p>
        </w:tc>
        <w:tc>
          <w:tcPr>
            <w:tcW w:w="1740" w:type="dxa"/>
            <w:shd w:val="clear" w:color="auto" w:fill="FFFF00"/>
            <w:vAlign w:val="center"/>
          </w:tcPr>
          <w:p w14:paraId="0A63DB03" w14:textId="77777777" w:rsidR="00840388" w:rsidRPr="00411C2C" w:rsidRDefault="00840388" w:rsidP="008646AA">
            <w:pPr>
              <w:rPr>
                <w:b/>
                <w:bCs/>
              </w:rPr>
            </w:pPr>
          </w:p>
        </w:tc>
        <w:tc>
          <w:tcPr>
            <w:tcW w:w="1576" w:type="dxa"/>
            <w:shd w:val="clear" w:color="auto" w:fill="FFFF00"/>
            <w:vAlign w:val="center"/>
          </w:tcPr>
          <w:p w14:paraId="33D5AEE6" w14:textId="77777777" w:rsidR="00840388" w:rsidRPr="00411C2C" w:rsidRDefault="00840388" w:rsidP="008646AA">
            <w:pPr>
              <w:rPr>
                <w:b/>
                <w:bCs/>
              </w:rPr>
            </w:pPr>
          </w:p>
        </w:tc>
        <w:tc>
          <w:tcPr>
            <w:tcW w:w="1650" w:type="dxa"/>
            <w:shd w:val="clear" w:color="auto" w:fill="FFFF00"/>
            <w:vAlign w:val="center"/>
          </w:tcPr>
          <w:p w14:paraId="27A378DC" w14:textId="77777777" w:rsidR="00840388" w:rsidRPr="00411C2C" w:rsidRDefault="00840388" w:rsidP="008646AA">
            <w:pPr>
              <w:rPr>
                <w:b/>
                <w:bCs/>
              </w:rPr>
            </w:pPr>
          </w:p>
        </w:tc>
      </w:tr>
      <w:tr w:rsidR="00840388" w14:paraId="30F29BF9" w14:textId="77777777" w:rsidTr="008646AA">
        <w:tc>
          <w:tcPr>
            <w:tcW w:w="865" w:type="dxa"/>
            <w:vAlign w:val="center"/>
          </w:tcPr>
          <w:p w14:paraId="1C2E2D63" w14:textId="77777777" w:rsidR="00840388" w:rsidRDefault="00A35792" w:rsidP="008646AA">
            <w:r>
              <w:rPr>
                <w:rFonts w:ascii="Calibri" w:eastAsia="Calibri" w:hAnsi="Calibri"/>
                <w:sz w:val="16"/>
              </w:rPr>
              <w:t>28</w:t>
            </w:r>
          </w:p>
        </w:tc>
        <w:tc>
          <w:tcPr>
            <w:tcW w:w="872" w:type="dxa"/>
            <w:vAlign w:val="center"/>
          </w:tcPr>
          <w:p w14:paraId="3290013D" w14:textId="77777777" w:rsidR="00840388" w:rsidRDefault="00A35792" w:rsidP="008646AA">
            <w:r>
              <w:rPr>
                <w:rFonts w:ascii="Calibri" w:eastAsia="Calibri" w:hAnsi="Calibri"/>
                <w:sz w:val="16"/>
              </w:rPr>
              <w:t>82</w:t>
            </w:r>
          </w:p>
        </w:tc>
        <w:tc>
          <w:tcPr>
            <w:tcW w:w="1093" w:type="dxa"/>
            <w:vAlign w:val="center"/>
          </w:tcPr>
          <w:p w14:paraId="598C4592" w14:textId="77777777" w:rsidR="00840388" w:rsidRDefault="00A35792" w:rsidP="008646AA">
            <w:r>
              <w:rPr>
                <w:rFonts w:ascii="Calibri" w:eastAsia="Calibri" w:hAnsi="Calibri"/>
                <w:sz w:val="16"/>
              </w:rPr>
              <w:t>6A: Let’s see what happens</w:t>
            </w:r>
          </w:p>
        </w:tc>
        <w:tc>
          <w:tcPr>
            <w:tcW w:w="2316" w:type="dxa"/>
            <w:vAlign w:val="center"/>
          </w:tcPr>
          <w:p w14:paraId="7555C5A8" w14:textId="77777777" w:rsidR="00840388" w:rsidRDefault="00A35792" w:rsidP="008646AA">
            <w:r>
              <w:rPr>
                <w:rFonts w:ascii="Calibri" w:eastAsia="Calibri" w:hAnsi="Calibri"/>
                <w:sz w:val="16"/>
              </w:rPr>
              <w:t>Slovná zásoba - obloha, čítanie s porozumením</w:t>
            </w:r>
          </w:p>
        </w:tc>
        <w:tc>
          <w:tcPr>
            <w:tcW w:w="2317" w:type="dxa"/>
            <w:vAlign w:val="center"/>
          </w:tcPr>
          <w:p w14:paraId="768CB324" w14:textId="77777777" w:rsidR="00840388" w:rsidRDefault="00A35792" w:rsidP="008646AA">
            <w:r>
              <w:rPr>
                <w:rFonts w:ascii="Calibri" w:eastAsia="Calibri" w:hAnsi="Calibri"/>
                <w:sz w:val="16"/>
              </w:rPr>
              <w:t>pomenovať prírodné javy a prvky súvisiace s počasím a oblohou</w:t>
            </w:r>
            <w:r>
              <w:rPr>
                <w:rFonts w:ascii="Calibri" w:eastAsia="Calibri" w:hAnsi="Calibri"/>
                <w:sz w:val="16"/>
              </w:rPr>
              <w:br/>
              <w:t>porozumieť textu opisujúcemu jednoduchý vedecký pokus</w:t>
            </w:r>
            <w:r>
              <w:rPr>
                <w:rFonts w:ascii="Calibri" w:eastAsia="Calibri" w:hAnsi="Calibri"/>
                <w:sz w:val="16"/>
              </w:rPr>
              <w:br/>
              <w:t>postupovať podľa jednoduchého návodu pri vykonávaní pokusu</w:t>
            </w:r>
          </w:p>
        </w:tc>
        <w:tc>
          <w:tcPr>
            <w:tcW w:w="2249" w:type="dxa"/>
            <w:vAlign w:val="center"/>
          </w:tcPr>
          <w:p w14:paraId="0EC168B0" w14:textId="77777777" w:rsidR="00840388" w:rsidRDefault="00840388" w:rsidP="008646AA"/>
        </w:tc>
        <w:tc>
          <w:tcPr>
            <w:tcW w:w="1740" w:type="dxa"/>
            <w:vAlign w:val="center"/>
          </w:tcPr>
          <w:p w14:paraId="2CD9DE1D" w14:textId="77777777" w:rsidR="00840388" w:rsidRDefault="00A35792" w:rsidP="008646AA">
            <w:r>
              <w:rPr>
                <w:rFonts w:ascii="Calibri" w:eastAsia="Calibri" w:hAnsi="Calibri"/>
                <w:sz w:val="16"/>
              </w:rPr>
              <w:t>balloon, cloud, contain, correctly, experiment, fat, fill, main, mix, neighbour, rain, rainbow, relax, seem, sky, spray, sun, sunlight</w:t>
            </w:r>
          </w:p>
        </w:tc>
        <w:tc>
          <w:tcPr>
            <w:tcW w:w="1576" w:type="dxa"/>
            <w:vAlign w:val="center"/>
          </w:tcPr>
          <w:p w14:paraId="3D2ABE86"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2BDBF92A" w14:textId="77777777" w:rsidR="00840388" w:rsidRDefault="00A35792" w:rsidP="008646AA">
            <w:r>
              <w:rPr>
                <w:rFonts w:ascii="Calibri" w:eastAsia="Calibri" w:hAnsi="Calibri"/>
                <w:sz w:val="16"/>
              </w:rPr>
              <w:t>kritické myslenie, komunikácia, spolupráca, digitálna gramotnosť, tvorivosť</w:t>
            </w:r>
          </w:p>
        </w:tc>
      </w:tr>
      <w:tr w:rsidR="00840388" w14:paraId="743312D0" w14:textId="77777777" w:rsidTr="008646AA">
        <w:tc>
          <w:tcPr>
            <w:tcW w:w="865" w:type="dxa"/>
            <w:vAlign w:val="center"/>
          </w:tcPr>
          <w:p w14:paraId="66565F85" w14:textId="77777777" w:rsidR="00840388" w:rsidRDefault="00840388" w:rsidP="008646AA"/>
        </w:tc>
        <w:tc>
          <w:tcPr>
            <w:tcW w:w="872" w:type="dxa"/>
            <w:vAlign w:val="center"/>
          </w:tcPr>
          <w:p w14:paraId="1A9B56C6" w14:textId="77777777" w:rsidR="00840388" w:rsidRDefault="00A35792" w:rsidP="008646AA">
            <w:r>
              <w:rPr>
                <w:rFonts w:ascii="Calibri" w:eastAsia="Calibri" w:hAnsi="Calibri"/>
                <w:sz w:val="16"/>
              </w:rPr>
              <w:t>83</w:t>
            </w:r>
          </w:p>
        </w:tc>
        <w:tc>
          <w:tcPr>
            <w:tcW w:w="1093" w:type="dxa"/>
            <w:vAlign w:val="center"/>
          </w:tcPr>
          <w:p w14:paraId="545C9B28" w14:textId="77777777" w:rsidR="00840388" w:rsidRDefault="00A35792" w:rsidP="008646AA">
            <w:r>
              <w:rPr>
                <w:rFonts w:ascii="Calibri" w:eastAsia="Calibri" w:hAnsi="Calibri"/>
                <w:sz w:val="16"/>
              </w:rPr>
              <w:t>6A: Let’s see what happens</w:t>
            </w:r>
          </w:p>
        </w:tc>
        <w:tc>
          <w:tcPr>
            <w:tcW w:w="2316" w:type="dxa"/>
            <w:vAlign w:val="center"/>
          </w:tcPr>
          <w:p w14:paraId="7FB93454" w14:textId="77777777" w:rsidR="00840388" w:rsidRDefault="00A35792" w:rsidP="008646AA">
            <w:r>
              <w:rPr>
                <w:rFonts w:ascii="Calibri" w:eastAsia="Calibri" w:hAnsi="Calibri"/>
                <w:sz w:val="16"/>
              </w:rPr>
              <w:t xml:space="preserve">Gramatika - podmienkové vety typu 0, rozprávanie,  práca s informáciami, písanie a prezentácia </w:t>
            </w:r>
          </w:p>
        </w:tc>
        <w:tc>
          <w:tcPr>
            <w:tcW w:w="2317" w:type="dxa"/>
            <w:vAlign w:val="center"/>
          </w:tcPr>
          <w:p w14:paraId="7F1982CF" w14:textId="77777777" w:rsidR="00840388" w:rsidRDefault="00A35792" w:rsidP="008646AA">
            <w:r>
              <w:rPr>
                <w:rFonts w:ascii="Calibri" w:eastAsia="Calibri" w:hAnsi="Calibri"/>
                <w:sz w:val="16"/>
              </w:rPr>
              <w:t>používať nultý kondicionál na vyjadrenie všeobecne platných tvrdení</w:t>
            </w:r>
            <w:r>
              <w:rPr>
                <w:rFonts w:ascii="Calibri" w:eastAsia="Calibri" w:hAnsi="Calibri"/>
                <w:sz w:val="16"/>
              </w:rPr>
              <w:br/>
              <w:t>vytvárať hypotézy a hovoriť o prírodných javoch</w:t>
            </w:r>
            <w:r>
              <w:rPr>
                <w:rFonts w:ascii="Calibri" w:eastAsia="Calibri" w:hAnsi="Calibri"/>
                <w:sz w:val="16"/>
              </w:rPr>
              <w:br/>
              <w:t>spracovať a prezentovať výsledky jednoduchého pokusu</w:t>
            </w:r>
          </w:p>
        </w:tc>
        <w:tc>
          <w:tcPr>
            <w:tcW w:w="2249" w:type="dxa"/>
            <w:vAlign w:val="center"/>
          </w:tcPr>
          <w:p w14:paraId="10BC28A0" w14:textId="77777777" w:rsidR="00840388" w:rsidRDefault="00A35792" w:rsidP="008646AA">
            <w:r>
              <w:rPr>
                <w:rFonts w:ascii="Calibri" w:eastAsia="Calibri" w:hAnsi="Calibri"/>
                <w:sz w:val="16"/>
              </w:rPr>
              <w:t>Zero conditional</w:t>
            </w:r>
          </w:p>
        </w:tc>
        <w:tc>
          <w:tcPr>
            <w:tcW w:w="1740" w:type="dxa"/>
            <w:vAlign w:val="center"/>
          </w:tcPr>
          <w:p w14:paraId="1D6F4B7B" w14:textId="77777777" w:rsidR="00840388" w:rsidRDefault="00840388" w:rsidP="008646AA"/>
        </w:tc>
        <w:tc>
          <w:tcPr>
            <w:tcW w:w="1576" w:type="dxa"/>
            <w:vAlign w:val="center"/>
          </w:tcPr>
          <w:p w14:paraId="51AF80DA" w14:textId="77777777" w:rsidR="00840388" w:rsidRDefault="00840388" w:rsidP="008646AA"/>
        </w:tc>
        <w:tc>
          <w:tcPr>
            <w:tcW w:w="1650" w:type="dxa"/>
            <w:vAlign w:val="center"/>
          </w:tcPr>
          <w:p w14:paraId="54EF1CDC" w14:textId="77777777" w:rsidR="00840388" w:rsidRDefault="00840388" w:rsidP="008646AA"/>
        </w:tc>
      </w:tr>
      <w:tr w:rsidR="00840388" w14:paraId="1CEF1158" w14:textId="77777777" w:rsidTr="008646AA">
        <w:tc>
          <w:tcPr>
            <w:tcW w:w="865" w:type="dxa"/>
            <w:vAlign w:val="center"/>
          </w:tcPr>
          <w:p w14:paraId="6665AF2B" w14:textId="77777777" w:rsidR="00840388" w:rsidRDefault="00840388" w:rsidP="008646AA"/>
        </w:tc>
        <w:tc>
          <w:tcPr>
            <w:tcW w:w="872" w:type="dxa"/>
            <w:vAlign w:val="center"/>
          </w:tcPr>
          <w:p w14:paraId="65FDFD54" w14:textId="77777777" w:rsidR="00840388" w:rsidRDefault="00A35792" w:rsidP="008646AA">
            <w:r>
              <w:rPr>
                <w:rFonts w:ascii="Calibri" w:eastAsia="Calibri" w:hAnsi="Calibri"/>
                <w:sz w:val="16"/>
              </w:rPr>
              <w:t>84</w:t>
            </w:r>
          </w:p>
        </w:tc>
        <w:tc>
          <w:tcPr>
            <w:tcW w:w="1093" w:type="dxa"/>
            <w:vAlign w:val="center"/>
          </w:tcPr>
          <w:p w14:paraId="5BEC7141" w14:textId="77777777" w:rsidR="00840388" w:rsidRDefault="00A35792" w:rsidP="008646AA">
            <w:r>
              <w:rPr>
                <w:rFonts w:ascii="Calibri" w:eastAsia="Calibri" w:hAnsi="Calibri"/>
                <w:sz w:val="16"/>
              </w:rPr>
              <w:t>6B: Look it up!</w:t>
            </w:r>
          </w:p>
        </w:tc>
        <w:tc>
          <w:tcPr>
            <w:tcW w:w="2316" w:type="dxa"/>
            <w:vAlign w:val="center"/>
          </w:tcPr>
          <w:p w14:paraId="18C1C07A" w14:textId="77777777" w:rsidR="00840388" w:rsidRDefault="00A35792" w:rsidP="008646AA">
            <w:r>
              <w:rPr>
                <w:rFonts w:ascii="Calibri" w:eastAsia="Calibri" w:hAnsi="Calibri"/>
                <w:sz w:val="16"/>
              </w:rPr>
              <w:t>Čítanie s porozumením, slovná zásoba - frázové slovesá</w:t>
            </w:r>
          </w:p>
        </w:tc>
        <w:tc>
          <w:tcPr>
            <w:tcW w:w="2317" w:type="dxa"/>
            <w:vAlign w:val="center"/>
          </w:tcPr>
          <w:p w14:paraId="5C01D771" w14:textId="77777777" w:rsidR="00840388" w:rsidRDefault="00A35792" w:rsidP="008646AA">
            <w:r>
              <w:rPr>
                <w:rFonts w:ascii="Calibri" w:eastAsia="Calibri" w:hAnsi="Calibri"/>
                <w:sz w:val="16"/>
              </w:rPr>
              <w:t>porozumieť textu o vede a budúcich plánoch</w:t>
            </w:r>
            <w:r>
              <w:rPr>
                <w:rFonts w:ascii="Calibri" w:eastAsia="Calibri" w:hAnsi="Calibri"/>
                <w:sz w:val="16"/>
              </w:rPr>
              <w:br/>
              <w:t>používať vybrané frázové slovesá v bežných situáciách</w:t>
            </w:r>
            <w:r>
              <w:rPr>
                <w:rFonts w:ascii="Calibri" w:eastAsia="Calibri" w:hAnsi="Calibri"/>
                <w:sz w:val="16"/>
              </w:rPr>
              <w:br/>
            </w:r>
            <w:r>
              <w:rPr>
                <w:rFonts w:ascii="Calibri" w:eastAsia="Calibri" w:hAnsi="Calibri"/>
                <w:sz w:val="16"/>
              </w:rPr>
              <w:lastRenderedPageBreak/>
              <w:t>hovoriť o svojich plánoch a budúcom povolaní</w:t>
            </w:r>
          </w:p>
        </w:tc>
        <w:tc>
          <w:tcPr>
            <w:tcW w:w="2249" w:type="dxa"/>
            <w:vAlign w:val="center"/>
          </w:tcPr>
          <w:p w14:paraId="4DB3030F" w14:textId="77777777" w:rsidR="00840388" w:rsidRDefault="00840388" w:rsidP="008646AA"/>
        </w:tc>
        <w:tc>
          <w:tcPr>
            <w:tcW w:w="1740" w:type="dxa"/>
            <w:vAlign w:val="center"/>
          </w:tcPr>
          <w:p w14:paraId="67893DB3" w14:textId="77777777" w:rsidR="00840388" w:rsidRDefault="00A35792" w:rsidP="008646AA">
            <w:r>
              <w:rPr>
                <w:rFonts w:ascii="Calibri" w:eastAsia="Calibri" w:hAnsi="Calibri"/>
                <w:sz w:val="16"/>
              </w:rPr>
              <w:t xml:space="preserve">anyway, be away, disgusting, giant, kilogram (kg), live , look after, look </w:t>
            </w:r>
            <w:r>
              <w:rPr>
                <w:rFonts w:ascii="Calibri" w:eastAsia="Calibri" w:hAnsi="Calibri"/>
                <w:sz w:val="16"/>
              </w:rPr>
              <w:lastRenderedPageBreak/>
              <w:t>forward to, look out, look up, marine biologist, monster, mythical, photo, promise, scientist, seafood, squid, take care of, try</w:t>
            </w:r>
          </w:p>
        </w:tc>
        <w:tc>
          <w:tcPr>
            <w:tcW w:w="1576" w:type="dxa"/>
            <w:vAlign w:val="center"/>
          </w:tcPr>
          <w:p w14:paraId="1710E168" w14:textId="77777777" w:rsidR="00840388" w:rsidRDefault="00A35792" w:rsidP="008646AA">
            <w:r>
              <w:rPr>
                <w:rFonts w:ascii="Calibri" w:eastAsia="Calibri" w:hAnsi="Calibri"/>
                <w:sz w:val="16"/>
              </w:rPr>
              <w:lastRenderedPageBreak/>
              <w:t>SB</w:t>
            </w:r>
            <w:r>
              <w:rPr>
                <w:rFonts w:ascii="Calibri" w:eastAsia="Calibri" w:hAnsi="Calibri"/>
                <w:sz w:val="16"/>
              </w:rPr>
              <w:br/>
              <w:t>IWB &amp; IWB material or audio and audio player</w:t>
            </w:r>
          </w:p>
        </w:tc>
        <w:tc>
          <w:tcPr>
            <w:tcW w:w="1650" w:type="dxa"/>
            <w:vAlign w:val="center"/>
          </w:tcPr>
          <w:p w14:paraId="7DA42367" w14:textId="77777777" w:rsidR="00840388" w:rsidRDefault="00A35792" w:rsidP="008646AA">
            <w:r>
              <w:rPr>
                <w:rFonts w:ascii="Calibri" w:eastAsia="Calibri" w:hAnsi="Calibri"/>
                <w:sz w:val="16"/>
              </w:rPr>
              <w:t>komunikácia, spolupráca</w:t>
            </w:r>
          </w:p>
        </w:tc>
      </w:tr>
      <w:tr w:rsidR="00840388" w14:paraId="7AB034C8" w14:textId="77777777" w:rsidTr="008646AA">
        <w:tc>
          <w:tcPr>
            <w:tcW w:w="865" w:type="dxa"/>
            <w:vAlign w:val="center"/>
          </w:tcPr>
          <w:p w14:paraId="1A79183D" w14:textId="77777777" w:rsidR="00840388" w:rsidRDefault="00A35792" w:rsidP="008646AA">
            <w:r>
              <w:rPr>
                <w:rFonts w:ascii="Calibri" w:eastAsia="Calibri" w:hAnsi="Calibri"/>
                <w:sz w:val="16"/>
              </w:rPr>
              <w:t>29</w:t>
            </w:r>
          </w:p>
        </w:tc>
        <w:tc>
          <w:tcPr>
            <w:tcW w:w="872" w:type="dxa"/>
            <w:vAlign w:val="center"/>
          </w:tcPr>
          <w:p w14:paraId="32A3A9A3" w14:textId="77777777" w:rsidR="00840388" w:rsidRDefault="00A35792" w:rsidP="008646AA">
            <w:r>
              <w:rPr>
                <w:rFonts w:ascii="Calibri" w:eastAsia="Calibri" w:hAnsi="Calibri"/>
                <w:sz w:val="16"/>
              </w:rPr>
              <w:t>85</w:t>
            </w:r>
          </w:p>
        </w:tc>
        <w:tc>
          <w:tcPr>
            <w:tcW w:w="1093" w:type="dxa"/>
            <w:vAlign w:val="center"/>
          </w:tcPr>
          <w:p w14:paraId="4BAFA503" w14:textId="77777777" w:rsidR="00840388" w:rsidRDefault="00A35792" w:rsidP="008646AA">
            <w:r>
              <w:rPr>
                <w:rFonts w:ascii="Calibri" w:eastAsia="Calibri" w:hAnsi="Calibri"/>
                <w:sz w:val="16"/>
              </w:rPr>
              <w:t>6B: Look it up!</w:t>
            </w:r>
          </w:p>
        </w:tc>
        <w:tc>
          <w:tcPr>
            <w:tcW w:w="2316" w:type="dxa"/>
            <w:vAlign w:val="center"/>
          </w:tcPr>
          <w:p w14:paraId="2C5A32EA" w14:textId="77777777" w:rsidR="00840388" w:rsidRDefault="00A35792" w:rsidP="008646AA">
            <w:r>
              <w:rPr>
                <w:rFonts w:ascii="Calibri" w:eastAsia="Calibri" w:hAnsi="Calibri"/>
                <w:sz w:val="16"/>
              </w:rPr>
              <w:t>Gramatika - budúci čas s going to a will, počúvanie s porozumením, rozprávanie</w:t>
            </w:r>
          </w:p>
        </w:tc>
        <w:tc>
          <w:tcPr>
            <w:tcW w:w="2317" w:type="dxa"/>
            <w:vAlign w:val="center"/>
          </w:tcPr>
          <w:p w14:paraId="1B601825" w14:textId="77777777" w:rsidR="00840388" w:rsidRDefault="00A35792" w:rsidP="008646AA">
            <w:r>
              <w:rPr>
                <w:rFonts w:ascii="Calibri" w:eastAsia="Calibri" w:hAnsi="Calibri"/>
                <w:sz w:val="16"/>
              </w:rPr>
              <w:t>rozlišovať použitie budúceho času be going to a will</w:t>
            </w:r>
            <w:r>
              <w:rPr>
                <w:rFonts w:ascii="Calibri" w:eastAsia="Calibri" w:hAnsi="Calibri"/>
                <w:sz w:val="16"/>
              </w:rPr>
              <w:br/>
              <w:t>porozumieť počúvanému textu o budúcich udalostiach</w:t>
            </w:r>
            <w:r>
              <w:rPr>
                <w:rFonts w:ascii="Calibri" w:eastAsia="Calibri" w:hAnsi="Calibri"/>
                <w:sz w:val="16"/>
              </w:rPr>
              <w:br/>
              <w:t>hovoriť o plánoch, rozhodnutiach a predpovediach</w:t>
            </w:r>
          </w:p>
        </w:tc>
        <w:tc>
          <w:tcPr>
            <w:tcW w:w="2249" w:type="dxa"/>
            <w:vAlign w:val="center"/>
          </w:tcPr>
          <w:p w14:paraId="508B14D0" w14:textId="77777777" w:rsidR="00840388" w:rsidRDefault="00A35792" w:rsidP="008646AA">
            <w:r>
              <w:rPr>
                <w:rFonts w:ascii="Calibri" w:eastAsia="Calibri" w:hAnsi="Calibri"/>
                <w:sz w:val="16"/>
              </w:rPr>
              <w:t>Future be going to</w:t>
            </w:r>
            <w:r>
              <w:rPr>
                <w:rFonts w:ascii="Calibri" w:eastAsia="Calibri" w:hAnsi="Calibri"/>
                <w:sz w:val="16"/>
              </w:rPr>
              <w:br/>
              <w:t>Future will</w:t>
            </w:r>
          </w:p>
        </w:tc>
        <w:tc>
          <w:tcPr>
            <w:tcW w:w="1740" w:type="dxa"/>
            <w:vAlign w:val="center"/>
          </w:tcPr>
          <w:p w14:paraId="02AA5372" w14:textId="77777777" w:rsidR="00840388" w:rsidRDefault="00840388" w:rsidP="008646AA"/>
        </w:tc>
        <w:tc>
          <w:tcPr>
            <w:tcW w:w="1576" w:type="dxa"/>
            <w:vAlign w:val="center"/>
          </w:tcPr>
          <w:p w14:paraId="5B4FF4C2" w14:textId="77777777" w:rsidR="00840388" w:rsidRDefault="00840388" w:rsidP="008646AA"/>
        </w:tc>
        <w:tc>
          <w:tcPr>
            <w:tcW w:w="1650" w:type="dxa"/>
            <w:vAlign w:val="center"/>
          </w:tcPr>
          <w:p w14:paraId="256DA719" w14:textId="77777777" w:rsidR="00840388" w:rsidRDefault="00840388" w:rsidP="008646AA"/>
        </w:tc>
      </w:tr>
      <w:tr w:rsidR="00840388" w14:paraId="1903EF65" w14:textId="77777777" w:rsidTr="008646AA">
        <w:tc>
          <w:tcPr>
            <w:tcW w:w="865" w:type="dxa"/>
            <w:vAlign w:val="center"/>
          </w:tcPr>
          <w:p w14:paraId="54E5E087" w14:textId="77777777" w:rsidR="00840388" w:rsidRDefault="00840388" w:rsidP="008646AA"/>
        </w:tc>
        <w:tc>
          <w:tcPr>
            <w:tcW w:w="872" w:type="dxa"/>
            <w:vAlign w:val="center"/>
          </w:tcPr>
          <w:p w14:paraId="11E38F43" w14:textId="77777777" w:rsidR="00840388" w:rsidRDefault="00A35792" w:rsidP="008646AA">
            <w:r>
              <w:rPr>
                <w:rFonts w:ascii="Calibri" w:eastAsia="Calibri" w:hAnsi="Calibri"/>
                <w:sz w:val="16"/>
              </w:rPr>
              <w:t>86</w:t>
            </w:r>
          </w:p>
        </w:tc>
        <w:tc>
          <w:tcPr>
            <w:tcW w:w="1093" w:type="dxa"/>
            <w:vAlign w:val="center"/>
          </w:tcPr>
          <w:p w14:paraId="61FBA640" w14:textId="77777777" w:rsidR="00840388" w:rsidRDefault="00A35792" w:rsidP="008646AA">
            <w:r>
              <w:rPr>
                <w:rFonts w:ascii="Calibri" w:eastAsia="Calibri" w:hAnsi="Calibri"/>
                <w:sz w:val="16"/>
              </w:rPr>
              <w:t>6C: What’s up in the sky?</w:t>
            </w:r>
          </w:p>
        </w:tc>
        <w:tc>
          <w:tcPr>
            <w:tcW w:w="2316" w:type="dxa"/>
            <w:vAlign w:val="center"/>
          </w:tcPr>
          <w:p w14:paraId="0E25C5D6" w14:textId="77777777" w:rsidR="00840388" w:rsidRDefault="00A35792" w:rsidP="008646AA">
            <w:r>
              <w:rPr>
                <w:rFonts w:ascii="Calibri" w:eastAsia="Calibri" w:hAnsi="Calibri"/>
                <w:sz w:val="16"/>
              </w:rPr>
              <w:t>Slovná zásoba - slnečná sústava, čítanie s porozumením</w:t>
            </w:r>
          </w:p>
        </w:tc>
        <w:tc>
          <w:tcPr>
            <w:tcW w:w="2317" w:type="dxa"/>
            <w:vAlign w:val="center"/>
          </w:tcPr>
          <w:p w14:paraId="5A235B63" w14:textId="77777777" w:rsidR="00840388" w:rsidRDefault="00A35792" w:rsidP="008646AA">
            <w:r>
              <w:rPr>
                <w:rFonts w:ascii="Calibri" w:eastAsia="Calibri" w:hAnsi="Calibri"/>
                <w:sz w:val="16"/>
              </w:rPr>
              <w:t>pomenovať objekty slnečnej sústavy a vesmíru</w:t>
            </w:r>
            <w:r>
              <w:rPr>
                <w:rFonts w:ascii="Calibri" w:eastAsia="Calibri" w:hAnsi="Calibri"/>
                <w:sz w:val="16"/>
              </w:rPr>
              <w:br/>
              <w:t>porozumieť textu o vesmíre a vedeckých objavoch</w:t>
            </w:r>
            <w:r>
              <w:rPr>
                <w:rFonts w:ascii="Calibri" w:eastAsia="Calibri" w:hAnsi="Calibri"/>
                <w:sz w:val="16"/>
              </w:rPr>
              <w:br/>
              <w:t>vyjadriť predpovede o budúcnosti</w:t>
            </w:r>
          </w:p>
        </w:tc>
        <w:tc>
          <w:tcPr>
            <w:tcW w:w="2249" w:type="dxa"/>
            <w:vAlign w:val="center"/>
          </w:tcPr>
          <w:p w14:paraId="1975CB18" w14:textId="77777777" w:rsidR="00840388" w:rsidRDefault="00840388" w:rsidP="008646AA"/>
        </w:tc>
        <w:tc>
          <w:tcPr>
            <w:tcW w:w="1740" w:type="dxa"/>
            <w:vAlign w:val="center"/>
          </w:tcPr>
          <w:p w14:paraId="56FD214C" w14:textId="77777777" w:rsidR="00840388" w:rsidRDefault="00A35792" w:rsidP="008646AA">
            <w:r>
              <w:rPr>
                <w:rFonts w:ascii="Calibri" w:eastAsia="Calibri" w:hAnsi="Calibri"/>
                <w:sz w:val="16"/>
              </w:rPr>
              <w:t>as, camera, damage, directly, dry, especially, fit, future, galaxy, heat, in the end, It takes…, planet, powerful, send out, shine, solar system, star, surface, telescope, temperature, turn into, warning</w:t>
            </w:r>
          </w:p>
        </w:tc>
        <w:tc>
          <w:tcPr>
            <w:tcW w:w="1576" w:type="dxa"/>
            <w:vAlign w:val="center"/>
          </w:tcPr>
          <w:p w14:paraId="47F348AF"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5B3846E0" w14:textId="77777777" w:rsidR="00840388" w:rsidRDefault="00A35792" w:rsidP="008646AA">
            <w:r>
              <w:rPr>
                <w:rFonts w:ascii="Calibri" w:eastAsia="Calibri" w:hAnsi="Calibri"/>
                <w:sz w:val="16"/>
              </w:rPr>
              <w:t>kritické myslenie, komunikácia, spolupráca, tvorivosť</w:t>
            </w:r>
          </w:p>
        </w:tc>
      </w:tr>
      <w:tr w:rsidR="00840388" w14:paraId="636D8136" w14:textId="77777777" w:rsidTr="008646AA">
        <w:tc>
          <w:tcPr>
            <w:tcW w:w="865" w:type="dxa"/>
            <w:vAlign w:val="center"/>
          </w:tcPr>
          <w:p w14:paraId="4703BE5F" w14:textId="77777777" w:rsidR="00840388" w:rsidRDefault="00840388" w:rsidP="008646AA"/>
        </w:tc>
        <w:tc>
          <w:tcPr>
            <w:tcW w:w="872" w:type="dxa"/>
            <w:vAlign w:val="center"/>
          </w:tcPr>
          <w:p w14:paraId="75AB23B1" w14:textId="77777777" w:rsidR="00840388" w:rsidRDefault="00A35792" w:rsidP="008646AA">
            <w:r>
              <w:rPr>
                <w:rFonts w:ascii="Calibri" w:eastAsia="Calibri" w:hAnsi="Calibri"/>
                <w:sz w:val="16"/>
              </w:rPr>
              <w:t>87</w:t>
            </w:r>
          </w:p>
        </w:tc>
        <w:tc>
          <w:tcPr>
            <w:tcW w:w="1093" w:type="dxa"/>
            <w:vAlign w:val="center"/>
          </w:tcPr>
          <w:p w14:paraId="41852DB2" w14:textId="77777777" w:rsidR="00840388" w:rsidRDefault="00A35792" w:rsidP="008646AA">
            <w:r>
              <w:rPr>
                <w:rFonts w:ascii="Calibri" w:eastAsia="Calibri" w:hAnsi="Calibri"/>
                <w:sz w:val="16"/>
              </w:rPr>
              <w:t>6C: What’s up in the sky?</w:t>
            </w:r>
          </w:p>
        </w:tc>
        <w:tc>
          <w:tcPr>
            <w:tcW w:w="2316" w:type="dxa"/>
            <w:vAlign w:val="center"/>
          </w:tcPr>
          <w:p w14:paraId="2D36CAD3" w14:textId="77777777" w:rsidR="00840388" w:rsidRDefault="00A35792" w:rsidP="008646AA">
            <w:r>
              <w:rPr>
                <w:rFonts w:ascii="Calibri" w:eastAsia="Calibri" w:hAnsi="Calibri"/>
                <w:sz w:val="16"/>
              </w:rPr>
              <w:t>Gramatika - budúci čas s will, rozprávanie, písanie - život v budúcnosti</w:t>
            </w:r>
          </w:p>
        </w:tc>
        <w:tc>
          <w:tcPr>
            <w:tcW w:w="2317" w:type="dxa"/>
            <w:vAlign w:val="center"/>
          </w:tcPr>
          <w:p w14:paraId="2A0FCD3B" w14:textId="77777777" w:rsidR="00840388" w:rsidRDefault="00A35792" w:rsidP="008646AA">
            <w:r>
              <w:rPr>
                <w:rFonts w:ascii="Calibri" w:eastAsia="Calibri" w:hAnsi="Calibri"/>
                <w:sz w:val="16"/>
              </w:rPr>
              <w:t>používať budúci čas will na vyjadrenie predpovedí</w:t>
            </w:r>
            <w:r>
              <w:rPr>
                <w:rFonts w:ascii="Calibri" w:eastAsia="Calibri" w:hAnsi="Calibri"/>
                <w:sz w:val="16"/>
              </w:rPr>
              <w:br/>
              <w:t>hovoriť o živote v budúcnosti</w:t>
            </w:r>
            <w:r>
              <w:rPr>
                <w:rFonts w:ascii="Calibri" w:eastAsia="Calibri" w:hAnsi="Calibri"/>
                <w:sz w:val="16"/>
              </w:rPr>
              <w:br/>
              <w:t>napísať krátky text o svojej predstave budúcnosti</w:t>
            </w:r>
          </w:p>
        </w:tc>
        <w:tc>
          <w:tcPr>
            <w:tcW w:w="2249" w:type="dxa"/>
            <w:vAlign w:val="center"/>
          </w:tcPr>
          <w:p w14:paraId="3B411C56" w14:textId="77777777" w:rsidR="00840388" w:rsidRDefault="00A35792" w:rsidP="008646AA">
            <w:r>
              <w:rPr>
                <w:rFonts w:ascii="Calibri" w:eastAsia="Calibri" w:hAnsi="Calibri"/>
                <w:sz w:val="16"/>
              </w:rPr>
              <w:t>Future will</w:t>
            </w:r>
          </w:p>
        </w:tc>
        <w:tc>
          <w:tcPr>
            <w:tcW w:w="1740" w:type="dxa"/>
            <w:vAlign w:val="center"/>
          </w:tcPr>
          <w:p w14:paraId="4BE8E928" w14:textId="77777777" w:rsidR="00840388" w:rsidRDefault="00840388" w:rsidP="008646AA"/>
        </w:tc>
        <w:tc>
          <w:tcPr>
            <w:tcW w:w="1576" w:type="dxa"/>
            <w:vAlign w:val="center"/>
          </w:tcPr>
          <w:p w14:paraId="41457C2C" w14:textId="77777777" w:rsidR="00840388" w:rsidRDefault="00840388" w:rsidP="008646AA"/>
        </w:tc>
        <w:tc>
          <w:tcPr>
            <w:tcW w:w="1650" w:type="dxa"/>
            <w:vAlign w:val="center"/>
          </w:tcPr>
          <w:p w14:paraId="21B97941" w14:textId="77777777" w:rsidR="00840388" w:rsidRDefault="00840388" w:rsidP="008646AA"/>
        </w:tc>
      </w:tr>
      <w:tr w:rsidR="00840388" w14:paraId="44BD886B" w14:textId="77777777" w:rsidTr="008646AA">
        <w:tc>
          <w:tcPr>
            <w:tcW w:w="865" w:type="dxa"/>
            <w:vAlign w:val="center"/>
          </w:tcPr>
          <w:p w14:paraId="7B02E335" w14:textId="77777777" w:rsidR="00840388" w:rsidRDefault="00A35792" w:rsidP="008646AA">
            <w:r>
              <w:rPr>
                <w:rFonts w:ascii="Calibri" w:eastAsia="Calibri" w:hAnsi="Calibri"/>
                <w:sz w:val="16"/>
              </w:rPr>
              <w:t>30</w:t>
            </w:r>
          </w:p>
        </w:tc>
        <w:tc>
          <w:tcPr>
            <w:tcW w:w="872" w:type="dxa"/>
            <w:vAlign w:val="center"/>
          </w:tcPr>
          <w:p w14:paraId="38D36C5A" w14:textId="77777777" w:rsidR="00840388" w:rsidRDefault="00A35792" w:rsidP="008646AA">
            <w:r>
              <w:rPr>
                <w:rFonts w:ascii="Calibri" w:eastAsia="Calibri" w:hAnsi="Calibri"/>
                <w:sz w:val="16"/>
              </w:rPr>
              <w:t>88</w:t>
            </w:r>
          </w:p>
        </w:tc>
        <w:tc>
          <w:tcPr>
            <w:tcW w:w="1093" w:type="dxa"/>
            <w:vAlign w:val="center"/>
          </w:tcPr>
          <w:p w14:paraId="21F09B87" w14:textId="77777777" w:rsidR="00840388" w:rsidRDefault="00A35792" w:rsidP="008646AA">
            <w:r>
              <w:rPr>
                <w:rFonts w:ascii="Calibri" w:eastAsia="Calibri" w:hAnsi="Calibri"/>
                <w:sz w:val="16"/>
              </w:rPr>
              <w:t>6D: Sci-fi adventure</w:t>
            </w:r>
          </w:p>
        </w:tc>
        <w:tc>
          <w:tcPr>
            <w:tcW w:w="2316" w:type="dxa"/>
            <w:vAlign w:val="center"/>
          </w:tcPr>
          <w:p w14:paraId="268B53ED" w14:textId="77777777" w:rsidR="00840388" w:rsidRDefault="00A35792" w:rsidP="008646AA">
            <w:r>
              <w:rPr>
                <w:rFonts w:ascii="Calibri" w:eastAsia="Calibri" w:hAnsi="Calibri"/>
                <w:sz w:val="16"/>
              </w:rPr>
              <w:t xml:space="preserve">Čítanie s porozumením, slovná zásoba </w:t>
            </w:r>
          </w:p>
        </w:tc>
        <w:tc>
          <w:tcPr>
            <w:tcW w:w="2317" w:type="dxa"/>
            <w:vAlign w:val="center"/>
          </w:tcPr>
          <w:p w14:paraId="4A1F6252" w14:textId="77777777" w:rsidR="00840388" w:rsidRDefault="00A35792" w:rsidP="008646AA">
            <w:r>
              <w:rPr>
                <w:rFonts w:ascii="Calibri" w:eastAsia="Calibri" w:hAnsi="Calibri"/>
                <w:sz w:val="16"/>
              </w:rPr>
              <w:t>porozumieť sci-fi príbehu</w:t>
            </w:r>
            <w:r>
              <w:rPr>
                <w:rFonts w:ascii="Calibri" w:eastAsia="Calibri" w:hAnsi="Calibri"/>
                <w:sz w:val="16"/>
              </w:rPr>
              <w:br/>
              <w:t>vytvárať domnienky a hypotézy o udalostiach</w:t>
            </w:r>
            <w:r>
              <w:rPr>
                <w:rFonts w:ascii="Calibri" w:eastAsia="Calibri" w:hAnsi="Calibri"/>
                <w:sz w:val="16"/>
              </w:rPr>
              <w:br/>
              <w:t>diskutovať o možných dôsledkoch rôznych situácií</w:t>
            </w:r>
          </w:p>
        </w:tc>
        <w:tc>
          <w:tcPr>
            <w:tcW w:w="2249" w:type="dxa"/>
            <w:vAlign w:val="center"/>
          </w:tcPr>
          <w:p w14:paraId="310BB89C" w14:textId="77777777" w:rsidR="00840388" w:rsidRDefault="00840388" w:rsidP="008646AA"/>
        </w:tc>
        <w:tc>
          <w:tcPr>
            <w:tcW w:w="1740" w:type="dxa"/>
            <w:vAlign w:val="center"/>
          </w:tcPr>
          <w:p w14:paraId="29B603D4" w14:textId="77777777" w:rsidR="00840388" w:rsidRDefault="00A35792" w:rsidP="008646AA">
            <w:r>
              <w:rPr>
                <w:rFonts w:ascii="Calibri" w:eastAsia="Calibri" w:hAnsi="Calibri"/>
                <w:sz w:val="16"/>
              </w:rPr>
              <w:t>a bit, alone, as, back in time, be in trouble, button, change one's mind, confused, dinosaur, hold , I couldn't believe my eyes, I have no idea, It's brilliant, machine, press , push, sci-fi , show, Thank goodness, worried</w:t>
            </w:r>
          </w:p>
        </w:tc>
        <w:tc>
          <w:tcPr>
            <w:tcW w:w="1576" w:type="dxa"/>
            <w:vAlign w:val="center"/>
          </w:tcPr>
          <w:p w14:paraId="46BD969C"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7247BA28" w14:textId="77777777" w:rsidR="00840388" w:rsidRDefault="00A35792" w:rsidP="008646AA">
            <w:r>
              <w:rPr>
                <w:rFonts w:ascii="Calibri" w:eastAsia="Calibri" w:hAnsi="Calibri"/>
                <w:sz w:val="16"/>
              </w:rPr>
              <w:t>kritické myslenie, komunikácia, spolupráca, tvorivosť</w:t>
            </w:r>
          </w:p>
        </w:tc>
      </w:tr>
      <w:tr w:rsidR="00840388" w14:paraId="59C0E469" w14:textId="77777777" w:rsidTr="008646AA">
        <w:tc>
          <w:tcPr>
            <w:tcW w:w="865" w:type="dxa"/>
            <w:vAlign w:val="center"/>
          </w:tcPr>
          <w:p w14:paraId="36273C53" w14:textId="77777777" w:rsidR="00840388" w:rsidRDefault="00840388" w:rsidP="008646AA"/>
        </w:tc>
        <w:tc>
          <w:tcPr>
            <w:tcW w:w="872" w:type="dxa"/>
            <w:vAlign w:val="center"/>
          </w:tcPr>
          <w:p w14:paraId="1A42129F" w14:textId="77777777" w:rsidR="00840388" w:rsidRDefault="00A35792" w:rsidP="008646AA">
            <w:r>
              <w:rPr>
                <w:rFonts w:ascii="Calibri" w:eastAsia="Calibri" w:hAnsi="Calibri"/>
                <w:sz w:val="16"/>
              </w:rPr>
              <w:t>89</w:t>
            </w:r>
          </w:p>
        </w:tc>
        <w:tc>
          <w:tcPr>
            <w:tcW w:w="1093" w:type="dxa"/>
            <w:vAlign w:val="center"/>
          </w:tcPr>
          <w:p w14:paraId="73D128C3" w14:textId="77777777" w:rsidR="00840388" w:rsidRDefault="00A35792" w:rsidP="008646AA">
            <w:r>
              <w:rPr>
                <w:rFonts w:ascii="Calibri" w:eastAsia="Calibri" w:hAnsi="Calibri"/>
                <w:sz w:val="16"/>
              </w:rPr>
              <w:t>6D: Sci-fi adventure</w:t>
            </w:r>
          </w:p>
        </w:tc>
        <w:tc>
          <w:tcPr>
            <w:tcW w:w="2316" w:type="dxa"/>
            <w:vAlign w:val="center"/>
          </w:tcPr>
          <w:p w14:paraId="3A15BA39" w14:textId="77777777" w:rsidR="00840388" w:rsidRDefault="00A35792" w:rsidP="008646AA">
            <w:r>
              <w:rPr>
                <w:rFonts w:ascii="Calibri" w:eastAsia="Calibri" w:hAnsi="Calibri"/>
                <w:sz w:val="16"/>
              </w:rPr>
              <w:t>Gramatika - podmienkové vety typu 1, počúvanie s porozumením, písanie</w:t>
            </w:r>
          </w:p>
        </w:tc>
        <w:tc>
          <w:tcPr>
            <w:tcW w:w="2317" w:type="dxa"/>
            <w:vAlign w:val="center"/>
          </w:tcPr>
          <w:p w14:paraId="6E96006F" w14:textId="77777777" w:rsidR="00840388" w:rsidRDefault="00A35792" w:rsidP="008646AA">
            <w:r>
              <w:rPr>
                <w:rFonts w:ascii="Calibri" w:eastAsia="Calibri" w:hAnsi="Calibri"/>
                <w:sz w:val="16"/>
              </w:rPr>
              <w:t>používať prvý kondicionál na vyjadrenie reálnych podmienok a ich následkov</w:t>
            </w:r>
            <w:r>
              <w:rPr>
                <w:rFonts w:ascii="Calibri" w:eastAsia="Calibri" w:hAnsi="Calibri"/>
                <w:sz w:val="16"/>
              </w:rPr>
              <w:br/>
              <w:t>porozumieť počúvanému textu o budúcich situáciách</w:t>
            </w:r>
            <w:r>
              <w:rPr>
                <w:rFonts w:ascii="Calibri" w:eastAsia="Calibri" w:hAnsi="Calibri"/>
                <w:sz w:val="16"/>
              </w:rPr>
              <w:br/>
              <w:t>napísať krátky text s použitím podmienkových viet</w:t>
            </w:r>
          </w:p>
        </w:tc>
        <w:tc>
          <w:tcPr>
            <w:tcW w:w="2249" w:type="dxa"/>
            <w:vAlign w:val="center"/>
          </w:tcPr>
          <w:p w14:paraId="0B9B9977" w14:textId="77777777" w:rsidR="00840388" w:rsidRDefault="00A35792" w:rsidP="008646AA">
            <w:r>
              <w:rPr>
                <w:rFonts w:ascii="Calibri" w:eastAsia="Calibri" w:hAnsi="Calibri"/>
                <w:sz w:val="16"/>
              </w:rPr>
              <w:t>Conditional Sentences Type 1</w:t>
            </w:r>
          </w:p>
        </w:tc>
        <w:tc>
          <w:tcPr>
            <w:tcW w:w="1740" w:type="dxa"/>
            <w:vAlign w:val="center"/>
          </w:tcPr>
          <w:p w14:paraId="6B5B1683" w14:textId="77777777" w:rsidR="00840388" w:rsidRDefault="00840388" w:rsidP="008646AA"/>
        </w:tc>
        <w:tc>
          <w:tcPr>
            <w:tcW w:w="1576" w:type="dxa"/>
            <w:vAlign w:val="center"/>
          </w:tcPr>
          <w:p w14:paraId="207B86D8" w14:textId="77777777" w:rsidR="00840388" w:rsidRDefault="00840388" w:rsidP="008646AA"/>
        </w:tc>
        <w:tc>
          <w:tcPr>
            <w:tcW w:w="1650" w:type="dxa"/>
            <w:vAlign w:val="center"/>
          </w:tcPr>
          <w:p w14:paraId="3DF0CBA2" w14:textId="77777777" w:rsidR="00840388" w:rsidRDefault="00840388" w:rsidP="008646AA"/>
        </w:tc>
      </w:tr>
      <w:tr w:rsidR="00840388" w14:paraId="3ECEF4D2" w14:textId="77777777" w:rsidTr="008646AA">
        <w:tc>
          <w:tcPr>
            <w:tcW w:w="865" w:type="dxa"/>
            <w:vAlign w:val="center"/>
          </w:tcPr>
          <w:p w14:paraId="580772D3" w14:textId="77777777" w:rsidR="00840388" w:rsidRDefault="00840388" w:rsidP="008646AA"/>
        </w:tc>
        <w:tc>
          <w:tcPr>
            <w:tcW w:w="872" w:type="dxa"/>
            <w:vAlign w:val="center"/>
          </w:tcPr>
          <w:p w14:paraId="30CCEAF6" w14:textId="77777777" w:rsidR="00840388" w:rsidRDefault="00A35792" w:rsidP="008646AA">
            <w:r>
              <w:rPr>
                <w:rFonts w:ascii="Calibri" w:eastAsia="Calibri" w:hAnsi="Calibri"/>
                <w:sz w:val="16"/>
              </w:rPr>
              <w:t>90</w:t>
            </w:r>
          </w:p>
        </w:tc>
        <w:tc>
          <w:tcPr>
            <w:tcW w:w="1093" w:type="dxa"/>
            <w:vAlign w:val="center"/>
          </w:tcPr>
          <w:p w14:paraId="405E9ED5" w14:textId="77777777" w:rsidR="00840388" w:rsidRDefault="00A35792" w:rsidP="008646AA">
            <w:r>
              <w:rPr>
                <w:rFonts w:ascii="Calibri" w:eastAsia="Calibri" w:hAnsi="Calibri"/>
                <w:sz w:val="16"/>
              </w:rPr>
              <w:t>Top Skills: Would you like to come?</w:t>
            </w:r>
          </w:p>
        </w:tc>
        <w:tc>
          <w:tcPr>
            <w:tcW w:w="2316" w:type="dxa"/>
            <w:vAlign w:val="center"/>
          </w:tcPr>
          <w:p w14:paraId="09002574" w14:textId="77777777" w:rsidR="00840388" w:rsidRDefault="00A35792" w:rsidP="008646AA">
            <w:r>
              <w:rPr>
                <w:rFonts w:ascii="Calibri" w:eastAsia="Calibri" w:hAnsi="Calibri"/>
                <w:sz w:val="16"/>
              </w:rPr>
              <w:t>Čítanie a počúvanie s porozumením, rozprávanie</w:t>
            </w:r>
          </w:p>
        </w:tc>
        <w:tc>
          <w:tcPr>
            <w:tcW w:w="2317" w:type="dxa"/>
            <w:vAlign w:val="center"/>
          </w:tcPr>
          <w:p w14:paraId="65A97EF9" w14:textId="77777777" w:rsidR="00840388" w:rsidRDefault="00A35792" w:rsidP="008646AA">
            <w:r>
              <w:rPr>
                <w:rFonts w:ascii="Calibri" w:eastAsia="Calibri" w:hAnsi="Calibri"/>
                <w:sz w:val="16"/>
              </w:rPr>
              <w:t>porozumieť rozhovorom o pozvaniach a spoločenských udalostiach</w:t>
            </w:r>
            <w:r>
              <w:rPr>
                <w:rFonts w:ascii="Calibri" w:eastAsia="Calibri" w:hAnsi="Calibri"/>
                <w:sz w:val="16"/>
              </w:rPr>
              <w:br/>
            </w:r>
            <w:r>
              <w:rPr>
                <w:rFonts w:ascii="Calibri" w:eastAsia="Calibri" w:hAnsi="Calibri"/>
                <w:sz w:val="16"/>
              </w:rPr>
              <w:lastRenderedPageBreak/>
              <w:t>pozvať niekoho na spoločnú aktivitu a primerane reagovať na pozvanie</w:t>
            </w:r>
            <w:r>
              <w:rPr>
                <w:rFonts w:ascii="Calibri" w:eastAsia="Calibri" w:hAnsi="Calibri"/>
                <w:sz w:val="16"/>
              </w:rPr>
              <w:br/>
              <w:t>prijať alebo odmietnuť pozvanie zdvorilým spôsobom</w:t>
            </w:r>
          </w:p>
        </w:tc>
        <w:tc>
          <w:tcPr>
            <w:tcW w:w="2249" w:type="dxa"/>
            <w:vAlign w:val="center"/>
          </w:tcPr>
          <w:p w14:paraId="3278FA43" w14:textId="77777777" w:rsidR="00840388" w:rsidRDefault="00840388" w:rsidP="008646AA"/>
        </w:tc>
        <w:tc>
          <w:tcPr>
            <w:tcW w:w="1740" w:type="dxa"/>
            <w:vAlign w:val="center"/>
          </w:tcPr>
          <w:p w14:paraId="6625B414" w14:textId="77777777" w:rsidR="00840388" w:rsidRDefault="00A35792" w:rsidP="008646AA">
            <w:r>
              <w:rPr>
                <w:rFonts w:ascii="Calibri" w:eastAsia="Calibri" w:hAnsi="Calibri"/>
                <w:sz w:val="16"/>
              </w:rPr>
              <w:t xml:space="preserve">3D films, accept, afterwards, definitely, hope, How could I say </w:t>
            </w:r>
            <w:r>
              <w:rPr>
                <w:rFonts w:ascii="Calibri" w:eastAsia="Calibri" w:hAnsi="Calibri"/>
                <w:sz w:val="16"/>
              </w:rPr>
              <w:lastRenderedPageBreak/>
              <w:t>no?, I can't make it, I'm sure, invitation, invite, it sounds, It's nice of you, Let me know, refuse, rocket, show  , Take care, Waiting for your reply</w:t>
            </w:r>
          </w:p>
        </w:tc>
        <w:tc>
          <w:tcPr>
            <w:tcW w:w="1576" w:type="dxa"/>
            <w:vAlign w:val="center"/>
          </w:tcPr>
          <w:p w14:paraId="4F7A5801" w14:textId="77777777" w:rsidR="00840388" w:rsidRDefault="00A35792" w:rsidP="008646AA">
            <w:r>
              <w:rPr>
                <w:rFonts w:ascii="Calibri" w:eastAsia="Calibri" w:hAnsi="Calibri"/>
                <w:sz w:val="16"/>
              </w:rPr>
              <w:lastRenderedPageBreak/>
              <w:t>SB</w:t>
            </w:r>
            <w:r>
              <w:rPr>
                <w:rFonts w:ascii="Calibri" w:eastAsia="Calibri" w:hAnsi="Calibri"/>
                <w:sz w:val="16"/>
              </w:rPr>
              <w:br/>
              <w:t xml:space="preserve">IWB &amp; IWB material </w:t>
            </w:r>
            <w:r>
              <w:rPr>
                <w:rFonts w:ascii="Calibri" w:eastAsia="Calibri" w:hAnsi="Calibri"/>
                <w:sz w:val="16"/>
              </w:rPr>
              <w:lastRenderedPageBreak/>
              <w:t>or audio and audio player</w:t>
            </w:r>
          </w:p>
        </w:tc>
        <w:tc>
          <w:tcPr>
            <w:tcW w:w="1650" w:type="dxa"/>
            <w:vAlign w:val="center"/>
          </w:tcPr>
          <w:p w14:paraId="238EF80E" w14:textId="77777777" w:rsidR="00840388" w:rsidRDefault="00A35792" w:rsidP="008646AA">
            <w:r>
              <w:rPr>
                <w:rFonts w:ascii="Calibri" w:eastAsia="Calibri" w:hAnsi="Calibri"/>
                <w:sz w:val="16"/>
              </w:rPr>
              <w:lastRenderedPageBreak/>
              <w:t xml:space="preserve">kritické myslenie, komunikácia, </w:t>
            </w:r>
            <w:r>
              <w:rPr>
                <w:rFonts w:ascii="Calibri" w:eastAsia="Calibri" w:hAnsi="Calibri"/>
                <w:sz w:val="16"/>
              </w:rPr>
              <w:lastRenderedPageBreak/>
              <w:t>spolupráca, tvorivosť, samostatné učenie</w:t>
            </w:r>
          </w:p>
        </w:tc>
      </w:tr>
      <w:tr w:rsidR="00840388" w14:paraId="627A2C3B" w14:textId="77777777" w:rsidTr="008646AA">
        <w:tc>
          <w:tcPr>
            <w:tcW w:w="865" w:type="dxa"/>
            <w:vAlign w:val="center"/>
          </w:tcPr>
          <w:p w14:paraId="2492FDEC" w14:textId="77777777" w:rsidR="00840388" w:rsidRDefault="00A35792" w:rsidP="008646AA">
            <w:r>
              <w:rPr>
                <w:rFonts w:ascii="Calibri" w:eastAsia="Calibri" w:hAnsi="Calibri"/>
                <w:sz w:val="16"/>
              </w:rPr>
              <w:lastRenderedPageBreak/>
              <w:t>31</w:t>
            </w:r>
          </w:p>
        </w:tc>
        <w:tc>
          <w:tcPr>
            <w:tcW w:w="872" w:type="dxa"/>
            <w:vAlign w:val="center"/>
          </w:tcPr>
          <w:p w14:paraId="36241436" w14:textId="77777777" w:rsidR="00840388" w:rsidRDefault="00A35792" w:rsidP="008646AA">
            <w:r>
              <w:rPr>
                <w:rFonts w:ascii="Calibri" w:eastAsia="Calibri" w:hAnsi="Calibri"/>
                <w:sz w:val="16"/>
              </w:rPr>
              <w:t>91</w:t>
            </w:r>
          </w:p>
        </w:tc>
        <w:tc>
          <w:tcPr>
            <w:tcW w:w="1093" w:type="dxa"/>
            <w:vAlign w:val="center"/>
          </w:tcPr>
          <w:p w14:paraId="21282E6A" w14:textId="77777777" w:rsidR="00840388" w:rsidRDefault="00A35792" w:rsidP="008646AA">
            <w:r>
              <w:rPr>
                <w:rFonts w:ascii="Calibri" w:eastAsia="Calibri" w:hAnsi="Calibri"/>
                <w:sz w:val="16"/>
              </w:rPr>
              <w:t>Top Skills: Would you like to come?</w:t>
            </w:r>
          </w:p>
        </w:tc>
        <w:tc>
          <w:tcPr>
            <w:tcW w:w="2316" w:type="dxa"/>
            <w:vAlign w:val="center"/>
          </w:tcPr>
          <w:p w14:paraId="1D896756" w14:textId="77777777" w:rsidR="00840388" w:rsidRDefault="00A35792" w:rsidP="008646AA">
            <w:r>
              <w:rPr>
                <w:rFonts w:ascii="Calibri" w:eastAsia="Calibri" w:hAnsi="Calibri"/>
                <w:sz w:val="16"/>
              </w:rPr>
              <w:t>Písanie - pozvánka</w:t>
            </w:r>
          </w:p>
        </w:tc>
        <w:tc>
          <w:tcPr>
            <w:tcW w:w="2317" w:type="dxa"/>
            <w:vAlign w:val="center"/>
          </w:tcPr>
          <w:p w14:paraId="3B4E0504" w14:textId="77777777" w:rsidR="00840388" w:rsidRDefault="00A35792" w:rsidP="008646AA">
            <w:r>
              <w:rPr>
                <w:rFonts w:ascii="Calibri" w:eastAsia="Calibri" w:hAnsi="Calibri"/>
                <w:sz w:val="16"/>
              </w:rPr>
              <w:t>napísať jednoduchú pozvánku na spoločenské podujatie</w:t>
            </w:r>
            <w:r>
              <w:rPr>
                <w:rFonts w:ascii="Calibri" w:eastAsia="Calibri" w:hAnsi="Calibri"/>
                <w:sz w:val="16"/>
              </w:rPr>
              <w:br/>
              <w:t>použiť vhodné zdvorilostné výrazy pri písaní pozvánky</w:t>
            </w:r>
            <w:r>
              <w:rPr>
                <w:rFonts w:ascii="Calibri" w:eastAsia="Calibri" w:hAnsi="Calibri"/>
                <w:sz w:val="16"/>
              </w:rPr>
              <w:br/>
              <w:t>odpovedať na pozvanie prijatím alebo odmietnutím</w:t>
            </w:r>
          </w:p>
        </w:tc>
        <w:tc>
          <w:tcPr>
            <w:tcW w:w="2249" w:type="dxa"/>
            <w:vAlign w:val="center"/>
          </w:tcPr>
          <w:p w14:paraId="3B233BD3" w14:textId="77777777" w:rsidR="00840388" w:rsidRDefault="00840388" w:rsidP="008646AA"/>
        </w:tc>
        <w:tc>
          <w:tcPr>
            <w:tcW w:w="1740" w:type="dxa"/>
            <w:vAlign w:val="center"/>
          </w:tcPr>
          <w:p w14:paraId="51BAF188" w14:textId="77777777" w:rsidR="00840388" w:rsidRDefault="00840388" w:rsidP="008646AA"/>
        </w:tc>
        <w:tc>
          <w:tcPr>
            <w:tcW w:w="1576" w:type="dxa"/>
            <w:vAlign w:val="center"/>
          </w:tcPr>
          <w:p w14:paraId="0BD0CD1E" w14:textId="77777777" w:rsidR="00840388" w:rsidRDefault="00840388" w:rsidP="008646AA"/>
        </w:tc>
        <w:tc>
          <w:tcPr>
            <w:tcW w:w="1650" w:type="dxa"/>
            <w:vAlign w:val="center"/>
          </w:tcPr>
          <w:p w14:paraId="6459C227" w14:textId="77777777" w:rsidR="00840388" w:rsidRDefault="00840388" w:rsidP="008646AA"/>
        </w:tc>
      </w:tr>
      <w:tr w:rsidR="00840388" w14:paraId="43F0200B" w14:textId="77777777" w:rsidTr="008646AA">
        <w:tc>
          <w:tcPr>
            <w:tcW w:w="865" w:type="dxa"/>
            <w:vAlign w:val="center"/>
          </w:tcPr>
          <w:p w14:paraId="03FFBA04" w14:textId="77777777" w:rsidR="00840388" w:rsidRDefault="00840388" w:rsidP="008646AA"/>
        </w:tc>
        <w:tc>
          <w:tcPr>
            <w:tcW w:w="872" w:type="dxa"/>
            <w:vAlign w:val="center"/>
          </w:tcPr>
          <w:p w14:paraId="048FD21F" w14:textId="77777777" w:rsidR="00840388" w:rsidRDefault="00A35792" w:rsidP="008646AA">
            <w:r>
              <w:rPr>
                <w:rFonts w:ascii="Calibri" w:eastAsia="Calibri" w:hAnsi="Calibri"/>
                <w:sz w:val="16"/>
              </w:rPr>
              <w:t>92</w:t>
            </w:r>
          </w:p>
        </w:tc>
        <w:tc>
          <w:tcPr>
            <w:tcW w:w="1093" w:type="dxa"/>
            <w:vAlign w:val="center"/>
          </w:tcPr>
          <w:p w14:paraId="1C7C9840" w14:textId="77777777" w:rsidR="00840388" w:rsidRDefault="00A35792" w:rsidP="008646AA">
            <w:r>
              <w:rPr>
                <w:rFonts w:ascii="Calibri" w:eastAsia="Calibri" w:hAnsi="Calibri"/>
                <w:sz w:val="16"/>
              </w:rPr>
              <w:t>Revision module 6</w:t>
            </w:r>
          </w:p>
        </w:tc>
        <w:tc>
          <w:tcPr>
            <w:tcW w:w="2316" w:type="dxa"/>
            <w:vAlign w:val="center"/>
          </w:tcPr>
          <w:p w14:paraId="72E9906F" w14:textId="77777777" w:rsidR="00840388" w:rsidRDefault="00A35792" w:rsidP="008646AA">
            <w:r>
              <w:rPr>
                <w:rFonts w:ascii="Calibri" w:eastAsia="Calibri" w:hAnsi="Calibri"/>
                <w:sz w:val="16"/>
              </w:rPr>
              <w:t>Zhrnutie učiva</w:t>
            </w:r>
          </w:p>
        </w:tc>
        <w:tc>
          <w:tcPr>
            <w:tcW w:w="2317" w:type="dxa"/>
            <w:vAlign w:val="center"/>
          </w:tcPr>
          <w:p w14:paraId="0556F394" w14:textId="77777777" w:rsidR="00840388" w:rsidRDefault="00A35792" w:rsidP="008646AA">
            <w:r>
              <w:rPr>
                <w:rFonts w:ascii="Calibri" w:eastAsia="Calibri" w:hAnsi="Calibri"/>
                <w:sz w:val="16"/>
              </w:rPr>
              <w:t>zopakovať slovnú zásobu modulu</w:t>
            </w:r>
            <w:r>
              <w:rPr>
                <w:rFonts w:ascii="Calibri" w:eastAsia="Calibri" w:hAnsi="Calibri"/>
                <w:sz w:val="16"/>
              </w:rPr>
              <w:br/>
              <w:t>upevniť gramatické štruktúry modulu</w:t>
            </w:r>
            <w:r>
              <w:rPr>
                <w:rFonts w:ascii="Calibri" w:eastAsia="Calibri" w:hAnsi="Calibri"/>
                <w:sz w:val="16"/>
              </w:rPr>
              <w:br/>
              <w:t>precvičiť komunikačné situácie</w:t>
            </w:r>
          </w:p>
        </w:tc>
        <w:tc>
          <w:tcPr>
            <w:tcW w:w="2249" w:type="dxa"/>
            <w:vAlign w:val="center"/>
          </w:tcPr>
          <w:p w14:paraId="73CB34FA" w14:textId="77777777" w:rsidR="00840388" w:rsidRDefault="00840388" w:rsidP="008646AA"/>
        </w:tc>
        <w:tc>
          <w:tcPr>
            <w:tcW w:w="1740" w:type="dxa"/>
            <w:vAlign w:val="center"/>
          </w:tcPr>
          <w:p w14:paraId="55BC4E35" w14:textId="77777777" w:rsidR="00840388" w:rsidRDefault="00840388" w:rsidP="008646AA"/>
        </w:tc>
        <w:tc>
          <w:tcPr>
            <w:tcW w:w="1576" w:type="dxa"/>
            <w:vAlign w:val="center"/>
          </w:tcPr>
          <w:p w14:paraId="34113CF8"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50" w:type="dxa"/>
            <w:vAlign w:val="center"/>
          </w:tcPr>
          <w:p w14:paraId="145CB749" w14:textId="77777777" w:rsidR="00840388" w:rsidRDefault="00A35792" w:rsidP="008646AA">
            <w:r>
              <w:rPr>
                <w:rFonts w:ascii="Calibri" w:eastAsia="Calibri" w:hAnsi="Calibri"/>
                <w:sz w:val="16"/>
              </w:rPr>
              <w:t>samostatné učenie</w:t>
            </w:r>
          </w:p>
        </w:tc>
      </w:tr>
      <w:tr w:rsidR="00840388" w14:paraId="46E58924" w14:textId="77777777" w:rsidTr="008646AA">
        <w:tc>
          <w:tcPr>
            <w:tcW w:w="865" w:type="dxa"/>
            <w:vAlign w:val="center"/>
          </w:tcPr>
          <w:p w14:paraId="6E0A2C7F" w14:textId="77777777" w:rsidR="00840388" w:rsidRDefault="00840388" w:rsidP="008646AA"/>
        </w:tc>
        <w:tc>
          <w:tcPr>
            <w:tcW w:w="872" w:type="dxa"/>
            <w:vAlign w:val="center"/>
          </w:tcPr>
          <w:p w14:paraId="1759F090" w14:textId="77777777" w:rsidR="00840388" w:rsidRDefault="00A35792" w:rsidP="008646AA">
            <w:r>
              <w:rPr>
                <w:rFonts w:ascii="Calibri" w:eastAsia="Calibri" w:hAnsi="Calibri"/>
                <w:sz w:val="16"/>
              </w:rPr>
              <w:t>93</w:t>
            </w:r>
          </w:p>
        </w:tc>
        <w:tc>
          <w:tcPr>
            <w:tcW w:w="1093" w:type="dxa"/>
            <w:vAlign w:val="center"/>
          </w:tcPr>
          <w:p w14:paraId="706E717E" w14:textId="77777777" w:rsidR="00840388" w:rsidRDefault="00A35792" w:rsidP="008646AA">
            <w:r>
              <w:rPr>
                <w:rFonts w:ascii="Calibri" w:eastAsia="Calibri" w:hAnsi="Calibri"/>
                <w:sz w:val="16"/>
              </w:rPr>
              <w:t>Revision module 6</w:t>
            </w:r>
          </w:p>
        </w:tc>
        <w:tc>
          <w:tcPr>
            <w:tcW w:w="2316" w:type="dxa"/>
            <w:vAlign w:val="center"/>
          </w:tcPr>
          <w:p w14:paraId="5804DCEB" w14:textId="77777777" w:rsidR="00840388" w:rsidRDefault="00A35792" w:rsidP="008646AA">
            <w:r>
              <w:rPr>
                <w:rFonts w:ascii="Calibri" w:eastAsia="Calibri" w:hAnsi="Calibri"/>
                <w:sz w:val="16"/>
              </w:rPr>
              <w:t>Sebahodnotenie</w:t>
            </w:r>
          </w:p>
        </w:tc>
        <w:tc>
          <w:tcPr>
            <w:tcW w:w="2317" w:type="dxa"/>
            <w:vAlign w:val="center"/>
          </w:tcPr>
          <w:p w14:paraId="4D9BFDCF" w14:textId="77777777" w:rsidR="00840388" w:rsidRDefault="00A35792" w:rsidP="008646AA">
            <w:r>
              <w:rPr>
                <w:rFonts w:ascii="Calibri" w:eastAsia="Calibri" w:hAnsi="Calibri"/>
                <w:sz w:val="16"/>
              </w:rPr>
              <w:t>zhodnotiť úroveň svojich vedomostí</w:t>
            </w:r>
            <w:r>
              <w:rPr>
                <w:rFonts w:ascii="Calibri" w:eastAsia="Calibri" w:hAnsi="Calibri"/>
                <w:sz w:val="16"/>
              </w:rPr>
              <w:br/>
              <w:t>identifikovať oblasti, ktoré je potrebné zlepšiť</w:t>
            </w:r>
            <w:r>
              <w:rPr>
                <w:rFonts w:ascii="Calibri" w:eastAsia="Calibri" w:hAnsi="Calibri"/>
                <w:sz w:val="16"/>
              </w:rPr>
              <w:br/>
              <w:t>pripraviť sa na priebežné overenie vedomostí</w:t>
            </w:r>
          </w:p>
        </w:tc>
        <w:tc>
          <w:tcPr>
            <w:tcW w:w="2249" w:type="dxa"/>
            <w:vAlign w:val="center"/>
          </w:tcPr>
          <w:p w14:paraId="7464D140" w14:textId="77777777" w:rsidR="00840388" w:rsidRDefault="00840388" w:rsidP="008646AA"/>
        </w:tc>
        <w:tc>
          <w:tcPr>
            <w:tcW w:w="1740" w:type="dxa"/>
            <w:vAlign w:val="center"/>
          </w:tcPr>
          <w:p w14:paraId="5ABC8965" w14:textId="77777777" w:rsidR="00840388" w:rsidRDefault="00840388" w:rsidP="008646AA"/>
        </w:tc>
        <w:tc>
          <w:tcPr>
            <w:tcW w:w="1576" w:type="dxa"/>
            <w:vAlign w:val="center"/>
          </w:tcPr>
          <w:p w14:paraId="0DEFDF5B" w14:textId="77777777" w:rsidR="00840388" w:rsidRDefault="00840388" w:rsidP="008646AA"/>
        </w:tc>
        <w:tc>
          <w:tcPr>
            <w:tcW w:w="1650" w:type="dxa"/>
            <w:vAlign w:val="center"/>
          </w:tcPr>
          <w:p w14:paraId="46585C9B" w14:textId="77777777" w:rsidR="00840388" w:rsidRDefault="00840388" w:rsidP="008646AA"/>
        </w:tc>
      </w:tr>
      <w:tr w:rsidR="00840388" w14:paraId="78955524" w14:textId="77777777" w:rsidTr="008646AA">
        <w:tc>
          <w:tcPr>
            <w:tcW w:w="865" w:type="dxa"/>
            <w:vAlign w:val="center"/>
          </w:tcPr>
          <w:p w14:paraId="6ECAF3F4" w14:textId="77777777" w:rsidR="00840388" w:rsidRDefault="00A35792" w:rsidP="008646AA">
            <w:r>
              <w:rPr>
                <w:rFonts w:ascii="Calibri" w:eastAsia="Calibri" w:hAnsi="Calibri"/>
                <w:sz w:val="16"/>
              </w:rPr>
              <w:t>32</w:t>
            </w:r>
          </w:p>
        </w:tc>
        <w:tc>
          <w:tcPr>
            <w:tcW w:w="872" w:type="dxa"/>
            <w:vAlign w:val="center"/>
          </w:tcPr>
          <w:p w14:paraId="7AFDDB96" w14:textId="77777777" w:rsidR="00840388" w:rsidRDefault="00A35792" w:rsidP="008646AA">
            <w:r>
              <w:rPr>
                <w:rFonts w:ascii="Calibri" w:eastAsia="Calibri" w:hAnsi="Calibri"/>
                <w:sz w:val="16"/>
              </w:rPr>
              <w:t>94</w:t>
            </w:r>
          </w:p>
        </w:tc>
        <w:tc>
          <w:tcPr>
            <w:tcW w:w="1093" w:type="dxa"/>
            <w:vAlign w:val="center"/>
          </w:tcPr>
          <w:p w14:paraId="77DE04BF" w14:textId="77777777" w:rsidR="00840388" w:rsidRDefault="00A35792" w:rsidP="008646AA">
            <w:r>
              <w:rPr>
                <w:rFonts w:ascii="Calibri" w:eastAsia="Calibri" w:hAnsi="Calibri"/>
                <w:sz w:val="16"/>
              </w:rPr>
              <w:t>Culture Page 3 &amp; Song 3</w:t>
            </w:r>
          </w:p>
        </w:tc>
        <w:tc>
          <w:tcPr>
            <w:tcW w:w="2316" w:type="dxa"/>
            <w:vAlign w:val="center"/>
          </w:tcPr>
          <w:p w14:paraId="1B690BF3" w14:textId="77777777" w:rsidR="00840388" w:rsidRDefault="00A35792" w:rsidP="008646AA">
            <w:r>
              <w:rPr>
                <w:rFonts w:ascii="Calibri" w:eastAsia="Calibri" w:hAnsi="Calibri"/>
                <w:sz w:val="16"/>
              </w:rPr>
              <w:t>Superstavby; pesnička – Cool Science</w:t>
            </w:r>
          </w:p>
        </w:tc>
        <w:tc>
          <w:tcPr>
            <w:tcW w:w="2317" w:type="dxa"/>
            <w:vAlign w:val="center"/>
          </w:tcPr>
          <w:p w14:paraId="27FC26CC" w14:textId="77777777" w:rsidR="00840388" w:rsidRDefault="00A35792" w:rsidP="008646AA">
            <w:r>
              <w:rPr>
                <w:rFonts w:ascii="Calibri" w:eastAsia="Calibri" w:hAnsi="Calibri"/>
                <w:sz w:val="16"/>
              </w:rPr>
              <w:t>porozumieť informáciám o významných technických stavbách</w:t>
            </w:r>
            <w:r>
              <w:rPr>
                <w:rFonts w:ascii="Calibri" w:eastAsia="Calibri" w:hAnsi="Calibri"/>
                <w:sz w:val="16"/>
              </w:rPr>
              <w:br/>
              <w:t>rozšíriť poznatky o vede a technike v anglicky hovoriacom prostredí</w:t>
            </w:r>
            <w:r>
              <w:rPr>
                <w:rFonts w:ascii="Calibri" w:eastAsia="Calibri" w:hAnsi="Calibri"/>
                <w:sz w:val="16"/>
              </w:rPr>
              <w:br/>
              <w:t>porozumieť obsahu anglickej piesne a pracovať s jej textom</w:t>
            </w:r>
          </w:p>
        </w:tc>
        <w:tc>
          <w:tcPr>
            <w:tcW w:w="2249" w:type="dxa"/>
            <w:vAlign w:val="center"/>
          </w:tcPr>
          <w:p w14:paraId="0F691875" w14:textId="77777777" w:rsidR="00840388" w:rsidRDefault="00840388" w:rsidP="008646AA"/>
        </w:tc>
        <w:tc>
          <w:tcPr>
            <w:tcW w:w="1740" w:type="dxa"/>
            <w:vAlign w:val="center"/>
          </w:tcPr>
          <w:p w14:paraId="4DDC0AC2" w14:textId="77777777" w:rsidR="00840388" w:rsidRDefault="00840388" w:rsidP="008646AA"/>
        </w:tc>
        <w:tc>
          <w:tcPr>
            <w:tcW w:w="1576" w:type="dxa"/>
            <w:vAlign w:val="center"/>
          </w:tcPr>
          <w:p w14:paraId="0D958E8B"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p>
        </w:tc>
        <w:tc>
          <w:tcPr>
            <w:tcW w:w="1650" w:type="dxa"/>
            <w:vAlign w:val="center"/>
          </w:tcPr>
          <w:p w14:paraId="3D8A2AB6" w14:textId="77777777" w:rsidR="00840388" w:rsidRDefault="00A35792" w:rsidP="008646AA">
            <w:r>
              <w:rPr>
                <w:rFonts w:ascii="Calibri" w:eastAsia="Calibri" w:hAnsi="Calibri"/>
                <w:sz w:val="16"/>
              </w:rPr>
              <w:t>kritické myslenie, interkultúrna kompetencia</w:t>
            </w:r>
          </w:p>
        </w:tc>
      </w:tr>
      <w:tr w:rsidR="00840388" w14:paraId="260EB55A" w14:textId="77777777" w:rsidTr="008646AA">
        <w:tc>
          <w:tcPr>
            <w:tcW w:w="865" w:type="dxa"/>
            <w:vAlign w:val="center"/>
          </w:tcPr>
          <w:p w14:paraId="13F03BCB" w14:textId="77777777" w:rsidR="00840388" w:rsidRDefault="00840388" w:rsidP="008646AA"/>
        </w:tc>
        <w:tc>
          <w:tcPr>
            <w:tcW w:w="872" w:type="dxa"/>
            <w:vAlign w:val="center"/>
          </w:tcPr>
          <w:p w14:paraId="02329C03" w14:textId="77777777" w:rsidR="00840388" w:rsidRDefault="00A35792" w:rsidP="008646AA">
            <w:r>
              <w:rPr>
                <w:rFonts w:ascii="Calibri" w:eastAsia="Calibri" w:hAnsi="Calibri"/>
                <w:sz w:val="16"/>
              </w:rPr>
              <w:t>95</w:t>
            </w:r>
          </w:p>
        </w:tc>
        <w:tc>
          <w:tcPr>
            <w:tcW w:w="1093" w:type="dxa"/>
            <w:vAlign w:val="center"/>
          </w:tcPr>
          <w:p w14:paraId="6A97DA95" w14:textId="77777777" w:rsidR="00840388" w:rsidRDefault="00A35792" w:rsidP="008646AA">
            <w:r>
              <w:rPr>
                <w:rFonts w:ascii="Calibri" w:eastAsia="Calibri" w:hAnsi="Calibri"/>
                <w:sz w:val="16"/>
              </w:rPr>
              <w:t>Me and My country project 6 – Sunnyhill Science Fair</w:t>
            </w:r>
          </w:p>
        </w:tc>
        <w:tc>
          <w:tcPr>
            <w:tcW w:w="2316" w:type="dxa"/>
            <w:vAlign w:val="center"/>
          </w:tcPr>
          <w:p w14:paraId="5EA96883" w14:textId="77777777" w:rsidR="00840388" w:rsidRDefault="00A35792" w:rsidP="008646AA">
            <w:r>
              <w:rPr>
                <w:rFonts w:ascii="Calibri" w:eastAsia="Calibri" w:hAnsi="Calibri"/>
                <w:sz w:val="16"/>
              </w:rPr>
              <w:t>Vedecký veľtrh</w:t>
            </w:r>
          </w:p>
        </w:tc>
        <w:tc>
          <w:tcPr>
            <w:tcW w:w="2317" w:type="dxa"/>
            <w:vAlign w:val="center"/>
          </w:tcPr>
          <w:p w14:paraId="241B4707" w14:textId="77777777" w:rsidR="00840388" w:rsidRDefault="00A35792" w:rsidP="008646AA">
            <w:r>
              <w:rPr>
                <w:rFonts w:ascii="Calibri" w:eastAsia="Calibri" w:hAnsi="Calibri"/>
                <w:sz w:val="16"/>
              </w:rPr>
              <w:t>vyhľadať informácie o vedeckom pokuse alebo objave</w:t>
            </w:r>
            <w:r>
              <w:rPr>
                <w:rFonts w:ascii="Calibri" w:eastAsia="Calibri" w:hAnsi="Calibri"/>
                <w:sz w:val="16"/>
              </w:rPr>
              <w:br/>
              <w:t>pripraviť jednoduchý projekt alebo prezentáciu</w:t>
            </w:r>
            <w:r>
              <w:rPr>
                <w:rFonts w:ascii="Calibri" w:eastAsia="Calibri" w:hAnsi="Calibri"/>
                <w:sz w:val="16"/>
              </w:rPr>
              <w:br/>
              <w:t>prezentovať výsledky svojej práce pred spolužiakmi</w:t>
            </w:r>
          </w:p>
        </w:tc>
        <w:tc>
          <w:tcPr>
            <w:tcW w:w="2249" w:type="dxa"/>
            <w:vAlign w:val="center"/>
          </w:tcPr>
          <w:p w14:paraId="45809E6D" w14:textId="77777777" w:rsidR="00840388" w:rsidRDefault="00840388" w:rsidP="008646AA"/>
        </w:tc>
        <w:tc>
          <w:tcPr>
            <w:tcW w:w="1740" w:type="dxa"/>
            <w:vAlign w:val="center"/>
          </w:tcPr>
          <w:p w14:paraId="724A8EFD" w14:textId="77777777" w:rsidR="00840388" w:rsidRDefault="00840388" w:rsidP="008646AA"/>
        </w:tc>
        <w:tc>
          <w:tcPr>
            <w:tcW w:w="1576" w:type="dxa"/>
            <w:vAlign w:val="center"/>
          </w:tcPr>
          <w:p w14:paraId="315C867C" w14:textId="77777777" w:rsidR="00840388" w:rsidRDefault="00A35792" w:rsidP="008646AA">
            <w:r>
              <w:rPr>
                <w:rFonts w:ascii="Calibri" w:eastAsia="Calibri" w:hAnsi="Calibri"/>
                <w:sz w:val="16"/>
              </w:rPr>
              <w:t>Worksheets (teacher’s assistant)</w:t>
            </w:r>
          </w:p>
        </w:tc>
        <w:tc>
          <w:tcPr>
            <w:tcW w:w="1650" w:type="dxa"/>
            <w:vAlign w:val="center"/>
          </w:tcPr>
          <w:p w14:paraId="459FFF37" w14:textId="77777777" w:rsidR="00840388" w:rsidRDefault="00A35792" w:rsidP="008646AA">
            <w:r>
              <w:rPr>
                <w:rFonts w:ascii="Calibri" w:eastAsia="Calibri" w:hAnsi="Calibri"/>
                <w:sz w:val="16"/>
              </w:rPr>
              <w:t>samostatné učenie, tvorivosť, interkultúrna kompetencia, komunikácia, digitálna gramotnosť</w:t>
            </w:r>
          </w:p>
        </w:tc>
      </w:tr>
      <w:tr w:rsidR="00840388" w14:paraId="61DB6555" w14:textId="77777777" w:rsidTr="008646AA">
        <w:tc>
          <w:tcPr>
            <w:tcW w:w="865" w:type="dxa"/>
            <w:vAlign w:val="center"/>
          </w:tcPr>
          <w:p w14:paraId="1D500567" w14:textId="77777777" w:rsidR="00840388" w:rsidRDefault="00840388" w:rsidP="008646AA"/>
        </w:tc>
        <w:tc>
          <w:tcPr>
            <w:tcW w:w="872" w:type="dxa"/>
            <w:vAlign w:val="center"/>
          </w:tcPr>
          <w:p w14:paraId="21EC13BE" w14:textId="77777777" w:rsidR="00840388" w:rsidRDefault="00A35792" w:rsidP="008646AA">
            <w:r>
              <w:rPr>
                <w:rFonts w:ascii="Calibri" w:eastAsia="Calibri" w:hAnsi="Calibri"/>
                <w:sz w:val="16"/>
              </w:rPr>
              <w:t>96</w:t>
            </w:r>
          </w:p>
        </w:tc>
        <w:tc>
          <w:tcPr>
            <w:tcW w:w="1093" w:type="dxa"/>
            <w:vAlign w:val="center"/>
          </w:tcPr>
          <w:p w14:paraId="78BE12E6" w14:textId="77777777" w:rsidR="00840388" w:rsidRDefault="00A35792" w:rsidP="008646AA">
            <w:r>
              <w:rPr>
                <w:rFonts w:ascii="Calibri" w:eastAsia="Calibri" w:hAnsi="Calibri"/>
                <w:sz w:val="16"/>
              </w:rPr>
              <w:t>Test Module 6</w:t>
            </w:r>
          </w:p>
        </w:tc>
        <w:tc>
          <w:tcPr>
            <w:tcW w:w="2316" w:type="dxa"/>
            <w:vAlign w:val="center"/>
          </w:tcPr>
          <w:p w14:paraId="2EE7E835" w14:textId="77777777" w:rsidR="00840388" w:rsidRDefault="00A35792" w:rsidP="008646AA">
            <w:r>
              <w:rPr>
                <w:rFonts w:ascii="Calibri" w:eastAsia="Calibri" w:hAnsi="Calibri"/>
                <w:sz w:val="16"/>
              </w:rPr>
              <w:t>Hodnotenie pokroku žiakov</w:t>
            </w:r>
          </w:p>
        </w:tc>
        <w:tc>
          <w:tcPr>
            <w:tcW w:w="2317" w:type="dxa"/>
            <w:vAlign w:val="center"/>
          </w:tcPr>
          <w:p w14:paraId="11C40D67" w14:textId="77777777" w:rsidR="00840388" w:rsidRDefault="00A35792" w:rsidP="008646AA">
            <w:r>
              <w:rPr>
                <w:rFonts w:ascii="Calibri" w:eastAsia="Calibri" w:hAnsi="Calibri"/>
                <w:sz w:val="16"/>
              </w:rPr>
              <w:t>preukázať osvojenie slovnej zásoby a gramatiky modulu</w:t>
            </w:r>
            <w:r>
              <w:rPr>
                <w:rFonts w:ascii="Calibri" w:eastAsia="Calibri" w:hAnsi="Calibri"/>
                <w:sz w:val="16"/>
              </w:rPr>
              <w:br/>
              <w:t>aplikovať získané vedomosti pri riešení úloh</w:t>
            </w:r>
            <w:r>
              <w:rPr>
                <w:rFonts w:ascii="Calibri" w:eastAsia="Calibri" w:hAnsi="Calibri"/>
                <w:sz w:val="16"/>
              </w:rPr>
              <w:br/>
              <w:t>samostatne riešiť testové zadania</w:t>
            </w:r>
          </w:p>
        </w:tc>
        <w:tc>
          <w:tcPr>
            <w:tcW w:w="2249" w:type="dxa"/>
            <w:vAlign w:val="center"/>
          </w:tcPr>
          <w:p w14:paraId="2942DB39" w14:textId="77777777" w:rsidR="00840388" w:rsidRDefault="00840388" w:rsidP="008646AA"/>
        </w:tc>
        <w:tc>
          <w:tcPr>
            <w:tcW w:w="1740" w:type="dxa"/>
            <w:vAlign w:val="center"/>
          </w:tcPr>
          <w:p w14:paraId="04E0D308" w14:textId="77777777" w:rsidR="00840388" w:rsidRDefault="00840388" w:rsidP="008646AA"/>
        </w:tc>
        <w:tc>
          <w:tcPr>
            <w:tcW w:w="1576" w:type="dxa"/>
            <w:vAlign w:val="center"/>
          </w:tcPr>
          <w:p w14:paraId="400C8BA9" w14:textId="77777777" w:rsidR="00840388" w:rsidRDefault="00A35792" w:rsidP="008646AA">
            <w:r>
              <w:rPr>
                <w:rFonts w:ascii="Calibri" w:eastAsia="Calibri" w:hAnsi="Calibri"/>
                <w:sz w:val="16"/>
              </w:rPr>
              <w:t>Module tests (teacher’s assistant)</w:t>
            </w:r>
          </w:p>
        </w:tc>
        <w:tc>
          <w:tcPr>
            <w:tcW w:w="1650" w:type="dxa"/>
            <w:vAlign w:val="center"/>
          </w:tcPr>
          <w:p w14:paraId="3C569D40" w14:textId="77777777" w:rsidR="00840388" w:rsidRDefault="00840388" w:rsidP="008646AA"/>
        </w:tc>
      </w:tr>
      <w:tr w:rsidR="00840388" w14:paraId="53B9A4B9" w14:textId="77777777" w:rsidTr="008646AA">
        <w:tc>
          <w:tcPr>
            <w:tcW w:w="865" w:type="dxa"/>
            <w:vAlign w:val="center"/>
          </w:tcPr>
          <w:p w14:paraId="38CB59DA" w14:textId="77777777" w:rsidR="00840388" w:rsidRDefault="00A35792" w:rsidP="008646AA">
            <w:r>
              <w:rPr>
                <w:rFonts w:ascii="Calibri" w:eastAsia="Calibri" w:hAnsi="Calibri"/>
                <w:sz w:val="16"/>
              </w:rPr>
              <w:t>33</w:t>
            </w:r>
          </w:p>
        </w:tc>
        <w:tc>
          <w:tcPr>
            <w:tcW w:w="872" w:type="dxa"/>
            <w:vAlign w:val="center"/>
          </w:tcPr>
          <w:p w14:paraId="6C42D037" w14:textId="77777777" w:rsidR="00840388" w:rsidRDefault="00A35792" w:rsidP="008646AA">
            <w:r>
              <w:rPr>
                <w:rFonts w:ascii="Calibri" w:eastAsia="Calibri" w:hAnsi="Calibri"/>
                <w:sz w:val="16"/>
              </w:rPr>
              <w:t>97</w:t>
            </w:r>
          </w:p>
        </w:tc>
        <w:tc>
          <w:tcPr>
            <w:tcW w:w="1093" w:type="dxa"/>
            <w:vAlign w:val="center"/>
          </w:tcPr>
          <w:p w14:paraId="5A3ACDE2" w14:textId="77777777" w:rsidR="00840388" w:rsidRDefault="00A35792" w:rsidP="008646AA">
            <w:r>
              <w:rPr>
                <w:rFonts w:ascii="Calibri" w:eastAsia="Calibri" w:hAnsi="Calibri"/>
                <w:sz w:val="16"/>
              </w:rPr>
              <w:t>Video Module 6</w:t>
            </w:r>
          </w:p>
        </w:tc>
        <w:tc>
          <w:tcPr>
            <w:tcW w:w="2316" w:type="dxa"/>
            <w:vAlign w:val="center"/>
          </w:tcPr>
          <w:p w14:paraId="1CF93357" w14:textId="77777777" w:rsidR="00840388" w:rsidRDefault="00A35792" w:rsidP="008646AA">
            <w:r>
              <w:rPr>
                <w:rFonts w:ascii="Calibri" w:eastAsia="Calibri" w:hAnsi="Calibri"/>
                <w:sz w:val="16"/>
              </w:rPr>
              <w:t>Videolekcia - prirodzené prostredie živočíchov</w:t>
            </w:r>
          </w:p>
        </w:tc>
        <w:tc>
          <w:tcPr>
            <w:tcW w:w="2317" w:type="dxa"/>
            <w:vAlign w:val="center"/>
          </w:tcPr>
          <w:p w14:paraId="1F335B16" w14:textId="77777777" w:rsidR="00840388" w:rsidRDefault="00A35792" w:rsidP="008646AA">
            <w:r>
              <w:rPr>
                <w:rFonts w:ascii="Calibri" w:eastAsia="Calibri" w:hAnsi="Calibri"/>
                <w:sz w:val="16"/>
              </w:rPr>
              <w:t>zopakovať slovnú zásobu a gramatiku modulu prostredníctvom videa</w:t>
            </w:r>
            <w:r>
              <w:rPr>
                <w:rFonts w:ascii="Calibri" w:eastAsia="Calibri" w:hAnsi="Calibri"/>
                <w:sz w:val="16"/>
              </w:rPr>
              <w:br/>
            </w:r>
            <w:r>
              <w:rPr>
                <w:rFonts w:ascii="Calibri" w:eastAsia="Calibri" w:hAnsi="Calibri"/>
                <w:sz w:val="16"/>
              </w:rPr>
              <w:lastRenderedPageBreak/>
              <w:t>porozumieť autentickému jazykovému prejavu</w:t>
            </w:r>
            <w:r>
              <w:rPr>
                <w:rFonts w:ascii="Calibri" w:eastAsia="Calibri" w:hAnsi="Calibri"/>
                <w:sz w:val="16"/>
              </w:rPr>
              <w:br/>
              <w:t>rozšíriť poznatky o prirodzenom prostredí živočíchov</w:t>
            </w:r>
          </w:p>
        </w:tc>
        <w:tc>
          <w:tcPr>
            <w:tcW w:w="2249" w:type="dxa"/>
            <w:vAlign w:val="center"/>
          </w:tcPr>
          <w:p w14:paraId="103A239A" w14:textId="77777777" w:rsidR="00840388" w:rsidRDefault="00840388" w:rsidP="008646AA"/>
        </w:tc>
        <w:tc>
          <w:tcPr>
            <w:tcW w:w="1740" w:type="dxa"/>
            <w:vAlign w:val="center"/>
          </w:tcPr>
          <w:p w14:paraId="21747ECC" w14:textId="77777777" w:rsidR="00840388" w:rsidRDefault="00840388" w:rsidP="008646AA"/>
        </w:tc>
        <w:tc>
          <w:tcPr>
            <w:tcW w:w="1576" w:type="dxa"/>
            <w:vAlign w:val="center"/>
          </w:tcPr>
          <w:p w14:paraId="0D312643" w14:textId="77777777" w:rsidR="00840388" w:rsidRDefault="00A35792" w:rsidP="008646AA">
            <w:r>
              <w:rPr>
                <w:rFonts w:ascii="Calibri" w:eastAsia="Calibri" w:hAnsi="Calibri"/>
                <w:sz w:val="16"/>
              </w:rPr>
              <w:t>SB</w:t>
            </w:r>
            <w:r>
              <w:rPr>
                <w:rFonts w:ascii="Calibri" w:eastAsia="Calibri" w:hAnsi="Calibri"/>
                <w:sz w:val="16"/>
              </w:rPr>
              <w:br/>
              <w:t>IWB &amp; IWB material</w:t>
            </w:r>
          </w:p>
        </w:tc>
        <w:tc>
          <w:tcPr>
            <w:tcW w:w="1650" w:type="dxa"/>
            <w:vAlign w:val="center"/>
          </w:tcPr>
          <w:p w14:paraId="31959D20" w14:textId="77777777" w:rsidR="00840388" w:rsidRDefault="00A35792" w:rsidP="008646AA">
            <w:r>
              <w:rPr>
                <w:rFonts w:ascii="Calibri" w:eastAsia="Calibri" w:hAnsi="Calibri"/>
                <w:sz w:val="16"/>
              </w:rPr>
              <w:t xml:space="preserve">interkultúrna kompetencia, </w:t>
            </w:r>
            <w:r>
              <w:rPr>
                <w:rFonts w:ascii="Calibri" w:eastAsia="Calibri" w:hAnsi="Calibri"/>
                <w:sz w:val="16"/>
              </w:rPr>
              <w:lastRenderedPageBreak/>
              <w:t>komunikácia, kritické myslenie</w:t>
            </w:r>
          </w:p>
        </w:tc>
      </w:tr>
      <w:tr w:rsidR="00840388" w14:paraId="33FB9BD9" w14:textId="77777777" w:rsidTr="008646AA">
        <w:tc>
          <w:tcPr>
            <w:tcW w:w="865" w:type="dxa"/>
            <w:vAlign w:val="center"/>
          </w:tcPr>
          <w:p w14:paraId="13F12DB8" w14:textId="77777777" w:rsidR="00840388" w:rsidRDefault="00840388" w:rsidP="008646AA"/>
        </w:tc>
        <w:tc>
          <w:tcPr>
            <w:tcW w:w="872" w:type="dxa"/>
            <w:vAlign w:val="center"/>
          </w:tcPr>
          <w:p w14:paraId="26739D86" w14:textId="77777777" w:rsidR="00840388" w:rsidRDefault="00A35792" w:rsidP="008646AA">
            <w:r>
              <w:rPr>
                <w:rFonts w:ascii="Calibri" w:eastAsia="Calibri" w:hAnsi="Calibri"/>
                <w:sz w:val="16"/>
              </w:rPr>
              <w:t>98</w:t>
            </w:r>
          </w:p>
        </w:tc>
        <w:tc>
          <w:tcPr>
            <w:tcW w:w="1093" w:type="dxa"/>
            <w:vAlign w:val="center"/>
          </w:tcPr>
          <w:p w14:paraId="3C6EE191" w14:textId="77777777" w:rsidR="00840388" w:rsidRDefault="00A35792" w:rsidP="008646AA">
            <w:r>
              <w:rPr>
                <w:rFonts w:ascii="Calibri" w:eastAsia="Calibri" w:hAnsi="Calibri"/>
                <w:sz w:val="16"/>
              </w:rPr>
              <w:t>Revision modules 1-6</w:t>
            </w:r>
          </w:p>
        </w:tc>
        <w:tc>
          <w:tcPr>
            <w:tcW w:w="2316" w:type="dxa"/>
            <w:vAlign w:val="center"/>
          </w:tcPr>
          <w:p w14:paraId="04D040E2" w14:textId="77777777" w:rsidR="00840388" w:rsidRDefault="00A35792" w:rsidP="008646AA">
            <w:r>
              <w:rPr>
                <w:rFonts w:ascii="Calibri" w:eastAsia="Calibri" w:hAnsi="Calibri"/>
                <w:sz w:val="16"/>
              </w:rPr>
              <w:t>Zhrnutie učiva</w:t>
            </w:r>
          </w:p>
        </w:tc>
        <w:tc>
          <w:tcPr>
            <w:tcW w:w="2317" w:type="dxa"/>
            <w:vAlign w:val="center"/>
          </w:tcPr>
          <w:p w14:paraId="4455E356" w14:textId="77777777" w:rsidR="00840388" w:rsidRDefault="00A35792" w:rsidP="008646AA">
            <w:r>
              <w:rPr>
                <w:rFonts w:ascii="Calibri" w:eastAsia="Calibri" w:hAnsi="Calibri"/>
                <w:sz w:val="16"/>
              </w:rPr>
              <w:t>zopakovať učivo celého kurzu</w:t>
            </w:r>
            <w:r>
              <w:rPr>
                <w:rFonts w:ascii="Calibri" w:eastAsia="Calibri" w:hAnsi="Calibri"/>
                <w:sz w:val="16"/>
              </w:rPr>
              <w:br/>
              <w:t>upevniť slovnú zásobu a gramatické štruktúry</w:t>
            </w:r>
            <w:r>
              <w:rPr>
                <w:rFonts w:ascii="Calibri" w:eastAsia="Calibri" w:hAnsi="Calibri"/>
                <w:sz w:val="16"/>
              </w:rPr>
              <w:br/>
              <w:t>precvičiť komunikačné situácie</w:t>
            </w:r>
          </w:p>
        </w:tc>
        <w:tc>
          <w:tcPr>
            <w:tcW w:w="2249" w:type="dxa"/>
            <w:vAlign w:val="center"/>
          </w:tcPr>
          <w:p w14:paraId="2DFF2DCA" w14:textId="77777777" w:rsidR="00840388" w:rsidRDefault="00840388" w:rsidP="008646AA"/>
        </w:tc>
        <w:tc>
          <w:tcPr>
            <w:tcW w:w="1740" w:type="dxa"/>
            <w:vAlign w:val="center"/>
          </w:tcPr>
          <w:p w14:paraId="318C662A" w14:textId="77777777" w:rsidR="00840388" w:rsidRDefault="00840388" w:rsidP="008646AA"/>
        </w:tc>
        <w:tc>
          <w:tcPr>
            <w:tcW w:w="1576" w:type="dxa"/>
            <w:vAlign w:val="center"/>
          </w:tcPr>
          <w:p w14:paraId="7238338B" w14:textId="77777777" w:rsidR="00840388" w:rsidRDefault="00A35792" w:rsidP="008646AA">
            <w:r>
              <w:rPr>
                <w:rFonts w:ascii="Calibri" w:eastAsia="Calibri" w:hAnsi="Calibri"/>
                <w:sz w:val="16"/>
              </w:rPr>
              <w:t>SB</w:t>
            </w:r>
            <w:r>
              <w:rPr>
                <w:rFonts w:ascii="Calibri" w:eastAsia="Calibri" w:hAnsi="Calibri"/>
                <w:sz w:val="16"/>
              </w:rPr>
              <w:br/>
              <w:t>IWB &amp; IWB material or audio and audio player</w:t>
            </w:r>
            <w:r>
              <w:rPr>
                <w:rFonts w:ascii="Calibri" w:eastAsia="Calibri" w:hAnsi="Calibri"/>
                <w:sz w:val="16"/>
              </w:rPr>
              <w:br/>
              <w:t>If necessary, WB (extra grammar practice)</w:t>
            </w:r>
          </w:p>
        </w:tc>
        <w:tc>
          <w:tcPr>
            <w:tcW w:w="1650" w:type="dxa"/>
            <w:vAlign w:val="center"/>
          </w:tcPr>
          <w:p w14:paraId="711E56FA" w14:textId="77777777" w:rsidR="00840388" w:rsidRDefault="00A35792" w:rsidP="008646AA">
            <w:r>
              <w:rPr>
                <w:rFonts w:ascii="Calibri" w:eastAsia="Calibri" w:hAnsi="Calibri"/>
                <w:sz w:val="16"/>
              </w:rPr>
              <w:t>samostatné učenie</w:t>
            </w:r>
          </w:p>
        </w:tc>
      </w:tr>
      <w:tr w:rsidR="00840388" w14:paraId="0CD0F6DE" w14:textId="77777777" w:rsidTr="008646AA">
        <w:tc>
          <w:tcPr>
            <w:tcW w:w="865" w:type="dxa"/>
            <w:vAlign w:val="center"/>
          </w:tcPr>
          <w:p w14:paraId="5696A461" w14:textId="77777777" w:rsidR="00840388" w:rsidRDefault="00840388" w:rsidP="008646AA"/>
        </w:tc>
        <w:tc>
          <w:tcPr>
            <w:tcW w:w="872" w:type="dxa"/>
            <w:vAlign w:val="center"/>
          </w:tcPr>
          <w:p w14:paraId="6C2D0131" w14:textId="77777777" w:rsidR="00840388" w:rsidRDefault="00A35792" w:rsidP="008646AA">
            <w:r>
              <w:rPr>
                <w:rFonts w:ascii="Calibri" w:eastAsia="Calibri" w:hAnsi="Calibri"/>
                <w:sz w:val="16"/>
              </w:rPr>
              <w:t>99</w:t>
            </w:r>
          </w:p>
        </w:tc>
        <w:tc>
          <w:tcPr>
            <w:tcW w:w="1093" w:type="dxa"/>
            <w:vAlign w:val="center"/>
          </w:tcPr>
          <w:p w14:paraId="15939A7B" w14:textId="77777777" w:rsidR="00840388" w:rsidRDefault="00A35792" w:rsidP="008646AA">
            <w:r>
              <w:rPr>
                <w:rFonts w:ascii="Calibri" w:eastAsia="Calibri" w:hAnsi="Calibri"/>
                <w:sz w:val="16"/>
              </w:rPr>
              <w:t>Final test - End-of -course evaluation</w:t>
            </w:r>
          </w:p>
        </w:tc>
        <w:tc>
          <w:tcPr>
            <w:tcW w:w="2316" w:type="dxa"/>
            <w:vAlign w:val="center"/>
          </w:tcPr>
          <w:p w14:paraId="5A9A26E4" w14:textId="77777777" w:rsidR="00840388" w:rsidRDefault="00A35792" w:rsidP="008646AA">
            <w:r>
              <w:rPr>
                <w:rFonts w:ascii="Calibri" w:eastAsia="Calibri" w:hAnsi="Calibri"/>
                <w:sz w:val="16"/>
              </w:rPr>
              <w:t>Final test – End-of-course evaluation</w:t>
            </w:r>
          </w:p>
        </w:tc>
        <w:tc>
          <w:tcPr>
            <w:tcW w:w="2317" w:type="dxa"/>
            <w:vAlign w:val="center"/>
          </w:tcPr>
          <w:p w14:paraId="66D2DA3C" w14:textId="77777777" w:rsidR="00840388" w:rsidRDefault="00A35792" w:rsidP="008646AA">
            <w:r>
              <w:rPr>
                <w:rFonts w:ascii="Calibri" w:eastAsia="Calibri" w:hAnsi="Calibri"/>
                <w:sz w:val="16"/>
              </w:rPr>
              <w:t>preukázať osvojenie učiva celého kurzu</w:t>
            </w:r>
            <w:r>
              <w:rPr>
                <w:rFonts w:ascii="Calibri" w:eastAsia="Calibri" w:hAnsi="Calibri"/>
                <w:sz w:val="16"/>
              </w:rPr>
              <w:br/>
              <w:t>aplikovať získané vedomosti pri riešení testových úloh</w:t>
            </w:r>
            <w:r>
              <w:rPr>
                <w:rFonts w:ascii="Calibri" w:eastAsia="Calibri" w:hAnsi="Calibri"/>
                <w:sz w:val="16"/>
              </w:rPr>
              <w:br/>
              <w:t>zhodnotiť svoj pokrok a dosiahnutú úroveň jazykových zručností</w:t>
            </w:r>
          </w:p>
        </w:tc>
        <w:tc>
          <w:tcPr>
            <w:tcW w:w="2249" w:type="dxa"/>
            <w:vAlign w:val="center"/>
          </w:tcPr>
          <w:p w14:paraId="420B0EBB" w14:textId="77777777" w:rsidR="00840388" w:rsidRDefault="00840388" w:rsidP="008646AA"/>
        </w:tc>
        <w:tc>
          <w:tcPr>
            <w:tcW w:w="1740" w:type="dxa"/>
            <w:vAlign w:val="center"/>
          </w:tcPr>
          <w:p w14:paraId="3D40FB18" w14:textId="77777777" w:rsidR="00840388" w:rsidRDefault="00840388" w:rsidP="008646AA"/>
        </w:tc>
        <w:tc>
          <w:tcPr>
            <w:tcW w:w="1576" w:type="dxa"/>
            <w:vAlign w:val="center"/>
          </w:tcPr>
          <w:p w14:paraId="00ED956C" w14:textId="77777777" w:rsidR="00840388" w:rsidRDefault="00A35792" w:rsidP="008646AA">
            <w:r>
              <w:rPr>
                <w:rFonts w:ascii="Calibri" w:eastAsia="Calibri" w:hAnsi="Calibri"/>
                <w:sz w:val="16"/>
              </w:rPr>
              <w:t>Final tests (teacher’s assistant)</w:t>
            </w:r>
          </w:p>
        </w:tc>
        <w:tc>
          <w:tcPr>
            <w:tcW w:w="1650" w:type="dxa"/>
            <w:vAlign w:val="center"/>
          </w:tcPr>
          <w:p w14:paraId="358A1193" w14:textId="77777777" w:rsidR="00840388" w:rsidRDefault="00840388" w:rsidP="008646AA"/>
        </w:tc>
      </w:tr>
    </w:tbl>
    <w:p w14:paraId="479B6602" w14:textId="77777777" w:rsidR="00F5222C" w:rsidRDefault="00F5222C"/>
    <w:sectPr w:rsidR="00F5222C" w:rsidSect="00D13512">
      <w:pgSz w:w="15840" w:h="12240" w:orient="landscape"/>
      <w:pgMar w:top="1134" w:right="576" w:bottom="144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E2DAD" w14:textId="77777777" w:rsidR="00E865BF" w:rsidRDefault="00E865BF" w:rsidP="00290E99">
      <w:pPr>
        <w:spacing w:after="0" w:line="240" w:lineRule="auto"/>
      </w:pPr>
      <w:r>
        <w:separator/>
      </w:r>
    </w:p>
  </w:endnote>
  <w:endnote w:type="continuationSeparator" w:id="0">
    <w:p w14:paraId="1C23A253" w14:textId="77777777" w:rsidR="00E865BF" w:rsidRDefault="00E865BF" w:rsidP="00290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46635" w14:textId="77777777" w:rsidR="00E865BF" w:rsidRDefault="00E865BF" w:rsidP="00290E99">
      <w:pPr>
        <w:spacing w:after="0" w:line="240" w:lineRule="auto"/>
      </w:pPr>
      <w:r>
        <w:separator/>
      </w:r>
    </w:p>
  </w:footnote>
  <w:footnote w:type="continuationSeparator" w:id="0">
    <w:p w14:paraId="175B1B12" w14:textId="77777777" w:rsidR="00E865BF" w:rsidRDefault="00E865BF" w:rsidP="00290E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19747412">
    <w:abstractNumId w:val="8"/>
  </w:num>
  <w:num w:numId="2" w16cid:durableId="706759769">
    <w:abstractNumId w:val="6"/>
  </w:num>
  <w:num w:numId="3" w16cid:durableId="1959145633">
    <w:abstractNumId w:val="5"/>
  </w:num>
  <w:num w:numId="4" w16cid:durableId="785345261">
    <w:abstractNumId w:val="4"/>
  </w:num>
  <w:num w:numId="5" w16cid:durableId="533810981">
    <w:abstractNumId w:val="7"/>
  </w:num>
  <w:num w:numId="6" w16cid:durableId="813528080">
    <w:abstractNumId w:val="3"/>
  </w:num>
  <w:num w:numId="7" w16cid:durableId="1424178530">
    <w:abstractNumId w:val="2"/>
  </w:num>
  <w:num w:numId="8" w16cid:durableId="1799447758">
    <w:abstractNumId w:val="1"/>
  </w:num>
  <w:num w:numId="9" w16cid:durableId="1119295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F7A"/>
    <w:rsid w:val="00034616"/>
    <w:rsid w:val="0006063C"/>
    <w:rsid w:val="0015074B"/>
    <w:rsid w:val="00227ADB"/>
    <w:rsid w:val="00290E99"/>
    <w:rsid w:val="0029639D"/>
    <w:rsid w:val="003235FA"/>
    <w:rsid w:val="00326F90"/>
    <w:rsid w:val="00411C2C"/>
    <w:rsid w:val="0061102E"/>
    <w:rsid w:val="0066370E"/>
    <w:rsid w:val="0078089B"/>
    <w:rsid w:val="00840388"/>
    <w:rsid w:val="008646AA"/>
    <w:rsid w:val="008B5994"/>
    <w:rsid w:val="00905FB8"/>
    <w:rsid w:val="00A35792"/>
    <w:rsid w:val="00A86A2C"/>
    <w:rsid w:val="00AA1D8D"/>
    <w:rsid w:val="00B47730"/>
    <w:rsid w:val="00BB66AC"/>
    <w:rsid w:val="00BD023E"/>
    <w:rsid w:val="00CB0664"/>
    <w:rsid w:val="00CD038D"/>
    <w:rsid w:val="00D077DB"/>
    <w:rsid w:val="00D13512"/>
    <w:rsid w:val="00E5485D"/>
    <w:rsid w:val="00E865BF"/>
    <w:rsid w:val="00EA5939"/>
    <w:rsid w:val="00EC7763"/>
    <w:rsid w:val="00F522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28B134"/>
  <w14:defaultImageDpi w14:val="300"/>
  <w15:docId w15:val="{D5DA62ED-9E74-4C67-AD34-EC526F08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5457</Words>
  <Characters>31108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36493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Silvia Nágel</cp:lastModifiedBy>
  <cp:revision>5</cp:revision>
  <dcterms:created xsi:type="dcterms:W3CDTF">2026-07-10T10:34:00Z</dcterms:created>
  <dcterms:modified xsi:type="dcterms:W3CDTF">2026-07-10T10:47:00Z</dcterms:modified>
  <cp:category/>
</cp:coreProperties>
</file>