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09462" w14:textId="77777777" w:rsidR="00BF3B29" w:rsidRDefault="00BF3B29"/>
    <w:p w14:paraId="2924741D" w14:textId="77777777" w:rsidR="00BF3B29" w:rsidRPr="00CD7D82" w:rsidRDefault="00BF3B29" w:rsidP="00BF3B29">
      <w:pPr>
        <w:keepNext/>
        <w:keepLines/>
        <w:spacing w:before="480"/>
        <w:jc w:val="center"/>
        <w:outlineLvl w:val="0"/>
        <w:rPr>
          <w:rFonts w:eastAsiaTheme="majorEastAsia" w:cstheme="minorHAnsi"/>
          <w:b/>
          <w:bCs/>
          <w:color w:val="6373BA"/>
          <w:sz w:val="28"/>
          <w:szCs w:val="28"/>
          <w:lang w:val="sk-SK"/>
        </w:rPr>
      </w:pPr>
      <w:r w:rsidRPr="00CD7D82">
        <w:rPr>
          <w:rFonts w:eastAsiaTheme="majorEastAsia" w:cstheme="minorHAnsi"/>
          <w:b/>
          <w:bCs/>
          <w:color w:val="6373BA"/>
          <w:sz w:val="28"/>
          <w:szCs w:val="28"/>
          <w:lang w:val="sk-SK"/>
        </w:rPr>
        <w:t>Odporúčaný tematický výchovno-vzdelávací plán</w:t>
      </w:r>
    </w:p>
    <w:p w14:paraId="768745E3" w14:textId="77777777" w:rsidR="00BF3B29" w:rsidRPr="00CD7D82" w:rsidRDefault="00BF3B29" w:rsidP="00BF3B29">
      <w:pPr>
        <w:rPr>
          <w:rFonts w:cstheme="minorHAnsi"/>
        </w:rPr>
      </w:pPr>
    </w:p>
    <w:p w14:paraId="3E910F00" w14:textId="77777777" w:rsidR="00BF3B29" w:rsidRPr="00CD7D82" w:rsidRDefault="00BF3B29" w:rsidP="00BF3B29">
      <w:pPr>
        <w:rPr>
          <w:rFonts w:cstheme="minorHAnsi"/>
        </w:rPr>
      </w:pPr>
    </w:p>
    <w:p w14:paraId="5DF93E74" w14:textId="77777777" w:rsidR="00BF3B29" w:rsidRPr="00CD7D82" w:rsidRDefault="00BF3B29" w:rsidP="00BF3B29">
      <w:pPr>
        <w:rPr>
          <w:rFonts w:cstheme="minorHAnsi"/>
        </w:rPr>
      </w:pPr>
    </w:p>
    <w:p w14:paraId="3DDDBE9C" w14:textId="77777777" w:rsidR="00BF3B29" w:rsidRPr="00CD7D82" w:rsidRDefault="00BF3B29" w:rsidP="00BF3B29">
      <w:pPr>
        <w:rPr>
          <w:rFonts w:cstheme="minorHAnsi"/>
        </w:rPr>
      </w:pPr>
    </w:p>
    <w:p w14:paraId="7EE631AC" w14:textId="77777777" w:rsidR="00BF3B29" w:rsidRPr="00CD7D82" w:rsidRDefault="00BF3B29" w:rsidP="00BF3B29">
      <w:pPr>
        <w:spacing w:line="360" w:lineRule="auto"/>
        <w:ind w:left="720" w:firstLine="720"/>
        <w:rPr>
          <w:rFonts w:cstheme="minorHAnsi"/>
          <w:b/>
          <w:bCs/>
          <w:color w:val="6373BA"/>
          <w:lang w:val="sk-SK"/>
        </w:rPr>
      </w:pPr>
      <w:r w:rsidRPr="00CD7D82">
        <w:rPr>
          <w:rFonts w:cstheme="minorHAnsi"/>
          <w:b/>
          <w:bCs/>
          <w:color w:val="6373BA"/>
          <w:lang w:val="sk-SK"/>
        </w:rPr>
        <w:t>Vzdelávacia oblasť:</w:t>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lang w:val="sk-SK"/>
        </w:rPr>
        <w:t>Jazyk a komunikácia</w:t>
      </w:r>
    </w:p>
    <w:p w14:paraId="600C8CDE" w14:textId="77777777" w:rsidR="00BF3B29" w:rsidRPr="00CD7D82" w:rsidRDefault="00BF3B29" w:rsidP="00BF3B29">
      <w:pPr>
        <w:spacing w:line="360" w:lineRule="auto"/>
        <w:ind w:left="720" w:firstLine="720"/>
        <w:rPr>
          <w:rFonts w:cstheme="minorHAnsi"/>
          <w:b/>
          <w:bCs/>
          <w:color w:val="6373BA"/>
          <w:lang w:val="sk-SK"/>
        </w:rPr>
      </w:pPr>
      <w:r w:rsidRPr="00CD7D82">
        <w:rPr>
          <w:rFonts w:cstheme="minorHAnsi"/>
          <w:b/>
          <w:bCs/>
          <w:color w:val="6373BA"/>
          <w:lang w:val="sk-SK"/>
        </w:rPr>
        <w:t>Predmet:</w:t>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lang w:val="sk-SK"/>
        </w:rPr>
        <w:t>anglický jazyk</w:t>
      </w:r>
    </w:p>
    <w:p w14:paraId="5C850460" w14:textId="4C0EF3C2" w:rsidR="00BF3B29" w:rsidRPr="00CD7D82" w:rsidRDefault="00BF3B29" w:rsidP="00BF3B29">
      <w:pPr>
        <w:spacing w:line="360" w:lineRule="auto"/>
        <w:ind w:left="720" w:firstLine="720"/>
        <w:rPr>
          <w:rFonts w:cstheme="minorHAnsi"/>
          <w:b/>
          <w:bCs/>
          <w:color w:val="6373BA"/>
          <w:lang w:val="sk-SK"/>
        </w:rPr>
      </w:pPr>
      <w:r w:rsidRPr="00CD7D82">
        <w:rPr>
          <w:rFonts w:cstheme="minorHAnsi"/>
          <w:b/>
          <w:bCs/>
          <w:color w:val="6373BA"/>
          <w:lang w:val="sk-SK"/>
        </w:rPr>
        <w:t>Ročník:</w:t>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p>
    <w:p w14:paraId="7605CE02" w14:textId="77777777" w:rsidR="00BF3B29" w:rsidRPr="00CD7D82" w:rsidRDefault="00BF3B29" w:rsidP="00BF3B29">
      <w:pPr>
        <w:spacing w:line="360" w:lineRule="auto"/>
        <w:ind w:left="720" w:firstLine="720"/>
        <w:rPr>
          <w:rFonts w:cstheme="minorHAnsi"/>
          <w:b/>
          <w:bCs/>
          <w:color w:val="6373BA"/>
          <w:lang w:val="sk-SK"/>
        </w:rPr>
      </w:pPr>
      <w:r w:rsidRPr="00CD7D82">
        <w:rPr>
          <w:rFonts w:cstheme="minorHAnsi"/>
          <w:b/>
          <w:bCs/>
          <w:color w:val="6373BA"/>
          <w:lang w:val="sk-SK"/>
        </w:rPr>
        <w:t>Trieda:</w:t>
      </w:r>
    </w:p>
    <w:p w14:paraId="57BD1B96" w14:textId="77777777" w:rsidR="00BF3B29" w:rsidRPr="00CD7D82" w:rsidRDefault="00BF3B29" w:rsidP="00BF3B29">
      <w:pPr>
        <w:spacing w:line="360" w:lineRule="auto"/>
        <w:ind w:left="720" w:firstLine="720"/>
        <w:rPr>
          <w:rFonts w:cstheme="minorHAnsi"/>
          <w:color w:val="6373BA"/>
          <w:lang w:val="sk-SK"/>
        </w:rPr>
      </w:pPr>
      <w:r w:rsidRPr="00CD7D82">
        <w:rPr>
          <w:rFonts w:cstheme="minorHAnsi"/>
          <w:b/>
          <w:bCs/>
          <w:color w:val="6373BA"/>
          <w:lang w:val="sk-SK"/>
        </w:rPr>
        <w:t>Ročná/týždenná hodinová dotácia:</w:t>
      </w:r>
      <w:r w:rsidRPr="00CD7D82">
        <w:rPr>
          <w:rFonts w:cstheme="minorHAnsi"/>
          <w:b/>
          <w:bCs/>
          <w:color w:val="6373BA"/>
          <w:lang w:val="sk-SK"/>
        </w:rPr>
        <w:tab/>
      </w:r>
      <w:r w:rsidRPr="00CD7D82">
        <w:rPr>
          <w:rFonts w:cstheme="minorHAnsi"/>
          <w:b/>
          <w:bCs/>
          <w:lang w:val="sk-SK"/>
        </w:rPr>
        <w:t>99/3</w:t>
      </w:r>
    </w:p>
    <w:p w14:paraId="0CD822E3" w14:textId="77777777" w:rsidR="00BF3B29" w:rsidRPr="00CD7D82" w:rsidRDefault="00BF3B29" w:rsidP="00BF3B29">
      <w:pPr>
        <w:spacing w:line="360" w:lineRule="auto"/>
        <w:ind w:left="720" w:firstLine="720"/>
        <w:rPr>
          <w:rFonts w:cstheme="minorHAnsi"/>
          <w:b/>
          <w:bCs/>
          <w:color w:val="6373BA"/>
          <w:lang w:val="sk-SK"/>
        </w:rPr>
      </w:pPr>
      <w:r w:rsidRPr="00CD7D82">
        <w:rPr>
          <w:rFonts w:cstheme="minorHAnsi"/>
          <w:b/>
          <w:bCs/>
          <w:color w:val="6373BA"/>
          <w:lang w:val="sk-SK"/>
        </w:rPr>
        <w:t>Školský rok:</w:t>
      </w:r>
    </w:p>
    <w:p w14:paraId="5ABF0653" w14:textId="36B3D0E1" w:rsidR="00BF3B29" w:rsidRPr="00CD7D82" w:rsidRDefault="00BF3B29" w:rsidP="00BF3B29">
      <w:pPr>
        <w:spacing w:line="360" w:lineRule="auto"/>
        <w:ind w:left="720" w:firstLine="720"/>
        <w:rPr>
          <w:rFonts w:cstheme="minorHAnsi"/>
          <w:b/>
          <w:bCs/>
          <w:color w:val="6373BA"/>
          <w:lang w:val="sk-SK"/>
        </w:rPr>
      </w:pPr>
      <w:r w:rsidRPr="00CD7D82">
        <w:rPr>
          <w:rFonts w:cstheme="minorHAnsi"/>
          <w:b/>
          <w:bCs/>
          <w:color w:val="6373BA"/>
          <w:lang w:val="sk-SK"/>
        </w:rPr>
        <w:t xml:space="preserve">K vypracovaniu bolo použité: </w:t>
      </w:r>
      <w:r w:rsidRPr="00CD7D82">
        <w:rPr>
          <w:rFonts w:cstheme="minorHAnsi"/>
          <w:b/>
          <w:bCs/>
          <w:color w:val="6373BA"/>
          <w:lang w:val="sk-SK"/>
        </w:rPr>
        <w:tab/>
      </w:r>
      <w:r w:rsidRPr="00CD7D82">
        <w:rPr>
          <w:rFonts w:cstheme="minorHAnsi"/>
          <w:b/>
          <w:bCs/>
          <w:color w:val="EE0000"/>
          <w:lang w:val="sk-SK"/>
        </w:rPr>
        <w:t xml:space="preserve">Get to </w:t>
      </w:r>
      <w:proofErr w:type="spellStart"/>
      <w:r w:rsidRPr="00CD7D82">
        <w:rPr>
          <w:rFonts w:cstheme="minorHAnsi"/>
          <w:b/>
          <w:bCs/>
          <w:color w:val="EE0000"/>
          <w:lang w:val="sk-SK"/>
        </w:rPr>
        <w:t>the</w:t>
      </w:r>
      <w:proofErr w:type="spellEnd"/>
      <w:r w:rsidRPr="00CD7D82">
        <w:rPr>
          <w:rFonts w:cstheme="minorHAnsi"/>
          <w:b/>
          <w:bCs/>
          <w:color w:val="EE0000"/>
          <w:lang w:val="sk-SK"/>
        </w:rPr>
        <w:t xml:space="preserve"> Top Plus </w:t>
      </w:r>
      <w:r>
        <w:rPr>
          <w:rFonts w:cstheme="minorHAnsi"/>
          <w:b/>
          <w:bCs/>
          <w:color w:val="EE0000"/>
          <w:lang w:val="sk-SK"/>
        </w:rPr>
        <w:t>3</w:t>
      </w:r>
      <w:r w:rsidRPr="00CD7D82">
        <w:rPr>
          <w:rFonts w:cstheme="minorHAnsi"/>
          <w:b/>
          <w:bCs/>
          <w:color w:val="EE0000"/>
          <w:lang w:val="sk-SK"/>
        </w:rPr>
        <w:t>, MM Publications</w:t>
      </w:r>
    </w:p>
    <w:p w14:paraId="7FD9A3F0" w14:textId="77777777" w:rsidR="00BF3B29" w:rsidRPr="00BF3B29" w:rsidRDefault="00BF3B29">
      <w:pPr>
        <w:rPr>
          <w:lang w:val="sk-SK"/>
        </w:rPr>
      </w:pPr>
    </w:p>
    <w:p w14:paraId="69C246F0" w14:textId="77777777" w:rsidR="00BF3B29" w:rsidRDefault="00BF3B29"/>
    <w:p w14:paraId="6D73D0CA" w14:textId="77777777" w:rsidR="00BF3B29" w:rsidRDefault="00BF3B29"/>
    <w:p w14:paraId="02D4B87E" w14:textId="77777777" w:rsidR="00BF3B29" w:rsidRDefault="00BF3B29"/>
    <w:p w14:paraId="3264A39B" w14:textId="77777777" w:rsidR="00BF3B29" w:rsidRDefault="00BF3B29"/>
    <w:tbl>
      <w:tblPr>
        <w:tblStyle w:val="TableGrid"/>
        <w:tblW w:w="0" w:type="auto"/>
        <w:jc w:val="center"/>
        <w:tblLook w:val="04A0" w:firstRow="1" w:lastRow="0" w:firstColumn="1" w:lastColumn="0" w:noHBand="0" w:noVBand="1"/>
      </w:tblPr>
      <w:tblGrid>
        <w:gridCol w:w="893"/>
        <w:gridCol w:w="885"/>
        <w:gridCol w:w="1557"/>
        <w:gridCol w:w="2398"/>
        <w:gridCol w:w="2600"/>
        <w:gridCol w:w="1756"/>
        <w:gridCol w:w="1483"/>
        <w:gridCol w:w="1393"/>
        <w:gridCol w:w="1505"/>
      </w:tblGrid>
      <w:tr w:rsidR="0098573C" w14:paraId="1640EA86" w14:textId="77777777" w:rsidTr="00BF3B29">
        <w:trPr>
          <w:jc w:val="center"/>
        </w:trPr>
        <w:tc>
          <w:tcPr>
            <w:tcW w:w="894" w:type="dxa"/>
            <w:shd w:val="clear" w:color="auto" w:fill="227ACB"/>
          </w:tcPr>
          <w:p w14:paraId="7375608E" w14:textId="77777777" w:rsidR="0098573C" w:rsidRPr="00BF3B29" w:rsidRDefault="0080549C">
            <w:pPr>
              <w:rPr>
                <w:b/>
                <w:bCs/>
                <w:color w:val="FFFFFF"/>
                <w:sz w:val="20"/>
                <w:szCs w:val="20"/>
              </w:rPr>
            </w:pPr>
            <w:proofErr w:type="spellStart"/>
            <w:r w:rsidRPr="00BF3B29">
              <w:rPr>
                <w:b/>
                <w:bCs/>
                <w:color w:val="FFFFFF"/>
                <w:sz w:val="20"/>
                <w:szCs w:val="20"/>
              </w:rPr>
              <w:t>Týždeň</w:t>
            </w:r>
            <w:proofErr w:type="spellEnd"/>
          </w:p>
        </w:tc>
        <w:tc>
          <w:tcPr>
            <w:tcW w:w="885" w:type="dxa"/>
            <w:shd w:val="clear" w:color="auto" w:fill="227ACB"/>
          </w:tcPr>
          <w:p w14:paraId="790627C9" w14:textId="77777777" w:rsidR="0098573C" w:rsidRPr="00BF3B29" w:rsidRDefault="0080549C">
            <w:pPr>
              <w:rPr>
                <w:b/>
                <w:bCs/>
                <w:color w:val="FFFFFF"/>
                <w:sz w:val="20"/>
                <w:szCs w:val="20"/>
              </w:rPr>
            </w:pPr>
            <w:r w:rsidRPr="00BF3B29">
              <w:rPr>
                <w:b/>
                <w:bCs/>
                <w:color w:val="FFFFFF"/>
                <w:sz w:val="20"/>
                <w:szCs w:val="20"/>
              </w:rPr>
              <w:t>Hodina</w:t>
            </w:r>
          </w:p>
        </w:tc>
        <w:tc>
          <w:tcPr>
            <w:tcW w:w="1590" w:type="dxa"/>
            <w:shd w:val="clear" w:color="auto" w:fill="227ACB"/>
          </w:tcPr>
          <w:p w14:paraId="7C314220" w14:textId="77777777" w:rsidR="0098573C" w:rsidRPr="00BF3B29" w:rsidRDefault="0080549C">
            <w:pPr>
              <w:rPr>
                <w:b/>
                <w:bCs/>
                <w:color w:val="FFFFFF"/>
                <w:sz w:val="20"/>
                <w:szCs w:val="20"/>
              </w:rPr>
            </w:pPr>
            <w:r w:rsidRPr="00BF3B29">
              <w:rPr>
                <w:b/>
                <w:bCs/>
                <w:color w:val="FFFFFF"/>
                <w:sz w:val="20"/>
                <w:szCs w:val="20"/>
              </w:rPr>
              <w:t>Lekcia</w:t>
            </w:r>
          </w:p>
        </w:tc>
        <w:tc>
          <w:tcPr>
            <w:tcW w:w="2409" w:type="dxa"/>
            <w:shd w:val="clear" w:color="auto" w:fill="227ACB"/>
          </w:tcPr>
          <w:p w14:paraId="08C2CC6D" w14:textId="77777777" w:rsidR="0098573C" w:rsidRPr="00BF3B29" w:rsidRDefault="0080549C">
            <w:pPr>
              <w:rPr>
                <w:b/>
                <w:bCs/>
                <w:color w:val="FFFFFF"/>
                <w:sz w:val="20"/>
                <w:szCs w:val="20"/>
              </w:rPr>
            </w:pPr>
            <w:r w:rsidRPr="00BF3B29">
              <w:rPr>
                <w:b/>
                <w:bCs/>
                <w:color w:val="FFFFFF"/>
                <w:sz w:val="20"/>
                <w:szCs w:val="20"/>
              </w:rPr>
              <w:t>Téma hodiny – učivo</w:t>
            </w:r>
          </w:p>
        </w:tc>
        <w:tc>
          <w:tcPr>
            <w:tcW w:w="2724" w:type="dxa"/>
            <w:shd w:val="clear" w:color="auto" w:fill="227ACB"/>
          </w:tcPr>
          <w:p w14:paraId="34291C62" w14:textId="77777777" w:rsidR="0098573C" w:rsidRPr="00BF3B29" w:rsidRDefault="0080549C">
            <w:pPr>
              <w:rPr>
                <w:b/>
                <w:bCs/>
                <w:color w:val="FFFFFF"/>
                <w:sz w:val="20"/>
                <w:szCs w:val="20"/>
              </w:rPr>
            </w:pPr>
            <w:r w:rsidRPr="00BF3B29">
              <w:rPr>
                <w:b/>
                <w:bCs/>
                <w:color w:val="FFFFFF"/>
                <w:sz w:val="20"/>
                <w:szCs w:val="20"/>
              </w:rPr>
              <w:t>Funkcie a ciele hodiny (Žiak vie/dokáže)</w:t>
            </w:r>
          </w:p>
        </w:tc>
        <w:tc>
          <w:tcPr>
            <w:tcW w:w="1756" w:type="dxa"/>
            <w:shd w:val="clear" w:color="auto" w:fill="227ACB"/>
          </w:tcPr>
          <w:p w14:paraId="2832AA94" w14:textId="77777777" w:rsidR="0098573C" w:rsidRPr="00BF3B29" w:rsidRDefault="0080549C">
            <w:pPr>
              <w:rPr>
                <w:b/>
                <w:bCs/>
                <w:color w:val="FFFFFF"/>
                <w:sz w:val="20"/>
                <w:szCs w:val="20"/>
              </w:rPr>
            </w:pPr>
            <w:r w:rsidRPr="00BF3B29">
              <w:rPr>
                <w:b/>
                <w:bCs/>
                <w:color w:val="FFFFFF"/>
                <w:sz w:val="20"/>
                <w:szCs w:val="20"/>
              </w:rPr>
              <w:t>Gramatické štruktúry</w:t>
            </w:r>
          </w:p>
        </w:tc>
        <w:tc>
          <w:tcPr>
            <w:tcW w:w="1502" w:type="dxa"/>
            <w:shd w:val="clear" w:color="auto" w:fill="227ACB"/>
          </w:tcPr>
          <w:p w14:paraId="3AC6B47A" w14:textId="77777777" w:rsidR="0098573C" w:rsidRPr="00BF3B29" w:rsidRDefault="0080549C">
            <w:pPr>
              <w:rPr>
                <w:b/>
                <w:bCs/>
                <w:color w:val="FFFFFF"/>
                <w:sz w:val="20"/>
                <w:szCs w:val="20"/>
              </w:rPr>
            </w:pPr>
            <w:r w:rsidRPr="00BF3B29">
              <w:rPr>
                <w:b/>
                <w:bCs/>
                <w:color w:val="FFFFFF"/>
                <w:sz w:val="20"/>
                <w:szCs w:val="20"/>
              </w:rPr>
              <w:t>Slovná zásoba</w:t>
            </w:r>
          </w:p>
        </w:tc>
        <w:tc>
          <w:tcPr>
            <w:tcW w:w="1423" w:type="dxa"/>
            <w:shd w:val="clear" w:color="auto" w:fill="227ACB"/>
          </w:tcPr>
          <w:p w14:paraId="74067573" w14:textId="77777777" w:rsidR="0098573C" w:rsidRPr="00BF3B29" w:rsidRDefault="0080549C">
            <w:pPr>
              <w:rPr>
                <w:b/>
                <w:bCs/>
                <w:color w:val="FFFFFF"/>
                <w:sz w:val="20"/>
                <w:szCs w:val="20"/>
              </w:rPr>
            </w:pPr>
            <w:r w:rsidRPr="00BF3B29">
              <w:rPr>
                <w:b/>
                <w:bCs/>
                <w:color w:val="FFFFFF"/>
                <w:sz w:val="20"/>
                <w:szCs w:val="20"/>
              </w:rPr>
              <w:t>Pomocné materiály</w:t>
            </w:r>
          </w:p>
        </w:tc>
        <w:tc>
          <w:tcPr>
            <w:tcW w:w="1513" w:type="dxa"/>
            <w:shd w:val="clear" w:color="auto" w:fill="227ACB"/>
          </w:tcPr>
          <w:p w14:paraId="36D4A168" w14:textId="77777777" w:rsidR="0098573C" w:rsidRPr="00BF3B29" w:rsidRDefault="0080549C">
            <w:pPr>
              <w:rPr>
                <w:b/>
                <w:bCs/>
                <w:color w:val="FFFFFF"/>
                <w:sz w:val="20"/>
                <w:szCs w:val="20"/>
              </w:rPr>
            </w:pPr>
            <w:r w:rsidRPr="00BF3B29">
              <w:rPr>
                <w:b/>
                <w:bCs/>
                <w:color w:val="FFFFFF"/>
                <w:sz w:val="20"/>
                <w:szCs w:val="20"/>
              </w:rPr>
              <w:t>Kompetencie</w:t>
            </w:r>
          </w:p>
        </w:tc>
      </w:tr>
      <w:tr w:rsidR="0098573C" w14:paraId="0C3787E6" w14:textId="77777777" w:rsidTr="00BF3B29">
        <w:trPr>
          <w:jc w:val="center"/>
        </w:trPr>
        <w:tc>
          <w:tcPr>
            <w:tcW w:w="894" w:type="dxa"/>
          </w:tcPr>
          <w:p w14:paraId="5371E50E" w14:textId="77777777" w:rsidR="0098573C" w:rsidRDefault="0098573C"/>
        </w:tc>
        <w:tc>
          <w:tcPr>
            <w:tcW w:w="885" w:type="dxa"/>
          </w:tcPr>
          <w:p w14:paraId="536D23C6" w14:textId="77777777" w:rsidR="0098573C" w:rsidRDefault="0080549C">
            <w:r>
              <w:rPr>
                <w:sz w:val="16"/>
              </w:rPr>
              <w:t>1</w:t>
            </w:r>
          </w:p>
        </w:tc>
        <w:tc>
          <w:tcPr>
            <w:tcW w:w="1590" w:type="dxa"/>
          </w:tcPr>
          <w:p w14:paraId="1D024D08" w14:textId="77777777" w:rsidR="0098573C" w:rsidRDefault="0080549C">
            <w:r>
              <w:rPr>
                <w:sz w:val="16"/>
              </w:rPr>
              <w:t>Introduction</w:t>
            </w:r>
          </w:p>
        </w:tc>
        <w:tc>
          <w:tcPr>
            <w:tcW w:w="2409" w:type="dxa"/>
          </w:tcPr>
          <w:p w14:paraId="7C51E72C" w14:textId="77777777" w:rsidR="0098573C" w:rsidRDefault="0080549C">
            <w:r>
              <w:rPr>
                <w:sz w:val="16"/>
              </w:rPr>
              <w:t>Úvodná hodina, práca s učebnicou a jej komponentmi</w:t>
            </w:r>
          </w:p>
        </w:tc>
        <w:tc>
          <w:tcPr>
            <w:tcW w:w="2724" w:type="dxa"/>
          </w:tcPr>
          <w:p w14:paraId="6D1E76D2" w14:textId="77777777" w:rsidR="0098573C" w:rsidRDefault="0080549C">
            <w:r>
              <w:rPr>
                <w:sz w:val="16"/>
              </w:rPr>
              <w:t>pracovať s učebnicou a jej komponentmi</w:t>
            </w:r>
            <w:r>
              <w:rPr>
                <w:sz w:val="16"/>
              </w:rPr>
              <w:br/>
              <w:t>orientovať sa v štruktúre učebnice</w:t>
            </w:r>
            <w:r>
              <w:rPr>
                <w:sz w:val="16"/>
              </w:rPr>
              <w:br/>
              <w:t>porozumieť základným pokynom pri práci na vyučovaní</w:t>
            </w:r>
          </w:p>
        </w:tc>
        <w:tc>
          <w:tcPr>
            <w:tcW w:w="1756" w:type="dxa"/>
          </w:tcPr>
          <w:p w14:paraId="44C14F99" w14:textId="77777777" w:rsidR="0098573C" w:rsidRDefault="0098573C"/>
        </w:tc>
        <w:tc>
          <w:tcPr>
            <w:tcW w:w="1502" w:type="dxa"/>
          </w:tcPr>
          <w:p w14:paraId="47177D6B" w14:textId="77777777" w:rsidR="0098573C" w:rsidRDefault="0098573C"/>
        </w:tc>
        <w:tc>
          <w:tcPr>
            <w:tcW w:w="1423" w:type="dxa"/>
          </w:tcPr>
          <w:p w14:paraId="6B334DBB" w14:textId="77777777" w:rsidR="0098573C" w:rsidRDefault="0080549C">
            <w:r>
              <w:rPr>
                <w:sz w:val="16"/>
              </w:rPr>
              <w:t>SB, WB</w:t>
            </w:r>
          </w:p>
        </w:tc>
        <w:tc>
          <w:tcPr>
            <w:tcW w:w="1513" w:type="dxa"/>
          </w:tcPr>
          <w:p w14:paraId="2A39F34D" w14:textId="77777777" w:rsidR="0098573C" w:rsidRDefault="0080549C">
            <w:r>
              <w:rPr>
                <w:sz w:val="16"/>
              </w:rPr>
              <w:t>samostatné učenie</w:t>
            </w:r>
          </w:p>
        </w:tc>
      </w:tr>
      <w:tr w:rsidR="0098573C" w14:paraId="76A3C549" w14:textId="77777777" w:rsidTr="00BF3B29">
        <w:trPr>
          <w:jc w:val="center"/>
        </w:trPr>
        <w:tc>
          <w:tcPr>
            <w:tcW w:w="894" w:type="dxa"/>
          </w:tcPr>
          <w:p w14:paraId="49653B80" w14:textId="77777777" w:rsidR="0098573C" w:rsidRDefault="0098573C"/>
        </w:tc>
        <w:tc>
          <w:tcPr>
            <w:tcW w:w="885" w:type="dxa"/>
          </w:tcPr>
          <w:p w14:paraId="4BA87923" w14:textId="77777777" w:rsidR="0098573C" w:rsidRDefault="0080549C">
            <w:r>
              <w:rPr>
                <w:sz w:val="16"/>
              </w:rPr>
              <w:t>2</w:t>
            </w:r>
          </w:p>
        </w:tc>
        <w:tc>
          <w:tcPr>
            <w:tcW w:w="1590" w:type="dxa"/>
          </w:tcPr>
          <w:p w14:paraId="193C132D" w14:textId="77777777" w:rsidR="0098573C" w:rsidRDefault="0080549C">
            <w:r>
              <w:rPr>
                <w:sz w:val="16"/>
              </w:rPr>
              <w:t>Hello &amp; Cover page Module 1</w:t>
            </w:r>
          </w:p>
        </w:tc>
        <w:tc>
          <w:tcPr>
            <w:tcW w:w="2409" w:type="dxa"/>
          </w:tcPr>
          <w:p w14:paraId="30B8688F" w14:textId="77777777" w:rsidR="0098573C" w:rsidRDefault="0080549C">
            <w:r>
              <w:rPr>
                <w:sz w:val="16"/>
              </w:rPr>
              <w:t>Predstavenia sa, základné osobné údaje, predložky miesta, nábytok, vyjadrenie schopností</w:t>
            </w:r>
          </w:p>
        </w:tc>
        <w:tc>
          <w:tcPr>
            <w:tcW w:w="2724" w:type="dxa"/>
          </w:tcPr>
          <w:p w14:paraId="2D900D2B" w14:textId="77777777" w:rsidR="0098573C" w:rsidRDefault="0080549C">
            <w:r>
              <w:rPr>
                <w:sz w:val="16"/>
              </w:rPr>
              <w:t>predstaviť seba a poskytnúť základné osobné informácie</w:t>
            </w:r>
            <w:r>
              <w:rPr>
                <w:sz w:val="16"/>
              </w:rPr>
              <w:br/>
              <w:t>opísať polohu predmetov a pomenovať nábytok a vybavenie domácnosti</w:t>
            </w:r>
            <w:r>
              <w:rPr>
                <w:sz w:val="16"/>
              </w:rPr>
              <w:br/>
              <w:t>hovoriť o každodenných činnostiach a vyjadriť svoje schopnosti pomocou slovesa can</w:t>
            </w:r>
          </w:p>
        </w:tc>
        <w:tc>
          <w:tcPr>
            <w:tcW w:w="1756" w:type="dxa"/>
          </w:tcPr>
          <w:p w14:paraId="0A55EE96" w14:textId="77777777" w:rsidR="0098573C" w:rsidRDefault="0080549C">
            <w:r>
              <w:rPr>
                <w:sz w:val="16"/>
              </w:rPr>
              <w:t>How old …? / What…? / Where?</w:t>
            </w:r>
            <w:r>
              <w:rPr>
                <w:sz w:val="16"/>
              </w:rPr>
              <w:br/>
              <w:t>The verb be</w:t>
            </w:r>
            <w:r>
              <w:rPr>
                <w:sz w:val="16"/>
              </w:rPr>
              <w:br/>
              <w:t>Prepositions of place</w:t>
            </w:r>
            <w:r>
              <w:rPr>
                <w:sz w:val="16"/>
              </w:rPr>
              <w:br/>
              <w:t>Prepositions of time</w:t>
            </w:r>
            <w:r>
              <w:rPr>
                <w:sz w:val="16"/>
              </w:rPr>
              <w:br/>
              <w:t>The verb can</w:t>
            </w:r>
          </w:p>
        </w:tc>
        <w:tc>
          <w:tcPr>
            <w:tcW w:w="1502" w:type="dxa"/>
          </w:tcPr>
          <w:p w14:paraId="1DAE9A4E" w14:textId="77777777" w:rsidR="0098573C" w:rsidRDefault="0098573C"/>
        </w:tc>
        <w:tc>
          <w:tcPr>
            <w:tcW w:w="1423" w:type="dxa"/>
          </w:tcPr>
          <w:p w14:paraId="4E626373" w14:textId="77777777" w:rsidR="0098573C" w:rsidRDefault="0080549C">
            <w:r>
              <w:rPr>
                <w:sz w:val="16"/>
              </w:rPr>
              <w:t>SB</w:t>
            </w:r>
            <w:r>
              <w:rPr>
                <w:sz w:val="16"/>
              </w:rPr>
              <w:br/>
              <w:t>IWB &amp; IWB material or audio and audio player</w:t>
            </w:r>
          </w:p>
        </w:tc>
        <w:tc>
          <w:tcPr>
            <w:tcW w:w="1513" w:type="dxa"/>
          </w:tcPr>
          <w:p w14:paraId="2F8E06B3" w14:textId="77777777" w:rsidR="0098573C" w:rsidRDefault="0080549C">
            <w:r>
              <w:rPr>
                <w:sz w:val="16"/>
              </w:rPr>
              <w:t>komunikácia, spolupráca, kritické myslenie, samostatné učenie</w:t>
            </w:r>
          </w:p>
        </w:tc>
      </w:tr>
      <w:tr w:rsidR="0098573C" w14:paraId="4B5E73B8" w14:textId="77777777" w:rsidTr="00BF3B29">
        <w:trPr>
          <w:trHeight w:val="368"/>
          <w:jc w:val="center"/>
        </w:trPr>
        <w:tc>
          <w:tcPr>
            <w:tcW w:w="894" w:type="dxa"/>
          </w:tcPr>
          <w:p w14:paraId="03D46D92" w14:textId="77777777" w:rsidR="0098573C" w:rsidRDefault="0098573C"/>
        </w:tc>
        <w:tc>
          <w:tcPr>
            <w:tcW w:w="885" w:type="dxa"/>
          </w:tcPr>
          <w:p w14:paraId="077C2AD2" w14:textId="77777777" w:rsidR="0098573C" w:rsidRDefault="0098573C"/>
        </w:tc>
        <w:tc>
          <w:tcPr>
            <w:tcW w:w="1590" w:type="dxa"/>
          </w:tcPr>
          <w:p w14:paraId="41837748" w14:textId="77777777" w:rsidR="0098573C" w:rsidRDefault="0098573C"/>
        </w:tc>
        <w:tc>
          <w:tcPr>
            <w:tcW w:w="2409" w:type="dxa"/>
            <w:shd w:val="clear" w:color="auto" w:fill="FFFF00"/>
          </w:tcPr>
          <w:p w14:paraId="6B83D973" w14:textId="77777777" w:rsidR="0098573C" w:rsidRPr="00BF3B29" w:rsidRDefault="0080549C">
            <w:pPr>
              <w:rPr>
                <w:b/>
                <w:bCs/>
              </w:rPr>
            </w:pPr>
            <w:r w:rsidRPr="00BF3B29">
              <w:rPr>
                <w:b/>
                <w:bCs/>
                <w:sz w:val="16"/>
              </w:rPr>
              <w:t>Module 1: Be Yourself</w:t>
            </w:r>
          </w:p>
        </w:tc>
        <w:tc>
          <w:tcPr>
            <w:tcW w:w="2724" w:type="dxa"/>
            <w:shd w:val="clear" w:color="auto" w:fill="FFFF00"/>
          </w:tcPr>
          <w:p w14:paraId="3C39F7E1" w14:textId="77777777" w:rsidR="0098573C" w:rsidRPr="00BF3B29" w:rsidRDefault="0098573C">
            <w:pPr>
              <w:rPr>
                <w:b/>
                <w:bCs/>
              </w:rPr>
            </w:pPr>
          </w:p>
        </w:tc>
        <w:tc>
          <w:tcPr>
            <w:tcW w:w="1756" w:type="dxa"/>
            <w:shd w:val="clear" w:color="auto" w:fill="FFFF00"/>
          </w:tcPr>
          <w:p w14:paraId="16E74A2F" w14:textId="77777777" w:rsidR="0098573C" w:rsidRPr="00BF3B29" w:rsidRDefault="0098573C">
            <w:pPr>
              <w:rPr>
                <w:b/>
                <w:bCs/>
              </w:rPr>
            </w:pPr>
          </w:p>
        </w:tc>
        <w:tc>
          <w:tcPr>
            <w:tcW w:w="1502" w:type="dxa"/>
            <w:shd w:val="clear" w:color="auto" w:fill="FFFF00"/>
          </w:tcPr>
          <w:p w14:paraId="42159F93" w14:textId="77777777" w:rsidR="0098573C" w:rsidRPr="00BF3B29" w:rsidRDefault="0098573C">
            <w:pPr>
              <w:rPr>
                <w:b/>
                <w:bCs/>
              </w:rPr>
            </w:pPr>
          </w:p>
        </w:tc>
        <w:tc>
          <w:tcPr>
            <w:tcW w:w="1423" w:type="dxa"/>
            <w:shd w:val="clear" w:color="auto" w:fill="FFFF00"/>
          </w:tcPr>
          <w:p w14:paraId="5297B493" w14:textId="77777777" w:rsidR="0098573C" w:rsidRPr="00BF3B29" w:rsidRDefault="0098573C">
            <w:pPr>
              <w:rPr>
                <w:b/>
                <w:bCs/>
              </w:rPr>
            </w:pPr>
          </w:p>
        </w:tc>
        <w:tc>
          <w:tcPr>
            <w:tcW w:w="1513" w:type="dxa"/>
            <w:shd w:val="clear" w:color="auto" w:fill="FFFF00"/>
          </w:tcPr>
          <w:p w14:paraId="20F75401" w14:textId="77777777" w:rsidR="0098573C" w:rsidRPr="00BF3B29" w:rsidRDefault="0098573C">
            <w:pPr>
              <w:rPr>
                <w:b/>
                <w:bCs/>
              </w:rPr>
            </w:pPr>
          </w:p>
        </w:tc>
      </w:tr>
      <w:tr w:rsidR="0098573C" w14:paraId="770A6AB6" w14:textId="77777777" w:rsidTr="00BF3B29">
        <w:trPr>
          <w:jc w:val="center"/>
        </w:trPr>
        <w:tc>
          <w:tcPr>
            <w:tcW w:w="894" w:type="dxa"/>
          </w:tcPr>
          <w:p w14:paraId="018A2D05" w14:textId="77777777" w:rsidR="0098573C" w:rsidRDefault="0098573C"/>
        </w:tc>
        <w:tc>
          <w:tcPr>
            <w:tcW w:w="885" w:type="dxa"/>
          </w:tcPr>
          <w:p w14:paraId="2CEDBDC2" w14:textId="77777777" w:rsidR="0098573C" w:rsidRDefault="0080549C">
            <w:r>
              <w:rPr>
                <w:sz w:val="16"/>
              </w:rPr>
              <w:t>3</w:t>
            </w:r>
          </w:p>
        </w:tc>
        <w:tc>
          <w:tcPr>
            <w:tcW w:w="1590" w:type="dxa"/>
          </w:tcPr>
          <w:p w14:paraId="37958402" w14:textId="77777777" w:rsidR="0098573C" w:rsidRDefault="0080549C">
            <w:r>
              <w:rPr>
                <w:sz w:val="16"/>
              </w:rPr>
              <w:t>1A: Let’s chat!</w:t>
            </w:r>
          </w:p>
        </w:tc>
        <w:tc>
          <w:tcPr>
            <w:tcW w:w="2409" w:type="dxa"/>
          </w:tcPr>
          <w:p w14:paraId="7DF61F78" w14:textId="77777777" w:rsidR="0098573C" w:rsidRDefault="0080549C">
            <w:r>
              <w:rPr>
                <w:sz w:val="16"/>
              </w:rPr>
              <w:t>Čítanie s porozumením, slovná zásoba - slovesá vyjadrujúce spôsob hovorenia</w:t>
            </w:r>
          </w:p>
        </w:tc>
        <w:tc>
          <w:tcPr>
            <w:tcW w:w="2724" w:type="dxa"/>
          </w:tcPr>
          <w:p w14:paraId="662245EA" w14:textId="77777777" w:rsidR="0098573C" w:rsidRDefault="0080549C">
            <w:r>
              <w:rPr>
                <w:sz w:val="16"/>
              </w:rPr>
              <w:t>porozumieť textu o každodennej komunikácii medzi rovesníkmi</w:t>
            </w:r>
            <w:r>
              <w:rPr>
                <w:sz w:val="16"/>
              </w:rPr>
              <w:br/>
              <w:t>používať slovnú zásobu súvisiacu s hovorením a komunikáciou</w:t>
            </w:r>
            <w:r>
              <w:rPr>
                <w:sz w:val="16"/>
              </w:rPr>
              <w:br/>
              <w:t>diskutovať o každodenných činnostiach, voľnom čase a plánoch</w:t>
            </w:r>
          </w:p>
        </w:tc>
        <w:tc>
          <w:tcPr>
            <w:tcW w:w="1756" w:type="dxa"/>
          </w:tcPr>
          <w:p w14:paraId="4BE0FDA5" w14:textId="77777777" w:rsidR="0098573C" w:rsidRDefault="0098573C"/>
        </w:tc>
        <w:tc>
          <w:tcPr>
            <w:tcW w:w="1502" w:type="dxa"/>
          </w:tcPr>
          <w:p w14:paraId="116F8267" w14:textId="77777777" w:rsidR="0098573C" w:rsidRDefault="0080549C">
            <w:r>
              <w:rPr>
                <w:sz w:val="16"/>
              </w:rPr>
              <w:t>argue, awful, chat, conversation, decide, disagree, Don't be ridiculous!, explain, fancy doing sth, go round to sb's house, gossip, I (don't) think so., Not much, phone, spend time doing sth, top , What are you up to?, What's on?, whisper, yell, You're right about that.</w:t>
            </w:r>
          </w:p>
        </w:tc>
        <w:tc>
          <w:tcPr>
            <w:tcW w:w="1423" w:type="dxa"/>
          </w:tcPr>
          <w:p w14:paraId="7DEA6CA0" w14:textId="77777777" w:rsidR="0098573C" w:rsidRDefault="0080549C">
            <w:r>
              <w:rPr>
                <w:sz w:val="16"/>
              </w:rPr>
              <w:t>SB</w:t>
            </w:r>
            <w:r>
              <w:rPr>
                <w:sz w:val="16"/>
              </w:rPr>
              <w:br/>
              <w:t>IWB &amp; IWB material or audio and audio player</w:t>
            </w:r>
          </w:p>
        </w:tc>
        <w:tc>
          <w:tcPr>
            <w:tcW w:w="1513" w:type="dxa"/>
          </w:tcPr>
          <w:p w14:paraId="255633B5" w14:textId="77777777" w:rsidR="0098573C" w:rsidRDefault="0080549C">
            <w:r>
              <w:rPr>
                <w:sz w:val="16"/>
              </w:rPr>
              <w:t>kritické myslenie, komunikácia, spolupráca, digitálna gramotnosť</w:t>
            </w:r>
          </w:p>
        </w:tc>
      </w:tr>
      <w:tr w:rsidR="0098573C" w14:paraId="00FA4AB7" w14:textId="77777777" w:rsidTr="00BF3B29">
        <w:trPr>
          <w:jc w:val="center"/>
        </w:trPr>
        <w:tc>
          <w:tcPr>
            <w:tcW w:w="894" w:type="dxa"/>
          </w:tcPr>
          <w:p w14:paraId="65ACBEA7" w14:textId="77777777" w:rsidR="0098573C" w:rsidRDefault="0098573C"/>
        </w:tc>
        <w:tc>
          <w:tcPr>
            <w:tcW w:w="885" w:type="dxa"/>
          </w:tcPr>
          <w:p w14:paraId="2F1AF44C" w14:textId="77777777" w:rsidR="0098573C" w:rsidRDefault="0080549C">
            <w:r>
              <w:rPr>
                <w:sz w:val="16"/>
              </w:rPr>
              <w:t>4</w:t>
            </w:r>
          </w:p>
        </w:tc>
        <w:tc>
          <w:tcPr>
            <w:tcW w:w="1590" w:type="dxa"/>
          </w:tcPr>
          <w:p w14:paraId="381AC31A" w14:textId="77777777" w:rsidR="0098573C" w:rsidRDefault="0080549C">
            <w:r>
              <w:rPr>
                <w:sz w:val="16"/>
              </w:rPr>
              <w:t>1A: Let’s chat!</w:t>
            </w:r>
          </w:p>
        </w:tc>
        <w:tc>
          <w:tcPr>
            <w:tcW w:w="2409" w:type="dxa"/>
          </w:tcPr>
          <w:p w14:paraId="75BB9ED3" w14:textId="77777777" w:rsidR="0098573C" w:rsidRDefault="0080549C">
            <w:r>
              <w:rPr>
                <w:sz w:val="16"/>
              </w:rPr>
              <w:t>Gramatika - prítomný čas jednoduchý vs priebehový, stavové slovesá, počúvanie s porozumením,  práca s informáciami, písanie a prezentácia</w:t>
            </w:r>
          </w:p>
        </w:tc>
        <w:tc>
          <w:tcPr>
            <w:tcW w:w="2724" w:type="dxa"/>
          </w:tcPr>
          <w:p w14:paraId="39C8F173" w14:textId="77777777" w:rsidR="0098573C" w:rsidRDefault="0080549C">
            <w:r>
              <w:rPr>
                <w:sz w:val="16"/>
              </w:rPr>
              <w:t>rozlišovať použitie prítomného jednoduchého a priebehového času</w:t>
            </w:r>
            <w:r>
              <w:rPr>
                <w:sz w:val="16"/>
              </w:rPr>
              <w:br/>
              <w:t>správne používať stavové slovesá v kontexte</w:t>
            </w:r>
            <w:r>
              <w:rPr>
                <w:sz w:val="16"/>
              </w:rPr>
              <w:br/>
              <w:t>spracovať informácie a prezentovať ich s využitím osvojenej gramatiky</w:t>
            </w:r>
          </w:p>
        </w:tc>
        <w:tc>
          <w:tcPr>
            <w:tcW w:w="1756" w:type="dxa"/>
          </w:tcPr>
          <w:p w14:paraId="6CE398B9" w14:textId="77777777" w:rsidR="0098573C" w:rsidRDefault="0080549C">
            <w:r>
              <w:rPr>
                <w:sz w:val="16"/>
              </w:rPr>
              <w:t>Present Simple vs Present Progressive</w:t>
            </w:r>
            <w:r>
              <w:rPr>
                <w:sz w:val="16"/>
              </w:rPr>
              <w:br/>
              <w:t>Stative verbs</w:t>
            </w:r>
          </w:p>
        </w:tc>
        <w:tc>
          <w:tcPr>
            <w:tcW w:w="1502" w:type="dxa"/>
          </w:tcPr>
          <w:p w14:paraId="7266EA23" w14:textId="77777777" w:rsidR="0098573C" w:rsidRDefault="0098573C"/>
        </w:tc>
        <w:tc>
          <w:tcPr>
            <w:tcW w:w="1423" w:type="dxa"/>
          </w:tcPr>
          <w:p w14:paraId="71314782" w14:textId="77777777" w:rsidR="0098573C" w:rsidRDefault="0098573C"/>
        </w:tc>
        <w:tc>
          <w:tcPr>
            <w:tcW w:w="1513" w:type="dxa"/>
          </w:tcPr>
          <w:p w14:paraId="0A913DBE" w14:textId="77777777" w:rsidR="0098573C" w:rsidRDefault="0098573C"/>
        </w:tc>
      </w:tr>
      <w:tr w:rsidR="0098573C" w14:paraId="582C8F8A" w14:textId="77777777" w:rsidTr="00BF3B29">
        <w:trPr>
          <w:jc w:val="center"/>
        </w:trPr>
        <w:tc>
          <w:tcPr>
            <w:tcW w:w="894" w:type="dxa"/>
          </w:tcPr>
          <w:p w14:paraId="1D10F3CC" w14:textId="77777777" w:rsidR="0098573C" w:rsidRDefault="0098573C"/>
        </w:tc>
        <w:tc>
          <w:tcPr>
            <w:tcW w:w="885" w:type="dxa"/>
          </w:tcPr>
          <w:p w14:paraId="2E659E1F" w14:textId="77777777" w:rsidR="0098573C" w:rsidRDefault="0080549C">
            <w:r>
              <w:rPr>
                <w:sz w:val="16"/>
              </w:rPr>
              <w:t>5</w:t>
            </w:r>
          </w:p>
        </w:tc>
        <w:tc>
          <w:tcPr>
            <w:tcW w:w="1590" w:type="dxa"/>
          </w:tcPr>
          <w:p w14:paraId="0B6FD568" w14:textId="77777777" w:rsidR="0098573C" w:rsidRDefault="0080549C">
            <w:r>
              <w:rPr>
                <w:sz w:val="16"/>
              </w:rPr>
              <w:t>1B: Who’s the best?</w:t>
            </w:r>
          </w:p>
        </w:tc>
        <w:tc>
          <w:tcPr>
            <w:tcW w:w="2409" w:type="dxa"/>
          </w:tcPr>
          <w:p w14:paraId="5C5AB336" w14:textId="77777777" w:rsidR="0098573C" w:rsidRDefault="0080549C">
            <w:r>
              <w:rPr>
                <w:sz w:val="16"/>
              </w:rPr>
              <w:t>Čítanie s porozumením, slovná zásoba - opozitá</w:t>
            </w:r>
          </w:p>
        </w:tc>
        <w:tc>
          <w:tcPr>
            <w:tcW w:w="2724" w:type="dxa"/>
          </w:tcPr>
          <w:p w14:paraId="1E99F832" w14:textId="77777777" w:rsidR="0098573C" w:rsidRDefault="0080549C">
            <w:r>
              <w:rPr>
                <w:sz w:val="16"/>
              </w:rPr>
              <w:t>porozumieť textu porovnávajúcemu osoby alebo situácie</w:t>
            </w:r>
            <w:r>
              <w:rPr>
                <w:sz w:val="16"/>
              </w:rPr>
              <w:br/>
            </w:r>
            <w:r>
              <w:rPr>
                <w:sz w:val="16"/>
              </w:rPr>
              <w:t>používať slovnú zásobu na vyjadrenie súhlasu, nesúhlasu a vlastného názoru</w:t>
            </w:r>
            <w:r>
              <w:rPr>
                <w:sz w:val="16"/>
              </w:rPr>
              <w:br/>
              <w:t>zdôvodniť svoj názor a reagovať na názory ostatných</w:t>
            </w:r>
          </w:p>
        </w:tc>
        <w:tc>
          <w:tcPr>
            <w:tcW w:w="1756" w:type="dxa"/>
          </w:tcPr>
          <w:p w14:paraId="13D36298" w14:textId="77777777" w:rsidR="0098573C" w:rsidRDefault="0098573C"/>
        </w:tc>
        <w:tc>
          <w:tcPr>
            <w:tcW w:w="1502" w:type="dxa"/>
          </w:tcPr>
          <w:p w14:paraId="2F7A1F30" w14:textId="77777777" w:rsidR="0098573C" w:rsidRDefault="0080549C">
            <w:r>
              <w:rPr>
                <w:sz w:val="16"/>
              </w:rPr>
              <w:t xml:space="preserve">agree, all the times, at first, be over, begin, believe, coach (person), definitely, drop sth , enough, even, </w:t>
            </w:r>
            <w:r>
              <w:rPr>
                <w:sz w:val="16"/>
              </w:rPr>
              <w:lastRenderedPageBreak/>
              <w:t>finish, Forget it!, goalkeeper, hockey, hold, Hold on!, I get it., in my opinion, in the end, kit , let, organise, pay, pick up, play in goal, popular with, practice, refuse, safe, stick (hockey), tiring, That's it., You're a chicken.</w:t>
            </w:r>
          </w:p>
        </w:tc>
        <w:tc>
          <w:tcPr>
            <w:tcW w:w="1423" w:type="dxa"/>
          </w:tcPr>
          <w:p w14:paraId="7B0B303A" w14:textId="77777777" w:rsidR="0098573C" w:rsidRDefault="0080549C">
            <w:r>
              <w:rPr>
                <w:sz w:val="16"/>
              </w:rPr>
              <w:lastRenderedPageBreak/>
              <w:t>SB</w:t>
            </w:r>
            <w:r>
              <w:rPr>
                <w:sz w:val="16"/>
              </w:rPr>
              <w:br/>
            </w:r>
            <w:r>
              <w:rPr>
                <w:sz w:val="16"/>
              </w:rPr>
              <w:t>IWB &amp; IWB material or audio and audio player</w:t>
            </w:r>
          </w:p>
        </w:tc>
        <w:tc>
          <w:tcPr>
            <w:tcW w:w="1513" w:type="dxa"/>
          </w:tcPr>
          <w:p w14:paraId="77461F52" w14:textId="77777777" w:rsidR="0098573C" w:rsidRDefault="0080549C">
            <w:r>
              <w:rPr>
                <w:sz w:val="16"/>
              </w:rPr>
              <w:t>kritické myslenie, komunikácia, spolupráca, tvorivosť</w:t>
            </w:r>
          </w:p>
        </w:tc>
      </w:tr>
      <w:tr w:rsidR="0098573C" w14:paraId="72419770" w14:textId="77777777" w:rsidTr="00BF3B29">
        <w:trPr>
          <w:jc w:val="center"/>
        </w:trPr>
        <w:tc>
          <w:tcPr>
            <w:tcW w:w="894" w:type="dxa"/>
          </w:tcPr>
          <w:p w14:paraId="408B79A0" w14:textId="77777777" w:rsidR="0098573C" w:rsidRDefault="0098573C"/>
        </w:tc>
        <w:tc>
          <w:tcPr>
            <w:tcW w:w="885" w:type="dxa"/>
          </w:tcPr>
          <w:p w14:paraId="41C5B675" w14:textId="77777777" w:rsidR="0098573C" w:rsidRDefault="0080549C">
            <w:r>
              <w:rPr>
                <w:sz w:val="16"/>
              </w:rPr>
              <w:t>6</w:t>
            </w:r>
          </w:p>
        </w:tc>
        <w:tc>
          <w:tcPr>
            <w:tcW w:w="1590" w:type="dxa"/>
          </w:tcPr>
          <w:p w14:paraId="58F57D58" w14:textId="77777777" w:rsidR="0098573C" w:rsidRDefault="0080549C">
            <w:r>
              <w:rPr>
                <w:sz w:val="16"/>
              </w:rPr>
              <w:t>1B: Who’s the best?</w:t>
            </w:r>
          </w:p>
        </w:tc>
        <w:tc>
          <w:tcPr>
            <w:tcW w:w="2409" w:type="dxa"/>
          </w:tcPr>
          <w:p w14:paraId="5CD686D0" w14:textId="77777777" w:rsidR="0098573C" w:rsidRDefault="0080549C">
            <w:r>
              <w:rPr>
                <w:sz w:val="16"/>
              </w:rPr>
              <w:t>Grammar - porovnávanie pomocou prídavných mien a prísloviek</w:t>
            </w:r>
          </w:p>
        </w:tc>
        <w:tc>
          <w:tcPr>
            <w:tcW w:w="2724" w:type="dxa"/>
          </w:tcPr>
          <w:p w14:paraId="2CFEBE58" w14:textId="77777777" w:rsidR="0098573C" w:rsidRDefault="0080549C">
            <w:r>
              <w:rPr>
                <w:sz w:val="16"/>
              </w:rPr>
              <w:t>používať rôzne spôsoby porovnávania osôb, predmetov a situácií</w:t>
            </w:r>
            <w:r>
              <w:rPr>
                <w:sz w:val="16"/>
              </w:rPr>
              <w:br/>
              <w:t>vytvárať porovnania pomocou prídavných mien a prísloviek</w:t>
            </w:r>
            <w:r>
              <w:rPr>
                <w:sz w:val="16"/>
              </w:rPr>
              <w:br/>
              <w:t>vyjadriť podobnosť a rozdiel medzi osobami alebo javmi</w:t>
            </w:r>
          </w:p>
        </w:tc>
        <w:tc>
          <w:tcPr>
            <w:tcW w:w="1756" w:type="dxa"/>
          </w:tcPr>
          <w:p w14:paraId="43D8F535" w14:textId="77777777" w:rsidR="0098573C" w:rsidRDefault="0080549C">
            <w:r>
              <w:rPr>
                <w:sz w:val="16"/>
              </w:rPr>
              <w:t>Comparison of adjectives and adverbs</w:t>
            </w:r>
            <w:r>
              <w:rPr>
                <w:sz w:val="16"/>
              </w:rPr>
              <w:br/>
              <w:t>(not) as + adjective/adverb + as</w:t>
            </w:r>
            <w:r>
              <w:rPr>
                <w:sz w:val="16"/>
              </w:rPr>
              <w:br/>
              <w:t>less adjective/adverb + than</w:t>
            </w:r>
            <w:r>
              <w:rPr>
                <w:sz w:val="16"/>
              </w:rPr>
              <w:br/>
              <w:t>the least + adjective/adverb</w:t>
            </w:r>
          </w:p>
        </w:tc>
        <w:tc>
          <w:tcPr>
            <w:tcW w:w="1502" w:type="dxa"/>
          </w:tcPr>
          <w:p w14:paraId="7543D7C7" w14:textId="77777777" w:rsidR="0098573C" w:rsidRDefault="0098573C"/>
        </w:tc>
        <w:tc>
          <w:tcPr>
            <w:tcW w:w="1423" w:type="dxa"/>
          </w:tcPr>
          <w:p w14:paraId="46B9F237" w14:textId="77777777" w:rsidR="0098573C" w:rsidRDefault="0098573C"/>
        </w:tc>
        <w:tc>
          <w:tcPr>
            <w:tcW w:w="1513" w:type="dxa"/>
          </w:tcPr>
          <w:p w14:paraId="668E0ACF" w14:textId="77777777" w:rsidR="0098573C" w:rsidRDefault="0098573C"/>
        </w:tc>
      </w:tr>
      <w:tr w:rsidR="0098573C" w14:paraId="54A9D37A" w14:textId="77777777" w:rsidTr="00BF3B29">
        <w:trPr>
          <w:jc w:val="center"/>
        </w:trPr>
        <w:tc>
          <w:tcPr>
            <w:tcW w:w="894" w:type="dxa"/>
          </w:tcPr>
          <w:p w14:paraId="595BA7A3" w14:textId="77777777" w:rsidR="0098573C" w:rsidRDefault="0098573C"/>
        </w:tc>
        <w:tc>
          <w:tcPr>
            <w:tcW w:w="885" w:type="dxa"/>
          </w:tcPr>
          <w:p w14:paraId="2C3AED1C" w14:textId="77777777" w:rsidR="0098573C" w:rsidRDefault="0080549C">
            <w:r>
              <w:rPr>
                <w:sz w:val="16"/>
              </w:rPr>
              <w:t>7</w:t>
            </w:r>
          </w:p>
        </w:tc>
        <w:tc>
          <w:tcPr>
            <w:tcW w:w="1590" w:type="dxa"/>
          </w:tcPr>
          <w:p w14:paraId="6BA71D4A" w14:textId="77777777" w:rsidR="0098573C" w:rsidRDefault="0080549C">
            <w:r>
              <w:rPr>
                <w:sz w:val="16"/>
              </w:rPr>
              <w:t>1C: At work</w:t>
            </w:r>
          </w:p>
        </w:tc>
        <w:tc>
          <w:tcPr>
            <w:tcW w:w="2409" w:type="dxa"/>
          </w:tcPr>
          <w:p w14:paraId="051BA316" w14:textId="77777777" w:rsidR="0098573C" w:rsidRDefault="0080549C">
            <w:r>
              <w:rPr>
                <w:sz w:val="16"/>
              </w:rPr>
              <w:t>Čítanie s porozumením, slovná zásoba - práca, kariéra</w:t>
            </w:r>
          </w:p>
        </w:tc>
        <w:tc>
          <w:tcPr>
            <w:tcW w:w="2724" w:type="dxa"/>
          </w:tcPr>
          <w:p w14:paraId="104C3892" w14:textId="77777777" w:rsidR="0098573C" w:rsidRDefault="0080549C">
            <w:r>
              <w:rPr>
                <w:sz w:val="16"/>
              </w:rPr>
              <w:t>porozumieť textu o povolaniach a kariére</w:t>
            </w:r>
            <w:r>
              <w:rPr>
                <w:sz w:val="16"/>
              </w:rPr>
              <w:br/>
              <w:t>hovoriť o pracovných skúsenostiach, záujmoch a budúcom povolaní</w:t>
            </w:r>
            <w:r>
              <w:rPr>
                <w:sz w:val="16"/>
              </w:rPr>
              <w:br/>
              <w:t>predstaviť seba a svoje schopnosti</w:t>
            </w:r>
          </w:p>
        </w:tc>
        <w:tc>
          <w:tcPr>
            <w:tcW w:w="1756" w:type="dxa"/>
          </w:tcPr>
          <w:p w14:paraId="5722E7A5" w14:textId="77777777" w:rsidR="0098573C" w:rsidRDefault="0098573C"/>
        </w:tc>
        <w:tc>
          <w:tcPr>
            <w:tcW w:w="1502" w:type="dxa"/>
          </w:tcPr>
          <w:p w14:paraId="711D7E07" w14:textId="77777777" w:rsidR="0098573C" w:rsidRDefault="0080549C">
            <w:r>
              <w:rPr>
                <w:sz w:val="16"/>
              </w:rPr>
              <w:t xml:space="preserve">at least, available, babysitter, be fluent in, be good with sb, Best wishes, candidate, career, change, computer skills, construction worker, degree, delivery person, do sth for a living, experience, full-time job, give up, however, in the beginning, interest, join, licence, look forward to, lorry driver, midwife, natural, nowadays, overtime, part-time job , people skills, previous, realise, such as, suitable, take care, take up a hobby, teach, university, </w:t>
            </w:r>
            <w:r>
              <w:rPr>
                <w:sz w:val="16"/>
              </w:rPr>
              <w:lastRenderedPageBreak/>
              <w:t>welder, welding</w:t>
            </w:r>
          </w:p>
        </w:tc>
        <w:tc>
          <w:tcPr>
            <w:tcW w:w="1423" w:type="dxa"/>
          </w:tcPr>
          <w:p w14:paraId="1378D1A0" w14:textId="77777777" w:rsidR="0098573C" w:rsidRDefault="0080549C">
            <w:r>
              <w:rPr>
                <w:sz w:val="16"/>
              </w:rPr>
              <w:lastRenderedPageBreak/>
              <w:t>SB</w:t>
            </w:r>
            <w:r>
              <w:rPr>
                <w:sz w:val="16"/>
              </w:rPr>
              <w:br/>
            </w:r>
            <w:r>
              <w:rPr>
                <w:sz w:val="16"/>
              </w:rPr>
              <w:t>IWB &amp; IWB material or audio and audio player</w:t>
            </w:r>
          </w:p>
        </w:tc>
        <w:tc>
          <w:tcPr>
            <w:tcW w:w="1513" w:type="dxa"/>
          </w:tcPr>
          <w:p w14:paraId="1D0E9D00" w14:textId="77777777" w:rsidR="0098573C" w:rsidRDefault="0080549C">
            <w:r>
              <w:rPr>
                <w:sz w:val="16"/>
              </w:rPr>
              <w:t>kritické myslenie, komunikácia, spolupráca, tvorivosť, samostatné učenie</w:t>
            </w:r>
          </w:p>
        </w:tc>
      </w:tr>
      <w:tr w:rsidR="0098573C" w14:paraId="5532E380" w14:textId="77777777" w:rsidTr="00BF3B29">
        <w:trPr>
          <w:jc w:val="center"/>
        </w:trPr>
        <w:tc>
          <w:tcPr>
            <w:tcW w:w="894" w:type="dxa"/>
          </w:tcPr>
          <w:p w14:paraId="1222DE4B" w14:textId="77777777" w:rsidR="0098573C" w:rsidRDefault="0098573C"/>
        </w:tc>
        <w:tc>
          <w:tcPr>
            <w:tcW w:w="885" w:type="dxa"/>
          </w:tcPr>
          <w:p w14:paraId="5EB69718" w14:textId="77777777" w:rsidR="0098573C" w:rsidRDefault="0080549C">
            <w:r>
              <w:rPr>
                <w:sz w:val="16"/>
              </w:rPr>
              <w:t>8</w:t>
            </w:r>
          </w:p>
        </w:tc>
        <w:tc>
          <w:tcPr>
            <w:tcW w:w="1590" w:type="dxa"/>
          </w:tcPr>
          <w:p w14:paraId="1DCF683C" w14:textId="77777777" w:rsidR="0098573C" w:rsidRDefault="0080549C">
            <w:r>
              <w:rPr>
                <w:sz w:val="16"/>
              </w:rPr>
              <w:t>1C: At work</w:t>
            </w:r>
          </w:p>
        </w:tc>
        <w:tc>
          <w:tcPr>
            <w:tcW w:w="2409" w:type="dxa"/>
          </w:tcPr>
          <w:p w14:paraId="38DE8A95" w14:textId="77777777" w:rsidR="0098573C" w:rsidRDefault="0080549C">
            <w:r>
              <w:rPr>
                <w:sz w:val="16"/>
              </w:rPr>
              <w:t>Gramatika - minulý čas jednoduchý, rozprávanie, písanie - neformálny list/e-mail</w:t>
            </w:r>
          </w:p>
        </w:tc>
        <w:tc>
          <w:tcPr>
            <w:tcW w:w="2724" w:type="dxa"/>
          </w:tcPr>
          <w:p w14:paraId="4C77463A" w14:textId="77777777" w:rsidR="0098573C" w:rsidRDefault="0080549C">
            <w:r>
              <w:rPr>
                <w:sz w:val="16"/>
              </w:rPr>
              <w:t>používať minulý čas jednoduchý pri rozprávaní o minulých udalostiach</w:t>
            </w:r>
            <w:r>
              <w:rPr>
                <w:sz w:val="16"/>
              </w:rPr>
              <w:br/>
              <w:t>používať väzbu used to na opis minulých zvykov a situácií</w:t>
            </w:r>
            <w:r>
              <w:rPr>
                <w:sz w:val="16"/>
              </w:rPr>
              <w:br/>
              <w:t>napísať neformálny list alebo e-mail o svojich skúsenostiach</w:t>
            </w:r>
          </w:p>
        </w:tc>
        <w:tc>
          <w:tcPr>
            <w:tcW w:w="1756" w:type="dxa"/>
          </w:tcPr>
          <w:p w14:paraId="16CDFF95" w14:textId="77777777" w:rsidR="0098573C" w:rsidRDefault="0080549C">
            <w:r>
              <w:rPr>
                <w:sz w:val="16"/>
              </w:rPr>
              <w:t>Past Simple</w:t>
            </w:r>
            <w:r>
              <w:rPr>
                <w:sz w:val="16"/>
              </w:rPr>
              <w:br/>
              <w:t>Used to</w:t>
            </w:r>
          </w:p>
        </w:tc>
        <w:tc>
          <w:tcPr>
            <w:tcW w:w="1502" w:type="dxa"/>
          </w:tcPr>
          <w:p w14:paraId="77D2A8CE" w14:textId="77777777" w:rsidR="0098573C" w:rsidRDefault="0098573C"/>
        </w:tc>
        <w:tc>
          <w:tcPr>
            <w:tcW w:w="1423" w:type="dxa"/>
          </w:tcPr>
          <w:p w14:paraId="67A2D115" w14:textId="77777777" w:rsidR="0098573C" w:rsidRDefault="0098573C"/>
        </w:tc>
        <w:tc>
          <w:tcPr>
            <w:tcW w:w="1513" w:type="dxa"/>
          </w:tcPr>
          <w:p w14:paraId="6C3C0258" w14:textId="77777777" w:rsidR="0098573C" w:rsidRDefault="0098573C"/>
        </w:tc>
      </w:tr>
      <w:tr w:rsidR="0098573C" w14:paraId="47CAC24A" w14:textId="77777777" w:rsidTr="00BF3B29">
        <w:trPr>
          <w:jc w:val="center"/>
        </w:trPr>
        <w:tc>
          <w:tcPr>
            <w:tcW w:w="894" w:type="dxa"/>
          </w:tcPr>
          <w:p w14:paraId="1C4E9752" w14:textId="77777777" w:rsidR="0098573C" w:rsidRDefault="0098573C"/>
        </w:tc>
        <w:tc>
          <w:tcPr>
            <w:tcW w:w="885" w:type="dxa"/>
          </w:tcPr>
          <w:p w14:paraId="0E0FD4E5" w14:textId="77777777" w:rsidR="0098573C" w:rsidRDefault="0080549C">
            <w:r>
              <w:rPr>
                <w:sz w:val="16"/>
              </w:rPr>
              <w:t>9</w:t>
            </w:r>
          </w:p>
        </w:tc>
        <w:tc>
          <w:tcPr>
            <w:tcW w:w="1590" w:type="dxa"/>
          </w:tcPr>
          <w:p w14:paraId="10672033" w14:textId="77777777" w:rsidR="0098573C" w:rsidRDefault="0080549C">
            <w:r>
              <w:rPr>
                <w:sz w:val="16"/>
              </w:rPr>
              <w:t>1D: Teen trends</w:t>
            </w:r>
          </w:p>
        </w:tc>
        <w:tc>
          <w:tcPr>
            <w:tcW w:w="2409" w:type="dxa"/>
          </w:tcPr>
          <w:p w14:paraId="5F4AF12F" w14:textId="77777777" w:rsidR="0098573C" w:rsidRDefault="0080549C">
            <w:r>
              <w:rPr>
                <w:sz w:val="16"/>
              </w:rPr>
              <w:t>Slovná zásoba - oblečenie a doplnky, čítanie s porozumením</w:t>
            </w:r>
          </w:p>
        </w:tc>
        <w:tc>
          <w:tcPr>
            <w:tcW w:w="2724" w:type="dxa"/>
          </w:tcPr>
          <w:p w14:paraId="59137BCD" w14:textId="77777777" w:rsidR="0098573C" w:rsidRDefault="0080549C">
            <w:r>
              <w:rPr>
                <w:sz w:val="16"/>
              </w:rPr>
              <w:t>porozumieť textu o módnych trendoch mladých ľudí</w:t>
            </w:r>
            <w:r>
              <w:rPr>
                <w:sz w:val="16"/>
              </w:rPr>
              <w:br/>
              <w:t>opísať oblečenie, módne doplnky a štýl obliekania</w:t>
            </w:r>
            <w:r>
              <w:rPr>
                <w:sz w:val="16"/>
              </w:rPr>
              <w:br/>
              <w:t>vyjadriť svoj názor na módu a obľúbený štýl obliekania</w:t>
            </w:r>
          </w:p>
        </w:tc>
        <w:tc>
          <w:tcPr>
            <w:tcW w:w="1756" w:type="dxa"/>
          </w:tcPr>
          <w:p w14:paraId="5B815E9B" w14:textId="77777777" w:rsidR="0098573C" w:rsidRDefault="0098573C"/>
        </w:tc>
        <w:tc>
          <w:tcPr>
            <w:tcW w:w="1502" w:type="dxa"/>
          </w:tcPr>
          <w:p w14:paraId="0D17592C" w14:textId="77777777" w:rsidR="0098573C" w:rsidRDefault="0080549C">
            <w:r>
              <w:rPr>
                <w:sz w:val="16"/>
              </w:rPr>
              <w:t>accessories, anklet, baggy, belt, borrow, bracelet, casual, chain, colourful, comfy = comfortable, company, create, decorated with, design, earring, factory worker, footwear, formal, guide, hairband, have a look, in' , in fashion , jewellery, match, one's own, out of fashion, plain, print, relationship, ring, scarf, seashells, sportswear, stones, style, teen trends, torn, unisex</w:t>
            </w:r>
          </w:p>
        </w:tc>
        <w:tc>
          <w:tcPr>
            <w:tcW w:w="1423" w:type="dxa"/>
          </w:tcPr>
          <w:p w14:paraId="53C49FEF" w14:textId="77777777" w:rsidR="0098573C" w:rsidRDefault="0080549C">
            <w:r>
              <w:rPr>
                <w:sz w:val="16"/>
              </w:rPr>
              <w:t>SB</w:t>
            </w:r>
            <w:r>
              <w:rPr>
                <w:sz w:val="16"/>
              </w:rPr>
              <w:br/>
              <w:t>IWB &amp; IWB material or audio and audio player</w:t>
            </w:r>
          </w:p>
        </w:tc>
        <w:tc>
          <w:tcPr>
            <w:tcW w:w="1513" w:type="dxa"/>
          </w:tcPr>
          <w:p w14:paraId="39388172" w14:textId="77777777" w:rsidR="0098573C" w:rsidRDefault="0080549C">
            <w:r>
              <w:rPr>
                <w:sz w:val="16"/>
              </w:rPr>
              <w:t>kritické myslenie, komunikácia, spolupráca, tvorivosť</w:t>
            </w:r>
          </w:p>
        </w:tc>
      </w:tr>
      <w:tr w:rsidR="0098573C" w14:paraId="1CE3F093" w14:textId="77777777" w:rsidTr="00BF3B29">
        <w:trPr>
          <w:jc w:val="center"/>
        </w:trPr>
        <w:tc>
          <w:tcPr>
            <w:tcW w:w="894" w:type="dxa"/>
          </w:tcPr>
          <w:p w14:paraId="488C5C7C" w14:textId="77777777" w:rsidR="0098573C" w:rsidRDefault="0098573C"/>
        </w:tc>
        <w:tc>
          <w:tcPr>
            <w:tcW w:w="885" w:type="dxa"/>
          </w:tcPr>
          <w:p w14:paraId="4BC4E573" w14:textId="77777777" w:rsidR="0098573C" w:rsidRDefault="0080549C">
            <w:r>
              <w:rPr>
                <w:sz w:val="16"/>
              </w:rPr>
              <w:t>10</w:t>
            </w:r>
          </w:p>
        </w:tc>
        <w:tc>
          <w:tcPr>
            <w:tcW w:w="1590" w:type="dxa"/>
          </w:tcPr>
          <w:p w14:paraId="5BA355E6" w14:textId="77777777" w:rsidR="0098573C" w:rsidRDefault="0080549C">
            <w:r>
              <w:rPr>
                <w:sz w:val="16"/>
              </w:rPr>
              <w:t>1D: Teen trends</w:t>
            </w:r>
          </w:p>
        </w:tc>
        <w:tc>
          <w:tcPr>
            <w:tcW w:w="2409" w:type="dxa"/>
          </w:tcPr>
          <w:p w14:paraId="242352B1" w14:textId="77777777" w:rsidR="0098573C" w:rsidRDefault="0080549C">
            <w:r>
              <w:rPr>
                <w:sz w:val="16"/>
              </w:rPr>
              <w:t>Gramatika - some, any, no, every, neurčité zložené tvary</w:t>
            </w:r>
          </w:p>
        </w:tc>
        <w:tc>
          <w:tcPr>
            <w:tcW w:w="2724" w:type="dxa"/>
          </w:tcPr>
          <w:p w14:paraId="7A28069F" w14:textId="77777777" w:rsidR="0098573C" w:rsidRDefault="0080549C">
            <w:r>
              <w:rPr>
                <w:sz w:val="16"/>
              </w:rPr>
              <w:t>používať neurčité zámená a ich zložené tvary v správnom kontexte</w:t>
            </w:r>
            <w:r>
              <w:rPr>
                <w:sz w:val="16"/>
              </w:rPr>
              <w:br/>
              <w:t>rozlišovať význam a použitie jednotlivých neurčitých zámen</w:t>
            </w:r>
            <w:r>
              <w:rPr>
                <w:sz w:val="16"/>
              </w:rPr>
              <w:br/>
              <w:t>vytvárať vety s využitím osvojenej gramatiky</w:t>
            </w:r>
          </w:p>
        </w:tc>
        <w:tc>
          <w:tcPr>
            <w:tcW w:w="1756" w:type="dxa"/>
          </w:tcPr>
          <w:p w14:paraId="6C92F60C" w14:textId="77777777" w:rsidR="0098573C" w:rsidRDefault="0080549C">
            <w:r>
              <w:rPr>
                <w:sz w:val="16"/>
              </w:rPr>
              <w:t>Some / Any / No / Every and their compounds</w:t>
            </w:r>
          </w:p>
        </w:tc>
        <w:tc>
          <w:tcPr>
            <w:tcW w:w="1502" w:type="dxa"/>
          </w:tcPr>
          <w:p w14:paraId="5CF626F7" w14:textId="77777777" w:rsidR="0098573C" w:rsidRDefault="0098573C"/>
        </w:tc>
        <w:tc>
          <w:tcPr>
            <w:tcW w:w="1423" w:type="dxa"/>
          </w:tcPr>
          <w:p w14:paraId="6A41AE44" w14:textId="77777777" w:rsidR="0098573C" w:rsidRDefault="0098573C"/>
        </w:tc>
        <w:tc>
          <w:tcPr>
            <w:tcW w:w="1513" w:type="dxa"/>
          </w:tcPr>
          <w:p w14:paraId="74C74D0D" w14:textId="77777777" w:rsidR="0098573C" w:rsidRDefault="0098573C"/>
        </w:tc>
      </w:tr>
      <w:tr w:rsidR="0098573C" w14:paraId="311460E7" w14:textId="77777777" w:rsidTr="00BF3B29">
        <w:trPr>
          <w:jc w:val="center"/>
        </w:trPr>
        <w:tc>
          <w:tcPr>
            <w:tcW w:w="894" w:type="dxa"/>
          </w:tcPr>
          <w:p w14:paraId="6F90ECD3" w14:textId="77777777" w:rsidR="0098573C" w:rsidRDefault="0098573C"/>
        </w:tc>
        <w:tc>
          <w:tcPr>
            <w:tcW w:w="885" w:type="dxa"/>
          </w:tcPr>
          <w:p w14:paraId="25DA480D" w14:textId="77777777" w:rsidR="0098573C" w:rsidRDefault="0080549C">
            <w:r>
              <w:rPr>
                <w:sz w:val="16"/>
              </w:rPr>
              <w:t>11</w:t>
            </w:r>
          </w:p>
        </w:tc>
        <w:tc>
          <w:tcPr>
            <w:tcW w:w="1590" w:type="dxa"/>
          </w:tcPr>
          <w:p w14:paraId="420AD5B1" w14:textId="77777777" w:rsidR="0098573C" w:rsidRDefault="0080549C">
            <w:r>
              <w:rPr>
                <w:sz w:val="16"/>
              </w:rPr>
              <w:t>Top Skills – Getting along</w:t>
            </w:r>
          </w:p>
        </w:tc>
        <w:tc>
          <w:tcPr>
            <w:tcW w:w="2409" w:type="dxa"/>
          </w:tcPr>
          <w:p w14:paraId="34B4BF45" w14:textId="77777777" w:rsidR="0098573C" w:rsidRDefault="0080549C">
            <w:r>
              <w:rPr>
                <w:sz w:val="16"/>
              </w:rPr>
              <w:t>Slovná zásoba - charakterové vlastnosti, čítanie s porozumením</w:t>
            </w:r>
          </w:p>
        </w:tc>
        <w:tc>
          <w:tcPr>
            <w:tcW w:w="2724" w:type="dxa"/>
          </w:tcPr>
          <w:p w14:paraId="151A76FC" w14:textId="77777777" w:rsidR="0098573C" w:rsidRDefault="0080549C">
            <w:r>
              <w:rPr>
                <w:sz w:val="16"/>
              </w:rPr>
              <w:t>porozumieť textu o medziľudských vzťahoch</w:t>
            </w:r>
            <w:r>
              <w:rPr>
                <w:sz w:val="16"/>
              </w:rPr>
              <w:br/>
              <w:t>opísať charakterové vlastnosti ľudí</w:t>
            </w:r>
            <w:r>
              <w:rPr>
                <w:sz w:val="16"/>
              </w:rPr>
              <w:br/>
              <w:t>hovoriť o vzťahoch s rodinou a priateľmi</w:t>
            </w:r>
          </w:p>
        </w:tc>
        <w:tc>
          <w:tcPr>
            <w:tcW w:w="1756" w:type="dxa"/>
          </w:tcPr>
          <w:p w14:paraId="33536EE0" w14:textId="77777777" w:rsidR="0098573C" w:rsidRDefault="0098573C"/>
        </w:tc>
        <w:tc>
          <w:tcPr>
            <w:tcW w:w="1502" w:type="dxa"/>
          </w:tcPr>
          <w:p w14:paraId="22D14C3C" w14:textId="77777777" w:rsidR="0098573C" w:rsidRDefault="0080549C">
            <w:r>
              <w:rPr>
                <w:sz w:val="16"/>
              </w:rPr>
              <w:t xml:space="preserve">active, annoy, annoying, apart from, bad-tempered, bossy, calm, can't stand, cheer up, cheerful, confident, description, feel down, fight, get along (with), in addition, keen on, listener, lively, manage, nervous, nightmare, outgoing, pastime, </w:t>
            </w:r>
            <w:r>
              <w:rPr>
                <w:sz w:val="16"/>
              </w:rPr>
              <w:lastRenderedPageBreak/>
              <w:t>polite, selfish, sense of fashion, stubborn, treat, turn to, twin, upset, whenever</w:t>
            </w:r>
          </w:p>
        </w:tc>
        <w:tc>
          <w:tcPr>
            <w:tcW w:w="1423" w:type="dxa"/>
          </w:tcPr>
          <w:p w14:paraId="526670DD" w14:textId="77777777" w:rsidR="0098573C" w:rsidRDefault="0080549C">
            <w:r>
              <w:rPr>
                <w:sz w:val="16"/>
              </w:rPr>
              <w:lastRenderedPageBreak/>
              <w:t>SB</w:t>
            </w:r>
            <w:r>
              <w:rPr>
                <w:sz w:val="16"/>
              </w:rPr>
              <w:br/>
              <w:t>IWB &amp; IWB material or audio and audio player</w:t>
            </w:r>
          </w:p>
        </w:tc>
        <w:tc>
          <w:tcPr>
            <w:tcW w:w="1513" w:type="dxa"/>
          </w:tcPr>
          <w:p w14:paraId="3F04AAAC" w14:textId="77777777" w:rsidR="0098573C" w:rsidRDefault="0080549C">
            <w:r>
              <w:rPr>
                <w:sz w:val="16"/>
              </w:rPr>
              <w:t>komunikácia, spolupráca, tvorivosť, samostatné učenie</w:t>
            </w:r>
          </w:p>
        </w:tc>
      </w:tr>
      <w:tr w:rsidR="0098573C" w14:paraId="3AEC26AF" w14:textId="77777777" w:rsidTr="00BF3B29">
        <w:trPr>
          <w:jc w:val="center"/>
        </w:trPr>
        <w:tc>
          <w:tcPr>
            <w:tcW w:w="894" w:type="dxa"/>
          </w:tcPr>
          <w:p w14:paraId="75D63E47" w14:textId="77777777" w:rsidR="0098573C" w:rsidRDefault="0098573C"/>
        </w:tc>
        <w:tc>
          <w:tcPr>
            <w:tcW w:w="885" w:type="dxa"/>
          </w:tcPr>
          <w:p w14:paraId="37202B1F" w14:textId="77777777" w:rsidR="0098573C" w:rsidRDefault="0080549C">
            <w:r>
              <w:rPr>
                <w:sz w:val="16"/>
              </w:rPr>
              <w:t>12</w:t>
            </w:r>
          </w:p>
        </w:tc>
        <w:tc>
          <w:tcPr>
            <w:tcW w:w="1590" w:type="dxa"/>
          </w:tcPr>
          <w:p w14:paraId="68230B84" w14:textId="77777777" w:rsidR="0098573C" w:rsidRDefault="0080549C">
            <w:r>
              <w:rPr>
                <w:sz w:val="16"/>
              </w:rPr>
              <w:t>Top Skills – Getting along</w:t>
            </w:r>
          </w:p>
        </w:tc>
        <w:tc>
          <w:tcPr>
            <w:tcW w:w="2409" w:type="dxa"/>
          </w:tcPr>
          <w:p w14:paraId="237DBD31" w14:textId="77777777" w:rsidR="0098573C" w:rsidRDefault="0080549C">
            <w:r>
              <w:rPr>
                <w:sz w:val="16"/>
              </w:rPr>
              <w:t>Počúvanie s porozumením, rozprávanie, písanie - opis osoby</w:t>
            </w:r>
          </w:p>
        </w:tc>
        <w:tc>
          <w:tcPr>
            <w:tcW w:w="2724" w:type="dxa"/>
          </w:tcPr>
          <w:p w14:paraId="29CFCC68" w14:textId="77777777" w:rsidR="0098573C" w:rsidRDefault="0080549C">
            <w:r>
              <w:rPr>
                <w:sz w:val="16"/>
              </w:rPr>
              <w:t>porozumieť informáciám z počúvaného textu o medziľudských vzťahoch</w:t>
            </w:r>
            <w:r>
              <w:rPr>
                <w:sz w:val="16"/>
              </w:rPr>
              <w:br/>
              <w:t>opísať osobnosť blízkej osoby a jej vlastnosti</w:t>
            </w:r>
            <w:r>
              <w:rPr>
                <w:sz w:val="16"/>
              </w:rPr>
              <w:br/>
              <w:t>napísať krátky opis osoby</w:t>
            </w:r>
          </w:p>
        </w:tc>
        <w:tc>
          <w:tcPr>
            <w:tcW w:w="1756" w:type="dxa"/>
          </w:tcPr>
          <w:p w14:paraId="23E16FD3" w14:textId="77777777" w:rsidR="0098573C" w:rsidRDefault="0098573C"/>
        </w:tc>
        <w:tc>
          <w:tcPr>
            <w:tcW w:w="1502" w:type="dxa"/>
          </w:tcPr>
          <w:p w14:paraId="1A8BB46B" w14:textId="77777777" w:rsidR="0098573C" w:rsidRDefault="0098573C"/>
        </w:tc>
        <w:tc>
          <w:tcPr>
            <w:tcW w:w="1423" w:type="dxa"/>
          </w:tcPr>
          <w:p w14:paraId="7C951A46" w14:textId="77777777" w:rsidR="0098573C" w:rsidRDefault="0098573C"/>
        </w:tc>
        <w:tc>
          <w:tcPr>
            <w:tcW w:w="1513" w:type="dxa"/>
          </w:tcPr>
          <w:p w14:paraId="7F1DF27A" w14:textId="77777777" w:rsidR="0098573C" w:rsidRDefault="0098573C"/>
        </w:tc>
      </w:tr>
      <w:tr w:rsidR="0098573C" w14:paraId="7739D30A" w14:textId="77777777" w:rsidTr="00BF3B29">
        <w:trPr>
          <w:jc w:val="center"/>
        </w:trPr>
        <w:tc>
          <w:tcPr>
            <w:tcW w:w="894" w:type="dxa"/>
          </w:tcPr>
          <w:p w14:paraId="1094E4DD" w14:textId="77777777" w:rsidR="0098573C" w:rsidRDefault="0098573C"/>
        </w:tc>
        <w:tc>
          <w:tcPr>
            <w:tcW w:w="885" w:type="dxa"/>
          </w:tcPr>
          <w:p w14:paraId="3B1CAB3B" w14:textId="77777777" w:rsidR="0098573C" w:rsidRDefault="0080549C">
            <w:r>
              <w:rPr>
                <w:sz w:val="16"/>
              </w:rPr>
              <w:t>13</w:t>
            </w:r>
          </w:p>
        </w:tc>
        <w:tc>
          <w:tcPr>
            <w:tcW w:w="1590" w:type="dxa"/>
          </w:tcPr>
          <w:p w14:paraId="55E1D212" w14:textId="77777777" w:rsidR="0098573C" w:rsidRDefault="0080549C">
            <w:r>
              <w:rPr>
                <w:sz w:val="16"/>
              </w:rPr>
              <w:t>Revision module 1</w:t>
            </w:r>
          </w:p>
        </w:tc>
        <w:tc>
          <w:tcPr>
            <w:tcW w:w="2409" w:type="dxa"/>
          </w:tcPr>
          <w:p w14:paraId="5344DBFF" w14:textId="77777777" w:rsidR="0098573C" w:rsidRDefault="0080549C">
            <w:r>
              <w:rPr>
                <w:sz w:val="16"/>
              </w:rPr>
              <w:t>Zhrnutie učiva</w:t>
            </w:r>
          </w:p>
        </w:tc>
        <w:tc>
          <w:tcPr>
            <w:tcW w:w="2724" w:type="dxa"/>
          </w:tcPr>
          <w:p w14:paraId="13B8AF37" w14:textId="77777777" w:rsidR="0098573C" w:rsidRDefault="0080549C">
            <w:r>
              <w:rPr>
                <w:sz w:val="16"/>
              </w:rPr>
              <w:t>zopakovať slovnú zásobu modulu</w:t>
            </w:r>
            <w:r>
              <w:rPr>
                <w:sz w:val="16"/>
              </w:rPr>
              <w:br/>
              <w:t>upevniť gramatické štruktúry modulu</w:t>
            </w:r>
            <w:r>
              <w:rPr>
                <w:sz w:val="16"/>
              </w:rPr>
              <w:br/>
              <w:t>precvičiť komunikačné situácie</w:t>
            </w:r>
          </w:p>
        </w:tc>
        <w:tc>
          <w:tcPr>
            <w:tcW w:w="1756" w:type="dxa"/>
          </w:tcPr>
          <w:p w14:paraId="2F2681D6" w14:textId="77777777" w:rsidR="0098573C" w:rsidRDefault="0098573C"/>
        </w:tc>
        <w:tc>
          <w:tcPr>
            <w:tcW w:w="1502" w:type="dxa"/>
          </w:tcPr>
          <w:p w14:paraId="734FB2B3" w14:textId="77777777" w:rsidR="0098573C" w:rsidRDefault="0098573C"/>
        </w:tc>
        <w:tc>
          <w:tcPr>
            <w:tcW w:w="1423" w:type="dxa"/>
          </w:tcPr>
          <w:p w14:paraId="53877390" w14:textId="77777777" w:rsidR="0098573C" w:rsidRDefault="0080549C">
            <w:r>
              <w:rPr>
                <w:sz w:val="16"/>
              </w:rPr>
              <w:t>SB</w:t>
            </w:r>
            <w:r>
              <w:rPr>
                <w:sz w:val="16"/>
              </w:rPr>
              <w:br/>
              <w:t>IWB &amp; IWB material or audio and audio player</w:t>
            </w:r>
            <w:r>
              <w:rPr>
                <w:sz w:val="16"/>
              </w:rPr>
              <w:br/>
              <w:t>If necessary, WB (extra grammar practice)</w:t>
            </w:r>
          </w:p>
        </w:tc>
        <w:tc>
          <w:tcPr>
            <w:tcW w:w="1513" w:type="dxa"/>
          </w:tcPr>
          <w:p w14:paraId="0E6942F1" w14:textId="77777777" w:rsidR="0098573C" w:rsidRDefault="0080549C">
            <w:r>
              <w:rPr>
                <w:sz w:val="16"/>
              </w:rPr>
              <w:t>samostatné učenie</w:t>
            </w:r>
          </w:p>
        </w:tc>
      </w:tr>
      <w:tr w:rsidR="0098573C" w14:paraId="0593E7C6" w14:textId="77777777" w:rsidTr="00BF3B29">
        <w:trPr>
          <w:jc w:val="center"/>
        </w:trPr>
        <w:tc>
          <w:tcPr>
            <w:tcW w:w="894" w:type="dxa"/>
          </w:tcPr>
          <w:p w14:paraId="00622F62" w14:textId="77777777" w:rsidR="0098573C" w:rsidRDefault="0098573C"/>
        </w:tc>
        <w:tc>
          <w:tcPr>
            <w:tcW w:w="885" w:type="dxa"/>
          </w:tcPr>
          <w:p w14:paraId="51C062BF" w14:textId="77777777" w:rsidR="0098573C" w:rsidRDefault="0080549C">
            <w:r>
              <w:rPr>
                <w:sz w:val="16"/>
              </w:rPr>
              <w:t>14</w:t>
            </w:r>
          </w:p>
        </w:tc>
        <w:tc>
          <w:tcPr>
            <w:tcW w:w="1590" w:type="dxa"/>
          </w:tcPr>
          <w:p w14:paraId="5C99104E" w14:textId="77777777" w:rsidR="0098573C" w:rsidRDefault="0080549C">
            <w:r>
              <w:rPr>
                <w:sz w:val="16"/>
              </w:rPr>
              <w:t>Revision module 1</w:t>
            </w:r>
          </w:p>
        </w:tc>
        <w:tc>
          <w:tcPr>
            <w:tcW w:w="2409" w:type="dxa"/>
          </w:tcPr>
          <w:p w14:paraId="77135D2B" w14:textId="77777777" w:rsidR="0098573C" w:rsidRDefault="0080549C">
            <w:r>
              <w:rPr>
                <w:sz w:val="16"/>
              </w:rPr>
              <w:t>Sebahodnotenie</w:t>
            </w:r>
          </w:p>
        </w:tc>
        <w:tc>
          <w:tcPr>
            <w:tcW w:w="2724" w:type="dxa"/>
          </w:tcPr>
          <w:p w14:paraId="3CEA3CD9" w14:textId="77777777" w:rsidR="0098573C" w:rsidRDefault="0080549C">
            <w:r>
              <w:rPr>
                <w:sz w:val="16"/>
              </w:rPr>
              <w:t>zhodnotiť úroveň svojich vedomostí</w:t>
            </w:r>
            <w:r>
              <w:rPr>
                <w:sz w:val="16"/>
              </w:rPr>
              <w:br/>
              <w:t>identifikovať oblasti, ktoré je potrebné zlepšiť</w:t>
            </w:r>
            <w:r>
              <w:rPr>
                <w:sz w:val="16"/>
              </w:rPr>
              <w:br/>
              <w:t>pripraviť sa na priebežné overenie vedomostí</w:t>
            </w:r>
          </w:p>
        </w:tc>
        <w:tc>
          <w:tcPr>
            <w:tcW w:w="1756" w:type="dxa"/>
          </w:tcPr>
          <w:p w14:paraId="012D1EFD" w14:textId="77777777" w:rsidR="0098573C" w:rsidRDefault="0098573C"/>
        </w:tc>
        <w:tc>
          <w:tcPr>
            <w:tcW w:w="1502" w:type="dxa"/>
          </w:tcPr>
          <w:p w14:paraId="3B0A6E55" w14:textId="77777777" w:rsidR="0098573C" w:rsidRDefault="0098573C"/>
        </w:tc>
        <w:tc>
          <w:tcPr>
            <w:tcW w:w="1423" w:type="dxa"/>
          </w:tcPr>
          <w:p w14:paraId="1A3782FB" w14:textId="77777777" w:rsidR="0098573C" w:rsidRDefault="0098573C"/>
        </w:tc>
        <w:tc>
          <w:tcPr>
            <w:tcW w:w="1513" w:type="dxa"/>
          </w:tcPr>
          <w:p w14:paraId="5EA89CCA" w14:textId="77777777" w:rsidR="0098573C" w:rsidRDefault="0098573C"/>
        </w:tc>
      </w:tr>
      <w:tr w:rsidR="0098573C" w14:paraId="1EB2A173" w14:textId="77777777" w:rsidTr="00BF3B29">
        <w:trPr>
          <w:jc w:val="center"/>
        </w:trPr>
        <w:tc>
          <w:tcPr>
            <w:tcW w:w="894" w:type="dxa"/>
          </w:tcPr>
          <w:p w14:paraId="162F4A1C" w14:textId="77777777" w:rsidR="0098573C" w:rsidRDefault="0098573C"/>
        </w:tc>
        <w:tc>
          <w:tcPr>
            <w:tcW w:w="885" w:type="dxa"/>
          </w:tcPr>
          <w:p w14:paraId="2F3AC9F9" w14:textId="77777777" w:rsidR="0098573C" w:rsidRDefault="0080549C">
            <w:r>
              <w:rPr>
                <w:sz w:val="16"/>
              </w:rPr>
              <w:t>15</w:t>
            </w:r>
          </w:p>
        </w:tc>
        <w:tc>
          <w:tcPr>
            <w:tcW w:w="1590" w:type="dxa"/>
          </w:tcPr>
          <w:p w14:paraId="7D6318F7" w14:textId="77777777" w:rsidR="0098573C" w:rsidRDefault="0080549C">
            <w:r>
              <w:rPr>
                <w:sz w:val="16"/>
              </w:rPr>
              <w:t>Me and My country project 1 – Free-time activities</w:t>
            </w:r>
          </w:p>
        </w:tc>
        <w:tc>
          <w:tcPr>
            <w:tcW w:w="2409" w:type="dxa"/>
          </w:tcPr>
          <w:p w14:paraId="5DC1AED2" w14:textId="77777777" w:rsidR="0098573C" w:rsidRDefault="0080549C">
            <w:r>
              <w:rPr>
                <w:sz w:val="16"/>
              </w:rPr>
              <w:t>Voľnočasové aktivity</w:t>
            </w:r>
          </w:p>
        </w:tc>
        <w:tc>
          <w:tcPr>
            <w:tcW w:w="2724" w:type="dxa"/>
          </w:tcPr>
          <w:p w14:paraId="6A5C8820" w14:textId="77777777" w:rsidR="0098573C" w:rsidRDefault="0080549C">
            <w:r>
              <w:rPr>
                <w:sz w:val="16"/>
              </w:rPr>
              <w:t>vyhľadať informácie o voľnočasových aktivitách mladých ľudí</w:t>
            </w:r>
            <w:r>
              <w:rPr>
                <w:sz w:val="16"/>
              </w:rPr>
              <w:br/>
              <w:t>porovnať vlastné záľuby so záľubami rovesníkov</w:t>
            </w:r>
            <w:r>
              <w:rPr>
                <w:sz w:val="16"/>
              </w:rPr>
              <w:br/>
              <w:t>pripraviť a prezentovať krátky projekt</w:t>
            </w:r>
          </w:p>
        </w:tc>
        <w:tc>
          <w:tcPr>
            <w:tcW w:w="1756" w:type="dxa"/>
          </w:tcPr>
          <w:p w14:paraId="7ADF2BA8" w14:textId="77777777" w:rsidR="0098573C" w:rsidRDefault="0098573C"/>
        </w:tc>
        <w:tc>
          <w:tcPr>
            <w:tcW w:w="1502" w:type="dxa"/>
          </w:tcPr>
          <w:p w14:paraId="5E9ACBC8" w14:textId="77777777" w:rsidR="0098573C" w:rsidRDefault="0098573C"/>
        </w:tc>
        <w:tc>
          <w:tcPr>
            <w:tcW w:w="1423" w:type="dxa"/>
          </w:tcPr>
          <w:p w14:paraId="7388AC51" w14:textId="77777777" w:rsidR="0098573C" w:rsidRDefault="0080549C">
            <w:r>
              <w:rPr>
                <w:sz w:val="16"/>
              </w:rPr>
              <w:t>Worksheets (teacher’s assistant)</w:t>
            </w:r>
          </w:p>
        </w:tc>
        <w:tc>
          <w:tcPr>
            <w:tcW w:w="1513" w:type="dxa"/>
          </w:tcPr>
          <w:p w14:paraId="5D479882" w14:textId="77777777" w:rsidR="0098573C" w:rsidRDefault="0080549C">
            <w:r>
              <w:rPr>
                <w:sz w:val="16"/>
              </w:rPr>
              <w:t>samostatné učenie, tvorivosť, interkultúrna kompetencia, komunikácia, digitálna gramotnosť</w:t>
            </w:r>
          </w:p>
        </w:tc>
      </w:tr>
      <w:tr w:rsidR="0098573C" w14:paraId="55575DFA" w14:textId="77777777" w:rsidTr="00BF3B29">
        <w:trPr>
          <w:jc w:val="center"/>
        </w:trPr>
        <w:tc>
          <w:tcPr>
            <w:tcW w:w="894" w:type="dxa"/>
          </w:tcPr>
          <w:p w14:paraId="45E873AC" w14:textId="77777777" w:rsidR="0098573C" w:rsidRDefault="0098573C"/>
        </w:tc>
        <w:tc>
          <w:tcPr>
            <w:tcW w:w="885" w:type="dxa"/>
          </w:tcPr>
          <w:p w14:paraId="01AA5E7C" w14:textId="77777777" w:rsidR="0098573C" w:rsidRDefault="0080549C">
            <w:r>
              <w:rPr>
                <w:sz w:val="16"/>
              </w:rPr>
              <w:t>16</w:t>
            </w:r>
          </w:p>
        </w:tc>
        <w:tc>
          <w:tcPr>
            <w:tcW w:w="1590" w:type="dxa"/>
          </w:tcPr>
          <w:p w14:paraId="7FF77C15" w14:textId="77777777" w:rsidR="0098573C" w:rsidRDefault="0080549C">
            <w:r>
              <w:rPr>
                <w:sz w:val="16"/>
              </w:rPr>
              <w:t>Test Module 1</w:t>
            </w:r>
          </w:p>
        </w:tc>
        <w:tc>
          <w:tcPr>
            <w:tcW w:w="2409" w:type="dxa"/>
          </w:tcPr>
          <w:p w14:paraId="546024F2" w14:textId="77777777" w:rsidR="0098573C" w:rsidRDefault="0080549C">
            <w:r>
              <w:rPr>
                <w:sz w:val="16"/>
              </w:rPr>
              <w:t>Hodnotenie pokroku žiakov</w:t>
            </w:r>
          </w:p>
        </w:tc>
        <w:tc>
          <w:tcPr>
            <w:tcW w:w="2724" w:type="dxa"/>
          </w:tcPr>
          <w:p w14:paraId="07762BEA" w14:textId="77777777" w:rsidR="0098573C" w:rsidRDefault="0080549C">
            <w:r>
              <w:rPr>
                <w:sz w:val="16"/>
              </w:rPr>
              <w:t>preukázať osvojenie slovnej zásoby a gramatiky modulu</w:t>
            </w:r>
            <w:r>
              <w:rPr>
                <w:sz w:val="16"/>
              </w:rPr>
              <w:br/>
              <w:t>aplikovať získané vedomosti pri riešení úloh</w:t>
            </w:r>
            <w:r>
              <w:rPr>
                <w:sz w:val="16"/>
              </w:rPr>
              <w:br/>
              <w:t>samostatne riešiť testové zadania</w:t>
            </w:r>
          </w:p>
        </w:tc>
        <w:tc>
          <w:tcPr>
            <w:tcW w:w="1756" w:type="dxa"/>
          </w:tcPr>
          <w:p w14:paraId="5B7F54DF" w14:textId="77777777" w:rsidR="0098573C" w:rsidRDefault="0098573C"/>
        </w:tc>
        <w:tc>
          <w:tcPr>
            <w:tcW w:w="1502" w:type="dxa"/>
          </w:tcPr>
          <w:p w14:paraId="3EE7D6F0" w14:textId="77777777" w:rsidR="0098573C" w:rsidRDefault="0098573C"/>
        </w:tc>
        <w:tc>
          <w:tcPr>
            <w:tcW w:w="1423" w:type="dxa"/>
          </w:tcPr>
          <w:p w14:paraId="5F2D8C8D" w14:textId="77777777" w:rsidR="0098573C" w:rsidRDefault="0080549C">
            <w:r>
              <w:rPr>
                <w:sz w:val="16"/>
              </w:rPr>
              <w:t>Module tests (teacher’s assistant)</w:t>
            </w:r>
          </w:p>
        </w:tc>
        <w:tc>
          <w:tcPr>
            <w:tcW w:w="1513" w:type="dxa"/>
          </w:tcPr>
          <w:p w14:paraId="7175F57B" w14:textId="77777777" w:rsidR="0098573C" w:rsidRDefault="0098573C"/>
        </w:tc>
      </w:tr>
      <w:tr w:rsidR="0098573C" w14:paraId="31CEA69A" w14:textId="77777777" w:rsidTr="00BF3B29">
        <w:trPr>
          <w:jc w:val="center"/>
        </w:trPr>
        <w:tc>
          <w:tcPr>
            <w:tcW w:w="894" w:type="dxa"/>
          </w:tcPr>
          <w:p w14:paraId="13BD280C" w14:textId="77777777" w:rsidR="0098573C" w:rsidRDefault="0098573C"/>
        </w:tc>
        <w:tc>
          <w:tcPr>
            <w:tcW w:w="885" w:type="dxa"/>
          </w:tcPr>
          <w:p w14:paraId="5AB6213C" w14:textId="77777777" w:rsidR="0098573C" w:rsidRDefault="0080549C">
            <w:r>
              <w:rPr>
                <w:sz w:val="16"/>
              </w:rPr>
              <w:t>17</w:t>
            </w:r>
          </w:p>
        </w:tc>
        <w:tc>
          <w:tcPr>
            <w:tcW w:w="1590" w:type="dxa"/>
          </w:tcPr>
          <w:p w14:paraId="1825E293" w14:textId="77777777" w:rsidR="0098573C" w:rsidRDefault="0080549C">
            <w:r>
              <w:rPr>
                <w:sz w:val="16"/>
              </w:rPr>
              <w:t>Video Module 1 &amp; Cover Page Module 2</w:t>
            </w:r>
          </w:p>
        </w:tc>
        <w:tc>
          <w:tcPr>
            <w:tcW w:w="2409" w:type="dxa"/>
          </w:tcPr>
          <w:p w14:paraId="0071EAD6" w14:textId="77777777" w:rsidR="0098573C" w:rsidRDefault="0080549C">
            <w:r>
              <w:rPr>
                <w:sz w:val="16"/>
              </w:rPr>
              <w:t>Videolekcia - Prírodné materiály</w:t>
            </w:r>
          </w:p>
        </w:tc>
        <w:tc>
          <w:tcPr>
            <w:tcW w:w="2724" w:type="dxa"/>
          </w:tcPr>
          <w:p w14:paraId="2D4AC785" w14:textId="77777777" w:rsidR="0098573C" w:rsidRDefault="0080549C">
            <w:r>
              <w:rPr>
                <w:sz w:val="16"/>
              </w:rPr>
              <w:t>zopakovať slovnú zásobu a gramatiku modulu prostredníctvom videa</w:t>
            </w:r>
            <w:r>
              <w:rPr>
                <w:sz w:val="16"/>
              </w:rPr>
              <w:br/>
              <w:t>porozumieť autentickému jazykovému prejavu</w:t>
            </w:r>
            <w:r>
              <w:rPr>
                <w:sz w:val="16"/>
              </w:rPr>
              <w:br/>
              <w:t>oboznámiť sa s témou nasledujúceho modulu</w:t>
            </w:r>
          </w:p>
        </w:tc>
        <w:tc>
          <w:tcPr>
            <w:tcW w:w="1756" w:type="dxa"/>
          </w:tcPr>
          <w:p w14:paraId="28D50080" w14:textId="77777777" w:rsidR="0098573C" w:rsidRDefault="0098573C"/>
        </w:tc>
        <w:tc>
          <w:tcPr>
            <w:tcW w:w="1502" w:type="dxa"/>
          </w:tcPr>
          <w:p w14:paraId="0E8102E9" w14:textId="77777777" w:rsidR="0098573C" w:rsidRDefault="0098573C"/>
        </w:tc>
        <w:tc>
          <w:tcPr>
            <w:tcW w:w="1423" w:type="dxa"/>
          </w:tcPr>
          <w:p w14:paraId="06595CA8" w14:textId="77777777" w:rsidR="0098573C" w:rsidRDefault="0080549C">
            <w:r>
              <w:rPr>
                <w:sz w:val="16"/>
              </w:rPr>
              <w:t>SB</w:t>
            </w:r>
            <w:r>
              <w:rPr>
                <w:sz w:val="16"/>
              </w:rPr>
              <w:br/>
              <w:t>IWB &amp; IWB material</w:t>
            </w:r>
          </w:p>
        </w:tc>
        <w:tc>
          <w:tcPr>
            <w:tcW w:w="1513" w:type="dxa"/>
          </w:tcPr>
          <w:p w14:paraId="2D44571C" w14:textId="77777777" w:rsidR="0098573C" w:rsidRDefault="0080549C">
            <w:r>
              <w:rPr>
                <w:sz w:val="16"/>
              </w:rPr>
              <w:t>interkultúrna kompetencia, komunikácia, samostatné učenie</w:t>
            </w:r>
          </w:p>
        </w:tc>
      </w:tr>
      <w:tr w:rsidR="0098573C" w14:paraId="11D512D0" w14:textId="77777777" w:rsidTr="00BF3B29">
        <w:trPr>
          <w:trHeight w:val="425"/>
          <w:jc w:val="center"/>
        </w:trPr>
        <w:tc>
          <w:tcPr>
            <w:tcW w:w="894" w:type="dxa"/>
          </w:tcPr>
          <w:p w14:paraId="5FDA2079" w14:textId="77777777" w:rsidR="0098573C" w:rsidRDefault="0098573C"/>
        </w:tc>
        <w:tc>
          <w:tcPr>
            <w:tcW w:w="885" w:type="dxa"/>
          </w:tcPr>
          <w:p w14:paraId="4E1C9ED5" w14:textId="77777777" w:rsidR="0098573C" w:rsidRDefault="0098573C"/>
        </w:tc>
        <w:tc>
          <w:tcPr>
            <w:tcW w:w="1590" w:type="dxa"/>
          </w:tcPr>
          <w:p w14:paraId="3B061D82" w14:textId="77777777" w:rsidR="0098573C" w:rsidRDefault="0098573C"/>
        </w:tc>
        <w:tc>
          <w:tcPr>
            <w:tcW w:w="2409" w:type="dxa"/>
            <w:shd w:val="clear" w:color="auto" w:fill="FFFF00"/>
          </w:tcPr>
          <w:p w14:paraId="74A6CCAE" w14:textId="77777777" w:rsidR="0098573C" w:rsidRPr="00BF3B29" w:rsidRDefault="0080549C">
            <w:pPr>
              <w:rPr>
                <w:b/>
                <w:bCs/>
              </w:rPr>
            </w:pPr>
            <w:r w:rsidRPr="00BF3B29">
              <w:rPr>
                <w:b/>
                <w:bCs/>
                <w:sz w:val="16"/>
              </w:rPr>
              <w:t>Module 2: Danger</w:t>
            </w:r>
          </w:p>
        </w:tc>
        <w:tc>
          <w:tcPr>
            <w:tcW w:w="2724" w:type="dxa"/>
            <w:shd w:val="clear" w:color="auto" w:fill="FFFF00"/>
          </w:tcPr>
          <w:p w14:paraId="3E0721DA" w14:textId="77777777" w:rsidR="0098573C" w:rsidRPr="00BF3B29" w:rsidRDefault="0098573C">
            <w:pPr>
              <w:rPr>
                <w:b/>
                <w:bCs/>
              </w:rPr>
            </w:pPr>
          </w:p>
        </w:tc>
        <w:tc>
          <w:tcPr>
            <w:tcW w:w="1756" w:type="dxa"/>
            <w:shd w:val="clear" w:color="auto" w:fill="FFFF00"/>
          </w:tcPr>
          <w:p w14:paraId="32AA7EBD" w14:textId="77777777" w:rsidR="0098573C" w:rsidRPr="00BF3B29" w:rsidRDefault="0098573C">
            <w:pPr>
              <w:rPr>
                <w:b/>
                <w:bCs/>
              </w:rPr>
            </w:pPr>
          </w:p>
        </w:tc>
        <w:tc>
          <w:tcPr>
            <w:tcW w:w="1502" w:type="dxa"/>
            <w:shd w:val="clear" w:color="auto" w:fill="FFFF00"/>
          </w:tcPr>
          <w:p w14:paraId="51CCEAA2" w14:textId="77777777" w:rsidR="0098573C" w:rsidRPr="00BF3B29" w:rsidRDefault="0098573C">
            <w:pPr>
              <w:rPr>
                <w:b/>
                <w:bCs/>
              </w:rPr>
            </w:pPr>
          </w:p>
        </w:tc>
        <w:tc>
          <w:tcPr>
            <w:tcW w:w="1423" w:type="dxa"/>
            <w:shd w:val="clear" w:color="auto" w:fill="FFFF00"/>
          </w:tcPr>
          <w:p w14:paraId="3D5217C0" w14:textId="77777777" w:rsidR="0098573C" w:rsidRPr="00BF3B29" w:rsidRDefault="0098573C">
            <w:pPr>
              <w:rPr>
                <w:b/>
                <w:bCs/>
              </w:rPr>
            </w:pPr>
          </w:p>
        </w:tc>
        <w:tc>
          <w:tcPr>
            <w:tcW w:w="1513" w:type="dxa"/>
            <w:shd w:val="clear" w:color="auto" w:fill="FFFF00"/>
          </w:tcPr>
          <w:p w14:paraId="116604DB" w14:textId="77777777" w:rsidR="0098573C" w:rsidRPr="00BF3B29" w:rsidRDefault="0098573C">
            <w:pPr>
              <w:rPr>
                <w:b/>
                <w:bCs/>
              </w:rPr>
            </w:pPr>
          </w:p>
        </w:tc>
      </w:tr>
      <w:tr w:rsidR="0098573C" w14:paraId="4EB894A4" w14:textId="77777777" w:rsidTr="00BF3B29">
        <w:trPr>
          <w:jc w:val="center"/>
        </w:trPr>
        <w:tc>
          <w:tcPr>
            <w:tcW w:w="894" w:type="dxa"/>
          </w:tcPr>
          <w:p w14:paraId="363F7374" w14:textId="77777777" w:rsidR="0098573C" w:rsidRDefault="0098573C"/>
        </w:tc>
        <w:tc>
          <w:tcPr>
            <w:tcW w:w="885" w:type="dxa"/>
          </w:tcPr>
          <w:p w14:paraId="3B3D0454" w14:textId="77777777" w:rsidR="0098573C" w:rsidRDefault="0080549C">
            <w:r>
              <w:rPr>
                <w:sz w:val="16"/>
              </w:rPr>
              <w:t>18</w:t>
            </w:r>
          </w:p>
        </w:tc>
        <w:tc>
          <w:tcPr>
            <w:tcW w:w="1590" w:type="dxa"/>
          </w:tcPr>
          <w:p w14:paraId="2EDBE687" w14:textId="77777777" w:rsidR="0098573C" w:rsidRDefault="0080549C">
            <w:r>
              <w:rPr>
                <w:sz w:val="16"/>
              </w:rPr>
              <w:t>2A: Have you ever…?</w:t>
            </w:r>
          </w:p>
        </w:tc>
        <w:tc>
          <w:tcPr>
            <w:tcW w:w="2409" w:type="dxa"/>
          </w:tcPr>
          <w:p w14:paraId="4527A4FB" w14:textId="77777777" w:rsidR="0098573C" w:rsidRDefault="0080549C">
            <w:r>
              <w:rPr>
                <w:sz w:val="16"/>
              </w:rPr>
              <w:t>Slovná zásoba - dobrodružstvo, čítanie s porozumením</w:t>
            </w:r>
          </w:p>
        </w:tc>
        <w:tc>
          <w:tcPr>
            <w:tcW w:w="2724" w:type="dxa"/>
          </w:tcPr>
          <w:p w14:paraId="1CF10628" w14:textId="77777777" w:rsidR="0098573C" w:rsidRDefault="0080549C">
            <w:r>
              <w:rPr>
                <w:sz w:val="16"/>
              </w:rPr>
              <w:t>porozumieť textu o dobrodružných zážitkoch a skúsenostiach</w:t>
            </w:r>
            <w:r>
              <w:rPr>
                <w:sz w:val="16"/>
              </w:rPr>
              <w:br/>
              <w:t>používať slovnú zásobu súvisiacu s dobrodružstvom a cestovaním</w:t>
            </w:r>
            <w:r>
              <w:rPr>
                <w:sz w:val="16"/>
              </w:rPr>
              <w:br/>
              <w:t>hovoriť o vlastných zážitkoch a skúsenostiach</w:t>
            </w:r>
          </w:p>
        </w:tc>
        <w:tc>
          <w:tcPr>
            <w:tcW w:w="1756" w:type="dxa"/>
          </w:tcPr>
          <w:p w14:paraId="6585DF41" w14:textId="77777777" w:rsidR="0098573C" w:rsidRDefault="0098573C"/>
        </w:tc>
        <w:tc>
          <w:tcPr>
            <w:tcW w:w="1502" w:type="dxa"/>
          </w:tcPr>
          <w:p w14:paraId="5BD2BFB1" w14:textId="77777777" w:rsidR="0098573C" w:rsidRDefault="0080549C">
            <w:r>
              <w:rPr>
                <w:sz w:val="16"/>
              </w:rPr>
              <w:t xml:space="preserve">brave, bungee jumping , cave, danger, dangerous, delicious, exotic, hut, I dare you., I </w:t>
            </w:r>
            <w:r>
              <w:rPr>
                <w:sz w:val="16"/>
              </w:rPr>
              <w:lastRenderedPageBreak/>
              <w:t>don't care, jungle, part of, photograph, scary, smell, spider, take it away, taste, zookeeper</w:t>
            </w:r>
          </w:p>
        </w:tc>
        <w:tc>
          <w:tcPr>
            <w:tcW w:w="1423" w:type="dxa"/>
          </w:tcPr>
          <w:p w14:paraId="3F10C58A" w14:textId="77777777" w:rsidR="0098573C" w:rsidRDefault="0080549C">
            <w:r>
              <w:rPr>
                <w:sz w:val="16"/>
              </w:rPr>
              <w:lastRenderedPageBreak/>
              <w:t>SB</w:t>
            </w:r>
            <w:r>
              <w:rPr>
                <w:sz w:val="16"/>
              </w:rPr>
              <w:br/>
              <w:t>IWB &amp; IWB material or audio and audio player</w:t>
            </w:r>
          </w:p>
        </w:tc>
        <w:tc>
          <w:tcPr>
            <w:tcW w:w="1513" w:type="dxa"/>
          </w:tcPr>
          <w:p w14:paraId="0177099E" w14:textId="77777777" w:rsidR="0098573C" w:rsidRDefault="0080549C">
            <w:r>
              <w:rPr>
                <w:sz w:val="16"/>
              </w:rPr>
              <w:t>kritické myslenie, komunikácia, spolupráca</w:t>
            </w:r>
          </w:p>
        </w:tc>
      </w:tr>
      <w:tr w:rsidR="0098573C" w14:paraId="4E7F9D21" w14:textId="77777777" w:rsidTr="00BF3B29">
        <w:trPr>
          <w:jc w:val="center"/>
        </w:trPr>
        <w:tc>
          <w:tcPr>
            <w:tcW w:w="894" w:type="dxa"/>
          </w:tcPr>
          <w:p w14:paraId="1A2B31CC" w14:textId="77777777" w:rsidR="0098573C" w:rsidRDefault="0098573C"/>
        </w:tc>
        <w:tc>
          <w:tcPr>
            <w:tcW w:w="885" w:type="dxa"/>
          </w:tcPr>
          <w:p w14:paraId="0622125D" w14:textId="77777777" w:rsidR="0098573C" w:rsidRDefault="0080549C">
            <w:r>
              <w:rPr>
                <w:sz w:val="16"/>
              </w:rPr>
              <w:t>19</w:t>
            </w:r>
          </w:p>
        </w:tc>
        <w:tc>
          <w:tcPr>
            <w:tcW w:w="1590" w:type="dxa"/>
          </w:tcPr>
          <w:p w14:paraId="6427368D" w14:textId="77777777" w:rsidR="0098573C" w:rsidRDefault="0080549C">
            <w:r>
              <w:rPr>
                <w:sz w:val="16"/>
              </w:rPr>
              <w:t>2A: Have you ever…?</w:t>
            </w:r>
          </w:p>
        </w:tc>
        <w:tc>
          <w:tcPr>
            <w:tcW w:w="2409" w:type="dxa"/>
          </w:tcPr>
          <w:p w14:paraId="4F64A4FA" w14:textId="77777777" w:rsidR="0098573C" w:rsidRDefault="0080549C">
            <w:r>
              <w:rPr>
                <w:sz w:val="16"/>
              </w:rPr>
              <w:t>Gramatika - predprítomný čas jednoduchý, rozprávanie</w:t>
            </w:r>
          </w:p>
        </w:tc>
        <w:tc>
          <w:tcPr>
            <w:tcW w:w="2724" w:type="dxa"/>
          </w:tcPr>
          <w:p w14:paraId="6319D7EB" w14:textId="77777777" w:rsidR="0098573C" w:rsidRDefault="0080549C">
            <w:r>
              <w:rPr>
                <w:sz w:val="16"/>
              </w:rPr>
              <w:t>používať predprítomný čas jednoduchý pri rozprávaní o životných skúsenostiach</w:t>
            </w:r>
            <w:r>
              <w:rPr>
                <w:sz w:val="16"/>
              </w:rPr>
              <w:br/>
              <w:t>klásť otázky o skúsenostiach druhých a primerane na ne reagovať</w:t>
            </w:r>
            <w:r>
              <w:rPr>
                <w:sz w:val="16"/>
              </w:rPr>
              <w:br/>
            </w:r>
            <w:r>
              <w:rPr>
                <w:sz w:val="16"/>
              </w:rPr>
              <w:t>diskutovať o vlastných zážitkoch s využitím osvojenej gramatiky</w:t>
            </w:r>
          </w:p>
        </w:tc>
        <w:tc>
          <w:tcPr>
            <w:tcW w:w="1756" w:type="dxa"/>
          </w:tcPr>
          <w:p w14:paraId="717D4F0D" w14:textId="77777777" w:rsidR="0098573C" w:rsidRDefault="0080549C">
            <w:r>
              <w:rPr>
                <w:sz w:val="16"/>
              </w:rPr>
              <w:t>Present Perfect Simple</w:t>
            </w:r>
          </w:p>
        </w:tc>
        <w:tc>
          <w:tcPr>
            <w:tcW w:w="1502" w:type="dxa"/>
          </w:tcPr>
          <w:p w14:paraId="6F4E8926" w14:textId="77777777" w:rsidR="0098573C" w:rsidRDefault="0098573C"/>
        </w:tc>
        <w:tc>
          <w:tcPr>
            <w:tcW w:w="1423" w:type="dxa"/>
          </w:tcPr>
          <w:p w14:paraId="32F07882" w14:textId="77777777" w:rsidR="0098573C" w:rsidRDefault="0098573C"/>
        </w:tc>
        <w:tc>
          <w:tcPr>
            <w:tcW w:w="1513" w:type="dxa"/>
          </w:tcPr>
          <w:p w14:paraId="4E4BD6E3" w14:textId="77777777" w:rsidR="0098573C" w:rsidRDefault="0098573C"/>
        </w:tc>
      </w:tr>
      <w:tr w:rsidR="0098573C" w14:paraId="6FDD43E5" w14:textId="77777777" w:rsidTr="00BF3B29">
        <w:trPr>
          <w:jc w:val="center"/>
        </w:trPr>
        <w:tc>
          <w:tcPr>
            <w:tcW w:w="894" w:type="dxa"/>
          </w:tcPr>
          <w:p w14:paraId="10BBCC97" w14:textId="77777777" w:rsidR="0098573C" w:rsidRDefault="0098573C"/>
        </w:tc>
        <w:tc>
          <w:tcPr>
            <w:tcW w:w="885" w:type="dxa"/>
          </w:tcPr>
          <w:p w14:paraId="0FA468EB" w14:textId="77777777" w:rsidR="0098573C" w:rsidRDefault="0080549C">
            <w:r>
              <w:rPr>
                <w:sz w:val="16"/>
              </w:rPr>
              <w:t>20</w:t>
            </w:r>
          </w:p>
        </w:tc>
        <w:tc>
          <w:tcPr>
            <w:tcW w:w="1590" w:type="dxa"/>
          </w:tcPr>
          <w:p w14:paraId="3159AB5B" w14:textId="77777777" w:rsidR="0098573C" w:rsidRDefault="0080549C">
            <w:r>
              <w:rPr>
                <w:sz w:val="16"/>
              </w:rPr>
              <w:t>2B: Get the first aid kit</w:t>
            </w:r>
          </w:p>
        </w:tc>
        <w:tc>
          <w:tcPr>
            <w:tcW w:w="2409" w:type="dxa"/>
          </w:tcPr>
          <w:p w14:paraId="580F8D6F" w14:textId="77777777" w:rsidR="0098573C" w:rsidRDefault="0080549C">
            <w:r>
              <w:rPr>
                <w:sz w:val="16"/>
              </w:rPr>
              <w:t>Slovná zásoba - kempovanie, čítanie s porozumením</w:t>
            </w:r>
          </w:p>
        </w:tc>
        <w:tc>
          <w:tcPr>
            <w:tcW w:w="2724" w:type="dxa"/>
          </w:tcPr>
          <w:p w14:paraId="67B1D12F" w14:textId="77777777" w:rsidR="0098573C" w:rsidRDefault="0080549C">
            <w:r>
              <w:rPr>
                <w:sz w:val="16"/>
              </w:rPr>
              <w:t>porozumieť textu o pobyte v prírode a kempovaní</w:t>
            </w:r>
            <w:r>
              <w:rPr>
                <w:sz w:val="16"/>
              </w:rPr>
              <w:br/>
              <w:t>používať slovnú zásobu súvisiacu s výletmi a prvou pomocou</w:t>
            </w:r>
            <w:r>
              <w:rPr>
                <w:sz w:val="16"/>
              </w:rPr>
              <w:br/>
              <w:t>opísať priebeh výletu alebo dovolenky</w:t>
            </w:r>
          </w:p>
        </w:tc>
        <w:tc>
          <w:tcPr>
            <w:tcW w:w="1756" w:type="dxa"/>
          </w:tcPr>
          <w:p w14:paraId="2BB2ED90" w14:textId="77777777" w:rsidR="0098573C" w:rsidRDefault="0098573C"/>
        </w:tc>
        <w:tc>
          <w:tcPr>
            <w:tcW w:w="1502" w:type="dxa"/>
          </w:tcPr>
          <w:p w14:paraId="0A507FF6" w14:textId="77777777" w:rsidR="0098573C" w:rsidRDefault="0080549C">
            <w:r>
              <w:rPr>
                <w:sz w:val="16"/>
              </w:rPr>
              <w:t>allergic, bee, binoculars, compass, first aid kit, grass, leaf/leaves, map, penknife, pretty, rope, sting, swell (up), torch, Where shall we go now?, whistle, wonderful</w:t>
            </w:r>
          </w:p>
        </w:tc>
        <w:tc>
          <w:tcPr>
            <w:tcW w:w="1423" w:type="dxa"/>
          </w:tcPr>
          <w:p w14:paraId="4D49C141" w14:textId="77777777" w:rsidR="0098573C" w:rsidRDefault="0080549C">
            <w:r>
              <w:rPr>
                <w:sz w:val="16"/>
              </w:rPr>
              <w:t>SB</w:t>
            </w:r>
            <w:r>
              <w:rPr>
                <w:sz w:val="16"/>
              </w:rPr>
              <w:br/>
            </w:r>
            <w:r>
              <w:rPr>
                <w:sz w:val="16"/>
              </w:rPr>
              <w:t>IWB &amp; IWB material or audio and audio player</w:t>
            </w:r>
          </w:p>
        </w:tc>
        <w:tc>
          <w:tcPr>
            <w:tcW w:w="1513" w:type="dxa"/>
          </w:tcPr>
          <w:p w14:paraId="2187BFFE" w14:textId="77777777" w:rsidR="0098573C" w:rsidRDefault="0080549C">
            <w:r>
              <w:rPr>
                <w:sz w:val="16"/>
              </w:rPr>
              <w:t>kritické myslenie, komunikácia, spolupráca, osobná a sociálna zodpovednosť, tvorivosť</w:t>
            </w:r>
          </w:p>
        </w:tc>
      </w:tr>
      <w:tr w:rsidR="0098573C" w14:paraId="07164EDF" w14:textId="77777777" w:rsidTr="00BF3B29">
        <w:trPr>
          <w:jc w:val="center"/>
        </w:trPr>
        <w:tc>
          <w:tcPr>
            <w:tcW w:w="894" w:type="dxa"/>
          </w:tcPr>
          <w:p w14:paraId="1682931E" w14:textId="77777777" w:rsidR="0098573C" w:rsidRDefault="0098573C"/>
        </w:tc>
        <w:tc>
          <w:tcPr>
            <w:tcW w:w="885" w:type="dxa"/>
          </w:tcPr>
          <w:p w14:paraId="2A52A12B" w14:textId="77777777" w:rsidR="0098573C" w:rsidRDefault="0080549C">
            <w:r>
              <w:rPr>
                <w:sz w:val="16"/>
              </w:rPr>
              <w:t>21</w:t>
            </w:r>
          </w:p>
        </w:tc>
        <w:tc>
          <w:tcPr>
            <w:tcW w:w="1590" w:type="dxa"/>
          </w:tcPr>
          <w:p w14:paraId="3EFDBC19" w14:textId="77777777" w:rsidR="0098573C" w:rsidRDefault="0080549C">
            <w:r>
              <w:rPr>
                <w:sz w:val="16"/>
              </w:rPr>
              <w:t>2B: Get the first aid kit</w:t>
            </w:r>
          </w:p>
        </w:tc>
        <w:tc>
          <w:tcPr>
            <w:tcW w:w="2409" w:type="dxa"/>
          </w:tcPr>
          <w:p w14:paraId="2725DDE1" w14:textId="77777777" w:rsidR="0098573C" w:rsidRDefault="0080549C">
            <w:r>
              <w:rPr>
                <w:sz w:val="16"/>
              </w:rPr>
              <w:t>Gramatika - predprítomný čas jednoduchý vs minulý čas jednoduchý, rozprávanie, písanie - na výlete</w:t>
            </w:r>
          </w:p>
        </w:tc>
        <w:tc>
          <w:tcPr>
            <w:tcW w:w="2724" w:type="dxa"/>
          </w:tcPr>
          <w:p w14:paraId="72BDCF8F" w14:textId="77777777" w:rsidR="0098573C" w:rsidRDefault="0080549C">
            <w:r>
              <w:rPr>
                <w:sz w:val="16"/>
              </w:rPr>
              <w:t>rozlišovať použitie predprítomného a minulého času jednoduchého</w:t>
            </w:r>
            <w:r>
              <w:rPr>
                <w:sz w:val="16"/>
              </w:rPr>
              <w:br/>
              <w:t>rozprávať o udalostiach z minulosti s použitím vhodného času</w:t>
            </w:r>
            <w:r>
              <w:rPr>
                <w:sz w:val="16"/>
              </w:rPr>
              <w:br/>
              <w:t>napísať krátky text o výlete alebo dovolenke</w:t>
            </w:r>
          </w:p>
        </w:tc>
        <w:tc>
          <w:tcPr>
            <w:tcW w:w="1756" w:type="dxa"/>
          </w:tcPr>
          <w:p w14:paraId="76D0A472" w14:textId="77777777" w:rsidR="0098573C" w:rsidRDefault="0080549C">
            <w:r>
              <w:rPr>
                <w:sz w:val="16"/>
              </w:rPr>
              <w:t>Present Perfect Simple vs Past Simple</w:t>
            </w:r>
          </w:p>
        </w:tc>
        <w:tc>
          <w:tcPr>
            <w:tcW w:w="1502" w:type="dxa"/>
          </w:tcPr>
          <w:p w14:paraId="3D41A13A" w14:textId="77777777" w:rsidR="0098573C" w:rsidRDefault="0098573C"/>
        </w:tc>
        <w:tc>
          <w:tcPr>
            <w:tcW w:w="1423" w:type="dxa"/>
          </w:tcPr>
          <w:p w14:paraId="19D2F2A2" w14:textId="77777777" w:rsidR="0098573C" w:rsidRDefault="0098573C"/>
        </w:tc>
        <w:tc>
          <w:tcPr>
            <w:tcW w:w="1513" w:type="dxa"/>
          </w:tcPr>
          <w:p w14:paraId="4CB2EC0B" w14:textId="77777777" w:rsidR="0098573C" w:rsidRDefault="0098573C"/>
        </w:tc>
      </w:tr>
      <w:tr w:rsidR="0098573C" w14:paraId="216C79E8" w14:textId="77777777" w:rsidTr="00BF3B29">
        <w:trPr>
          <w:jc w:val="center"/>
        </w:trPr>
        <w:tc>
          <w:tcPr>
            <w:tcW w:w="894" w:type="dxa"/>
          </w:tcPr>
          <w:p w14:paraId="7DDC7190" w14:textId="77777777" w:rsidR="0098573C" w:rsidRDefault="0098573C"/>
        </w:tc>
        <w:tc>
          <w:tcPr>
            <w:tcW w:w="885" w:type="dxa"/>
          </w:tcPr>
          <w:p w14:paraId="0CFD9621" w14:textId="77777777" w:rsidR="0098573C" w:rsidRDefault="0080549C">
            <w:r>
              <w:rPr>
                <w:sz w:val="16"/>
              </w:rPr>
              <w:t>22</w:t>
            </w:r>
          </w:p>
        </w:tc>
        <w:tc>
          <w:tcPr>
            <w:tcW w:w="1590" w:type="dxa"/>
          </w:tcPr>
          <w:p w14:paraId="77752A5B" w14:textId="77777777" w:rsidR="0098573C" w:rsidRDefault="0080549C">
            <w:r>
              <w:rPr>
                <w:sz w:val="16"/>
              </w:rPr>
              <w:t>2C: Dangerous jobs</w:t>
            </w:r>
          </w:p>
        </w:tc>
        <w:tc>
          <w:tcPr>
            <w:tcW w:w="2409" w:type="dxa"/>
          </w:tcPr>
          <w:p w14:paraId="64E6D201" w14:textId="77777777" w:rsidR="0098573C" w:rsidRDefault="0080549C">
            <w:r>
              <w:rPr>
                <w:sz w:val="16"/>
              </w:rPr>
              <w:t>Čítanie s porozumením, slovná zásoba - povolania</w:t>
            </w:r>
          </w:p>
        </w:tc>
        <w:tc>
          <w:tcPr>
            <w:tcW w:w="2724" w:type="dxa"/>
          </w:tcPr>
          <w:p w14:paraId="06134E67" w14:textId="77777777" w:rsidR="0098573C" w:rsidRDefault="0080549C">
            <w:r>
              <w:rPr>
                <w:sz w:val="16"/>
              </w:rPr>
              <w:t>porozumieť textu o rizikových povolaniach</w:t>
            </w:r>
            <w:r>
              <w:rPr>
                <w:sz w:val="16"/>
              </w:rPr>
              <w:br/>
              <w:t>hovoriť o povolaniach, pracovných podmienkach a skúsenostiach</w:t>
            </w:r>
            <w:r>
              <w:rPr>
                <w:sz w:val="16"/>
              </w:rPr>
              <w:br/>
              <w:t>diskutovať o výhodách a nevýhodách rôznych povolaní</w:t>
            </w:r>
          </w:p>
        </w:tc>
        <w:tc>
          <w:tcPr>
            <w:tcW w:w="1756" w:type="dxa"/>
          </w:tcPr>
          <w:p w14:paraId="2DB37752" w14:textId="77777777" w:rsidR="0098573C" w:rsidRDefault="0098573C"/>
        </w:tc>
        <w:tc>
          <w:tcPr>
            <w:tcW w:w="1502" w:type="dxa"/>
          </w:tcPr>
          <w:p w14:paraId="58F55D94" w14:textId="77777777" w:rsidR="0098573C" w:rsidRDefault="0080549C">
            <w:r>
              <w:rPr>
                <w:sz w:val="16"/>
              </w:rPr>
              <w:t>ant, below, builder, cleaner, chef, dentist, experience, firefighter, ground, height, lifeguard, mechanic, nurse, photographer, pigeon, pilot, reporter, safety equipment, secretary, shop assistant, strong , What's it like….?, winds</w:t>
            </w:r>
          </w:p>
        </w:tc>
        <w:tc>
          <w:tcPr>
            <w:tcW w:w="1423" w:type="dxa"/>
          </w:tcPr>
          <w:p w14:paraId="5813D9F8" w14:textId="77777777" w:rsidR="0098573C" w:rsidRDefault="0080549C">
            <w:r>
              <w:rPr>
                <w:sz w:val="16"/>
              </w:rPr>
              <w:t>SB</w:t>
            </w:r>
            <w:r>
              <w:rPr>
                <w:sz w:val="16"/>
              </w:rPr>
              <w:br/>
              <w:t>IWB &amp; IWB material or audio and audio player</w:t>
            </w:r>
          </w:p>
        </w:tc>
        <w:tc>
          <w:tcPr>
            <w:tcW w:w="1513" w:type="dxa"/>
          </w:tcPr>
          <w:p w14:paraId="0C9DEBD1" w14:textId="77777777" w:rsidR="0098573C" w:rsidRDefault="0080549C">
            <w:r>
              <w:rPr>
                <w:sz w:val="16"/>
              </w:rPr>
              <w:t>kritické myslenie, komunikácia, spolupráca, digitálna gramotnosť</w:t>
            </w:r>
          </w:p>
        </w:tc>
      </w:tr>
      <w:tr w:rsidR="0098573C" w14:paraId="3D842D10" w14:textId="77777777" w:rsidTr="00BF3B29">
        <w:trPr>
          <w:jc w:val="center"/>
        </w:trPr>
        <w:tc>
          <w:tcPr>
            <w:tcW w:w="894" w:type="dxa"/>
          </w:tcPr>
          <w:p w14:paraId="598D8FF9" w14:textId="77777777" w:rsidR="0098573C" w:rsidRDefault="0098573C"/>
        </w:tc>
        <w:tc>
          <w:tcPr>
            <w:tcW w:w="885" w:type="dxa"/>
          </w:tcPr>
          <w:p w14:paraId="26D9235E" w14:textId="77777777" w:rsidR="0098573C" w:rsidRDefault="0080549C">
            <w:r>
              <w:rPr>
                <w:sz w:val="16"/>
              </w:rPr>
              <w:t>23</w:t>
            </w:r>
          </w:p>
        </w:tc>
        <w:tc>
          <w:tcPr>
            <w:tcW w:w="1590" w:type="dxa"/>
          </w:tcPr>
          <w:p w14:paraId="732E93CE" w14:textId="77777777" w:rsidR="0098573C" w:rsidRDefault="0080549C">
            <w:r>
              <w:rPr>
                <w:sz w:val="16"/>
              </w:rPr>
              <w:t>2C: Dangerous jobs</w:t>
            </w:r>
          </w:p>
        </w:tc>
        <w:tc>
          <w:tcPr>
            <w:tcW w:w="2409" w:type="dxa"/>
          </w:tcPr>
          <w:p w14:paraId="5CE92AB0" w14:textId="77777777" w:rsidR="0098573C" w:rsidRDefault="0080549C">
            <w:r>
              <w:rPr>
                <w:sz w:val="16"/>
              </w:rPr>
              <w:t>Gramatika - predprétomný čas jednoduchý, how long, for/since</w:t>
            </w:r>
          </w:p>
        </w:tc>
        <w:tc>
          <w:tcPr>
            <w:tcW w:w="2724" w:type="dxa"/>
          </w:tcPr>
          <w:p w14:paraId="78178EA8" w14:textId="77777777" w:rsidR="0098573C" w:rsidRDefault="0080549C">
            <w:r>
              <w:rPr>
                <w:sz w:val="16"/>
              </w:rPr>
              <w:t>používať predprítomný čas jednoduchý s výrazmi for a since</w:t>
            </w:r>
            <w:r>
              <w:rPr>
                <w:sz w:val="16"/>
              </w:rPr>
              <w:br/>
              <w:t>pýtať sa na dĺžku trvania činností pomocou otázky How long...?</w:t>
            </w:r>
            <w:r>
              <w:rPr>
                <w:sz w:val="16"/>
              </w:rPr>
              <w:br/>
              <w:t>hovoriť o činnostiach a situáciách, ktoré trvajú určitý čas</w:t>
            </w:r>
          </w:p>
        </w:tc>
        <w:tc>
          <w:tcPr>
            <w:tcW w:w="1756" w:type="dxa"/>
          </w:tcPr>
          <w:p w14:paraId="3AC8B260" w14:textId="77777777" w:rsidR="0098573C" w:rsidRDefault="0080549C">
            <w:r>
              <w:rPr>
                <w:sz w:val="16"/>
              </w:rPr>
              <w:t>Present Perfect Simple: How long?, for, since</w:t>
            </w:r>
          </w:p>
        </w:tc>
        <w:tc>
          <w:tcPr>
            <w:tcW w:w="1502" w:type="dxa"/>
          </w:tcPr>
          <w:p w14:paraId="406FE3B8" w14:textId="77777777" w:rsidR="0098573C" w:rsidRDefault="0098573C"/>
        </w:tc>
        <w:tc>
          <w:tcPr>
            <w:tcW w:w="1423" w:type="dxa"/>
          </w:tcPr>
          <w:p w14:paraId="1F7FD154" w14:textId="77777777" w:rsidR="0098573C" w:rsidRDefault="0098573C"/>
        </w:tc>
        <w:tc>
          <w:tcPr>
            <w:tcW w:w="1513" w:type="dxa"/>
          </w:tcPr>
          <w:p w14:paraId="058E41EF" w14:textId="77777777" w:rsidR="0098573C" w:rsidRDefault="0098573C"/>
        </w:tc>
      </w:tr>
      <w:tr w:rsidR="0098573C" w14:paraId="653F40DC" w14:textId="77777777" w:rsidTr="00BF3B29">
        <w:trPr>
          <w:jc w:val="center"/>
        </w:trPr>
        <w:tc>
          <w:tcPr>
            <w:tcW w:w="894" w:type="dxa"/>
          </w:tcPr>
          <w:p w14:paraId="12C1A458" w14:textId="77777777" w:rsidR="0098573C" w:rsidRDefault="0098573C"/>
        </w:tc>
        <w:tc>
          <w:tcPr>
            <w:tcW w:w="885" w:type="dxa"/>
          </w:tcPr>
          <w:p w14:paraId="29CA7C2B" w14:textId="77777777" w:rsidR="0098573C" w:rsidRDefault="0080549C">
            <w:r>
              <w:rPr>
                <w:sz w:val="16"/>
              </w:rPr>
              <w:t>24</w:t>
            </w:r>
          </w:p>
        </w:tc>
        <w:tc>
          <w:tcPr>
            <w:tcW w:w="1590" w:type="dxa"/>
          </w:tcPr>
          <w:p w14:paraId="580A39F0" w14:textId="77777777" w:rsidR="0098573C" w:rsidRDefault="0080549C">
            <w:r>
              <w:rPr>
                <w:sz w:val="16"/>
              </w:rPr>
              <w:t>2D: Animals in danger</w:t>
            </w:r>
          </w:p>
        </w:tc>
        <w:tc>
          <w:tcPr>
            <w:tcW w:w="2409" w:type="dxa"/>
          </w:tcPr>
          <w:p w14:paraId="1B5D8E7F" w14:textId="77777777" w:rsidR="0098573C" w:rsidRDefault="0080549C">
            <w:r>
              <w:rPr>
                <w:sz w:val="16"/>
              </w:rPr>
              <w:t>Slovná zásoba - zvieratá, čítanie s porozumením</w:t>
            </w:r>
          </w:p>
        </w:tc>
        <w:tc>
          <w:tcPr>
            <w:tcW w:w="2724" w:type="dxa"/>
          </w:tcPr>
          <w:p w14:paraId="6F305D99" w14:textId="77777777" w:rsidR="0098573C" w:rsidRDefault="0080549C">
            <w:r>
              <w:rPr>
                <w:sz w:val="16"/>
              </w:rPr>
              <w:t>porozumieť textu o ohrozených druhoch živočíchov</w:t>
            </w:r>
            <w:r>
              <w:rPr>
                <w:sz w:val="16"/>
              </w:rPr>
              <w:br/>
              <w:t>opísať zvieratá a ich prirodzené prostredie</w:t>
            </w:r>
            <w:r>
              <w:rPr>
                <w:sz w:val="16"/>
              </w:rPr>
              <w:br/>
              <w:t>diskutovať o príčinách ohrozenia živočíchov a možnostiach ich ochrany</w:t>
            </w:r>
          </w:p>
        </w:tc>
        <w:tc>
          <w:tcPr>
            <w:tcW w:w="1756" w:type="dxa"/>
          </w:tcPr>
          <w:p w14:paraId="2D83B104" w14:textId="77777777" w:rsidR="0098573C" w:rsidRDefault="0098573C"/>
        </w:tc>
        <w:tc>
          <w:tcPr>
            <w:tcW w:w="1502" w:type="dxa"/>
          </w:tcPr>
          <w:p w14:paraId="302AB8CD" w14:textId="77777777" w:rsidR="0098573C" w:rsidRDefault="0080549C">
            <w:r>
              <w:rPr>
                <w:sz w:val="16"/>
              </w:rPr>
              <w:t>adopt, because of, cheetah, destroy, elephant, endangered species, female, fur, gorilla, heavy, horn, hunter, hunting, in danger, in the wild, kill, list, male, mostly, natural habitat, organisation, panda, reason, research, rhino, spot, stripe, thanks to, tiger, tropical, trunk, tusk, weigh, zebra, zoologist</w:t>
            </w:r>
          </w:p>
        </w:tc>
        <w:tc>
          <w:tcPr>
            <w:tcW w:w="1423" w:type="dxa"/>
          </w:tcPr>
          <w:p w14:paraId="72005BD9" w14:textId="77777777" w:rsidR="0098573C" w:rsidRDefault="0080549C">
            <w:r>
              <w:rPr>
                <w:sz w:val="16"/>
              </w:rPr>
              <w:t>SB</w:t>
            </w:r>
            <w:r>
              <w:rPr>
                <w:sz w:val="16"/>
              </w:rPr>
              <w:br/>
            </w:r>
            <w:r>
              <w:rPr>
                <w:sz w:val="16"/>
              </w:rPr>
              <w:t>IWB &amp; IWB material or audio and audio player</w:t>
            </w:r>
          </w:p>
        </w:tc>
        <w:tc>
          <w:tcPr>
            <w:tcW w:w="1513" w:type="dxa"/>
          </w:tcPr>
          <w:p w14:paraId="12D089B3" w14:textId="77777777" w:rsidR="0098573C" w:rsidRDefault="0080549C">
            <w:r>
              <w:rPr>
                <w:sz w:val="16"/>
              </w:rPr>
              <w:t>kritické myslenie, komunikácia, spolupráca, osobná a sociálna zodpovednosť, tvorivosť, samostatné učenie</w:t>
            </w:r>
          </w:p>
        </w:tc>
      </w:tr>
      <w:tr w:rsidR="0098573C" w14:paraId="48B366D2" w14:textId="77777777" w:rsidTr="00BF3B29">
        <w:trPr>
          <w:jc w:val="center"/>
        </w:trPr>
        <w:tc>
          <w:tcPr>
            <w:tcW w:w="894" w:type="dxa"/>
          </w:tcPr>
          <w:p w14:paraId="46A837E6" w14:textId="77777777" w:rsidR="0098573C" w:rsidRDefault="0098573C"/>
        </w:tc>
        <w:tc>
          <w:tcPr>
            <w:tcW w:w="885" w:type="dxa"/>
          </w:tcPr>
          <w:p w14:paraId="3E7555AF" w14:textId="77777777" w:rsidR="0098573C" w:rsidRDefault="0080549C">
            <w:r>
              <w:rPr>
                <w:sz w:val="16"/>
              </w:rPr>
              <w:t>25</w:t>
            </w:r>
          </w:p>
        </w:tc>
        <w:tc>
          <w:tcPr>
            <w:tcW w:w="1590" w:type="dxa"/>
          </w:tcPr>
          <w:p w14:paraId="36650054" w14:textId="77777777" w:rsidR="0098573C" w:rsidRDefault="0080549C">
            <w:r>
              <w:rPr>
                <w:sz w:val="16"/>
              </w:rPr>
              <w:t>2D: Animals in danger</w:t>
            </w:r>
          </w:p>
        </w:tc>
        <w:tc>
          <w:tcPr>
            <w:tcW w:w="2409" w:type="dxa"/>
          </w:tcPr>
          <w:p w14:paraId="5BCA639E" w14:textId="77777777" w:rsidR="0098573C" w:rsidRDefault="0080549C">
            <w:r>
              <w:rPr>
                <w:sz w:val="16"/>
              </w:rPr>
              <w:t>Počúvanie s porozumením,  písanie - ohrozené druhy</w:t>
            </w:r>
          </w:p>
        </w:tc>
        <w:tc>
          <w:tcPr>
            <w:tcW w:w="2724" w:type="dxa"/>
          </w:tcPr>
          <w:p w14:paraId="7E5C7AB6" w14:textId="77777777" w:rsidR="0098573C" w:rsidRDefault="0080549C">
            <w:r>
              <w:rPr>
                <w:sz w:val="16"/>
              </w:rPr>
              <w:t>porozumieť informáciám z počúvaného textu o ohrozených druhoch</w:t>
            </w:r>
            <w:r>
              <w:rPr>
                <w:sz w:val="16"/>
              </w:rPr>
              <w:br/>
              <w:t>spracovať informácie o vybranom živočíchovi</w:t>
            </w:r>
            <w:r>
              <w:rPr>
                <w:sz w:val="16"/>
              </w:rPr>
              <w:br/>
              <w:t>napísať krátky text o ochrane ohrozených druhov</w:t>
            </w:r>
          </w:p>
        </w:tc>
        <w:tc>
          <w:tcPr>
            <w:tcW w:w="1756" w:type="dxa"/>
          </w:tcPr>
          <w:p w14:paraId="3CDCA1E9" w14:textId="77777777" w:rsidR="0098573C" w:rsidRDefault="0098573C"/>
        </w:tc>
        <w:tc>
          <w:tcPr>
            <w:tcW w:w="1502" w:type="dxa"/>
          </w:tcPr>
          <w:p w14:paraId="773C42FB" w14:textId="77777777" w:rsidR="0098573C" w:rsidRDefault="0098573C"/>
        </w:tc>
        <w:tc>
          <w:tcPr>
            <w:tcW w:w="1423" w:type="dxa"/>
          </w:tcPr>
          <w:p w14:paraId="5DE28121" w14:textId="77777777" w:rsidR="0098573C" w:rsidRDefault="0098573C"/>
        </w:tc>
        <w:tc>
          <w:tcPr>
            <w:tcW w:w="1513" w:type="dxa"/>
          </w:tcPr>
          <w:p w14:paraId="5580C932" w14:textId="77777777" w:rsidR="0098573C" w:rsidRDefault="0098573C"/>
        </w:tc>
      </w:tr>
      <w:tr w:rsidR="0098573C" w14:paraId="6E5AEF0C" w14:textId="77777777" w:rsidTr="00BF3B29">
        <w:trPr>
          <w:jc w:val="center"/>
        </w:trPr>
        <w:tc>
          <w:tcPr>
            <w:tcW w:w="894" w:type="dxa"/>
          </w:tcPr>
          <w:p w14:paraId="257C5018" w14:textId="77777777" w:rsidR="0098573C" w:rsidRDefault="0098573C"/>
        </w:tc>
        <w:tc>
          <w:tcPr>
            <w:tcW w:w="885" w:type="dxa"/>
          </w:tcPr>
          <w:p w14:paraId="2D197F56" w14:textId="77777777" w:rsidR="0098573C" w:rsidRDefault="0080549C">
            <w:r>
              <w:rPr>
                <w:sz w:val="16"/>
              </w:rPr>
              <w:t>26</w:t>
            </w:r>
          </w:p>
        </w:tc>
        <w:tc>
          <w:tcPr>
            <w:tcW w:w="1590" w:type="dxa"/>
          </w:tcPr>
          <w:p w14:paraId="4636DF2F" w14:textId="77777777" w:rsidR="0098573C" w:rsidRDefault="0080549C">
            <w:r>
              <w:rPr>
                <w:sz w:val="16"/>
              </w:rPr>
              <w:t>Top Skills: Adventure camp</w:t>
            </w:r>
          </w:p>
        </w:tc>
        <w:tc>
          <w:tcPr>
            <w:tcW w:w="2409" w:type="dxa"/>
          </w:tcPr>
          <w:p w14:paraId="421CD8DA" w14:textId="77777777" w:rsidR="0098573C" w:rsidRDefault="0080549C">
            <w:r>
              <w:rPr>
                <w:sz w:val="16"/>
              </w:rPr>
              <w:t>Slovná zásoba- dovolenkové aktivity, čítanie s porozumením</w:t>
            </w:r>
          </w:p>
        </w:tc>
        <w:tc>
          <w:tcPr>
            <w:tcW w:w="2724" w:type="dxa"/>
          </w:tcPr>
          <w:p w14:paraId="67B807AC" w14:textId="77777777" w:rsidR="0098573C" w:rsidRDefault="0080549C">
            <w:r>
              <w:rPr>
                <w:sz w:val="16"/>
              </w:rPr>
              <w:t>porozumieť textu o dobrodružnom tábore</w:t>
            </w:r>
            <w:r>
              <w:rPr>
                <w:sz w:val="16"/>
              </w:rPr>
              <w:br/>
              <w:t>používať slovnú zásobu súvisiacu s dovolenkovými aktivitami</w:t>
            </w:r>
            <w:r>
              <w:rPr>
                <w:sz w:val="16"/>
              </w:rPr>
              <w:br/>
              <w:t>opísať svoje obľúbené dovolenkové aktivity</w:t>
            </w:r>
          </w:p>
        </w:tc>
        <w:tc>
          <w:tcPr>
            <w:tcW w:w="1756" w:type="dxa"/>
          </w:tcPr>
          <w:p w14:paraId="1A0B4194" w14:textId="77777777" w:rsidR="0098573C" w:rsidRDefault="0098573C"/>
        </w:tc>
        <w:tc>
          <w:tcPr>
            <w:tcW w:w="1502" w:type="dxa"/>
          </w:tcPr>
          <w:p w14:paraId="3CDF9A6A" w14:textId="77777777" w:rsidR="0098573C" w:rsidRDefault="0080549C">
            <w:r>
              <w:rPr>
                <w:sz w:val="16"/>
              </w:rPr>
              <w:t>a great laugh, canoeing, exhausted, hiking, horse riding, lake, mountain biking, sailing, scuba diving, surfing, windsurfing</w:t>
            </w:r>
          </w:p>
        </w:tc>
        <w:tc>
          <w:tcPr>
            <w:tcW w:w="1423" w:type="dxa"/>
          </w:tcPr>
          <w:p w14:paraId="6933B191" w14:textId="77777777" w:rsidR="0098573C" w:rsidRDefault="0080549C">
            <w:r>
              <w:rPr>
                <w:sz w:val="16"/>
              </w:rPr>
              <w:t>SB</w:t>
            </w:r>
            <w:r>
              <w:rPr>
                <w:sz w:val="16"/>
              </w:rPr>
              <w:br/>
              <w:t>IWB &amp; IWB material or audio and audio player</w:t>
            </w:r>
          </w:p>
        </w:tc>
        <w:tc>
          <w:tcPr>
            <w:tcW w:w="1513" w:type="dxa"/>
          </w:tcPr>
          <w:p w14:paraId="7F2FF870" w14:textId="77777777" w:rsidR="0098573C" w:rsidRDefault="0080549C">
            <w:r>
              <w:rPr>
                <w:sz w:val="16"/>
              </w:rPr>
              <w:t>kritické myslenie, komunikácia, spolupráca, tvorivosť, samostatné učenie</w:t>
            </w:r>
          </w:p>
        </w:tc>
      </w:tr>
      <w:tr w:rsidR="0098573C" w14:paraId="386DD338" w14:textId="77777777" w:rsidTr="00BF3B29">
        <w:trPr>
          <w:jc w:val="center"/>
        </w:trPr>
        <w:tc>
          <w:tcPr>
            <w:tcW w:w="894" w:type="dxa"/>
          </w:tcPr>
          <w:p w14:paraId="3191A40F" w14:textId="77777777" w:rsidR="0098573C" w:rsidRDefault="0098573C"/>
        </w:tc>
        <w:tc>
          <w:tcPr>
            <w:tcW w:w="885" w:type="dxa"/>
          </w:tcPr>
          <w:p w14:paraId="3B4FA14D" w14:textId="77777777" w:rsidR="0098573C" w:rsidRDefault="0080549C">
            <w:r>
              <w:rPr>
                <w:sz w:val="16"/>
              </w:rPr>
              <w:t>27</w:t>
            </w:r>
          </w:p>
        </w:tc>
        <w:tc>
          <w:tcPr>
            <w:tcW w:w="1590" w:type="dxa"/>
          </w:tcPr>
          <w:p w14:paraId="78EBD63E" w14:textId="77777777" w:rsidR="0098573C" w:rsidRDefault="0080549C">
            <w:r>
              <w:rPr>
                <w:sz w:val="16"/>
              </w:rPr>
              <w:t>Top Skills: Adventure camp</w:t>
            </w:r>
          </w:p>
        </w:tc>
        <w:tc>
          <w:tcPr>
            <w:tcW w:w="2409" w:type="dxa"/>
          </w:tcPr>
          <w:p w14:paraId="0A870F79" w14:textId="77777777" w:rsidR="0098573C" w:rsidRDefault="0080549C">
            <w:r>
              <w:rPr>
                <w:sz w:val="16"/>
              </w:rPr>
              <w:t>Počúvanie s porozumením, rozprávanie, písanie - neformálny e-mail</w:t>
            </w:r>
          </w:p>
        </w:tc>
        <w:tc>
          <w:tcPr>
            <w:tcW w:w="2724" w:type="dxa"/>
          </w:tcPr>
          <w:p w14:paraId="7A694DAD" w14:textId="77777777" w:rsidR="0098573C" w:rsidRDefault="0080549C">
            <w:r>
              <w:rPr>
                <w:sz w:val="16"/>
              </w:rPr>
              <w:t>porozumieť informáciám z počúvaného textu</w:t>
            </w:r>
            <w:r>
              <w:rPr>
                <w:sz w:val="16"/>
              </w:rPr>
              <w:br/>
              <w:t>rozprávať o zážitkoch z tábora alebo dovolenky</w:t>
            </w:r>
            <w:r>
              <w:rPr>
                <w:sz w:val="16"/>
              </w:rPr>
              <w:br/>
              <w:t>napísať neformálny e-mail o svojich prázdninových zážitkoch</w:t>
            </w:r>
          </w:p>
        </w:tc>
        <w:tc>
          <w:tcPr>
            <w:tcW w:w="1756" w:type="dxa"/>
          </w:tcPr>
          <w:p w14:paraId="34D5D2F2" w14:textId="77777777" w:rsidR="0098573C" w:rsidRDefault="0098573C"/>
        </w:tc>
        <w:tc>
          <w:tcPr>
            <w:tcW w:w="1502" w:type="dxa"/>
          </w:tcPr>
          <w:p w14:paraId="0A0A5360" w14:textId="77777777" w:rsidR="0098573C" w:rsidRDefault="0098573C"/>
        </w:tc>
        <w:tc>
          <w:tcPr>
            <w:tcW w:w="1423" w:type="dxa"/>
          </w:tcPr>
          <w:p w14:paraId="492D4BF6" w14:textId="77777777" w:rsidR="0098573C" w:rsidRDefault="0098573C"/>
        </w:tc>
        <w:tc>
          <w:tcPr>
            <w:tcW w:w="1513" w:type="dxa"/>
          </w:tcPr>
          <w:p w14:paraId="69C7FE25" w14:textId="77777777" w:rsidR="0098573C" w:rsidRDefault="0098573C"/>
        </w:tc>
      </w:tr>
      <w:tr w:rsidR="0098573C" w14:paraId="6A7D0B02" w14:textId="77777777" w:rsidTr="00BF3B29">
        <w:trPr>
          <w:jc w:val="center"/>
        </w:trPr>
        <w:tc>
          <w:tcPr>
            <w:tcW w:w="894" w:type="dxa"/>
          </w:tcPr>
          <w:p w14:paraId="684CD5E5" w14:textId="77777777" w:rsidR="0098573C" w:rsidRDefault="0098573C"/>
        </w:tc>
        <w:tc>
          <w:tcPr>
            <w:tcW w:w="885" w:type="dxa"/>
          </w:tcPr>
          <w:p w14:paraId="66B6A820" w14:textId="77777777" w:rsidR="0098573C" w:rsidRDefault="0080549C">
            <w:r>
              <w:rPr>
                <w:sz w:val="16"/>
              </w:rPr>
              <w:t>28</w:t>
            </w:r>
          </w:p>
        </w:tc>
        <w:tc>
          <w:tcPr>
            <w:tcW w:w="1590" w:type="dxa"/>
          </w:tcPr>
          <w:p w14:paraId="085CD016" w14:textId="77777777" w:rsidR="0098573C" w:rsidRDefault="0080549C">
            <w:r>
              <w:rPr>
                <w:sz w:val="16"/>
              </w:rPr>
              <w:t>Revision module 2</w:t>
            </w:r>
          </w:p>
        </w:tc>
        <w:tc>
          <w:tcPr>
            <w:tcW w:w="2409" w:type="dxa"/>
          </w:tcPr>
          <w:p w14:paraId="6BA78427" w14:textId="77777777" w:rsidR="0098573C" w:rsidRDefault="0080549C">
            <w:r>
              <w:rPr>
                <w:sz w:val="16"/>
              </w:rPr>
              <w:t>Zhrnutie učiva</w:t>
            </w:r>
          </w:p>
        </w:tc>
        <w:tc>
          <w:tcPr>
            <w:tcW w:w="2724" w:type="dxa"/>
          </w:tcPr>
          <w:p w14:paraId="1485B3CC" w14:textId="77777777" w:rsidR="0098573C" w:rsidRDefault="0080549C">
            <w:r>
              <w:rPr>
                <w:sz w:val="16"/>
              </w:rPr>
              <w:t>zopakovať slovnú zásobu modulu</w:t>
            </w:r>
            <w:r>
              <w:rPr>
                <w:sz w:val="16"/>
              </w:rPr>
              <w:br/>
              <w:t>upevniť gramatické štruktúry modulu</w:t>
            </w:r>
            <w:r>
              <w:rPr>
                <w:sz w:val="16"/>
              </w:rPr>
              <w:br/>
              <w:t>precvičiť komunikačné situácie</w:t>
            </w:r>
          </w:p>
        </w:tc>
        <w:tc>
          <w:tcPr>
            <w:tcW w:w="1756" w:type="dxa"/>
          </w:tcPr>
          <w:p w14:paraId="684F54AD" w14:textId="77777777" w:rsidR="0098573C" w:rsidRDefault="0098573C"/>
        </w:tc>
        <w:tc>
          <w:tcPr>
            <w:tcW w:w="1502" w:type="dxa"/>
          </w:tcPr>
          <w:p w14:paraId="46705A32" w14:textId="77777777" w:rsidR="0098573C" w:rsidRDefault="0098573C"/>
        </w:tc>
        <w:tc>
          <w:tcPr>
            <w:tcW w:w="1423" w:type="dxa"/>
          </w:tcPr>
          <w:p w14:paraId="5F4118D6" w14:textId="77777777" w:rsidR="0098573C" w:rsidRDefault="0080549C">
            <w:r>
              <w:rPr>
                <w:sz w:val="16"/>
              </w:rPr>
              <w:t>SB</w:t>
            </w:r>
            <w:r>
              <w:rPr>
                <w:sz w:val="16"/>
              </w:rPr>
              <w:br/>
              <w:t>IWB &amp; IWB material or audio and audio player</w:t>
            </w:r>
            <w:r>
              <w:rPr>
                <w:sz w:val="16"/>
              </w:rPr>
              <w:br/>
              <w:t>If necessary, WB (extra grammar practice)</w:t>
            </w:r>
          </w:p>
        </w:tc>
        <w:tc>
          <w:tcPr>
            <w:tcW w:w="1513" w:type="dxa"/>
          </w:tcPr>
          <w:p w14:paraId="5F62C06D" w14:textId="77777777" w:rsidR="0098573C" w:rsidRDefault="0080549C">
            <w:r>
              <w:rPr>
                <w:sz w:val="16"/>
              </w:rPr>
              <w:t>samostatné učenie</w:t>
            </w:r>
          </w:p>
        </w:tc>
      </w:tr>
      <w:tr w:rsidR="0098573C" w14:paraId="29FCF049" w14:textId="77777777" w:rsidTr="00BF3B29">
        <w:trPr>
          <w:jc w:val="center"/>
        </w:trPr>
        <w:tc>
          <w:tcPr>
            <w:tcW w:w="894" w:type="dxa"/>
          </w:tcPr>
          <w:p w14:paraId="5A1C3DC4" w14:textId="77777777" w:rsidR="0098573C" w:rsidRDefault="0098573C"/>
        </w:tc>
        <w:tc>
          <w:tcPr>
            <w:tcW w:w="885" w:type="dxa"/>
          </w:tcPr>
          <w:p w14:paraId="087A7394" w14:textId="77777777" w:rsidR="0098573C" w:rsidRDefault="0080549C">
            <w:r>
              <w:rPr>
                <w:sz w:val="16"/>
              </w:rPr>
              <w:t>29</w:t>
            </w:r>
          </w:p>
        </w:tc>
        <w:tc>
          <w:tcPr>
            <w:tcW w:w="1590" w:type="dxa"/>
          </w:tcPr>
          <w:p w14:paraId="5CB0B367" w14:textId="77777777" w:rsidR="0098573C" w:rsidRDefault="0080549C">
            <w:r>
              <w:rPr>
                <w:sz w:val="16"/>
              </w:rPr>
              <w:t>Revision module 2</w:t>
            </w:r>
          </w:p>
        </w:tc>
        <w:tc>
          <w:tcPr>
            <w:tcW w:w="2409" w:type="dxa"/>
          </w:tcPr>
          <w:p w14:paraId="01DF70EE" w14:textId="77777777" w:rsidR="0098573C" w:rsidRDefault="0080549C">
            <w:r>
              <w:rPr>
                <w:sz w:val="16"/>
              </w:rPr>
              <w:t>Sebahodnotenie</w:t>
            </w:r>
          </w:p>
        </w:tc>
        <w:tc>
          <w:tcPr>
            <w:tcW w:w="2724" w:type="dxa"/>
          </w:tcPr>
          <w:p w14:paraId="73FC0D42" w14:textId="77777777" w:rsidR="0098573C" w:rsidRDefault="0080549C">
            <w:r>
              <w:rPr>
                <w:sz w:val="16"/>
              </w:rPr>
              <w:t>zhodnotiť úroveň svojich vedomostí</w:t>
            </w:r>
            <w:r>
              <w:rPr>
                <w:sz w:val="16"/>
              </w:rPr>
              <w:br/>
            </w:r>
            <w:r>
              <w:rPr>
                <w:sz w:val="16"/>
              </w:rPr>
              <w:t>identifikovať oblasti, ktoré je potrebné zlepšiť</w:t>
            </w:r>
            <w:r>
              <w:rPr>
                <w:sz w:val="16"/>
              </w:rPr>
              <w:br/>
              <w:t xml:space="preserve">pripraviť sa na priebežné overenie </w:t>
            </w:r>
            <w:r>
              <w:rPr>
                <w:sz w:val="16"/>
              </w:rPr>
              <w:lastRenderedPageBreak/>
              <w:t>vedomostí</w:t>
            </w:r>
          </w:p>
        </w:tc>
        <w:tc>
          <w:tcPr>
            <w:tcW w:w="1756" w:type="dxa"/>
          </w:tcPr>
          <w:p w14:paraId="2795A307" w14:textId="77777777" w:rsidR="0098573C" w:rsidRDefault="0098573C"/>
        </w:tc>
        <w:tc>
          <w:tcPr>
            <w:tcW w:w="1502" w:type="dxa"/>
          </w:tcPr>
          <w:p w14:paraId="329C0C4D" w14:textId="77777777" w:rsidR="0098573C" w:rsidRDefault="0098573C"/>
        </w:tc>
        <w:tc>
          <w:tcPr>
            <w:tcW w:w="1423" w:type="dxa"/>
          </w:tcPr>
          <w:p w14:paraId="2790A7C3" w14:textId="77777777" w:rsidR="0098573C" w:rsidRDefault="0098573C"/>
        </w:tc>
        <w:tc>
          <w:tcPr>
            <w:tcW w:w="1513" w:type="dxa"/>
          </w:tcPr>
          <w:p w14:paraId="7380A9BF" w14:textId="77777777" w:rsidR="0098573C" w:rsidRDefault="0098573C"/>
        </w:tc>
      </w:tr>
      <w:tr w:rsidR="0098573C" w14:paraId="6C12491A" w14:textId="77777777" w:rsidTr="00BF3B29">
        <w:trPr>
          <w:jc w:val="center"/>
        </w:trPr>
        <w:tc>
          <w:tcPr>
            <w:tcW w:w="894" w:type="dxa"/>
          </w:tcPr>
          <w:p w14:paraId="679AE993" w14:textId="77777777" w:rsidR="0098573C" w:rsidRDefault="0098573C"/>
        </w:tc>
        <w:tc>
          <w:tcPr>
            <w:tcW w:w="885" w:type="dxa"/>
          </w:tcPr>
          <w:p w14:paraId="3CFF8A10" w14:textId="77777777" w:rsidR="0098573C" w:rsidRDefault="0080549C">
            <w:r>
              <w:rPr>
                <w:sz w:val="16"/>
              </w:rPr>
              <w:t>30</w:t>
            </w:r>
          </w:p>
        </w:tc>
        <w:tc>
          <w:tcPr>
            <w:tcW w:w="1590" w:type="dxa"/>
          </w:tcPr>
          <w:p w14:paraId="3260639A" w14:textId="77777777" w:rsidR="0098573C" w:rsidRDefault="0080549C">
            <w:r>
              <w:rPr>
                <w:sz w:val="16"/>
              </w:rPr>
              <w:t>Culture Page 1 &amp; Song 1</w:t>
            </w:r>
          </w:p>
        </w:tc>
        <w:tc>
          <w:tcPr>
            <w:tcW w:w="2409" w:type="dxa"/>
          </w:tcPr>
          <w:p w14:paraId="36D9D1FA" w14:textId="77777777" w:rsidR="0098573C" w:rsidRDefault="0080549C">
            <w:r>
              <w:rPr>
                <w:sz w:val="16"/>
              </w:rPr>
              <w:t>Školské rovnošaty, Pieseň - Danger</w:t>
            </w:r>
          </w:p>
        </w:tc>
        <w:tc>
          <w:tcPr>
            <w:tcW w:w="2724" w:type="dxa"/>
          </w:tcPr>
          <w:p w14:paraId="5D594527" w14:textId="77777777" w:rsidR="0098573C" w:rsidRDefault="0080549C">
            <w:r>
              <w:rPr>
                <w:sz w:val="16"/>
              </w:rPr>
              <w:t>porozumieť informáciám o školských rovnošatách v anglicky hovoriacich krajinách</w:t>
            </w:r>
            <w:r>
              <w:rPr>
                <w:sz w:val="16"/>
              </w:rPr>
              <w:br/>
              <w:t>porovnať školské prostredie na Slovensku a v zahraničí</w:t>
            </w:r>
            <w:r>
              <w:rPr>
                <w:sz w:val="16"/>
              </w:rPr>
              <w:br/>
              <w:t>porozumieť obsahu anglickej piesne a pracovať s jej textom</w:t>
            </w:r>
          </w:p>
        </w:tc>
        <w:tc>
          <w:tcPr>
            <w:tcW w:w="1756" w:type="dxa"/>
          </w:tcPr>
          <w:p w14:paraId="44BEC122" w14:textId="77777777" w:rsidR="0098573C" w:rsidRDefault="0098573C"/>
        </w:tc>
        <w:tc>
          <w:tcPr>
            <w:tcW w:w="1502" w:type="dxa"/>
          </w:tcPr>
          <w:p w14:paraId="650418A1" w14:textId="77777777" w:rsidR="0098573C" w:rsidRDefault="0098573C"/>
        </w:tc>
        <w:tc>
          <w:tcPr>
            <w:tcW w:w="1423" w:type="dxa"/>
          </w:tcPr>
          <w:p w14:paraId="6931CC2D" w14:textId="77777777" w:rsidR="0098573C" w:rsidRDefault="0080549C">
            <w:r>
              <w:rPr>
                <w:sz w:val="16"/>
              </w:rPr>
              <w:t>SB</w:t>
            </w:r>
            <w:r>
              <w:rPr>
                <w:sz w:val="16"/>
              </w:rPr>
              <w:br/>
              <w:t>IWB &amp; IWB material or audio and audio player</w:t>
            </w:r>
          </w:p>
        </w:tc>
        <w:tc>
          <w:tcPr>
            <w:tcW w:w="1513" w:type="dxa"/>
          </w:tcPr>
          <w:p w14:paraId="3672C592" w14:textId="77777777" w:rsidR="0098573C" w:rsidRDefault="0080549C">
            <w:r>
              <w:rPr>
                <w:sz w:val="16"/>
              </w:rPr>
              <w:t>kritické myslenie, interkultúrna kompetencia, komunikácia, tvorivosť</w:t>
            </w:r>
          </w:p>
        </w:tc>
      </w:tr>
      <w:tr w:rsidR="0098573C" w14:paraId="60B405D7" w14:textId="77777777" w:rsidTr="00BF3B29">
        <w:trPr>
          <w:jc w:val="center"/>
        </w:trPr>
        <w:tc>
          <w:tcPr>
            <w:tcW w:w="894" w:type="dxa"/>
          </w:tcPr>
          <w:p w14:paraId="148B6D33" w14:textId="77777777" w:rsidR="0098573C" w:rsidRDefault="0098573C"/>
        </w:tc>
        <w:tc>
          <w:tcPr>
            <w:tcW w:w="885" w:type="dxa"/>
          </w:tcPr>
          <w:p w14:paraId="43E8EFA8" w14:textId="77777777" w:rsidR="0098573C" w:rsidRDefault="0080549C">
            <w:r>
              <w:rPr>
                <w:sz w:val="16"/>
              </w:rPr>
              <w:t>31</w:t>
            </w:r>
          </w:p>
        </w:tc>
        <w:tc>
          <w:tcPr>
            <w:tcW w:w="1590" w:type="dxa"/>
          </w:tcPr>
          <w:p w14:paraId="5A3EC75D" w14:textId="77777777" w:rsidR="0098573C" w:rsidRDefault="0080549C">
            <w:r>
              <w:rPr>
                <w:sz w:val="16"/>
              </w:rPr>
              <w:t>Me and My country project 2 – Endangered animals</w:t>
            </w:r>
          </w:p>
        </w:tc>
        <w:tc>
          <w:tcPr>
            <w:tcW w:w="2409" w:type="dxa"/>
          </w:tcPr>
          <w:p w14:paraId="357311A1" w14:textId="77777777" w:rsidR="0098573C" w:rsidRDefault="0080549C">
            <w:r>
              <w:rPr>
                <w:sz w:val="16"/>
              </w:rPr>
              <w:t>Zvieratá v ohrození</w:t>
            </w:r>
          </w:p>
        </w:tc>
        <w:tc>
          <w:tcPr>
            <w:tcW w:w="2724" w:type="dxa"/>
          </w:tcPr>
          <w:p w14:paraId="1A7814F9" w14:textId="77777777" w:rsidR="0098573C" w:rsidRDefault="0080549C">
            <w:r>
              <w:rPr>
                <w:sz w:val="16"/>
              </w:rPr>
              <w:t>vyhľadať informácie o ohrozených druhoch živočíchov</w:t>
            </w:r>
            <w:r>
              <w:rPr>
                <w:sz w:val="16"/>
              </w:rPr>
              <w:br/>
              <w:t>spracovať informácie do krátkeho projektu</w:t>
            </w:r>
            <w:r>
              <w:rPr>
                <w:sz w:val="16"/>
              </w:rPr>
              <w:br/>
              <w:t>prezentovať projekt pred spolužiakmi</w:t>
            </w:r>
          </w:p>
        </w:tc>
        <w:tc>
          <w:tcPr>
            <w:tcW w:w="1756" w:type="dxa"/>
          </w:tcPr>
          <w:p w14:paraId="0BC952E0" w14:textId="77777777" w:rsidR="0098573C" w:rsidRDefault="0098573C"/>
        </w:tc>
        <w:tc>
          <w:tcPr>
            <w:tcW w:w="1502" w:type="dxa"/>
          </w:tcPr>
          <w:p w14:paraId="457D1A9D" w14:textId="77777777" w:rsidR="0098573C" w:rsidRDefault="0098573C"/>
        </w:tc>
        <w:tc>
          <w:tcPr>
            <w:tcW w:w="1423" w:type="dxa"/>
          </w:tcPr>
          <w:p w14:paraId="6B72DE90" w14:textId="77777777" w:rsidR="0098573C" w:rsidRDefault="0080549C">
            <w:r>
              <w:rPr>
                <w:sz w:val="16"/>
              </w:rPr>
              <w:t>Paper, Cover (teacher’s assistant)</w:t>
            </w:r>
          </w:p>
        </w:tc>
        <w:tc>
          <w:tcPr>
            <w:tcW w:w="1513" w:type="dxa"/>
          </w:tcPr>
          <w:p w14:paraId="30D118E0" w14:textId="77777777" w:rsidR="0098573C" w:rsidRDefault="0080549C">
            <w:r>
              <w:rPr>
                <w:sz w:val="16"/>
              </w:rPr>
              <w:t>samostatné učenie, tvorivosť, komunikácia, digitálna gramotnosť</w:t>
            </w:r>
          </w:p>
        </w:tc>
      </w:tr>
      <w:tr w:rsidR="0098573C" w14:paraId="74EC9A31" w14:textId="77777777" w:rsidTr="00BF3B29">
        <w:trPr>
          <w:jc w:val="center"/>
        </w:trPr>
        <w:tc>
          <w:tcPr>
            <w:tcW w:w="894" w:type="dxa"/>
          </w:tcPr>
          <w:p w14:paraId="7550F958" w14:textId="77777777" w:rsidR="0098573C" w:rsidRDefault="0098573C"/>
        </w:tc>
        <w:tc>
          <w:tcPr>
            <w:tcW w:w="885" w:type="dxa"/>
          </w:tcPr>
          <w:p w14:paraId="3E7AA8EB" w14:textId="77777777" w:rsidR="0098573C" w:rsidRDefault="0080549C">
            <w:r>
              <w:rPr>
                <w:sz w:val="16"/>
              </w:rPr>
              <w:t>32</w:t>
            </w:r>
          </w:p>
        </w:tc>
        <w:tc>
          <w:tcPr>
            <w:tcW w:w="1590" w:type="dxa"/>
          </w:tcPr>
          <w:p w14:paraId="02AF1445" w14:textId="77777777" w:rsidR="0098573C" w:rsidRDefault="0080549C">
            <w:r>
              <w:rPr>
                <w:sz w:val="16"/>
              </w:rPr>
              <w:t>Test Module 2</w:t>
            </w:r>
          </w:p>
        </w:tc>
        <w:tc>
          <w:tcPr>
            <w:tcW w:w="2409" w:type="dxa"/>
          </w:tcPr>
          <w:p w14:paraId="11A946D4" w14:textId="77777777" w:rsidR="0098573C" w:rsidRDefault="0080549C">
            <w:r>
              <w:rPr>
                <w:sz w:val="16"/>
              </w:rPr>
              <w:t>Hodnotenie pokroku žiakov</w:t>
            </w:r>
          </w:p>
        </w:tc>
        <w:tc>
          <w:tcPr>
            <w:tcW w:w="2724" w:type="dxa"/>
          </w:tcPr>
          <w:p w14:paraId="260EE97E" w14:textId="77777777" w:rsidR="0098573C" w:rsidRDefault="0080549C">
            <w:r>
              <w:rPr>
                <w:sz w:val="16"/>
              </w:rPr>
              <w:t>preukázať osvojenie slovnej zásoby a gramatiky modulu</w:t>
            </w:r>
            <w:r>
              <w:rPr>
                <w:sz w:val="16"/>
              </w:rPr>
              <w:br/>
              <w:t>aplikovať získané vedomosti pri riešení úloh</w:t>
            </w:r>
            <w:r>
              <w:rPr>
                <w:sz w:val="16"/>
              </w:rPr>
              <w:br/>
              <w:t>samostatne riešiť testové zadania</w:t>
            </w:r>
          </w:p>
        </w:tc>
        <w:tc>
          <w:tcPr>
            <w:tcW w:w="1756" w:type="dxa"/>
          </w:tcPr>
          <w:p w14:paraId="25205347" w14:textId="77777777" w:rsidR="0098573C" w:rsidRDefault="0098573C"/>
        </w:tc>
        <w:tc>
          <w:tcPr>
            <w:tcW w:w="1502" w:type="dxa"/>
          </w:tcPr>
          <w:p w14:paraId="64278FBA" w14:textId="77777777" w:rsidR="0098573C" w:rsidRDefault="0098573C"/>
        </w:tc>
        <w:tc>
          <w:tcPr>
            <w:tcW w:w="1423" w:type="dxa"/>
          </w:tcPr>
          <w:p w14:paraId="5CC1B09B" w14:textId="77777777" w:rsidR="0098573C" w:rsidRDefault="0080549C">
            <w:r>
              <w:rPr>
                <w:sz w:val="16"/>
              </w:rPr>
              <w:t>Module tests (teacher’s assistant)</w:t>
            </w:r>
          </w:p>
        </w:tc>
        <w:tc>
          <w:tcPr>
            <w:tcW w:w="1513" w:type="dxa"/>
          </w:tcPr>
          <w:p w14:paraId="0DA10294" w14:textId="77777777" w:rsidR="0098573C" w:rsidRDefault="0098573C"/>
        </w:tc>
      </w:tr>
      <w:tr w:rsidR="0098573C" w14:paraId="430BF32E" w14:textId="77777777" w:rsidTr="00BF3B29">
        <w:trPr>
          <w:jc w:val="center"/>
        </w:trPr>
        <w:tc>
          <w:tcPr>
            <w:tcW w:w="894" w:type="dxa"/>
          </w:tcPr>
          <w:p w14:paraId="33E42D02" w14:textId="77777777" w:rsidR="0098573C" w:rsidRDefault="0098573C"/>
        </w:tc>
        <w:tc>
          <w:tcPr>
            <w:tcW w:w="885" w:type="dxa"/>
          </w:tcPr>
          <w:p w14:paraId="539F6C15" w14:textId="77777777" w:rsidR="0098573C" w:rsidRDefault="0080549C">
            <w:r>
              <w:rPr>
                <w:sz w:val="16"/>
              </w:rPr>
              <w:t>33</w:t>
            </w:r>
          </w:p>
        </w:tc>
        <w:tc>
          <w:tcPr>
            <w:tcW w:w="1590" w:type="dxa"/>
          </w:tcPr>
          <w:p w14:paraId="260250F9" w14:textId="77777777" w:rsidR="0098573C" w:rsidRDefault="0080549C">
            <w:r>
              <w:rPr>
                <w:sz w:val="16"/>
              </w:rPr>
              <w:t>Video Module 2 &amp; Cover Page Module 3</w:t>
            </w:r>
          </w:p>
        </w:tc>
        <w:tc>
          <w:tcPr>
            <w:tcW w:w="2409" w:type="dxa"/>
          </w:tcPr>
          <w:p w14:paraId="41E93726" w14:textId="77777777" w:rsidR="0098573C" w:rsidRDefault="0080549C">
            <w:r>
              <w:rPr>
                <w:sz w:val="16"/>
              </w:rPr>
              <w:t>Videolekcia - Požiarna bezpečnosť</w:t>
            </w:r>
          </w:p>
        </w:tc>
        <w:tc>
          <w:tcPr>
            <w:tcW w:w="2724" w:type="dxa"/>
          </w:tcPr>
          <w:p w14:paraId="2AF58CB7" w14:textId="77777777" w:rsidR="0098573C" w:rsidRDefault="0080549C">
            <w:r>
              <w:rPr>
                <w:sz w:val="16"/>
              </w:rPr>
              <w:t>zopakovať slovnú zásobu a gramatiku modulu prostredníctvom videa</w:t>
            </w:r>
            <w:r>
              <w:rPr>
                <w:sz w:val="16"/>
              </w:rPr>
              <w:br/>
              <w:t>porozumieť autentickému jazykovému prejavu</w:t>
            </w:r>
            <w:r>
              <w:rPr>
                <w:sz w:val="16"/>
              </w:rPr>
              <w:br/>
              <w:t>oboznámiť sa s témou nasledujúceho modulu</w:t>
            </w:r>
          </w:p>
        </w:tc>
        <w:tc>
          <w:tcPr>
            <w:tcW w:w="1756" w:type="dxa"/>
          </w:tcPr>
          <w:p w14:paraId="29240F24" w14:textId="77777777" w:rsidR="0098573C" w:rsidRDefault="0098573C"/>
        </w:tc>
        <w:tc>
          <w:tcPr>
            <w:tcW w:w="1502" w:type="dxa"/>
          </w:tcPr>
          <w:p w14:paraId="67659691" w14:textId="77777777" w:rsidR="0098573C" w:rsidRDefault="0098573C"/>
        </w:tc>
        <w:tc>
          <w:tcPr>
            <w:tcW w:w="1423" w:type="dxa"/>
          </w:tcPr>
          <w:p w14:paraId="3F4E253F" w14:textId="77777777" w:rsidR="0098573C" w:rsidRDefault="0080549C">
            <w:r>
              <w:rPr>
                <w:sz w:val="16"/>
              </w:rPr>
              <w:t>SB</w:t>
            </w:r>
            <w:r>
              <w:rPr>
                <w:sz w:val="16"/>
              </w:rPr>
              <w:br/>
              <w:t>IWB &amp; IWB material</w:t>
            </w:r>
          </w:p>
        </w:tc>
        <w:tc>
          <w:tcPr>
            <w:tcW w:w="1513" w:type="dxa"/>
          </w:tcPr>
          <w:p w14:paraId="33F7C34B" w14:textId="77777777" w:rsidR="0098573C" w:rsidRDefault="0080549C">
            <w:r>
              <w:rPr>
                <w:sz w:val="16"/>
              </w:rPr>
              <w:t>interkultúrna kompetencia, komunikácia, samostatné učenie</w:t>
            </w:r>
          </w:p>
        </w:tc>
      </w:tr>
      <w:tr w:rsidR="0098573C" w14:paraId="303A7847" w14:textId="77777777" w:rsidTr="00BF3B29">
        <w:trPr>
          <w:trHeight w:val="462"/>
          <w:jc w:val="center"/>
        </w:trPr>
        <w:tc>
          <w:tcPr>
            <w:tcW w:w="894" w:type="dxa"/>
          </w:tcPr>
          <w:p w14:paraId="3C7D0ADF" w14:textId="77777777" w:rsidR="0098573C" w:rsidRDefault="0098573C"/>
        </w:tc>
        <w:tc>
          <w:tcPr>
            <w:tcW w:w="885" w:type="dxa"/>
          </w:tcPr>
          <w:p w14:paraId="2416DAB7" w14:textId="77777777" w:rsidR="0098573C" w:rsidRDefault="0098573C"/>
        </w:tc>
        <w:tc>
          <w:tcPr>
            <w:tcW w:w="1590" w:type="dxa"/>
          </w:tcPr>
          <w:p w14:paraId="1BD15FD2" w14:textId="77777777" w:rsidR="0098573C" w:rsidRDefault="0098573C"/>
        </w:tc>
        <w:tc>
          <w:tcPr>
            <w:tcW w:w="2409" w:type="dxa"/>
            <w:shd w:val="clear" w:color="auto" w:fill="FFFF00"/>
          </w:tcPr>
          <w:p w14:paraId="4A55BDC0" w14:textId="77777777" w:rsidR="0098573C" w:rsidRPr="00BF3B29" w:rsidRDefault="0080549C" w:rsidP="00BF3B29">
            <w:pPr>
              <w:rPr>
                <w:b/>
                <w:bCs/>
              </w:rPr>
            </w:pPr>
            <w:r w:rsidRPr="00BF3B29">
              <w:rPr>
                <w:b/>
                <w:bCs/>
                <w:sz w:val="16"/>
              </w:rPr>
              <w:t>Module 3: Nowadays</w:t>
            </w:r>
          </w:p>
        </w:tc>
        <w:tc>
          <w:tcPr>
            <w:tcW w:w="2724" w:type="dxa"/>
            <w:shd w:val="clear" w:color="auto" w:fill="FFFF00"/>
          </w:tcPr>
          <w:p w14:paraId="565D4D02" w14:textId="77777777" w:rsidR="0098573C" w:rsidRPr="00BF3B29" w:rsidRDefault="0098573C">
            <w:pPr>
              <w:rPr>
                <w:b/>
                <w:bCs/>
              </w:rPr>
            </w:pPr>
          </w:p>
        </w:tc>
        <w:tc>
          <w:tcPr>
            <w:tcW w:w="1756" w:type="dxa"/>
            <w:shd w:val="clear" w:color="auto" w:fill="FFFF00"/>
          </w:tcPr>
          <w:p w14:paraId="546032E5" w14:textId="77777777" w:rsidR="0098573C" w:rsidRPr="00BF3B29" w:rsidRDefault="0098573C">
            <w:pPr>
              <w:rPr>
                <w:b/>
                <w:bCs/>
              </w:rPr>
            </w:pPr>
          </w:p>
        </w:tc>
        <w:tc>
          <w:tcPr>
            <w:tcW w:w="1502" w:type="dxa"/>
            <w:shd w:val="clear" w:color="auto" w:fill="FFFF00"/>
          </w:tcPr>
          <w:p w14:paraId="098D6DFC" w14:textId="77777777" w:rsidR="0098573C" w:rsidRPr="00BF3B29" w:rsidRDefault="0098573C">
            <w:pPr>
              <w:rPr>
                <w:b/>
                <w:bCs/>
              </w:rPr>
            </w:pPr>
          </w:p>
        </w:tc>
        <w:tc>
          <w:tcPr>
            <w:tcW w:w="1423" w:type="dxa"/>
            <w:shd w:val="clear" w:color="auto" w:fill="FFFF00"/>
          </w:tcPr>
          <w:p w14:paraId="11C11A84" w14:textId="77777777" w:rsidR="0098573C" w:rsidRPr="00BF3B29" w:rsidRDefault="0098573C">
            <w:pPr>
              <w:rPr>
                <w:b/>
                <w:bCs/>
              </w:rPr>
            </w:pPr>
          </w:p>
        </w:tc>
        <w:tc>
          <w:tcPr>
            <w:tcW w:w="1513" w:type="dxa"/>
            <w:shd w:val="clear" w:color="auto" w:fill="FFFF00"/>
          </w:tcPr>
          <w:p w14:paraId="3822F5BF" w14:textId="77777777" w:rsidR="0098573C" w:rsidRPr="00BF3B29" w:rsidRDefault="0098573C">
            <w:pPr>
              <w:rPr>
                <w:b/>
                <w:bCs/>
              </w:rPr>
            </w:pPr>
          </w:p>
        </w:tc>
      </w:tr>
      <w:tr w:rsidR="0098573C" w14:paraId="701E439E" w14:textId="77777777" w:rsidTr="00BF3B29">
        <w:trPr>
          <w:jc w:val="center"/>
        </w:trPr>
        <w:tc>
          <w:tcPr>
            <w:tcW w:w="894" w:type="dxa"/>
          </w:tcPr>
          <w:p w14:paraId="4E25181B" w14:textId="77777777" w:rsidR="0098573C" w:rsidRDefault="0098573C"/>
        </w:tc>
        <w:tc>
          <w:tcPr>
            <w:tcW w:w="885" w:type="dxa"/>
          </w:tcPr>
          <w:p w14:paraId="001A9543" w14:textId="77777777" w:rsidR="0098573C" w:rsidRDefault="0080549C">
            <w:r>
              <w:rPr>
                <w:sz w:val="16"/>
              </w:rPr>
              <w:t>34</w:t>
            </w:r>
          </w:p>
        </w:tc>
        <w:tc>
          <w:tcPr>
            <w:tcW w:w="1590" w:type="dxa"/>
          </w:tcPr>
          <w:p w14:paraId="16DCC977" w14:textId="77777777" w:rsidR="0098573C" w:rsidRDefault="0080549C">
            <w:r>
              <w:rPr>
                <w:sz w:val="16"/>
              </w:rPr>
              <w:t>3A: In fashion</w:t>
            </w:r>
          </w:p>
        </w:tc>
        <w:tc>
          <w:tcPr>
            <w:tcW w:w="2409" w:type="dxa"/>
          </w:tcPr>
          <w:p w14:paraId="2F298E75" w14:textId="77777777" w:rsidR="0098573C" w:rsidRDefault="0080549C">
            <w:r>
              <w:rPr>
                <w:sz w:val="16"/>
              </w:rPr>
              <w:t>Slovná zásoba - oblečenie, čítanie s porozumením</w:t>
            </w:r>
          </w:p>
        </w:tc>
        <w:tc>
          <w:tcPr>
            <w:tcW w:w="2724" w:type="dxa"/>
          </w:tcPr>
          <w:p w14:paraId="684AF77F" w14:textId="77777777" w:rsidR="0098573C" w:rsidRDefault="0080549C">
            <w:r>
              <w:rPr>
                <w:sz w:val="16"/>
              </w:rPr>
              <w:t>porozumieť textu o móde a obliekaní</w:t>
            </w:r>
            <w:r>
              <w:rPr>
                <w:sz w:val="16"/>
              </w:rPr>
              <w:br/>
            </w:r>
            <w:r>
              <w:rPr>
                <w:sz w:val="16"/>
              </w:rPr>
              <w:t>opísať oblečenie a módne doplnky</w:t>
            </w:r>
            <w:r>
              <w:rPr>
                <w:sz w:val="16"/>
              </w:rPr>
              <w:br/>
              <w:t>vyjadriť svoje preferencie pri výbere oblečenia</w:t>
            </w:r>
          </w:p>
        </w:tc>
        <w:tc>
          <w:tcPr>
            <w:tcW w:w="1756" w:type="dxa"/>
          </w:tcPr>
          <w:p w14:paraId="1F05C31E" w14:textId="77777777" w:rsidR="0098573C" w:rsidRDefault="0098573C"/>
        </w:tc>
        <w:tc>
          <w:tcPr>
            <w:tcW w:w="1502" w:type="dxa"/>
          </w:tcPr>
          <w:p w14:paraId="3B1B12AA" w14:textId="77777777" w:rsidR="0098573C" w:rsidRDefault="0080549C">
            <w:r>
              <w:rPr>
                <w:sz w:val="16"/>
              </w:rPr>
              <w:t>a pair of, blouse, coat, fit, gloves, hoody, lately, leggings, loads, perfect(ly), sandals, shirt, skirt, suit, tie , tight, tracksuit, try on, What size is it?, Whatever you say!, You know me.</w:t>
            </w:r>
          </w:p>
        </w:tc>
        <w:tc>
          <w:tcPr>
            <w:tcW w:w="1423" w:type="dxa"/>
          </w:tcPr>
          <w:p w14:paraId="18A7E983" w14:textId="77777777" w:rsidR="0098573C" w:rsidRDefault="0080549C">
            <w:r>
              <w:rPr>
                <w:sz w:val="16"/>
              </w:rPr>
              <w:t>SB</w:t>
            </w:r>
            <w:r>
              <w:rPr>
                <w:sz w:val="16"/>
              </w:rPr>
              <w:br/>
              <w:t>IWB &amp; IWB material or audio and audio player</w:t>
            </w:r>
          </w:p>
        </w:tc>
        <w:tc>
          <w:tcPr>
            <w:tcW w:w="1513" w:type="dxa"/>
          </w:tcPr>
          <w:p w14:paraId="7CB613B0" w14:textId="77777777" w:rsidR="0098573C" w:rsidRDefault="0080549C">
            <w:r>
              <w:rPr>
                <w:sz w:val="16"/>
              </w:rPr>
              <w:t>kritické myslenie, komunikácia, spolupráca</w:t>
            </w:r>
          </w:p>
        </w:tc>
      </w:tr>
      <w:tr w:rsidR="0098573C" w14:paraId="75E5331C" w14:textId="77777777" w:rsidTr="00BF3B29">
        <w:trPr>
          <w:jc w:val="center"/>
        </w:trPr>
        <w:tc>
          <w:tcPr>
            <w:tcW w:w="894" w:type="dxa"/>
          </w:tcPr>
          <w:p w14:paraId="5414E7D4" w14:textId="77777777" w:rsidR="0098573C" w:rsidRDefault="0098573C"/>
        </w:tc>
        <w:tc>
          <w:tcPr>
            <w:tcW w:w="885" w:type="dxa"/>
          </w:tcPr>
          <w:p w14:paraId="410E8B5A" w14:textId="77777777" w:rsidR="0098573C" w:rsidRDefault="0080549C">
            <w:r>
              <w:rPr>
                <w:sz w:val="16"/>
              </w:rPr>
              <w:t>35</w:t>
            </w:r>
          </w:p>
        </w:tc>
        <w:tc>
          <w:tcPr>
            <w:tcW w:w="1590" w:type="dxa"/>
          </w:tcPr>
          <w:p w14:paraId="6604E5A4" w14:textId="77777777" w:rsidR="0098573C" w:rsidRDefault="0080549C">
            <w:r>
              <w:rPr>
                <w:sz w:val="16"/>
              </w:rPr>
              <w:t>3A: In fashion</w:t>
            </w:r>
          </w:p>
        </w:tc>
        <w:tc>
          <w:tcPr>
            <w:tcW w:w="2409" w:type="dxa"/>
          </w:tcPr>
          <w:p w14:paraId="64EABEA2" w14:textId="77777777" w:rsidR="0098573C" w:rsidRDefault="0080549C">
            <w:r>
              <w:rPr>
                <w:sz w:val="16"/>
              </w:rPr>
              <w:t xml:space="preserve">Gramatika - too/enough, rozprávanie </w:t>
            </w:r>
          </w:p>
        </w:tc>
        <w:tc>
          <w:tcPr>
            <w:tcW w:w="2724" w:type="dxa"/>
          </w:tcPr>
          <w:p w14:paraId="1CA048EF" w14:textId="77777777" w:rsidR="0098573C" w:rsidRDefault="0080549C">
            <w:r>
              <w:rPr>
                <w:sz w:val="16"/>
              </w:rPr>
              <w:t>používať výrazy too a enough pri opise vlastností osôb a predmetov</w:t>
            </w:r>
            <w:r>
              <w:rPr>
                <w:sz w:val="16"/>
              </w:rPr>
              <w:br/>
            </w:r>
            <w:r>
              <w:rPr>
                <w:sz w:val="16"/>
              </w:rPr>
              <w:t>správne používať zámená one a ones na nahradenie podstatných mien</w:t>
            </w:r>
            <w:r>
              <w:rPr>
                <w:sz w:val="16"/>
              </w:rPr>
              <w:br/>
              <w:t>diskutovať o vhodnosti oblečenia v rôznych situáciách</w:t>
            </w:r>
          </w:p>
        </w:tc>
        <w:tc>
          <w:tcPr>
            <w:tcW w:w="1756" w:type="dxa"/>
          </w:tcPr>
          <w:p w14:paraId="4C1ACADF" w14:textId="77777777" w:rsidR="0098573C" w:rsidRDefault="0080549C">
            <w:r>
              <w:rPr>
                <w:sz w:val="16"/>
              </w:rPr>
              <w:t>Too / Enough</w:t>
            </w:r>
            <w:r>
              <w:rPr>
                <w:sz w:val="16"/>
              </w:rPr>
              <w:br/>
              <w:t>One / Ones</w:t>
            </w:r>
          </w:p>
        </w:tc>
        <w:tc>
          <w:tcPr>
            <w:tcW w:w="1502" w:type="dxa"/>
          </w:tcPr>
          <w:p w14:paraId="3AE5A2E1" w14:textId="77777777" w:rsidR="0098573C" w:rsidRDefault="0098573C"/>
        </w:tc>
        <w:tc>
          <w:tcPr>
            <w:tcW w:w="1423" w:type="dxa"/>
          </w:tcPr>
          <w:p w14:paraId="16A671B9" w14:textId="77777777" w:rsidR="0098573C" w:rsidRDefault="0098573C"/>
        </w:tc>
        <w:tc>
          <w:tcPr>
            <w:tcW w:w="1513" w:type="dxa"/>
          </w:tcPr>
          <w:p w14:paraId="0A6593D6" w14:textId="77777777" w:rsidR="0098573C" w:rsidRDefault="0098573C"/>
        </w:tc>
      </w:tr>
      <w:tr w:rsidR="0098573C" w14:paraId="2CE590B4" w14:textId="77777777" w:rsidTr="00BF3B29">
        <w:trPr>
          <w:jc w:val="center"/>
        </w:trPr>
        <w:tc>
          <w:tcPr>
            <w:tcW w:w="894" w:type="dxa"/>
          </w:tcPr>
          <w:p w14:paraId="74E6A61D" w14:textId="77777777" w:rsidR="0098573C" w:rsidRDefault="0098573C"/>
        </w:tc>
        <w:tc>
          <w:tcPr>
            <w:tcW w:w="885" w:type="dxa"/>
          </w:tcPr>
          <w:p w14:paraId="4F7FAAEF" w14:textId="77777777" w:rsidR="0098573C" w:rsidRDefault="0080549C">
            <w:r>
              <w:rPr>
                <w:sz w:val="16"/>
              </w:rPr>
              <w:t>36</w:t>
            </w:r>
          </w:p>
        </w:tc>
        <w:tc>
          <w:tcPr>
            <w:tcW w:w="1590" w:type="dxa"/>
          </w:tcPr>
          <w:p w14:paraId="6FCD6B29" w14:textId="77777777" w:rsidR="0098573C" w:rsidRDefault="0080549C">
            <w:r>
              <w:rPr>
                <w:sz w:val="16"/>
              </w:rPr>
              <w:t>3B: How much is it?</w:t>
            </w:r>
          </w:p>
        </w:tc>
        <w:tc>
          <w:tcPr>
            <w:tcW w:w="2409" w:type="dxa"/>
          </w:tcPr>
          <w:p w14:paraId="36950A04" w14:textId="77777777" w:rsidR="0098573C" w:rsidRDefault="0080549C">
            <w:r>
              <w:rPr>
                <w:sz w:val="16"/>
              </w:rPr>
              <w:t>Slovná zásoba - ceny, peniaze, nakupovanie, čítanie s porozumením</w:t>
            </w:r>
          </w:p>
        </w:tc>
        <w:tc>
          <w:tcPr>
            <w:tcW w:w="2724" w:type="dxa"/>
          </w:tcPr>
          <w:p w14:paraId="0EAE1AB1" w14:textId="77777777" w:rsidR="0098573C" w:rsidRDefault="0080549C">
            <w:r>
              <w:rPr>
                <w:sz w:val="16"/>
              </w:rPr>
              <w:t>porozumieť textu o nakupovaní a cenách výrobkov</w:t>
            </w:r>
            <w:r>
              <w:rPr>
                <w:sz w:val="16"/>
              </w:rPr>
              <w:br/>
              <w:t xml:space="preserve">pýtať sa na cenu a poskytovať </w:t>
            </w:r>
            <w:r>
              <w:rPr>
                <w:sz w:val="16"/>
              </w:rPr>
              <w:lastRenderedPageBreak/>
              <w:t>informácie o výrobkoch</w:t>
            </w:r>
            <w:r>
              <w:rPr>
                <w:sz w:val="16"/>
              </w:rPr>
              <w:br/>
              <w:t>viesť jednoduchý rozhovor pri nakupovaní</w:t>
            </w:r>
          </w:p>
        </w:tc>
        <w:tc>
          <w:tcPr>
            <w:tcW w:w="1756" w:type="dxa"/>
          </w:tcPr>
          <w:p w14:paraId="4842A69B" w14:textId="77777777" w:rsidR="0098573C" w:rsidRDefault="0098573C"/>
        </w:tc>
        <w:tc>
          <w:tcPr>
            <w:tcW w:w="1502" w:type="dxa"/>
          </w:tcPr>
          <w:p w14:paraId="3FFE6BE3" w14:textId="77777777" w:rsidR="0098573C" w:rsidRDefault="0080549C">
            <w:r>
              <w:rPr>
                <w:sz w:val="16"/>
              </w:rPr>
              <w:t xml:space="preserve">advice, camera, cents, connect, dollar, euros, Give </w:t>
            </w:r>
            <w:r>
              <w:rPr>
                <w:sz w:val="16"/>
              </w:rPr>
              <w:lastRenderedPageBreak/>
              <w:t>me a few minutes, How much does it cost?, How much is it?, hundred, I'm afraid…, keyboard, laptop, light, make video calls, model, money, mouse, nowadays, pence, pound, price , screen, store, tablet, take your time, That looks cool, touch, Wi-Fi , wireless</w:t>
            </w:r>
          </w:p>
        </w:tc>
        <w:tc>
          <w:tcPr>
            <w:tcW w:w="1423" w:type="dxa"/>
          </w:tcPr>
          <w:p w14:paraId="1E7DCCAB" w14:textId="77777777" w:rsidR="0098573C" w:rsidRDefault="0080549C">
            <w:r>
              <w:rPr>
                <w:sz w:val="16"/>
              </w:rPr>
              <w:lastRenderedPageBreak/>
              <w:t>SB</w:t>
            </w:r>
            <w:r>
              <w:rPr>
                <w:sz w:val="16"/>
              </w:rPr>
              <w:br/>
              <w:t xml:space="preserve">IWB &amp; IWB material or audio </w:t>
            </w:r>
            <w:r>
              <w:rPr>
                <w:sz w:val="16"/>
              </w:rPr>
              <w:lastRenderedPageBreak/>
              <w:t>and audio player</w:t>
            </w:r>
          </w:p>
        </w:tc>
        <w:tc>
          <w:tcPr>
            <w:tcW w:w="1513" w:type="dxa"/>
          </w:tcPr>
          <w:p w14:paraId="5B21707F" w14:textId="77777777" w:rsidR="0098573C" w:rsidRDefault="0080549C">
            <w:r>
              <w:rPr>
                <w:sz w:val="16"/>
              </w:rPr>
              <w:lastRenderedPageBreak/>
              <w:t xml:space="preserve">kritické myslenie, spolupráca, tvorivosť, </w:t>
            </w:r>
            <w:r>
              <w:rPr>
                <w:sz w:val="16"/>
              </w:rPr>
              <w:lastRenderedPageBreak/>
              <w:t>digitálna gramotnosť, komunikácia</w:t>
            </w:r>
          </w:p>
        </w:tc>
      </w:tr>
      <w:tr w:rsidR="0098573C" w14:paraId="66ACD908" w14:textId="77777777" w:rsidTr="00BF3B29">
        <w:trPr>
          <w:jc w:val="center"/>
        </w:trPr>
        <w:tc>
          <w:tcPr>
            <w:tcW w:w="894" w:type="dxa"/>
          </w:tcPr>
          <w:p w14:paraId="7DED17B0" w14:textId="77777777" w:rsidR="0098573C" w:rsidRDefault="0098573C"/>
        </w:tc>
        <w:tc>
          <w:tcPr>
            <w:tcW w:w="885" w:type="dxa"/>
          </w:tcPr>
          <w:p w14:paraId="0BB2B406" w14:textId="77777777" w:rsidR="0098573C" w:rsidRDefault="0080549C">
            <w:r>
              <w:rPr>
                <w:sz w:val="16"/>
              </w:rPr>
              <w:t>37</w:t>
            </w:r>
          </w:p>
        </w:tc>
        <w:tc>
          <w:tcPr>
            <w:tcW w:w="1590" w:type="dxa"/>
          </w:tcPr>
          <w:p w14:paraId="61B11209" w14:textId="77777777" w:rsidR="0098573C" w:rsidRDefault="0080549C">
            <w:r>
              <w:rPr>
                <w:sz w:val="16"/>
              </w:rPr>
              <w:t>3B: How much is it?</w:t>
            </w:r>
          </w:p>
        </w:tc>
        <w:tc>
          <w:tcPr>
            <w:tcW w:w="2409" w:type="dxa"/>
          </w:tcPr>
          <w:p w14:paraId="610DC486" w14:textId="77777777" w:rsidR="0098573C" w:rsidRDefault="0080549C">
            <w:r>
              <w:rPr>
                <w:sz w:val="16"/>
              </w:rPr>
              <w:t>Gramatika - vyjadrenie množstva</w:t>
            </w:r>
          </w:p>
        </w:tc>
        <w:tc>
          <w:tcPr>
            <w:tcW w:w="2724" w:type="dxa"/>
          </w:tcPr>
          <w:p w14:paraId="6839400A" w14:textId="77777777" w:rsidR="0098573C" w:rsidRDefault="0080549C">
            <w:r>
              <w:rPr>
                <w:sz w:val="16"/>
              </w:rPr>
              <w:t>používať výrazy na vyjadrenie množstva v správnom kontexte</w:t>
            </w:r>
            <w:r>
              <w:rPr>
                <w:sz w:val="16"/>
              </w:rPr>
              <w:br/>
              <w:t>rozlišovať použitie how much, how many, much, many, a few a a little</w:t>
            </w:r>
            <w:r>
              <w:rPr>
                <w:sz w:val="16"/>
              </w:rPr>
              <w:br/>
              <w:t>opísať množstvo predmetov a látok v bežných situáciách</w:t>
            </w:r>
          </w:p>
        </w:tc>
        <w:tc>
          <w:tcPr>
            <w:tcW w:w="1756" w:type="dxa"/>
          </w:tcPr>
          <w:p w14:paraId="775AA708" w14:textId="77777777" w:rsidR="0098573C" w:rsidRDefault="0080549C">
            <w:r>
              <w:rPr>
                <w:sz w:val="16"/>
              </w:rPr>
              <w:t>How much?/How many?/Much/Many/A lot of/lots of/Loads of/A few/A little</w:t>
            </w:r>
          </w:p>
        </w:tc>
        <w:tc>
          <w:tcPr>
            <w:tcW w:w="1502" w:type="dxa"/>
          </w:tcPr>
          <w:p w14:paraId="6BC6D138" w14:textId="77777777" w:rsidR="0098573C" w:rsidRDefault="0098573C"/>
        </w:tc>
        <w:tc>
          <w:tcPr>
            <w:tcW w:w="1423" w:type="dxa"/>
          </w:tcPr>
          <w:p w14:paraId="4555402A" w14:textId="77777777" w:rsidR="0098573C" w:rsidRDefault="0098573C"/>
        </w:tc>
        <w:tc>
          <w:tcPr>
            <w:tcW w:w="1513" w:type="dxa"/>
          </w:tcPr>
          <w:p w14:paraId="728B579B" w14:textId="77777777" w:rsidR="0098573C" w:rsidRDefault="0098573C"/>
        </w:tc>
      </w:tr>
      <w:tr w:rsidR="0098573C" w14:paraId="73BFFE2C" w14:textId="77777777" w:rsidTr="00BF3B29">
        <w:trPr>
          <w:jc w:val="center"/>
        </w:trPr>
        <w:tc>
          <w:tcPr>
            <w:tcW w:w="894" w:type="dxa"/>
          </w:tcPr>
          <w:p w14:paraId="100EEE56" w14:textId="77777777" w:rsidR="0098573C" w:rsidRDefault="0098573C"/>
        </w:tc>
        <w:tc>
          <w:tcPr>
            <w:tcW w:w="885" w:type="dxa"/>
          </w:tcPr>
          <w:p w14:paraId="27DA1855" w14:textId="77777777" w:rsidR="0098573C" w:rsidRDefault="0080549C">
            <w:r>
              <w:rPr>
                <w:sz w:val="16"/>
              </w:rPr>
              <w:t>38</w:t>
            </w:r>
          </w:p>
        </w:tc>
        <w:tc>
          <w:tcPr>
            <w:tcW w:w="1590" w:type="dxa"/>
          </w:tcPr>
          <w:p w14:paraId="74E44C78" w14:textId="77777777" w:rsidR="0098573C" w:rsidRDefault="0080549C">
            <w:r>
              <w:rPr>
                <w:sz w:val="16"/>
              </w:rPr>
              <w:t>3C: Modern artists</w:t>
            </w:r>
          </w:p>
        </w:tc>
        <w:tc>
          <w:tcPr>
            <w:tcW w:w="2409" w:type="dxa"/>
          </w:tcPr>
          <w:p w14:paraId="75567E64" w14:textId="77777777" w:rsidR="0098573C" w:rsidRDefault="0080549C">
            <w:r>
              <w:rPr>
                <w:sz w:val="16"/>
              </w:rPr>
              <w:t>Čítanie s porozumením, slovná zásoba - umenie</w:t>
            </w:r>
          </w:p>
        </w:tc>
        <w:tc>
          <w:tcPr>
            <w:tcW w:w="2724" w:type="dxa"/>
          </w:tcPr>
          <w:p w14:paraId="123BCAA0" w14:textId="77777777" w:rsidR="0098573C" w:rsidRDefault="0080549C">
            <w:r>
              <w:rPr>
                <w:sz w:val="16"/>
              </w:rPr>
              <w:t>porozumieť textu o modernom umení a umelcoch</w:t>
            </w:r>
            <w:r>
              <w:rPr>
                <w:sz w:val="16"/>
              </w:rPr>
              <w:br/>
              <w:t>hovoriť o umeleckých dielach a ich autoroch</w:t>
            </w:r>
            <w:r>
              <w:rPr>
                <w:sz w:val="16"/>
              </w:rPr>
              <w:br/>
              <w:t>vyjadriť svoj názor na umelecké diela</w:t>
            </w:r>
          </w:p>
        </w:tc>
        <w:tc>
          <w:tcPr>
            <w:tcW w:w="1756" w:type="dxa"/>
          </w:tcPr>
          <w:p w14:paraId="1AD91F30" w14:textId="77777777" w:rsidR="0098573C" w:rsidRDefault="0098573C"/>
        </w:tc>
        <w:tc>
          <w:tcPr>
            <w:tcW w:w="1502" w:type="dxa"/>
          </w:tcPr>
          <w:p w14:paraId="168E3DB8" w14:textId="77777777" w:rsidR="0098573C" w:rsidRDefault="0080549C">
            <w:r>
              <w:rPr>
                <w:sz w:val="16"/>
              </w:rPr>
              <w:t>by accident, cheque, do sth for a living, exhibition, introduce, masterpiece, own, owner, paint, pass by, stick, towards , true , without</w:t>
            </w:r>
          </w:p>
        </w:tc>
        <w:tc>
          <w:tcPr>
            <w:tcW w:w="1423" w:type="dxa"/>
          </w:tcPr>
          <w:p w14:paraId="69E2880B" w14:textId="77777777" w:rsidR="0098573C" w:rsidRDefault="0080549C">
            <w:r>
              <w:rPr>
                <w:sz w:val="16"/>
              </w:rPr>
              <w:t>SB</w:t>
            </w:r>
            <w:r>
              <w:rPr>
                <w:sz w:val="16"/>
              </w:rPr>
              <w:br/>
              <w:t>IWB &amp; IWB material or audio and audio player</w:t>
            </w:r>
          </w:p>
        </w:tc>
        <w:tc>
          <w:tcPr>
            <w:tcW w:w="1513" w:type="dxa"/>
          </w:tcPr>
          <w:p w14:paraId="328A03C9" w14:textId="77777777" w:rsidR="0098573C" w:rsidRDefault="0080549C">
            <w:r>
              <w:rPr>
                <w:sz w:val="16"/>
              </w:rPr>
              <w:t>kritické myslenie, komunikácia</w:t>
            </w:r>
          </w:p>
        </w:tc>
      </w:tr>
      <w:tr w:rsidR="0098573C" w14:paraId="26A3C1EA" w14:textId="77777777" w:rsidTr="00BF3B29">
        <w:trPr>
          <w:jc w:val="center"/>
        </w:trPr>
        <w:tc>
          <w:tcPr>
            <w:tcW w:w="894" w:type="dxa"/>
          </w:tcPr>
          <w:p w14:paraId="2786DB1E" w14:textId="77777777" w:rsidR="0098573C" w:rsidRDefault="0098573C"/>
        </w:tc>
        <w:tc>
          <w:tcPr>
            <w:tcW w:w="885" w:type="dxa"/>
          </w:tcPr>
          <w:p w14:paraId="7B90CE8F" w14:textId="77777777" w:rsidR="0098573C" w:rsidRDefault="0080549C">
            <w:r>
              <w:rPr>
                <w:sz w:val="16"/>
              </w:rPr>
              <w:t>39</w:t>
            </w:r>
          </w:p>
        </w:tc>
        <w:tc>
          <w:tcPr>
            <w:tcW w:w="1590" w:type="dxa"/>
          </w:tcPr>
          <w:p w14:paraId="7D513AC8" w14:textId="77777777" w:rsidR="0098573C" w:rsidRDefault="0080549C">
            <w:r>
              <w:rPr>
                <w:sz w:val="16"/>
              </w:rPr>
              <w:t>3C: Modern artists</w:t>
            </w:r>
          </w:p>
        </w:tc>
        <w:tc>
          <w:tcPr>
            <w:tcW w:w="2409" w:type="dxa"/>
          </w:tcPr>
          <w:p w14:paraId="30490E28" w14:textId="77777777" w:rsidR="0098573C" w:rsidRDefault="0080549C">
            <w:r>
              <w:rPr>
                <w:sz w:val="16"/>
              </w:rPr>
              <w:t>Gramatika - vzťažné zámená, počúvanie s porozumením</w:t>
            </w:r>
          </w:p>
        </w:tc>
        <w:tc>
          <w:tcPr>
            <w:tcW w:w="2724" w:type="dxa"/>
          </w:tcPr>
          <w:p w14:paraId="7DB0E5FA" w14:textId="77777777" w:rsidR="0098573C" w:rsidRDefault="0080549C">
            <w:r>
              <w:rPr>
                <w:sz w:val="16"/>
              </w:rPr>
              <w:t>používať vzťažné zámená who, which a that pri spájaní viet</w:t>
            </w:r>
            <w:r>
              <w:rPr>
                <w:sz w:val="16"/>
              </w:rPr>
              <w:br/>
              <w:t>porozumieť počúvanému textu o umení</w:t>
            </w:r>
            <w:r>
              <w:rPr>
                <w:sz w:val="16"/>
              </w:rPr>
              <w:br/>
              <w:t>vytvárať jednoduché súvetia s použitím vzťažných zámen</w:t>
            </w:r>
          </w:p>
        </w:tc>
        <w:tc>
          <w:tcPr>
            <w:tcW w:w="1756" w:type="dxa"/>
          </w:tcPr>
          <w:p w14:paraId="067392AC" w14:textId="77777777" w:rsidR="0098573C" w:rsidRDefault="0080549C">
            <w:r>
              <w:rPr>
                <w:sz w:val="16"/>
              </w:rPr>
              <w:t>Relative Pronouns who, which that</w:t>
            </w:r>
          </w:p>
        </w:tc>
        <w:tc>
          <w:tcPr>
            <w:tcW w:w="1502" w:type="dxa"/>
          </w:tcPr>
          <w:p w14:paraId="1ACE84DD" w14:textId="77777777" w:rsidR="0098573C" w:rsidRDefault="0098573C"/>
        </w:tc>
        <w:tc>
          <w:tcPr>
            <w:tcW w:w="1423" w:type="dxa"/>
          </w:tcPr>
          <w:p w14:paraId="7FCBC47C" w14:textId="77777777" w:rsidR="0098573C" w:rsidRDefault="0098573C"/>
        </w:tc>
        <w:tc>
          <w:tcPr>
            <w:tcW w:w="1513" w:type="dxa"/>
          </w:tcPr>
          <w:p w14:paraId="473DBDB6" w14:textId="77777777" w:rsidR="0098573C" w:rsidRDefault="0098573C"/>
        </w:tc>
      </w:tr>
      <w:tr w:rsidR="0098573C" w14:paraId="07513461" w14:textId="77777777" w:rsidTr="00BF3B29">
        <w:trPr>
          <w:jc w:val="center"/>
        </w:trPr>
        <w:tc>
          <w:tcPr>
            <w:tcW w:w="894" w:type="dxa"/>
          </w:tcPr>
          <w:p w14:paraId="7352FCD4" w14:textId="77777777" w:rsidR="0098573C" w:rsidRDefault="0098573C"/>
        </w:tc>
        <w:tc>
          <w:tcPr>
            <w:tcW w:w="885" w:type="dxa"/>
          </w:tcPr>
          <w:p w14:paraId="51BA5484" w14:textId="77777777" w:rsidR="0098573C" w:rsidRDefault="0080549C">
            <w:r>
              <w:rPr>
                <w:sz w:val="16"/>
              </w:rPr>
              <w:t>40</w:t>
            </w:r>
          </w:p>
        </w:tc>
        <w:tc>
          <w:tcPr>
            <w:tcW w:w="1590" w:type="dxa"/>
          </w:tcPr>
          <w:p w14:paraId="74491D66" w14:textId="77777777" w:rsidR="0098573C" w:rsidRDefault="0080549C">
            <w:r>
              <w:rPr>
                <w:sz w:val="16"/>
              </w:rPr>
              <w:t>3D: Downloading…</w:t>
            </w:r>
          </w:p>
        </w:tc>
        <w:tc>
          <w:tcPr>
            <w:tcW w:w="2409" w:type="dxa"/>
          </w:tcPr>
          <w:p w14:paraId="33F9BCE7" w14:textId="77777777" w:rsidR="0098573C" w:rsidRDefault="0080549C">
            <w:r>
              <w:rPr>
                <w:sz w:val="16"/>
              </w:rPr>
              <w:t>Slovná zásoba počítačová technika, čítanie s porozumením</w:t>
            </w:r>
          </w:p>
        </w:tc>
        <w:tc>
          <w:tcPr>
            <w:tcW w:w="2724" w:type="dxa"/>
          </w:tcPr>
          <w:p w14:paraId="0ED0C4A9" w14:textId="77777777" w:rsidR="0098573C" w:rsidRDefault="0080549C">
            <w:r>
              <w:rPr>
                <w:sz w:val="16"/>
              </w:rPr>
              <w:t>porozumieť textu o informačných technológiách a digitálnej komunikácii</w:t>
            </w:r>
            <w:r>
              <w:rPr>
                <w:sz w:val="16"/>
              </w:rPr>
              <w:br/>
              <w:t>používať slovnú zásobu súvisiacu s počítačmi a internetom</w:t>
            </w:r>
            <w:r>
              <w:rPr>
                <w:sz w:val="16"/>
              </w:rPr>
              <w:br/>
              <w:t>hovoriť o bezpečnom používaní digitálnych technológií</w:t>
            </w:r>
          </w:p>
        </w:tc>
        <w:tc>
          <w:tcPr>
            <w:tcW w:w="1756" w:type="dxa"/>
          </w:tcPr>
          <w:p w14:paraId="7A153998" w14:textId="77777777" w:rsidR="0098573C" w:rsidRDefault="0098573C"/>
        </w:tc>
        <w:tc>
          <w:tcPr>
            <w:tcW w:w="1502" w:type="dxa"/>
          </w:tcPr>
          <w:p w14:paraId="1B4F70E2" w14:textId="77777777" w:rsidR="0098573C" w:rsidRDefault="0080549C">
            <w:r>
              <w:rPr>
                <w:sz w:val="16"/>
              </w:rPr>
              <w:t>bug, check, communicate , delete, download, for free, ill, message, normally, printer, program, social media sites, speakers, update, USB flash drive, video, virus, website</w:t>
            </w:r>
          </w:p>
        </w:tc>
        <w:tc>
          <w:tcPr>
            <w:tcW w:w="1423" w:type="dxa"/>
          </w:tcPr>
          <w:p w14:paraId="51AA60E6" w14:textId="77777777" w:rsidR="0098573C" w:rsidRDefault="0080549C">
            <w:r>
              <w:rPr>
                <w:sz w:val="16"/>
              </w:rPr>
              <w:t>SB</w:t>
            </w:r>
            <w:r>
              <w:rPr>
                <w:sz w:val="16"/>
              </w:rPr>
              <w:br/>
              <w:t>IWB &amp; IWB material or audio and audio player</w:t>
            </w:r>
          </w:p>
        </w:tc>
        <w:tc>
          <w:tcPr>
            <w:tcW w:w="1513" w:type="dxa"/>
          </w:tcPr>
          <w:p w14:paraId="10542662" w14:textId="77777777" w:rsidR="0098573C" w:rsidRDefault="0080549C">
            <w:r>
              <w:rPr>
                <w:sz w:val="16"/>
              </w:rPr>
              <w:t>kritické myslenie, komunikácia, digitálna gramotnosť, tvorivosť</w:t>
            </w:r>
          </w:p>
        </w:tc>
      </w:tr>
      <w:tr w:rsidR="0098573C" w14:paraId="050836D5" w14:textId="77777777" w:rsidTr="00BF3B29">
        <w:trPr>
          <w:jc w:val="center"/>
        </w:trPr>
        <w:tc>
          <w:tcPr>
            <w:tcW w:w="894" w:type="dxa"/>
          </w:tcPr>
          <w:p w14:paraId="5153183F" w14:textId="77777777" w:rsidR="0098573C" w:rsidRDefault="0098573C"/>
        </w:tc>
        <w:tc>
          <w:tcPr>
            <w:tcW w:w="885" w:type="dxa"/>
          </w:tcPr>
          <w:p w14:paraId="7BD60CC3" w14:textId="77777777" w:rsidR="0098573C" w:rsidRDefault="0080549C">
            <w:r>
              <w:rPr>
                <w:sz w:val="16"/>
              </w:rPr>
              <w:t>41</w:t>
            </w:r>
          </w:p>
        </w:tc>
        <w:tc>
          <w:tcPr>
            <w:tcW w:w="1590" w:type="dxa"/>
          </w:tcPr>
          <w:p w14:paraId="5DB499E9" w14:textId="77777777" w:rsidR="0098573C" w:rsidRDefault="0080549C">
            <w:r>
              <w:rPr>
                <w:sz w:val="16"/>
              </w:rPr>
              <w:t>3D: Downloading…</w:t>
            </w:r>
          </w:p>
        </w:tc>
        <w:tc>
          <w:tcPr>
            <w:tcW w:w="2409" w:type="dxa"/>
          </w:tcPr>
          <w:p w14:paraId="74817042" w14:textId="77777777" w:rsidR="0098573C" w:rsidRDefault="0080549C">
            <w:r>
              <w:rPr>
                <w:sz w:val="16"/>
              </w:rPr>
              <w:t>Gramatika - modálne slovesá, písanie - moje povinnosti a zákazy</w:t>
            </w:r>
          </w:p>
        </w:tc>
        <w:tc>
          <w:tcPr>
            <w:tcW w:w="2724" w:type="dxa"/>
          </w:tcPr>
          <w:p w14:paraId="24BC9468" w14:textId="77777777" w:rsidR="0098573C" w:rsidRDefault="0080549C">
            <w:r>
              <w:rPr>
                <w:sz w:val="16"/>
              </w:rPr>
              <w:t>používať slovesá must a have to na vyjadrenie povinnosti, zákazu a nevyhnutnosti</w:t>
            </w:r>
            <w:r>
              <w:rPr>
                <w:sz w:val="16"/>
              </w:rPr>
              <w:br/>
            </w:r>
            <w:r>
              <w:rPr>
                <w:sz w:val="16"/>
              </w:rPr>
              <w:lastRenderedPageBreak/>
              <w:t>rozlišovať ich použitie v rôznych komunikačných situáciách</w:t>
            </w:r>
            <w:r>
              <w:rPr>
                <w:sz w:val="16"/>
              </w:rPr>
              <w:br/>
              <w:t>napísať krátky text o svojich povinnostiach a pravidlách</w:t>
            </w:r>
          </w:p>
        </w:tc>
        <w:tc>
          <w:tcPr>
            <w:tcW w:w="1756" w:type="dxa"/>
          </w:tcPr>
          <w:p w14:paraId="71961A24" w14:textId="77777777" w:rsidR="0098573C" w:rsidRDefault="0080549C">
            <w:r>
              <w:rPr>
                <w:sz w:val="16"/>
              </w:rPr>
              <w:lastRenderedPageBreak/>
              <w:t>must</w:t>
            </w:r>
            <w:r>
              <w:rPr>
                <w:sz w:val="16"/>
              </w:rPr>
              <w:br/>
              <w:t>have to</w:t>
            </w:r>
          </w:p>
        </w:tc>
        <w:tc>
          <w:tcPr>
            <w:tcW w:w="1502" w:type="dxa"/>
          </w:tcPr>
          <w:p w14:paraId="2675D868" w14:textId="77777777" w:rsidR="0098573C" w:rsidRDefault="0098573C"/>
        </w:tc>
        <w:tc>
          <w:tcPr>
            <w:tcW w:w="1423" w:type="dxa"/>
          </w:tcPr>
          <w:p w14:paraId="11FBD50B" w14:textId="77777777" w:rsidR="0098573C" w:rsidRDefault="0098573C"/>
        </w:tc>
        <w:tc>
          <w:tcPr>
            <w:tcW w:w="1513" w:type="dxa"/>
          </w:tcPr>
          <w:p w14:paraId="0528B083" w14:textId="77777777" w:rsidR="0098573C" w:rsidRDefault="0098573C"/>
        </w:tc>
      </w:tr>
      <w:tr w:rsidR="0098573C" w14:paraId="341F866D" w14:textId="77777777" w:rsidTr="00BF3B29">
        <w:trPr>
          <w:jc w:val="center"/>
        </w:trPr>
        <w:tc>
          <w:tcPr>
            <w:tcW w:w="894" w:type="dxa"/>
          </w:tcPr>
          <w:p w14:paraId="272C476C" w14:textId="77777777" w:rsidR="0098573C" w:rsidRDefault="0098573C"/>
        </w:tc>
        <w:tc>
          <w:tcPr>
            <w:tcW w:w="885" w:type="dxa"/>
          </w:tcPr>
          <w:p w14:paraId="68BCBCFE" w14:textId="77777777" w:rsidR="0098573C" w:rsidRDefault="0080549C">
            <w:r>
              <w:rPr>
                <w:sz w:val="16"/>
              </w:rPr>
              <w:t>42</w:t>
            </w:r>
          </w:p>
        </w:tc>
        <w:tc>
          <w:tcPr>
            <w:tcW w:w="1590" w:type="dxa"/>
          </w:tcPr>
          <w:p w14:paraId="2BAB5668" w14:textId="77777777" w:rsidR="0098573C" w:rsidRDefault="0080549C">
            <w:r>
              <w:rPr>
                <w:sz w:val="16"/>
              </w:rPr>
              <w:t>Top Skills: Get a job</w:t>
            </w:r>
          </w:p>
        </w:tc>
        <w:tc>
          <w:tcPr>
            <w:tcW w:w="2409" w:type="dxa"/>
          </w:tcPr>
          <w:p w14:paraId="671EB077" w14:textId="77777777" w:rsidR="0098573C" w:rsidRDefault="0080549C">
            <w:r>
              <w:rPr>
                <w:sz w:val="16"/>
              </w:rPr>
              <w:t>Slovná zásoba - práca a povolanie, čítanie s porozumením</w:t>
            </w:r>
          </w:p>
        </w:tc>
        <w:tc>
          <w:tcPr>
            <w:tcW w:w="2724" w:type="dxa"/>
          </w:tcPr>
          <w:p w14:paraId="1F64B986" w14:textId="77777777" w:rsidR="0098573C" w:rsidRDefault="0080549C">
            <w:r>
              <w:rPr>
                <w:sz w:val="16"/>
              </w:rPr>
              <w:t>porozumieť textu o povolaniach a brigádach</w:t>
            </w:r>
            <w:r>
              <w:rPr>
                <w:sz w:val="16"/>
              </w:rPr>
              <w:br/>
            </w:r>
            <w:r>
              <w:rPr>
                <w:sz w:val="16"/>
              </w:rPr>
              <w:t>uviesť výhody a nevýhody rôznych povolaní</w:t>
            </w:r>
            <w:r>
              <w:rPr>
                <w:sz w:val="16"/>
              </w:rPr>
              <w:br/>
              <w:t>zdôvodniť svoj názor na vhodné zamestnanie</w:t>
            </w:r>
          </w:p>
        </w:tc>
        <w:tc>
          <w:tcPr>
            <w:tcW w:w="1756" w:type="dxa"/>
          </w:tcPr>
          <w:p w14:paraId="762DF98E" w14:textId="77777777" w:rsidR="0098573C" w:rsidRDefault="0098573C"/>
        </w:tc>
        <w:tc>
          <w:tcPr>
            <w:tcW w:w="1502" w:type="dxa"/>
          </w:tcPr>
          <w:p w14:paraId="5CCBBF69" w14:textId="77777777" w:rsidR="0098573C" w:rsidRDefault="0080549C">
            <w:r>
              <w:rPr>
                <w:sz w:val="16"/>
              </w:rPr>
              <w:t>dog stylist, fruit picker, get paid, I don't mind., ideal, in addition, Imagine that!, librarian, long hours, make money, normal, performer, pocket money, tester , weekly, whole</w:t>
            </w:r>
          </w:p>
        </w:tc>
        <w:tc>
          <w:tcPr>
            <w:tcW w:w="1423" w:type="dxa"/>
          </w:tcPr>
          <w:p w14:paraId="0F7AFEAE" w14:textId="77777777" w:rsidR="0098573C" w:rsidRDefault="0080549C">
            <w:r>
              <w:rPr>
                <w:sz w:val="16"/>
              </w:rPr>
              <w:t>SB</w:t>
            </w:r>
            <w:r>
              <w:rPr>
                <w:sz w:val="16"/>
              </w:rPr>
              <w:br/>
              <w:t>IWB &amp; IWB material or audio and audio player</w:t>
            </w:r>
          </w:p>
        </w:tc>
        <w:tc>
          <w:tcPr>
            <w:tcW w:w="1513" w:type="dxa"/>
          </w:tcPr>
          <w:p w14:paraId="7C892363" w14:textId="77777777" w:rsidR="0098573C" w:rsidRDefault="0080549C">
            <w:r>
              <w:rPr>
                <w:sz w:val="16"/>
              </w:rPr>
              <w:t>kritické myslenie, komunikácia, spolupráca, tvorivosť</w:t>
            </w:r>
          </w:p>
        </w:tc>
      </w:tr>
      <w:tr w:rsidR="0098573C" w14:paraId="1602246D" w14:textId="77777777" w:rsidTr="00BF3B29">
        <w:trPr>
          <w:jc w:val="center"/>
        </w:trPr>
        <w:tc>
          <w:tcPr>
            <w:tcW w:w="894" w:type="dxa"/>
          </w:tcPr>
          <w:p w14:paraId="3874C802" w14:textId="77777777" w:rsidR="0098573C" w:rsidRDefault="0098573C"/>
        </w:tc>
        <w:tc>
          <w:tcPr>
            <w:tcW w:w="885" w:type="dxa"/>
          </w:tcPr>
          <w:p w14:paraId="7329C858" w14:textId="77777777" w:rsidR="0098573C" w:rsidRDefault="0080549C">
            <w:r>
              <w:rPr>
                <w:sz w:val="16"/>
              </w:rPr>
              <w:t>43</w:t>
            </w:r>
          </w:p>
        </w:tc>
        <w:tc>
          <w:tcPr>
            <w:tcW w:w="1590" w:type="dxa"/>
          </w:tcPr>
          <w:p w14:paraId="24F7CD15" w14:textId="77777777" w:rsidR="0098573C" w:rsidRDefault="0080549C">
            <w:r>
              <w:rPr>
                <w:sz w:val="16"/>
              </w:rPr>
              <w:t>Top Skills: Get a job</w:t>
            </w:r>
          </w:p>
        </w:tc>
        <w:tc>
          <w:tcPr>
            <w:tcW w:w="2409" w:type="dxa"/>
          </w:tcPr>
          <w:p w14:paraId="518374DF" w14:textId="77777777" w:rsidR="0098573C" w:rsidRDefault="0080549C">
            <w:r>
              <w:rPr>
                <w:sz w:val="16"/>
              </w:rPr>
              <w:t>Počúvanie s porozumením, rozprávanie, písanie - moja práca</w:t>
            </w:r>
          </w:p>
        </w:tc>
        <w:tc>
          <w:tcPr>
            <w:tcW w:w="2724" w:type="dxa"/>
          </w:tcPr>
          <w:p w14:paraId="3B276B79" w14:textId="77777777" w:rsidR="0098573C" w:rsidRDefault="0080549C">
            <w:r>
              <w:rPr>
                <w:sz w:val="16"/>
              </w:rPr>
              <w:t>porozumieť informáciám z počúvaného textu o pracovných skúsenostiach</w:t>
            </w:r>
            <w:r>
              <w:rPr>
                <w:sz w:val="16"/>
              </w:rPr>
              <w:br/>
              <w:t>predstaviť svoje predstavy o budúcom povolaní</w:t>
            </w:r>
            <w:r>
              <w:rPr>
                <w:sz w:val="16"/>
              </w:rPr>
              <w:br/>
              <w:t>napísať krátky text o vysnívanej práci</w:t>
            </w:r>
          </w:p>
        </w:tc>
        <w:tc>
          <w:tcPr>
            <w:tcW w:w="1756" w:type="dxa"/>
          </w:tcPr>
          <w:p w14:paraId="7252E057" w14:textId="77777777" w:rsidR="0098573C" w:rsidRDefault="0098573C"/>
        </w:tc>
        <w:tc>
          <w:tcPr>
            <w:tcW w:w="1502" w:type="dxa"/>
          </w:tcPr>
          <w:p w14:paraId="70754C35" w14:textId="77777777" w:rsidR="0098573C" w:rsidRDefault="0098573C"/>
        </w:tc>
        <w:tc>
          <w:tcPr>
            <w:tcW w:w="1423" w:type="dxa"/>
          </w:tcPr>
          <w:p w14:paraId="5EF98EF4" w14:textId="77777777" w:rsidR="0098573C" w:rsidRDefault="0098573C"/>
        </w:tc>
        <w:tc>
          <w:tcPr>
            <w:tcW w:w="1513" w:type="dxa"/>
          </w:tcPr>
          <w:p w14:paraId="26EE10AA" w14:textId="77777777" w:rsidR="0098573C" w:rsidRDefault="0098573C"/>
        </w:tc>
      </w:tr>
      <w:tr w:rsidR="0098573C" w14:paraId="1ABC0305" w14:textId="77777777" w:rsidTr="00BF3B29">
        <w:trPr>
          <w:jc w:val="center"/>
        </w:trPr>
        <w:tc>
          <w:tcPr>
            <w:tcW w:w="894" w:type="dxa"/>
          </w:tcPr>
          <w:p w14:paraId="6B3C14D4" w14:textId="77777777" w:rsidR="0098573C" w:rsidRDefault="0098573C"/>
        </w:tc>
        <w:tc>
          <w:tcPr>
            <w:tcW w:w="885" w:type="dxa"/>
          </w:tcPr>
          <w:p w14:paraId="7AF801CC" w14:textId="77777777" w:rsidR="0098573C" w:rsidRDefault="0080549C">
            <w:r>
              <w:rPr>
                <w:sz w:val="16"/>
              </w:rPr>
              <w:t>44</w:t>
            </w:r>
          </w:p>
        </w:tc>
        <w:tc>
          <w:tcPr>
            <w:tcW w:w="1590" w:type="dxa"/>
          </w:tcPr>
          <w:p w14:paraId="1769E7D2" w14:textId="77777777" w:rsidR="0098573C" w:rsidRDefault="0080549C">
            <w:r>
              <w:rPr>
                <w:sz w:val="16"/>
              </w:rPr>
              <w:t>Revision module 3</w:t>
            </w:r>
          </w:p>
        </w:tc>
        <w:tc>
          <w:tcPr>
            <w:tcW w:w="2409" w:type="dxa"/>
          </w:tcPr>
          <w:p w14:paraId="54EF2EBE" w14:textId="77777777" w:rsidR="0098573C" w:rsidRDefault="0080549C">
            <w:r>
              <w:rPr>
                <w:sz w:val="16"/>
              </w:rPr>
              <w:t>Zhrnutie učiva</w:t>
            </w:r>
          </w:p>
        </w:tc>
        <w:tc>
          <w:tcPr>
            <w:tcW w:w="2724" w:type="dxa"/>
          </w:tcPr>
          <w:p w14:paraId="76E1057D" w14:textId="77777777" w:rsidR="0098573C" w:rsidRDefault="0080549C">
            <w:r>
              <w:rPr>
                <w:sz w:val="16"/>
              </w:rPr>
              <w:t>zopakovať slovnú zásobu modulu</w:t>
            </w:r>
            <w:r>
              <w:rPr>
                <w:sz w:val="16"/>
              </w:rPr>
              <w:br/>
              <w:t>upevniť gramatické štruktúry modulu</w:t>
            </w:r>
            <w:r>
              <w:rPr>
                <w:sz w:val="16"/>
              </w:rPr>
              <w:br/>
              <w:t>precvičiť komunikačné situácie</w:t>
            </w:r>
          </w:p>
        </w:tc>
        <w:tc>
          <w:tcPr>
            <w:tcW w:w="1756" w:type="dxa"/>
          </w:tcPr>
          <w:p w14:paraId="319C7DC7" w14:textId="77777777" w:rsidR="0098573C" w:rsidRDefault="0098573C"/>
        </w:tc>
        <w:tc>
          <w:tcPr>
            <w:tcW w:w="1502" w:type="dxa"/>
          </w:tcPr>
          <w:p w14:paraId="5B920E63" w14:textId="77777777" w:rsidR="0098573C" w:rsidRDefault="0098573C"/>
        </w:tc>
        <w:tc>
          <w:tcPr>
            <w:tcW w:w="1423" w:type="dxa"/>
          </w:tcPr>
          <w:p w14:paraId="0D3ED6AB" w14:textId="77777777" w:rsidR="0098573C" w:rsidRDefault="0080549C">
            <w:r>
              <w:rPr>
                <w:sz w:val="16"/>
              </w:rPr>
              <w:t>SB</w:t>
            </w:r>
            <w:r>
              <w:rPr>
                <w:sz w:val="16"/>
              </w:rPr>
              <w:br/>
              <w:t>IWB &amp; IWB material or audio and audio player</w:t>
            </w:r>
            <w:r>
              <w:rPr>
                <w:sz w:val="16"/>
              </w:rPr>
              <w:br/>
              <w:t>If necessary, WB (extra grammar practice)</w:t>
            </w:r>
          </w:p>
        </w:tc>
        <w:tc>
          <w:tcPr>
            <w:tcW w:w="1513" w:type="dxa"/>
          </w:tcPr>
          <w:p w14:paraId="3EBE0469" w14:textId="77777777" w:rsidR="0098573C" w:rsidRDefault="0080549C">
            <w:r>
              <w:rPr>
                <w:sz w:val="16"/>
              </w:rPr>
              <w:t>samostatné učenie</w:t>
            </w:r>
          </w:p>
        </w:tc>
      </w:tr>
      <w:tr w:rsidR="0098573C" w14:paraId="204B01C8" w14:textId="77777777" w:rsidTr="00BF3B29">
        <w:trPr>
          <w:jc w:val="center"/>
        </w:trPr>
        <w:tc>
          <w:tcPr>
            <w:tcW w:w="894" w:type="dxa"/>
          </w:tcPr>
          <w:p w14:paraId="39CC863F" w14:textId="77777777" w:rsidR="0098573C" w:rsidRDefault="0098573C"/>
        </w:tc>
        <w:tc>
          <w:tcPr>
            <w:tcW w:w="885" w:type="dxa"/>
          </w:tcPr>
          <w:p w14:paraId="7646F7E6" w14:textId="77777777" w:rsidR="0098573C" w:rsidRDefault="0080549C">
            <w:r>
              <w:rPr>
                <w:sz w:val="16"/>
              </w:rPr>
              <w:t>45</w:t>
            </w:r>
          </w:p>
        </w:tc>
        <w:tc>
          <w:tcPr>
            <w:tcW w:w="1590" w:type="dxa"/>
          </w:tcPr>
          <w:p w14:paraId="1BA12AAB" w14:textId="77777777" w:rsidR="0098573C" w:rsidRDefault="0080549C">
            <w:r>
              <w:rPr>
                <w:sz w:val="16"/>
              </w:rPr>
              <w:t>Revision module 3</w:t>
            </w:r>
          </w:p>
        </w:tc>
        <w:tc>
          <w:tcPr>
            <w:tcW w:w="2409" w:type="dxa"/>
          </w:tcPr>
          <w:p w14:paraId="10EE9C32" w14:textId="77777777" w:rsidR="0098573C" w:rsidRDefault="0080549C">
            <w:r>
              <w:rPr>
                <w:sz w:val="16"/>
              </w:rPr>
              <w:t>Sebahodnotenie</w:t>
            </w:r>
          </w:p>
        </w:tc>
        <w:tc>
          <w:tcPr>
            <w:tcW w:w="2724" w:type="dxa"/>
          </w:tcPr>
          <w:p w14:paraId="2CEAD4E0" w14:textId="77777777" w:rsidR="0098573C" w:rsidRDefault="0080549C">
            <w:r>
              <w:rPr>
                <w:sz w:val="16"/>
              </w:rPr>
              <w:t>zhodnotiť úroveň svojich vedomostí</w:t>
            </w:r>
            <w:r>
              <w:rPr>
                <w:sz w:val="16"/>
              </w:rPr>
              <w:br/>
            </w:r>
            <w:r>
              <w:rPr>
                <w:sz w:val="16"/>
              </w:rPr>
              <w:t>identifikovať oblasti, ktoré je potrebné zlepšiť</w:t>
            </w:r>
            <w:r>
              <w:rPr>
                <w:sz w:val="16"/>
              </w:rPr>
              <w:br/>
              <w:t>pripraviť sa na priebežné overenie vedomostí</w:t>
            </w:r>
          </w:p>
        </w:tc>
        <w:tc>
          <w:tcPr>
            <w:tcW w:w="1756" w:type="dxa"/>
          </w:tcPr>
          <w:p w14:paraId="47F55D62" w14:textId="77777777" w:rsidR="0098573C" w:rsidRDefault="0098573C"/>
        </w:tc>
        <w:tc>
          <w:tcPr>
            <w:tcW w:w="1502" w:type="dxa"/>
          </w:tcPr>
          <w:p w14:paraId="2B0C416F" w14:textId="77777777" w:rsidR="0098573C" w:rsidRDefault="0098573C"/>
        </w:tc>
        <w:tc>
          <w:tcPr>
            <w:tcW w:w="1423" w:type="dxa"/>
          </w:tcPr>
          <w:p w14:paraId="10370815" w14:textId="77777777" w:rsidR="0098573C" w:rsidRDefault="0098573C"/>
        </w:tc>
        <w:tc>
          <w:tcPr>
            <w:tcW w:w="1513" w:type="dxa"/>
          </w:tcPr>
          <w:p w14:paraId="2A3DCF6B" w14:textId="77777777" w:rsidR="0098573C" w:rsidRDefault="0098573C"/>
        </w:tc>
      </w:tr>
      <w:tr w:rsidR="0098573C" w14:paraId="7570FD24" w14:textId="77777777" w:rsidTr="00BF3B29">
        <w:trPr>
          <w:jc w:val="center"/>
        </w:trPr>
        <w:tc>
          <w:tcPr>
            <w:tcW w:w="894" w:type="dxa"/>
          </w:tcPr>
          <w:p w14:paraId="78901B30" w14:textId="77777777" w:rsidR="0098573C" w:rsidRDefault="0098573C"/>
        </w:tc>
        <w:tc>
          <w:tcPr>
            <w:tcW w:w="885" w:type="dxa"/>
          </w:tcPr>
          <w:p w14:paraId="4B6FEFDB" w14:textId="77777777" w:rsidR="0098573C" w:rsidRDefault="0080549C">
            <w:r>
              <w:rPr>
                <w:sz w:val="16"/>
              </w:rPr>
              <w:t>46</w:t>
            </w:r>
          </w:p>
        </w:tc>
        <w:tc>
          <w:tcPr>
            <w:tcW w:w="1590" w:type="dxa"/>
          </w:tcPr>
          <w:p w14:paraId="2051824C" w14:textId="77777777" w:rsidR="0098573C" w:rsidRDefault="0080549C">
            <w:r>
              <w:rPr>
                <w:sz w:val="16"/>
              </w:rPr>
              <w:t>Me and My country project 3 – Clothes</w:t>
            </w:r>
          </w:p>
        </w:tc>
        <w:tc>
          <w:tcPr>
            <w:tcW w:w="2409" w:type="dxa"/>
          </w:tcPr>
          <w:p w14:paraId="72005A00" w14:textId="77777777" w:rsidR="0098573C" w:rsidRDefault="0080549C">
            <w:r>
              <w:rPr>
                <w:sz w:val="16"/>
              </w:rPr>
              <w:t>Obľúbené oblečenie</w:t>
            </w:r>
          </w:p>
        </w:tc>
        <w:tc>
          <w:tcPr>
            <w:tcW w:w="2724" w:type="dxa"/>
          </w:tcPr>
          <w:p w14:paraId="12899B47" w14:textId="77777777" w:rsidR="0098573C" w:rsidRDefault="0080549C">
            <w:r>
              <w:rPr>
                <w:sz w:val="16"/>
              </w:rPr>
              <w:t>vyhľadať informácie o módnych trendoch a štýloch obliekania</w:t>
            </w:r>
            <w:r>
              <w:rPr>
                <w:sz w:val="16"/>
              </w:rPr>
              <w:br/>
              <w:t>opísať svoj obľúbený štýl obliekania a zdôvodniť svoj výber</w:t>
            </w:r>
            <w:r>
              <w:rPr>
                <w:sz w:val="16"/>
              </w:rPr>
              <w:br/>
              <w:t>pripraviť a prezentovať krátky projekt</w:t>
            </w:r>
          </w:p>
        </w:tc>
        <w:tc>
          <w:tcPr>
            <w:tcW w:w="1756" w:type="dxa"/>
          </w:tcPr>
          <w:p w14:paraId="4416AE36" w14:textId="77777777" w:rsidR="0098573C" w:rsidRDefault="0098573C"/>
        </w:tc>
        <w:tc>
          <w:tcPr>
            <w:tcW w:w="1502" w:type="dxa"/>
          </w:tcPr>
          <w:p w14:paraId="35262908" w14:textId="77777777" w:rsidR="0098573C" w:rsidRDefault="0098573C"/>
        </w:tc>
        <w:tc>
          <w:tcPr>
            <w:tcW w:w="1423" w:type="dxa"/>
          </w:tcPr>
          <w:p w14:paraId="1400E277" w14:textId="77777777" w:rsidR="0098573C" w:rsidRDefault="0080549C">
            <w:r>
              <w:rPr>
                <w:sz w:val="16"/>
              </w:rPr>
              <w:t>Worksheets (teacher’s assistant)</w:t>
            </w:r>
          </w:p>
        </w:tc>
        <w:tc>
          <w:tcPr>
            <w:tcW w:w="1513" w:type="dxa"/>
          </w:tcPr>
          <w:p w14:paraId="00FC9872" w14:textId="77777777" w:rsidR="0098573C" w:rsidRDefault="0080549C">
            <w:r>
              <w:rPr>
                <w:sz w:val="16"/>
              </w:rPr>
              <w:t>samostatné učenie, tvorivosť, komunikácia, digitálna gramotnosť</w:t>
            </w:r>
          </w:p>
        </w:tc>
      </w:tr>
      <w:tr w:rsidR="0098573C" w14:paraId="5C519DA6" w14:textId="77777777" w:rsidTr="00BF3B29">
        <w:trPr>
          <w:jc w:val="center"/>
        </w:trPr>
        <w:tc>
          <w:tcPr>
            <w:tcW w:w="894" w:type="dxa"/>
          </w:tcPr>
          <w:p w14:paraId="0AAC42F9" w14:textId="77777777" w:rsidR="0098573C" w:rsidRDefault="0098573C"/>
        </w:tc>
        <w:tc>
          <w:tcPr>
            <w:tcW w:w="885" w:type="dxa"/>
          </w:tcPr>
          <w:p w14:paraId="0D91F0E6" w14:textId="77777777" w:rsidR="0098573C" w:rsidRDefault="0080549C">
            <w:r>
              <w:rPr>
                <w:sz w:val="16"/>
              </w:rPr>
              <w:t>47</w:t>
            </w:r>
          </w:p>
        </w:tc>
        <w:tc>
          <w:tcPr>
            <w:tcW w:w="1590" w:type="dxa"/>
          </w:tcPr>
          <w:p w14:paraId="32D36200" w14:textId="77777777" w:rsidR="0098573C" w:rsidRDefault="0080549C">
            <w:r>
              <w:rPr>
                <w:sz w:val="16"/>
              </w:rPr>
              <w:t>Test Module 3</w:t>
            </w:r>
          </w:p>
        </w:tc>
        <w:tc>
          <w:tcPr>
            <w:tcW w:w="2409" w:type="dxa"/>
          </w:tcPr>
          <w:p w14:paraId="7263678C" w14:textId="77777777" w:rsidR="0098573C" w:rsidRDefault="0080549C">
            <w:r>
              <w:rPr>
                <w:sz w:val="16"/>
              </w:rPr>
              <w:t>Hodnotenie pokroku žiakov</w:t>
            </w:r>
          </w:p>
        </w:tc>
        <w:tc>
          <w:tcPr>
            <w:tcW w:w="2724" w:type="dxa"/>
          </w:tcPr>
          <w:p w14:paraId="6A8865FC" w14:textId="77777777" w:rsidR="0098573C" w:rsidRDefault="0080549C">
            <w:r>
              <w:rPr>
                <w:sz w:val="16"/>
              </w:rPr>
              <w:t>preukázať osvojenie slovnej zásoby a gramatiky modulu</w:t>
            </w:r>
            <w:r>
              <w:rPr>
                <w:sz w:val="16"/>
              </w:rPr>
              <w:br/>
              <w:t>aplikovať získané vedomosti pri riešení úloh</w:t>
            </w:r>
            <w:r>
              <w:rPr>
                <w:sz w:val="16"/>
              </w:rPr>
              <w:br/>
              <w:t>samostatne riešiť testové zadania</w:t>
            </w:r>
          </w:p>
        </w:tc>
        <w:tc>
          <w:tcPr>
            <w:tcW w:w="1756" w:type="dxa"/>
          </w:tcPr>
          <w:p w14:paraId="0DBD65C4" w14:textId="77777777" w:rsidR="0098573C" w:rsidRDefault="0098573C"/>
        </w:tc>
        <w:tc>
          <w:tcPr>
            <w:tcW w:w="1502" w:type="dxa"/>
          </w:tcPr>
          <w:p w14:paraId="35F5D54A" w14:textId="77777777" w:rsidR="0098573C" w:rsidRDefault="0098573C"/>
        </w:tc>
        <w:tc>
          <w:tcPr>
            <w:tcW w:w="1423" w:type="dxa"/>
          </w:tcPr>
          <w:p w14:paraId="33043D7E" w14:textId="77777777" w:rsidR="0098573C" w:rsidRDefault="0080549C">
            <w:r>
              <w:rPr>
                <w:sz w:val="16"/>
              </w:rPr>
              <w:t>Module tests (teacher’s assistant)</w:t>
            </w:r>
          </w:p>
        </w:tc>
        <w:tc>
          <w:tcPr>
            <w:tcW w:w="1513" w:type="dxa"/>
          </w:tcPr>
          <w:p w14:paraId="44B7DACC" w14:textId="77777777" w:rsidR="0098573C" w:rsidRDefault="0098573C"/>
        </w:tc>
      </w:tr>
      <w:tr w:rsidR="0098573C" w14:paraId="5BEB9B63" w14:textId="77777777" w:rsidTr="00BF3B29">
        <w:trPr>
          <w:jc w:val="center"/>
        </w:trPr>
        <w:tc>
          <w:tcPr>
            <w:tcW w:w="894" w:type="dxa"/>
          </w:tcPr>
          <w:p w14:paraId="4219C577" w14:textId="77777777" w:rsidR="0098573C" w:rsidRDefault="0098573C"/>
        </w:tc>
        <w:tc>
          <w:tcPr>
            <w:tcW w:w="885" w:type="dxa"/>
          </w:tcPr>
          <w:p w14:paraId="71B9501A" w14:textId="77777777" w:rsidR="0098573C" w:rsidRDefault="0080549C">
            <w:r>
              <w:rPr>
                <w:sz w:val="16"/>
              </w:rPr>
              <w:t>48</w:t>
            </w:r>
          </w:p>
        </w:tc>
        <w:tc>
          <w:tcPr>
            <w:tcW w:w="1590" w:type="dxa"/>
          </w:tcPr>
          <w:p w14:paraId="6D42E888" w14:textId="77777777" w:rsidR="0098573C" w:rsidRDefault="0080549C">
            <w:r>
              <w:rPr>
                <w:sz w:val="16"/>
              </w:rPr>
              <w:t>Video Module 3 &amp; Cover Page Module 4</w:t>
            </w:r>
          </w:p>
        </w:tc>
        <w:tc>
          <w:tcPr>
            <w:tcW w:w="2409" w:type="dxa"/>
          </w:tcPr>
          <w:p w14:paraId="3ADFA99C" w14:textId="77777777" w:rsidR="0098573C" w:rsidRDefault="0080549C">
            <w:r>
              <w:rPr>
                <w:sz w:val="16"/>
              </w:rPr>
              <w:t>Videolekcia - Emotikony a ich význam</w:t>
            </w:r>
          </w:p>
        </w:tc>
        <w:tc>
          <w:tcPr>
            <w:tcW w:w="2724" w:type="dxa"/>
          </w:tcPr>
          <w:p w14:paraId="317A976B" w14:textId="77777777" w:rsidR="0098573C" w:rsidRDefault="0080549C">
            <w:r>
              <w:rPr>
                <w:sz w:val="16"/>
              </w:rPr>
              <w:t>zopakovať slovnú zásobu a gramatiku modulu prostredníctvom videa</w:t>
            </w:r>
            <w:r>
              <w:rPr>
                <w:sz w:val="16"/>
              </w:rPr>
              <w:br/>
              <w:t>porozumieť autentickému jazykovému prejavu</w:t>
            </w:r>
            <w:r>
              <w:rPr>
                <w:sz w:val="16"/>
              </w:rPr>
              <w:br/>
              <w:t xml:space="preserve">oboznámiť sa s témou </w:t>
            </w:r>
            <w:r>
              <w:rPr>
                <w:sz w:val="16"/>
              </w:rPr>
              <w:lastRenderedPageBreak/>
              <w:t>nasledujúceho modulu</w:t>
            </w:r>
          </w:p>
        </w:tc>
        <w:tc>
          <w:tcPr>
            <w:tcW w:w="1756" w:type="dxa"/>
          </w:tcPr>
          <w:p w14:paraId="470FC43B" w14:textId="77777777" w:rsidR="0098573C" w:rsidRDefault="0098573C"/>
        </w:tc>
        <w:tc>
          <w:tcPr>
            <w:tcW w:w="1502" w:type="dxa"/>
          </w:tcPr>
          <w:p w14:paraId="42E7D58A" w14:textId="77777777" w:rsidR="0098573C" w:rsidRDefault="0098573C"/>
        </w:tc>
        <w:tc>
          <w:tcPr>
            <w:tcW w:w="1423" w:type="dxa"/>
          </w:tcPr>
          <w:p w14:paraId="52F7DB42" w14:textId="77777777" w:rsidR="0098573C" w:rsidRDefault="0080549C">
            <w:r>
              <w:rPr>
                <w:sz w:val="16"/>
              </w:rPr>
              <w:t>SB</w:t>
            </w:r>
            <w:r>
              <w:rPr>
                <w:sz w:val="16"/>
              </w:rPr>
              <w:br/>
              <w:t>IWB &amp; IWB material</w:t>
            </w:r>
          </w:p>
        </w:tc>
        <w:tc>
          <w:tcPr>
            <w:tcW w:w="1513" w:type="dxa"/>
          </w:tcPr>
          <w:p w14:paraId="09A361CD" w14:textId="77777777" w:rsidR="0098573C" w:rsidRDefault="0080549C">
            <w:r>
              <w:rPr>
                <w:sz w:val="16"/>
              </w:rPr>
              <w:t>interkultúrna kompetencia, komunikácia, samostatné učenie</w:t>
            </w:r>
          </w:p>
        </w:tc>
      </w:tr>
      <w:tr w:rsidR="0098573C" w14:paraId="0FAA1123" w14:textId="77777777" w:rsidTr="00BF3B29">
        <w:trPr>
          <w:jc w:val="center"/>
        </w:trPr>
        <w:tc>
          <w:tcPr>
            <w:tcW w:w="894" w:type="dxa"/>
          </w:tcPr>
          <w:p w14:paraId="78B4FB5B" w14:textId="77777777" w:rsidR="0098573C" w:rsidRDefault="0098573C"/>
        </w:tc>
        <w:tc>
          <w:tcPr>
            <w:tcW w:w="885" w:type="dxa"/>
          </w:tcPr>
          <w:p w14:paraId="521BBC75" w14:textId="77777777" w:rsidR="0098573C" w:rsidRDefault="0080549C">
            <w:r>
              <w:rPr>
                <w:sz w:val="16"/>
              </w:rPr>
              <w:t>49</w:t>
            </w:r>
          </w:p>
        </w:tc>
        <w:tc>
          <w:tcPr>
            <w:tcW w:w="1590" w:type="dxa"/>
          </w:tcPr>
          <w:p w14:paraId="0D19ABA6" w14:textId="77777777" w:rsidR="0098573C" w:rsidRDefault="0080549C">
            <w:r>
              <w:rPr>
                <w:sz w:val="16"/>
              </w:rPr>
              <w:t>Revision modules 1-3</w:t>
            </w:r>
          </w:p>
        </w:tc>
        <w:tc>
          <w:tcPr>
            <w:tcW w:w="2409" w:type="dxa"/>
          </w:tcPr>
          <w:p w14:paraId="2CDABC4C" w14:textId="77777777" w:rsidR="0098573C" w:rsidRDefault="0080549C">
            <w:r>
              <w:rPr>
                <w:sz w:val="16"/>
              </w:rPr>
              <w:t>Zhrnutie učiva</w:t>
            </w:r>
          </w:p>
        </w:tc>
        <w:tc>
          <w:tcPr>
            <w:tcW w:w="2724" w:type="dxa"/>
          </w:tcPr>
          <w:p w14:paraId="5E7683E7" w14:textId="77777777" w:rsidR="0098573C" w:rsidRDefault="0080549C">
            <w:r>
              <w:rPr>
                <w:sz w:val="16"/>
              </w:rPr>
              <w:t>zopakovať učivo prvej polovice kurzu</w:t>
            </w:r>
            <w:r>
              <w:rPr>
                <w:sz w:val="16"/>
              </w:rPr>
              <w:br/>
              <w:t>upevniť slovnú zásobu a gramatické štruktúry</w:t>
            </w:r>
            <w:r>
              <w:rPr>
                <w:sz w:val="16"/>
              </w:rPr>
              <w:br/>
              <w:t>precvičiť komunikačné situácie a pripraviť sa na priebežné hodnotenie</w:t>
            </w:r>
          </w:p>
        </w:tc>
        <w:tc>
          <w:tcPr>
            <w:tcW w:w="1756" w:type="dxa"/>
          </w:tcPr>
          <w:p w14:paraId="03AF1C06" w14:textId="77777777" w:rsidR="0098573C" w:rsidRDefault="0098573C"/>
        </w:tc>
        <w:tc>
          <w:tcPr>
            <w:tcW w:w="1502" w:type="dxa"/>
          </w:tcPr>
          <w:p w14:paraId="6FD2C341" w14:textId="77777777" w:rsidR="0098573C" w:rsidRDefault="0098573C"/>
        </w:tc>
        <w:tc>
          <w:tcPr>
            <w:tcW w:w="1423" w:type="dxa"/>
          </w:tcPr>
          <w:p w14:paraId="039993D8" w14:textId="77777777" w:rsidR="0098573C" w:rsidRDefault="0080549C">
            <w:r>
              <w:rPr>
                <w:sz w:val="16"/>
              </w:rPr>
              <w:t>SB</w:t>
            </w:r>
            <w:r>
              <w:rPr>
                <w:sz w:val="16"/>
              </w:rPr>
              <w:br/>
              <w:t>IWB &amp; IWB material or audio and audio player</w:t>
            </w:r>
            <w:r>
              <w:rPr>
                <w:sz w:val="16"/>
              </w:rPr>
              <w:br/>
              <w:t>If necessary, WB (extra grammar practice)</w:t>
            </w:r>
          </w:p>
        </w:tc>
        <w:tc>
          <w:tcPr>
            <w:tcW w:w="1513" w:type="dxa"/>
          </w:tcPr>
          <w:p w14:paraId="35C9896E" w14:textId="77777777" w:rsidR="0098573C" w:rsidRDefault="0080549C">
            <w:r>
              <w:rPr>
                <w:sz w:val="16"/>
              </w:rPr>
              <w:t>samostatné učenie</w:t>
            </w:r>
          </w:p>
        </w:tc>
      </w:tr>
      <w:tr w:rsidR="0098573C" w14:paraId="7B51DD7E" w14:textId="77777777" w:rsidTr="00BF3B29">
        <w:trPr>
          <w:trHeight w:val="392"/>
          <w:jc w:val="center"/>
        </w:trPr>
        <w:tc>
          <w:tcPr>
            <w:tcW w:w="894" w:type="dxa"/>
          </w:tcPr>
          <w:p w14:paraId="0A602CD5" w14:textId="77777777" w:rsidR="0098573C" w:rsidRDefault="0098573C"/>
        </w:tc>
        <w:tc>
          <w:tcPr>
            <w:tcW w:w="885" w:type="dxa"/>
          </w:tcPr>
          <w:p w14:paraId="26A494F0" w14:textId="77777777" w:rsidR="0098573C" w:rsidRDefault="0098573C"/>
        </w:tc>
        <w:tc>
          <w:tcPr>
            <w:tcW w:w="1590" w:type="dxa"/>
          </w:tcPr>
          <w:p w14:paraId="12F27F73" w14:textId="77777777" w:rsidR="0098573C" w:rsidRDefault="0098573C"/>
        </w:tc>
        <w:tc>
          <w:tcPr>
            <w:tcW w:w="2409" w:type="dxa"/>
            <w:shd w:val="clear" w:color="auto" w:fill="FFFF00"/>
          </w:tcPr>
          <w:p w14:paraId="7C102475" w14:textId="77777777" w:rsidR="0098573C" w:rsidRPr="00BF3B29" w:rsidRDefault="0080549C">
            <w:pPr>
              <w:rPr>
                <w:b/>
                <w:bCs/>
              </w:rPr>
            </w:pPr>
            <w:r w:rsidRPr="00BF3B29">
              <w:rPr>
                <w:b/>
                <w:bCs/>
                <w:sz w:val="16"/>
              </w:rPr>
              <w:t>Module 4: Feeling Good</w:t>
            </w:r>
          </w:p>
        </w:tc>
        <w:tc>
          <w:tcPr>
            <w:tcW w:w="2724" w:type="dxa"/>
            <w:shd w:val="clear" w:color="auto" w:fill="FFFF00"/>
          </w:tcPr>
          <w:p w14:paraId="125399DD" w14:textId="77777777" w:rsidR="0098573C" w:rsidRPr="00BF3B29" w:rsidRDefault="0098573C">
            <w:pPr>
              <w:rPr>
                <w:b/>
                <w:bCs/>
              </w:rPr>
            </w:pPr>
          </w:p>
        </w:tc>
        <w:tc>
          <w:tcPr>
            <w:tcW w:w="1756" w:type="dxa"/>
            <w:shd w:val="clear" w:color="auto" w:fill="FFFF00"/>
          </w:tcPr>
          <w:p w14:paraId="2C42626B" w14:textId="77777777" w:rsidR="0098573C" w:rsidRPr="00BF3B29" w:rsidRDefault="0098573C">
            <w:pPr>
              <w:rPr>
                <w:b/>
                <w:bCs/>
              </w:rPr>
            </w:pPr>
          </w:p>
        </w:tc>
        <w:tc>
          <w:tcPr>
            <w:tcW w:w="1502" w:type="dxa"/>
            <w:shd w:val="clear" w:color="auto" w:fill="FFFF00"/>
          </w:tcPr>
          <w:p w14:paraId="09C66004" w14:textId="77777777" w:rsidR="0098573C" w:rsidRPr="00BF3B29" w:rsidRDefault="0098573C">
            <w:pPr>
              <w:rPr>
                <w:b/>
                <w:bCs/>
              </w:rPr>
            </w:pPr>
          </w:p>
        </w:tc>
        <w:tc>
          <w:tcPr>
            <w:tcW w:w="1423" w:type="dxa"/>
            <w:shd w:val="clear" w:color="auto" w:fill="FFFF00"/>
          </w:tcPr>
          <w:p w14:paraId="1A5E3553" w14:textId="77777777" w:rsidR="0098573C" w:rsidRPr="00BF3B29" w:rsidRDefault="0098573C">
            <w:pPr>
              <w:rPr>
                <w:b/>
                <w:bCs/>
              </w:rPr>
            </w:pPr>
          </w:p>
        </w:tc>
        <w:tc>
          <w:tcPr>
            <w:tcW w:w="1513" w:type="dxa"/>
            <w:shd w:val="clear" w:color="auto" w:fill="FFFF00"/>
          </w:tcPr>
          <w:p w14:paraId="2B3069A6" w14:textId="77777777" w:rsidR="0098573C" w:rsidRPr="00BF3B29" w:rsidRDefault="0098573C">
            <w:pPr>
              <w:rPr>
                <w:b/>
                <w:bCs/>
              </w:rPr>
            </w:pPr>
          </w:p>
        </w:tc>
      </w:tr>
      <w:tr w:rsidR="0098573C" w14:paraId="3DE29A15" w14:textId="77777777" w:rsidTr="00BF3B29">
        <w:trPr>
          <w:jc w:val="center"/>
        </w:trPr>
        <w:tc>
          <w:tcPr>
            <w:tcW w:w="894" w:type="dxa"/>
          </w:tcPr>
          <w:p w14:paraId="0EAB22F6" w14:textId="77777777" w:rsidR="0098573C" w:rsidRDefault="0098573C"/>
        </w:tc>
        <w:tc>
          <w:tcPr>
            <w:tcW w:w="885" w:type="dxa"/>
          </w:tcPr>
          <w:p w14:paraId="5668F854" w14:textId="77777777" w:rsidR="0098573C" w:rsidRDefault="0080549C">
            <w:r>
              <w:rPr>
                <w:sz w:val="16"/>
              </w:rPr>
              <w:t>50</w:t>
            </w:r>
          </w:p>
        </w:tc>
        <w:tc>
          <w:tcPr>
            <w:tcW w:w="1590" w:type="dxa"/>
          </w:tcPr>
          <w:p w14:paraId="140B9ADD" w14:textId="77777777" w:rsidR="0098573C" w:rsidRDefault="0080549C">
            <w:r>
              <w:rPr>
                <w:sz w:val="16"/>
              </w:rPr>
              <w:t>4A: What’s wrong with you?</w:t>
            </w:r>
          </w:p>
        </w:tc>
        <w:tc>
          <w:tcPr>
            <w:tcW w:w="2409" w:type="dxa"/>
          </w:tcPr>
          <w:p w14:paraId="1C40DCCA" w14:textId="77777777" w:rsidR="0098573C" w:rsidRDefault="0080549C">
            <w:r>
              <w:rPr>
                <w:sz w:val="16"/>
              </w:rPr>
              <w:t>Slovná zásoba - choroby, čítanie s porozumením</w:t>
            </w:r>
          </w:p>
        </w:tc>
        <w:tc>
          <w:tcPr>
            <w:tcW w:w="2724" w:type="dxa"/>
          </w:tcPr>
          <w:p w14:paraId="7F62F650" w14:textId="77777777" w:rsidR="0098573C" w:rsidRDefault="0080549C">
            <w:r>
              <w:rPr>
                <w:sz w:val="16"/>
              </w:rPr>
              <w:t>porozumieť textu o zdravotných problémoch a ich riešení</w:t>
            </w:r>
            <w:r>
              <w:rPr>
                <w:sz w:val="16"/>
              </w:rPr>
              <w:br/>
            </w:r>
            <w:r>
              <w:rPr>
                <w:sz w:val="16"/>
              </w:rPr>
              <w:t>opísať zdravotné ťažkosti a príznaky ochorení</w:t>
            </w:r>
            <w:r>
              <w:rPr>
                <w:sz w:val="16"/>
              </w:rPr>
              <w:br/>
              <w:t>požiadať o radu a poskytnúť odporúčanie pri zdravotných problémoch</w:t>
            </w:r>
          </w:p>
        </w:tc>
        <w:tc>
          <w:tcPr>
            <w:tcW w:w="1756" w:type="dxa"/>
          </w:tcPr>
          <w:p w14:paraId="12905F77" w14:textId="77777777" w:rsidR="0098573C" w:rsidRDefault="0098573C"/>
        </w:tc>
        <w:tc>
          <w:tcPr>
            <w:tcW w:w="1502" w:type="dxa"/>
          </w:tcPr>
          <w:p w14:paraId="47AB0A35" w14:textId="77777777" w:rsidR="0098573C" w:rsidRDefault="0080549C">
            <w:r>
              <w:rPr>
                <w:sz w:val="16"/>
              </w:rPr>
              <w:t>burn, cm (centimetre), cough, cut, earache, for a while, garlic, go away, hairdryer, headache, healthy, in half, loud, medicine, onion, or else, pain, painkiller, sore throat, stomach ache, temperature, the flu, tie, toothache, What's wrong with you?</w:t>
            </w:r>
          </w:p>
        </w:tc>
        <w:tc>
          <w:tcPr>
            <w:tcW w:w="1423" w:type="dxa"/>
          </w:tcPr>
          <w:p w14:paraId="07B37304" w14:textId="77777777" w:rsidR="0098573C" w:rsidRDefault="0080549C">
            <w:r>
              <w:rPr>
                <w:sz w:val="16"/>
              </w:rPr>
              <w:t>SB</w:t>
            </w:r>
            <w:r>
              <w:rPr>
                <w:sz w:val="16"/>
              </w:rPr>
              <w:br/>
              <w:t>IWB &amp; IWB material or audio and audio player</w:t>
            </w:r>
          </w:p>
        </w:tc>
        <w:tc>
          <w:tcPr>
            <w:tcW w:w="1513" w:type="dxa"/>
          </w:tcPr>
          <w:p w14:paraId="0A50192D" w14:textId="77777777" w:rsidR="0098573C" w:rsidRDefault="0080549C">
            <w:r>
              <w:rPr>
                <w:sz w:val="16"/>
              </w:rPr>
              <w:t>kritické myslenie, komunikácia, spolupráca</w:t>
            </w:r>
          </w:p>
        </w:tc>
      </w:tr>
      <w:tr w:rsidR="0098573C" w14:paraId="07FC1255" w14:textId="77777777" w:rsidTr="00BF3B29">
        <w:trPr>
          <w:jc w:val="center"/>
        </w:trPr>
        <w:tc>
          <w:tcPr>
            <w:tcW w:w="894" w:type="dxa"/>
          </w:tcPr>
          <w:p w14:paraId="393DDD17" w14:textId="77777777" w:rsidR="0098573C" w:rsidRDefault="0098573C"/>
        </w:tc>
        <w:tc>
          <w:tcPr>
            <w:tcW w:w="885" w:type="dxa"/>
          </w:tcPr>
          <w:p w14:paraId="15577D72" w14:textId="77777777" w:rsidR="0098573C" w:rsidRDefault="0080549C">
            <w:r>
              <w:rPr>
                <w:sz w:val="16"/>
              </w:rPr>
              <w:t>51</w:t>
            </w:r>
          </w:p>
        </w:tc>
        <w:tc>
          <w:tcPr>
            <w:tcW w:w="1590" w:type="dxa"/>
          </w:tcPr>
          <w:p w14:paraId="587439D5" w14:textId="77777777" w:rsidR="0098573C" w:rsidRDefault="0080549C">
            <w:r>
              <w:rPr>
                <w:sz w:val="16"/>
              </w:rPr>
              <w:t>4A: What’s wrong with you?</w:t>
            </w:r>
          </w:p>
        </w:tc>
        <w:tc>
          <w:tcPr>
            <w:tcW w:w="2409" w:type="dxa"/>
          </w:tcPr>
          <w:p w14:paraId="7DDB7BCA" w14:textId="77777777" w:rsidR="0098573C" w:rsidRDefault="0080549C">
            <w:r>
              <w:rPr>
                <w:sz w:val="16"/>
              </w:rPr>
              <w:t>Gramatika - modálne sloveso should, počúvanie s porozumením, rozprávanie</w:t>
            </w:r>
          </w:p>
        </w:tc>
        <w:tc>
          <w:tcPr>
            <w:tcW w:w="2724" w:type="dxa"/>
          </w:tcPr>
          <w:p w14:paraId="6828E54C" w14:textId="77777777" w:rsidR="0098573C" w:rsidRDefault="0080549C">
            <w:r>
              <w:rPr>
                <w:sz w:val="16"/>
              </w:rPr>
              <w:t>používať modálne sloveso should pri poskytovaní rád a odporúčaní</w:t>
            </w:r>
            <w:r>
              <w:rPr>
                <w:sz w:val="16"/>
              </w:rPr>
              <w:br/>
              <w:t>porozumieť počúvanému textu o zdravotných problémoch</w:t>
            </w:r>
            <w:r>
              <w:rPr>
                <w:sz w:val="16"/>
              </w:rPr>
              <w:br/>
              <w:t>odporučiť vhodné riešenie v rôznych situáciách</w:t>
            </w:r>
          </w:p>
        </w:tc>
        <w:tc>
          <w:tcPr>
            <w:tcW w:w="1756" w:type="dxa"/>
          </w:tcPr>
          <w:p w14:paraId="03F18AA0" w14:textId="77777777" w:rsidR="0098573C" w:rsidRDefault="0080549C">
            <w:r>
              <w:rPr>
                <w:sz w:val="16"/>
              </w:rPr>
              <w:t>Should</w:t>
            </w:r>
          </w:p>
        </w:tc>
        <w:tc>
          <w:tcPr>
            <w:tcW w:w="1502" w:type="dxa"/>
          </w:tcPr>
          <w:p w14:paraId="645FD2D2" w14:textId="77777777" w:rsidR="0098573C" w:rsidRDefault="0098573C"/>
        </w:tc>
        <w:tc>
          <w:tcPr>
            <w:tcW w:w="1423" w:type="dxa"/>
          </w:tcPr>
          <w:p w14:paraId="4B27B30E" w14:textId="77777777" w:rsidR="0098573C" w:rsidRDefault="0098573C"/>
        </w:tc>
        <w:tc>
          <w:tcPr>
            <w:tcW w:w="1513" w:type="dxa"/>
          </w:tcPr>
          <w:p w14:paraId="4D0D0816" w14:textId="77777777" w:rsidR="0098573C" w:rsidRDefault="0098573C"/>
        </w:tc>
      </w:tr>
      <w:tr w:rsidR="0098573C" w14:paraId="58B6AF7E" w14:textId="77777777" w:rsidTr="00BF3B29">
        <w:trPr>
          <w:jc w:val="center"/>
        </w:trPr>
        <w:tc>
          <w:tcPr>
            <w:tcW w:w="894" w:type="dxa"/>
          </w:tcPr>
          <w:p w14:paraId="6C57EE4A" w14:textId="77777777" w:rsidR="0098573C" w:rsidRDefault="0098573C"/>
        </w:tc>
        <w:tc>
          <w:tcPr>
            <w:tcW w:w="885" w:type="dxa"/>
          </w:tcPr>
          <w:p w14:paraId="045D7B8E" w14:textId="77777777" w:rsidR="0098573C" w:rsidRDefault="0080549C">
            <w:r>
              <w:rPr>
                <w:sz w:val="16"/>
              </w:rPr>
              <w:t>52</w:t>
            </w:r>
          </w:p>
        </w:tc>
        <w:tc>
          <w:tcPr>
            <w:tcW w:w="1590" w:type="dxa"/>
          </w:tcPr>
          <w:p w14:paraId="1159B501" w14:textId="77777777" w:rsidR="0098573C" w:rsidRDefault="0080549C">
            <w:r>
              <w:rPr>
                <w:sz w:val="16"/>
              </w:rPr>
              <w:t>4B: At the gym</w:t>
            </w:r>
          </w:p>
        </w:tc>
        <w:tc>
          <w:tcPr>
            <w:tcW w:w="2409" w:type="dxa"/>
          </w:tcPr>
          <w:p w14:paraId="3981A69A" w14:textId="77777777" w:rsidR="0098573C" w:rsidRDefault="0080549C">
            <w:r>
              <w:rPr>
                <w:sz w:val="16"/>
              </w:rPr>
              <w:t>Slovná zásoba - voľnočasové aktivity, čítanie s porozumením</w:t>
            </w:r>
          </w:p>
        </w:tc>
        <w:tc>
          <w:tcPr>
            <w:tcW w:w="2724" w:type="dxa"/>
          </w:tcPr>
          <w:p w14:paraId="3DE14779" w14:textId="77777777" w:rsidR="0098573C" w:rsidRDefault="0080549C">
            <w:r>
              <w:rPr>
                <w:sz w:val="16"/>
              </w:rPr>
              <w:t>porozumieť textu o športových aktivitách a zdravom životnom štýle</w:t>
            </w:r>
            <w:r>
              <w:rPr>
                <w:sz w:val="16"/>
              </w:rPr>
              <w:br/>
              <w:t>vyjadriť svoj názor na šport a pohybové aktivity</w:t>
            </w:r>
            <w:r>
              <w:rPr>
                <w:sz w:val="16"/>
              </w:rPr>
              <w:br/>
            </w:r>
            <w:r>
              <w:rPr>
                <w:sz w:val="16"/>
              </w:rPr>
              <w:t>súhlasiť alebo nesúhlasiť s názormi iných a zdôvodniť svoje stanovisko</w:t>
            </w:r>
          </w:p>
        </w:tc>
        <w:tc>
          <w:tcPr>
            <w:tcW w:w="1756" w:type="dxa"/>
          </w:tcPr>
          <w:p w14:paraId="067FCB85" w14:textId="77777777" w:rsidR="0098573C" w:rsidRDefault="0098573C"/>
        </w:tc>
        <w:tc>
          <w:tcPr>
            <w:tcW w:w="1502" w:type="dxa"/>
          </w:tcPr>
          <w:p w14:paraId="6FAF69A2" w14:textId="77777777" w:rsidR="0098573C" w:rsidRDefault="0080549C">
            <w:r>
              <w:rPr>
                <w:sz w:val="16"/>
              </w:rPr>
              <w:t>be fit, be too long, do aerobics, do karate, exercise, go jogging, instructor, lift weights, so many , use machines, work out</w:t>
            </w:r>
          </w:p>
        </w:tc>
        <w:tc>
          <w:tcPr>
            <w:tcW w:w="1423" w:type="dxa"/>
          </w:tcPr>
          <w:p w14:paraId="37744E29" w14:textId="77777777" w:rsidR="0098573C" w:rsidRDefault="0080549C">
            <w:r>
              <w:rPr>
                <w:sz w:val="16"/>
              </w:rPr>
              <w:t>SB</w:t>
            </w:r>
            <w:r>
              <w:rPr>
                <w:sz w:val="16"/>
              </w:rPr>
              <w:br/>
              <w:t>IWB &amp; IWB material or audio and audio player</w:t>
            </w:r>
          </w:p>
        </w:tc>
        <w:tc>
          <w:tcPr>
            <w:tcW w:w="1513" w:type="dxa"/>
          </w:tcPr>
          <w:p w14:paraId="03E73A5D" w14:textId="77777777" w:rsidR="0098573C" w:rsidRDefault="0080549C">
            <w:r>
              <w:rPr>
                <w:sz w:val="16"/>
              </w:rPr>
              <w:t>kritické myslenie, komunikácia, spolupráca, digitálna gramotnosť</w:t>
            </w:r>
          </w:p>
        </w:tc>
      </w:tr>
      <w:tr w:rsidR="0098573C" w14:paraId="67F876D8" w14:textId="77777777" w:rsidTr="00BF3B29">
        <w:trPr>
          <w:jc w:val="center"/>
        </w:trPr>
        <w:tc>
          <w:tcPr>
            <w:tcW w:w="894" w:type="dxa"/>
          </w:tcPr>
          <w:p w14:paraId="737746F8" w14:textId="77777777" w:rsidR="0098573C" w:rsidRDefault="0098573C"/>
        </w:tc>
        <w:tc>
          <w:tcPr>
            <w:tcW w:w="885" w:type="dxa"/>
          </w:tcPr>
          <w:p w14:paraId="41EA7BE6" w14:textId="77777777" w:rsidR="0098573C" w:rsidRDefault="0080549C">
            <w:r>
              <w:rPr>
                <w:sz w:val="16"/>
              </w:rPr>
              <w:t>53</w:t>
            </w:r>
          </w:p>
        </w:tc>
        <w:tc>
          <w:tcPr>
            <w:tcW w:w="1590" w:type="dxa"/>
          </w:tcPr>
          <w:p w14:paraId="5B9FFE4B" w14:textId="77777777" w:rsidR="0098573C" w:rsidRDefault="0080549C">
            <w:r>
              <w:rPr>
                <w:sz w:val="16"/>
              </w:rPr>
              <w:t>4B: At the gym</w:t>
            </w:r>
          </w:p>
        </w:tc>
        <w:tc>
          <w:tcPr>
            <w:tcW w:w="2409" w:type="dxa"/>
          </w:tcPr>
          <w:p w14:paraId="23EB77FD" w14:textId="77777777" w:rsidR="0098573C" w:rsidRDefault="0080549C">
            <w:r>
              <w:rPr>
                <w:sz w:val="16"/>
              </w:rPr>
              <w:t>Gramatika - doplňovacie otázky</w:t>
            </w:r>
          </w:p>
        </w:tc>
        <w:tc>
          <w:tcPr>
            <w:tcW w:w="2724" w:type="dxa"/>
          </w:tcPr>
          <w:p w14:paraId="1B66D83D" w14:textId="77777777" w:rsidR="0098573C" w:rsidRDefault="0080549C">
            <w:r>
              <w:rPr>
                <w:sz w:val="16"/>
              </w:rPr>
              <w:t>používať doplňovacie otázky (question tags) v bežnej komunikácii</w:t>
            </w:r>
            <w:r>
              <w:rPr>
                <w:sz w:val="16"/>
              </w:rPr>
              <w:br/>
              <w:t>overiť si informáciu pomocou doplňovacích otázok</w:t>
            </w:r>
            <w:r>
              <w:rPr>
                <w:sz w:val="16"/>
              </w:rPr>
              <w:br/>
            </w:r>
            <w:r>
              <w:rPr>
                <w:sz w:val="16"/>
              </w:rPr>
              <w:t>viesť jednoduchý rozhovor s využitím osvojenej gramatiky</w:t>
            </w:r>
          </w:p>
        </w:tc>
        <w:tc>
          <w:tcPr>
            <w:tcW w:w="1756" w:type="dxa"/>
          </w:tcPr>
          <w:p w14:paraId="53825FE5" w14:textId="77777777" w:rsidR="0098573C" w:rsidRDefault="0080549C">
            <w:r>
              <w:rPr>
                <w:sz w:val="16"/>
              </w:rPr>
              <w:t>Question tags</w:t>
            </w:r>
          </w:p>
        </w:tc>
        <w:tc>
          <w:tcPr>
            <w:tcW w:w="1502" w:type="dxa"/>
          </w:tcPr>
          <w:p w14:paraId="4BA5B5D3" w14:textId="77777777" w:rsidR="0098573C" w:rsidRDefault="0098573C"/>
        </w:tc>
        <w:tc>
          <w:tcPr>
            <w:tcW w:w="1423" w:type="dxa"/>
          </w:tcPr>
          <w:p w14:paraId="2F3D2D21" w14:textId="77777777" w:rsidR="0098573C" w:rsidRDefault="0098573C"/>
        </w:tc>
        <w:tc>
          <w:tcPr>
            <w:tcW w:w="1513" w:type="dxa"/>
          </w:tcPr>
          <w:p w14:paraId="58F91DC8" w14:textId="77777777" w:rsidR="0098573C" w:rsidRDefault="0098573C"/>
        </w:tc>
      </w:tr>
      <w:tr w:rsidR="0098573C" w14:paraId="47991D89" w14:textId="77777777" w:rsidTr="00BF3B29">
        <w:trPr>
          <w:jc w:val="center"/>
        </w:trPr>
        <w:tc>
          <w:tcPr>
            <w:tcW w:w="894" w:type="dxa"/>
          </w:tcPr>
          <w:p w14:paraId="41F4199B" w14:textId="77777777" w:rsidR="0098573C" w:rsidRDefault="0098573C"/>
        </w:tc>
        <w:tc>
          <w:tcPr>
            <w:tcW w:w="885" w:type="dxa"/>
          </w:tcPr>
          <w:p w14:paraId="4C8720AE" w14:textId="77777777" w:rsidR="0098573C" w:rsidRDefault="0080549C">
            <w:r>
              <w:rPr>
                <w:sz w:val="16"/>
              </w:rPr>
              <w:t>54</w:t>
            </w:r>
          </w:p>
        </w:tc>
        <w:tc>
          <w:tcPr>
            <w:tcW w:w="1590" w:type="dxa"/>
          </w:tcPr>
          <w:p w14:paraId="76FD9716" w14:textId="77777777" w:rsidR="0098573C" w:rsidRDefault="0080549C">
            <w:r>
              <w:rPr>
                <w:sz w:val="16"/>
              </w:rPr>
              <w:t>4C: A friend for life</w:t>
            </w:r>
          </w:p>
        </w:tc>
        <w:tc>
          <w:tcPr>
            <w:tcW w:w="2409" w:type="dxa"/>
          </w:tcPr>
          <w:p w14:paraId="799A2C10" w14:textId="77777777" w:rsidR="0098573C" w:rsidRDefault="0080549C">
            <w:r>
              <w:rPr>
                <w:sz w:val="16"/>
              </w:rPr>
              <w:t>Čítanie s porozumením, slovná zásoba - frázové slovesá</w:t>
            </w:r>
          </w:p>
        </w:tc>
        <w:tc>
          <w:tcPr>
            <w:tcW w:w="2724" w:type="dxa"/>
          </w:tcPr>
          <w:p w14:paraId="2A99526E" w14:textId="77777777" w:rsidR="0098573C" w:rsidRDefault="0080549C">
            <w:r>
              <w:rPr>
                <w:sz w:val="16"/>
              </w:rPr>
              <w:t>porozumieť textu o priateľstve a medziľudských vzťahoch</w:t>
            </w:r>
            <w:r>
              <w:rPr>
                <w:sz w:val="16"/>
              </w:rPr>
              <w:br/>
              <w:t xml:space="preserve">používať vybrané frázové slovesá v </w:t>
            </w:r>
            <w:r>
              <w:rPr>
                <w:sz w:val="16"/>
              </w:rPr>
              <w:lastRenderedPageBreak/>
              <w:t>správnom kontexte</w:t>
            </w:r>
            <w:r>
              <w:rPr>
                <w:sz w:val="16"/>
              </w:rPr>
              <w:br/>
              <w:t>vyjadriť účel alebo zámer určitej činnosti</w:t>
            </w:r>
          </w:p>
        </w:tc>
        <w:tc>
          <w:tcPr>
            <w:tcW w:w="1756" w:type="dxa"/>
          </w:tcPr>
          <w:p w14:paraId="56FC2019" w14:textId="77777777" w:rsidR="0098573C" w:rsidRDefault="0098573C"/>
        </w:tc>
        <w:tc>
          <w:tcPr>
            <w:tcW w:w="1502" w:type="dxa"/>
          </w:tcPr>
          <w:p w14:paraId="21684CA1" w14:textId="77777777" w:rsidR="0098573C" w:rsidRDefault="0080549C">
            <w:r>
              <w:rPr>
                <w:sz w:val="16"/>
              </w:rPr>
              <w:t xml:space="preserve">aquarium, at the same time, calm down, especially, </w:t>
            </w:r>
            <w:r>
              <w:rPr>
                <w:sz w:val="16"/>
              </w:rPr>
              <w:lastRenderedPageBreak/>
              <w:t>even if, lonely, make sb do sth, move away, on one's own, responsible, sociable, stressed, therapy, unhappy, unwell, welcome</w:t>
            </w:r>
          </w:p>
        </w:tc>
        <w:tc>
          <w:tcPr>
            <w:tcW w:w="1423" w:type="dxa"/>
          </w:tcPr>
          <w:p w14:paraId="39508565" w14:textId="77777777" w:rsidR="0098573C" w:rsidRDefault="0080549C">
            <w:r>
              <w:rPr>
                <w:sz w:val="16"/>
              </w:rPr>
              <w:lastRenderedPageBreak/>
              <w:t>SB</w:t>
            </w:r>
            <w:r>
              <w:rPr>
                <w:sz w:val="16"/>
              </w:rPr>
              <w:br/>
            </w:r>
            <w:r>
              <w:rPr>
                <w:sz w:val="16"/>
              </w:rPr>
              <w:t xml:space="preserve">IWB &amp; IWB material or audio </w:t>
            </w:r>
            <w:r>
              <w:rPr>
                <w:sz w:val="16"/>
              </w:rPr>
              <w:lastRenderedPageBreak/>
              <w:t>and audio player</w:t>
            </w:r>
          </w:p>
        </w:tc>
        <w:tc>
          <w:tcPr>
            <w:tcW w:w="1513" w:type="dxa"/>
          </w:tcPr>
          <w:p w14:paraId="611A436A" w14:textId="77777777" w:rsidR="0098573C" w:rsidRDefault="0080549C">
            <w:r>
              <w:rPr>
                <w:sz w:val="16"/>
              </w:rPr>
              <w:lastRenderedPageBreak/>
              <w:t xml:space="preserve">kritické myslenie, komunikácia, spolupráca, </w:t>
            </w:r>
            <w:r>
              <w:rPr>
                <w:sz w:val="16"/>
              </w:rPr>
              <w:lastRenderedPageBreak/>
              <w:t>tvorivosť</w:t>
            </w:r>
          </w:p>
        </w:tc>
      </w:tr>
      <w:tr w:rsidR="0098573C" w14:paraId="76E8FE2C" w14:textId="77777777" w:rsidTr="00BF3B29">
        <w:trPr>
          <w:jc w:val="center"/>
        </w:trPr>
        <w:tc>
          <w:tcPr>
            <w:tcW w:w="894" w:type="dxa"/>
          </w:tcPr>
          <w:p w14:paraId="580EFD6A" w14:textId="77777777" w:rsidR="0098573C" w:rsidRDefault="0098573C"/>
        </w:tc>
        <w:tc>
          <w:tcPr>
            <w:tcW w:w="885" w:type="dxa"/>
          </w:tcPr>
          <w:p w14:paraId="521CB3E2" w14:textId="77777777" w:rsidR="0098573C" w:rsidRDefault="0080549C">
            <w:r>
              <w:rPr>
                <w:sz w:val="16"/>
              </w:rPr>
              <w:t>55</w:t>
            </w:r>
          </w:p>
        </w:tc>
        <w:tc>
          <w:tcPr>
            <w:tcW w:w="1590" w:type="dxa"/>
          </w:tcPr>
          <w:p w14:paraId="322DBFEA" w14:textId="77777777" w:rsidR="0098573C" w:rsidRDefault="0080549C">
            <w:r>
              <w:rPr>
                <w:sz w:val="16"/>
              </w:rPr>
              <w:t>4C: A friend for life</w:t>
            </w:r>
          </w:p>
        </w:tc>
        <w:tc>
          <w:tcPr>
            <w:tcW w:w="2409" w:type="dxa"/>
          </w:tcPr>
          <w:p w14:paraId="2028538B" w14:textId="77777777" w:rsidR="0098573C" w:rsidRDefault="0080549C">
            <w:r>
              <w:rPr>
                <w:sz w:val="16"/>
              </w:rPr>
              <w:t>Gramatika - infinitív s to a infinitív bez to</w:t>
            </w:r>
          </w:p>
        </w:tc>
        <w:tc>
          <w:tcPr>
            <w:tcW w:w="2724" w:type="dxa"/>
          </w:tcPr>
          <w:p w14:paraId="4619C5AD" w14:textId="77777777" w:rsidR="0098573C" w:rsidRDefault="0080549C">
            <w:r>
              <w:rPr>
                <w:sz w:val="16"/>
              </w:rPr>
              <w:t>rozlišovať použitie infinitívu s to a infinitívu bez to</w:t>
            </w:r>
            <w:r>
              <w:rPr>
                <w:sz w:val="16"/>
              </w:rPr>
              <w:br/>
              <w:t>používať správny tvar infinitívu po vybraných slovesách</w:t>
            </w:r>
            <w:r>
              <w:rPr>
                <w:sz w:val="16"/>
              </w:rPr>
              <w:br/>
              <w:t>vytvárať vety s použitím osvojenej gramatiky</w:t>
            </w:r>
          </w:p>
        </w:tc>
        <w:tc>
          <w:tcPr>
            <w:tcW w:w="1756" w:type="dxa"/>
          </w:tcPr>
          <w:p w14:paraId="65C150F1" w14:textId="77777777" w:rsidR="0098573C" w:rsidRDefault="0080549C">
            <w:r>
              <w:rPr>
                <w:sz w:val="16"/>
              </w:rPr>
              <w:t>Full infinitive</w:t>
            </w:r>
            <w:r>
              <w:rPr>
                <w:sz w:val="16"/>
              </w:rPr>
              <w:br/>
              <w:t>Bare infinitive</w:t>
            </w:r>
          </w:p>
        </w:tc>
        <w:tc>
          <w:tcPr>
            <w:tcW w:w="1502" w:type="dxa"/>
          </w:tcPr>
          <w:p w14:paraId="444B1840" w14:textId="77777777" w:rsidR="0098573C" w:rsidRDefault="0098573C"/>
        </w:tc>
        <w:tc>
          <w:tcPr>
            <w:tcW w:w="1423" w:type="dxa"/>
          </w:tcPr>
          <w:p w14:paraId="0FEE1BE8" w14:textId="77777777" w:rsidR="0098573C" w:rsidRDefault="0098573C"/>
        </w:tc>
        <w:tc>
          <w:tcPr>
            <w:tcW w:w="1513" w:type="dxa"/>
          </w:tcPr>
          <w:p w14:paraId="3CB13FCA" w14:textId="77777777" w:rsidR="0098573C" w:rsidRDefault="0098573C"/>
        </w:tc>
      </w:tr>
      <w:tr w:rsidR="0098573C" w14:paraId="117B0016" w14:textId="77777777" w:rsidTr="00BF3B29">
        <w:trPr>
          <w:jc w:val="center"/>
        </w:trPr>
        <w:tc>
          <w:tcPr>
            <w:tcW w:w="894" w:type="dxa"/>
          </w:tcPr>
          <w:p w14:paraId="636BDD5C" w14:textId="77777777" w:rsidR="0098573C" w:rsidRDefault="0098573C"/>
        </w:tc>
        <w:tc>
          <w:tcPr>
            <w:tcW w:w="885" w:type="dxa"/>
          </w:tcPr>
          <w:p w14:paraId="3C180A88" w14:textId="77777777" w:rsidR="0098573C" w:rsidRDefault="0080549C">
            <w:r>
              <w:rPr>
                <w:sz w:val="16"/>
              </w:rPr>
              <w:t>56</w:t>
            </w:r>
          </w:p>
        </w:tc>
        <w:tc>
          <w:tcPr>
            <w:tcW w:w="1590" w:type="dxa"/>
          </w:tcPr>
          <w:p w14:paraId="0158E3C5" w14:textId="77777777" w:rsidR="0098573C" w:rsidRDefault="0080549C">
            <w:r>
              <w:rPr>
                <w:sz w:val="16"/>
              </w:rPr>
              <w:t>4D: Eating right</w:t>
            </w:r>
          </w:p>
        </w:tc>
        <w:tc>
          <w:tcPr>
            <w:tcW w:w="2409" w:type="dxa"/>
          </w:tcPr>
          <w:p w14:paraId="4A26A04F" w14:textId="77777777" w:rsidR="0098573C" w:rsidRDefault="0080549C">
            <w:r>
              <w:rPr>
                <w:sz w:val="16"/>
              </w:rPr>
              <w:t>Slovná zásoba - jedlo a stravovanie, čítanie s porozumením</w:t>
            </w:r>
          </w:p>
        </w:tc>
        <w:tc>
          <w:tcPr>
            <w:tcW w:w="2724" w:type="dxa"/>
          </w:tcPr>
          <w:p w14:paraId="46E0C2D4" w14:textId="77777777" w:rsidR="0098573C" w:rsidRDefault="0080549C">
            <w:r>
              <w:rPr>
                <w:sz w:val="16"/>
              </w:rPr>
              <w:t>porozumieť textu o zdravom stravovaní</w:t>
            </w:r>
            <w:r>
              <w:rPr>
                <w:sz w:val="16"/>
              </w:rPr>
              <w:br/>
            </w:r>
            <w:r>
              <w:rPr>
                <w:sz w:val="16"/>
              </w:rPr>
              <w:t>hovoriť o zdravých stravovacích návykoch a výžive</w:t>
            </w:r>
            <w:r>
              <w:rPr>
                <w:sz w:val="16"/>
              </w:rPr>
              <w:br/>
              <w:t>vyjadriť svoje stravovacie preferencie a zdôvodniť ich</w:t>
            </w:r>
          </w:p>
        </w:tc>
        <w:tc>
          <w:tcPr>
            <w:tcW w:w="1756" w:type="dxa"/>
          </w:tcPr>
          <w:p w14:paraId="379F12F0" w14:textId="77777777" w:rsidR="0098573C" w:rsidRDefault="0098573C"/>
        </w:tc>
        <w:tc>
          <w:tcPr>
            <w:tcW w:w="1502" w:type="dxa"/>
          </w:tcPr>
          <w:p w14:paraId="6CA64572" w14:textId="77777777" w:rsidR="0098573C" w:rsidRDefault="0080549C">
            <w:r>
              <w:rPr>
                <w:sz w:val="16"/>
              </w:rPr>
              <w:t>avoid, beans, beef, bones, brain, broccoli, butter, calcium, cereal, dairy products, diet, energetic, energy, fresh, grapes, grow, illness, include, lettuce, mayonnaise, melon, muscles, necessary, nuts, olive oil, overdo, pasta, pear, peppers, protein, rice, spinach, vitamins, yoghurt</w:t>
            </w:r>
          </w:p>
        </w:tc>
        <w:tc>
          <w:tcPr>
            <w:tcW w:w="1423" w:type="dxa"/>
          </w:tcPr>
          <w:p w14:paraId="41C31276" w14:textId="77777777" w:rsidR="0098573C" w:rsidRDefault="0080549C">
            <w:r>
              <w:rPr>
                <w:sz w:val="16"/>
              </w:rPr>
              <w:t>SB</w:t>
            </w:r>
            <w:r>
              <w:rPr>
                <w:sz w:val="16"/>
              </w:rPr>
              <w:br/>
              <w:t>IWB &amp; IWB material or audio and audio player</w:t>
            </w:r>
          </w:p>
        </w:tc>
        <w:tc>
          <w:tcPr>
            <w:tcW w:w="1513" w:type="dxa"/>
          </w:tcPr>
          <w:p w14:paraId="73A81002" w14:textId="77777777" w:rsidR="0098573C" w:rsidRDefault="0080549C">
            <w:r>
              <w:rPr>
                <w:sz w:val="16"/>
              </w:rPr>
              <w:t>kritické myslenie, komunikácia, spolupráca, tvorivosť</w:t>
            </w:r>
          </w:p>
        </w:tc>
      </w:tr>
      <w:tr w:rsidR="0098573C" w14:paraId="0766D00B" w14:textId="77777777" w:rsidTr="00BF3B29">
        <w:trPr>
          <w:jc w:val="center"/>
        </w:trPr>
        <w:tc>
          <w:tcPr>
            <w:tcW w:w="894" w:type="dxa"/>
          </w:tcPr>
          <w:p w14:paraId="36BEFA13" w14:textId="77777777" w:rsidR="0098573C" w:rsidRDefault="0098573C"/>
        </w:tc>
        <w:tc>
          <w:tcPr>
            <w:tcW w:w="885" w:type="dxa"/>
          </w:tcPr>
          <w:p w14:paraId="578C7993" w14:textId="77777777" w:rsidR="0098573C" w:rsidRDefault="0080549C">
            <w:r>
              <w:rPr>
                <w:sz w:val="16"/>
              </w:rPr>
              <w:t>57</w:t>
            </w:r>
          </w:p>
        </w:tc>
        <w:tc>
          <w:tcPr>
            <w:tcW w:w="1590" w:type="dxa"/>
          </w:tcPr>
          <w:p w14:paraId="4320F1F7" w14:textId="77777777" w:rsidR="0098573C" w:rsidRDefault="0080549C">
            <w:r>
              <w:rPr>
                <w:sz w:val="16"/>
              </w:rPr>
              <w:t>4D: Eating right</w:t>
            </w:r>
          </w:p>
        </w:tc>
        <w:tc>
          <w:tcPr>
            <w:tcW w:w="2409" w:type="dxa"/>
          </w:tcPr>
          <w:p w14:paraId="61EF6A58" w14:textId="77777777" w:rsidR="0098573C" w:rsidRDefault="0080549C">
            <w:r>
              <w:rPr>
                <w:sz w:val="16"/>
              </w:rPr>
              <w:t>Gramatika - slovesá s tvarom -ing, počúvanie s porozumením, práca s informáciami, písanie a prezentácia</w:t>
            </w:r>
          </w:p>
        </w:tc>
        <w:tc>
          <w:tcPr>
            <w:tcW w:w="2724" w:type="dxa"/>
          </w:tcPr>
          <w:p w14:paraId="38CF951A" w14:textId="77777777" w:rsidR="0098573C" w:rsidRDefault="0080549C">
            <w:r>
              <w:rPr>
                <w:sz w:val="16"/>
              </w:rPr>
              <w:t>používať slovesá s tvarom -ing v správnom kontexte</w:t>
            </w:r>
            <w:r>
              <w:rPr>
                <w:sz w:val="16"/>
              </w:rPr>
              <w:br/>
              <w:t>porozumieť informáciám z počúvaného textu o zdravom životnom štýle</w:t>
            </w:r>
            <w:r>
              <w:rPr>
                <w:sz w:val="16"/>
              </w:rPr>
              <w:br/>
              <w:t>spracovať informácie a prezentovať odporúčania pre zdravé stravovanie</w:t>
            </w:r>
          </w:p>
        </w:tc>
        <w:tc>
          <w:tcPr>
            <w:tcW w:w="1756" w:type="dxa"/>
          </w:tcPr>
          <w:p w14:paraId="0E97C5D7" w14:textId="77777777" w:rsidR="0098573C" w:rsidRDefault="0080549C">
            <w:r>
              <w:rPr>
                <w:sz w:val="16"/>
              </w:rPr>
              <w:t>-ing form</w:t>
            </w:r>
          </w:p>
        </w:tc>
        <w:tc>
          <w:tcPr>
            <w:tcW w:w="1502" w:type="dxa"/>
          </w:tcPr>
          <w:p w14:paraId="6F8D6FD7" w14:textId="77777777" w:rsidR="0098573C" w:rsidRDefault="0098573C"/>
        </w:tc>
        <w:tc>
          <w:tcPr>
            <w:tcW w:w="1423" w:type="dxa"/>
          </w:tcPr>
          <w:p w14:paraId="200887CA" w14:textId="77777777" w:rsidR="0098573C" w:rsidRDefault="0098573C"/>
        </w:tc>
        <w:tc>
          <w:tcPr>
            <w:tcW w:w="1513" w:type="dxa"/>
          </w:tcPr>
          <w:p w14:paraId="024E0D74" w14:textId="77777777" w:rsidR="0098573C" w:rsidRDefault="0098573C"/>
        </w:tc>
      </w:tr>
      <w:tr w:rsidR="0098573C" w14:paraId="4AEAABD0" w14:textId="77777777" w:rsidTr="00BF3B29">
        <w:trPr>
          <w:jc w:val="center"/>
        </w:trPr>
        <w:tc>
          <w:tcPr>
            <w:tcW w:w="894" w:type="dxa"/>
          </w:tcPr>
          <w:p w14:paraId="0E47F29E" w14:textId="77777777" w:rsidR="0098573C" w:rsidRDefault="0098573C"/>
        </w:tc>
        <w:tc>
          <w:tcPr>
            <w:tcW w:w="885" w:type="dxa"/>
          </w:tcPr>
          <w:p w14:paraId="79335FD7" w14:textId="77777777" w:rsidR="0098573C" w:rsidRDefault="0080549C">
            <w:r>
              <w:rPr>
                <w:sz w:val="16"/>
              </w:rPr>
              <w:t>58</w:t>
            </w:r>
          </w:p>
        </w:tc>
        <w:tc>
          <w:tcPr>
            <w:tcW w:w="1590" w:type="dxa"/>
          </w:tcPr>
          <w:p w14:paraId="42F0C4DC" w14:textId="77777777" w:rsidR="0098573C" w:rsidRDefault="0080549C">
            <w:r>
              <w:rPr>
                <w:sz w:val="16"/>
              </w:rPr>
              <w:t>Top Skills: I need some advice</w:t>
            </w:r>
          </w:p>
        </w:tc>
        <w:tc>
          <w:tcPr>
            <w:tcW w:w="2409" w:type="dxa"/>
          </w:tcPr>
          <w:p w14:paraId="29BD16FF" w14:textId="77777777" w:rsidR="0098573C" w:rsidRDefault="0080549C">
            <w:r>
              <w:rPr>
                <w:sz w:val="16"/>
              </w:rPr>
              <w:t>Čítanie a počúvanie s porozumením, rozprávanie</w:t>
            </w:r>
          </w:p>
        </w:tc>
        <w:tc>
          <w:tcPr>
            <w:tcW w:w="2724" w:type="dxa"/>
          </w:tcPr>
          <w:p w14:paraId="5627FDC4" w14:textId="77777777" w:rsidR="0098573C" w:rsidRDefault="0080549C">
            <w:r>
              <w:rPr>
                <w:sz w:val="16"/>
              </w:rPr>
              <w:t>porozumieť textom o osobných problémoch a ich riešení</w:t>
            </w:r>
            <w:r>
              <w:rPr>
                <w:sz w:val="16"/>
              </w:rPr>
              <w:br/>
              <w:t>opísať svoje pocity a problémy</w:t>
            </w:r>
            <w:r>
              <w:rPr>
                <w:sz w:val="16"/>
              </w:rPr>
              <w:br/>
            </w:r>
            <w:r>
              <w:rPr>
                <w:sz w:val="16"/>
              </w:rPr>
              <w:t>požiadať o radu a primerane reagovať na odporúčania</w:t>
            </w:r>
          </w:p>
        </w:tc>
        <w:tc>
          <w:tcPr>
            <w:tcW w:w="1756" w:type="dxa"/>
          </w:tcPr>
          <w:p w14:paraId="573F2CD5" w14:textId="77777777" w:rsidR="0098573C" w:rsidRDefault="0098573C"/>
        </w:tc>
        <w:tc>
          <w:tcPr>
            <w:tcW w:w="1502" w:type="dxa"/>
          </w:tcPr>
          <w:p w14:paraId="2DA7BF0C" w14:textId="77777777" w:rsidR="0098573C" w:rsidRDefault="0080549C">
            <w:r>
              <w:rPr>
                <w:sz w:val="16"/>
              </w:rPr>
              <w:t>go on a diet, local, lose weight, my age, neighbourhood, perhaps, put on weight, similar</w:t>
            </w:r>
          </w:p>
        </w:tc>
        <w:tc>
          <w:tcPr>
            <w:tcW w:w="1423" w:type="dxa"/>
          </w:tcPr>
          <w:p w14:paraId="1758F6C5" w14:textId="77777777" w:rsidR="0098573C" w:rsidRDefault="0080549C">
            <w:r>
              <w:rPr>
                <w:sz w:val="16"/>
              </w:rPr>
              <w:t>SB</w:t>
            </w:r>
            <w:r>
              <w:rPr>
                <w:sz w:val="16"/>
              </w:rPr>
              <w:br/>
              <w:t>IWB &amp; IWB material or audio and audio player</w:t>
            </w:r>
          </w:p>
        </w:tc>
        <w:tc>
          <w:tcPr>
            <w:tcW w:w="1513" w:type="dxa"/>
          </w:tcPr>
          <w:p w14:paraId="4AFF9B03" w14:textId="77777777" w:rsidR="0098573C" w:rsidRDefault="0080549C">
            <w:r>
              <w:rPr>
                <w:sz w:val="16"/>
              </w:rPr>
              <w:t>kritické myslenie, komunikácia, spolupráca, tvorivosť, samostatné učenie</w:t>
            </w:r>
          </w:p>
        </w:tc>
      </w:tr>
      <w:tr w:rsidR="0098573C" w14:paraId="45BCF908" w14:textId="77777777" w:rsidTr="00BF3B29">
        <w:trPr>
          <w:jc w:val="center"/>
        </w:trPr>
        <w:tc>
          <w:tcPr>
            <w:tcW w:w="894" w:type="dxa"/>
          </w:tcPr>
          <w:p w14:paraId="27CE2FB8" w14:textId="77777777" w:rsidR="0098573C" w:rsidRDefault="0098573C"/>
        </w:tc>
        <w:tc>
          <w:tcPr>
            <w:tcW w:w="885" w:type="dxa"/>
          </w:tcPr>
          <w:p w14:paraId="2C096190" w14:textId="77777777" w:rsidR="0098573C" w:rsidRDefault="0080549C">
            <w:r>
              <w:rPr>
                <w:sz w:val="16"/>
              </w:rPr>
              <w:t>59</w:t>
            </w:r>
          </w:p>
        </w:tc>
        <w:tc>
          <w:tcPr>
            <w:tcW w:w="1590" w:type="dxa"/>
          </w:tcPr>
          <w:p w14:paraId="7EF0A23B" w14:textId="77777777" w:rsidR="0098573C" w:rsidRDefault="0080549C">
            <w:r>
              <w:rPr>
                <w:sz w:val="16"/>
              </w:rPr>
              <w:t>Top Skills: I need some advice</w:t>
            </w:r>
          </w:p>
        </w:tc>
        <w:tc>
          <w:tcPr>
            <w:tcW w:w="2409" w:type="dxa"/>
          </w:tcPr>
          <w:p w14:paraId="708CB83A" w14:textId="77777777" w:rsidR="0098573C" w:rsidRDefault="0080549C">
            <w:r>
              <w:rPr>
                <w:sz w:val="16"/>
              </w:rPr>
              <w:t>Písanie - poskytovanie rady</w:t>
            </w:r>
          </w:p>
        </w:tc>
        <w:tc>
          <w:tcPr>
            <w:tcW w:w="2724" w:type="dxa"/>
          </w:tcPr>
          <w:p w14:paraId="61848094" w14:textId="77777777" w:rsidR="0098573C" w:rsidRDefault="0080549C">
            <w:r>
              <w:rPr>
                <w:sz w:val="16"/>
              </w:rPr>
              <w:t>napísať odpoveď s odporúčaním na riešenie problému</w:t>
            </w:r>
            <w:r>
              <w:rPr>
                <w:sz w:val="16"/>
              </w:rPr>
              <w:br/>
              <w:t>používať vhodné jazykové prostriedky pri poskytovaní rád</w:t>
            </w:r>
            <w:r>
              <w:rPr>
                <w:sz w:val="16"/>
              </w:rPr>
              <w:br/>
              <w:t>formulovať odporúčania jasne a zdvorilo</w:t>
            </w:r>
          </w:p>
        </w:tc>
        <w:tc>
          <w:tcPr>
            <w:tcW w:w="1756" w:type="dxa"/>
          </w:tcPr>
          <w:p w14:paraId="3345A32E" w14:textId="77777777" w:rsidR="0098573C" w:rsidRDefault="0098573C"/>
        </w:tc>
        <w:tc>
          <w:tcPr>
            <w:tcW w:w="1502" w:type="dxa"/>
          </w:tcPr>
          <w:p w14:paraId="1191E764" w14:textId="77777777" w:rsidR="0098573C" w:rsidRDefault="0098573C"/>
        </w:tc>
        <w:tc>
          <w:tcPr>
            <w:tcW w:w="1423" w:type="dxa"/>
          </w:tcPr>
          <w:p w14:paraId="2566AC57" w14:textId="77777777" w:rsidR="0098573C" w:rsidRDefault="0098573C"/>
        </w:tc>
        <w:tc>
          <w:tcPr>
            <w:tcW w:w="1513" w:type="dxa"/>
          </w:tcPr>
          <w:p w14:paraId="6EEE443E" w14:textId="77777777" w:rsidR="0098573C" w:rsidRDefault="0098573C"/>
        </w:tc>
      </w:tr>
      <w:tr w:rsidR="0098573C" w14:paraId="3F843346" w14:textId="77777777" w:rsidTr="00BF3B29">
        <w:trPr>
          <w:jc w:val="center"/>
        </w:trPr>
        <w:tc>
          <w:tcPr>
            <w:tcW w:w="894" w:type="dxa"/>
          </w:tcPr>
          <w:p w14:paraId="7DAA8124" w14:textId="77777777" w:rsidR="0098573C" w:rsidRDefault="0098573C"/>
        </w:tc>
        <w:tc>
          <w:tcPr>
            <w:tcW w:w="885" w:type="dxa"/>
          </w:tcPr>
          <w:p w14:paraId="11294F19" w14:textId="77777777" w:rsidR="0098573C" w:rsidRDefault="0080549C">
            <w:r>
              <w:rPr>
                <w:sz w:val="16"/>
              </w:rPr>
              <w:t>60</w:t>
            </w:r>
          </w:p>
        </w:tc>
        <w:tc>
          <w:tcPr>
            <w:tcW w:w="1590" w:type="dxa"/>
          </w:tcPr>
          <w:p w14:paraId="78CC1FDC" w14:textId="77777777" w:rsidR="0098573C" w:rsidRDefault="0080549C">
            <w:r>
              <w:rPr>
                <w:sz w:val="16"/>
              </w:rPr>
              <w:t>Revision module 4</w:t>
            </w:r>
          </w:p>
        </w:tc>
        <w:tc>
          <w:tcPr>
            <w:tcW w:w="2409" w:type="dxa"/>
          </w:tcPr>
          <w:p w14:paraId="49EF3A73" w14:textId="77777777" w:rsidR="0098573C" w:rsidRDefault="0080549C">
            <w:r>
              <w:rPr>
                <w:sz w:val="16"/>
              </w:rPr>
              <w:t>Zhrnutie učiva</w:t>
            </w:r>
          </w:p>
        </w:tc>
        <w:tc>
          <w:tcPr>
            <w:tcW w:w="2724" w:type="dxa"/>
          </w:tcPr>
          <w:p w14:paraId="79A22D9C" w14:textId="77777777" w:rsidR="0098573C" w:rsidRDefault="0080549C">
            <w:r>
              <w:rPr>
                <w:sz w:val="16"/>
              </w:rPr>
              <w:t>zopakovať slovnú zásobu modulu</w:t>
            </w:r>
            <w:r>
              <w:rPr>
                <w:sz w:val="16"/>
              </w:rPr>
              <w:br/>
              <w:t>upevniť gramatické štruktúry modulu</w:t>
            </w:r>
            <w:r>
              <w:rPr>
                <w:sz w:val="16"/>
              </w:rPr>
              <w:br/>
              <w:t>precvičiť komunikačné situácie</w:t>
            </w:r>
          </w:p>
        </w:tc>
        <w:tc>
          <w:tcPr>
            <w:tcW w:w="1756" w:type="dxa"/>
          </w:tcPr>
          <w:p w14:paraId="5DBC9FB9" w14:textId="77777777" w:rsidR="0098573C" w:rsidRDefault="0098573C"/>
        </w:tc>
        <w:tc>
          <w:tcPr>
            <w:tcW w:w="1502" w:type="dxa"/>
          </w:tcPr>
          <w:p w14:paraId="28486555" w14:textId="77777777" w:rsidR="0098573C" w:rsidRDefault="0098573C"/>
        </w:tc>
        <w:tc>
          <w:tcPr>
            <w:tcW w:w="1423" w:type="dxa"/>
          </w:tcPr>
          <w:p w14:paraId="7C6441A5" w14:textId="77777777" w:rsidR="0098573C" w:rsidRDefault="0080549C">
            <w:r>
              <w:rPr>
                <w:sz w:val="16"/>
              </w:rPr>
              <w:t>SB</w:t>
            </w:r>
            <w:r>
              <w:rPr>
                <w:sz w:val="16"/>
              </w:rPr>
              <w:br/>
              <w:t>IWB &amp; IWB material or audio and audio player</w:t>
            </w:r>
            <w:r>
              <w:rPr>
                <w:sz w:val="16"/>
              </w:rPr>
              <w:br/>
              <w:t>If necessary, WB (extra grammar practice)</w:t>
            </w:r>
          </w:p>
        </w:tc>
        <w:tc>
          <w:tcPr>
            <w:tcW w:w="1513" w:type="dxa"/>
          </w:tcPr>
          <w:p w14:paraId="2D3759FE" w14:textId="77777777" w:rsidR="0098573C" w:rsidRDefault="0080549C">
            <w:r>
              <w:rPr>
                <w:sz w:val="16"/>
              </w:rPr>
              <w:t>samostatné učenie</w:t>
            </w:r>
          </w:p>
        </w:tc>
      </w:tr>
      <w:tr w:rsidR="0098573C" w14:paraId="6A7A4638" w14:textId="77777777" w:rsidTr="00BF3B29">
        <w:trPr>
          <w:jc w:val="center"/>
        </w:trPr>
        <w:tc>
          <w:tcPr>
            <w:tcW w:w="894" w:type="dxa"/>
          </w:tcPr>
          <w:p w14:paraId="4DAFE1A4" w14:textId="77777777" w:rsidR="0098573C" w:rsidRDefault="0098573C"/>
        </w:tc>
        <w:tc>
          <w:tcPr>
            <w:tcW w:w="885" w:type="dxa"/>
          </w:tcPr>
          <w:p w14:paraId="6F7028EA" w14:textId="77777777" w:rsidR="0098573C" w:rsidRDefault="0080549C">
            <w:r>
              <w:rPr>
                <w:sz w:val="16"/>
              </w:rPr>
              <w:t>61</w:t>
            </w:r>
          </w:p>
        </w:tc>
        <w:tc>
          <w:tcPr>
            <w:tcW w:w="1590" w:type="dxa"/>
          </w:tcPr>
          <w:p w14:paraId="3CDE9F21" w14:textId="77777777" w:rsidR="0098573C" w:rsidRDefault="0080549C">
            <w:r>
              <w:rPr>
                <w:sz w:val="16"/>
              </w:rPr>
              <w:t>Revision module 4</w:t>
            </w:r>
          </w:p>
        </w:tc>
        <w:tc>
          <w:tcPr>
            <w:tcW w:w="2409" w:type="dxa"/>
          </w:tcPr>
          <w:p w14:paraId="438B9439" w14:textId="77777777" w:rsidR="0098573C" w:rsidRDefault="0080549C">
            <w:r>
              <w:rPr>
                <w:sz w:val="16"/>
              </w:rPr>
              <w:t>Sebahodnotenie</w:t>
            </w:r>
          </w:p>
        </w:tc>
        <w:tc>
          <w:tcPr>
            <w:tcW w:w="2724" w:type="dxa"/>
          </w:tcPr>
          <w:p w14:paraId="5CC22360" w14:textId="77777777" w:rsidR="0098573C" w:rsidRDefault="0080549C">
            <w:r>
              <w:rPr>
                <w:sz w:val="16"/>
              </w:rPr>
              <w:t>zhodnotiť úroveň svojich vedomostí</w:t>
            </w:r>
            <w:r>
              <w:rPr>
                <w:sz w:val="16"/>
              </w:rPr>
              <w:br/>
              <w:t>identifikovať oblasti, ktoré je potrebné zlepšiť</w:t>
            </w:r>
            <w:r>
              <w:rPr>
                <w:sz w:val="16"/>
              </w:rPr>
              <w:br/>
              <w:t>pripraviť sa na priebežné overenie vedomostí</w:t>
            </w:r>
          </w:p>
        </w:tc>
        <w:tc>
          <w:tcPr>
            <w:tcW w:w="1756" w:type="dxa"/>
          </w:tcPr>
          <w:p w14:paraId="1ED3FD75" w14:textId="77777777" w:rsidR="0098573C" w:rsidRDefault="0098573C"/>
        </w:tc>
        <w:tc>
          <w:tcPr>
            <w:tcW w:w="1502" w:type="dxa"/>
          </w:tcPr>
          <w:p w14:paraId="45AF3457" w14:textId="77777777" w:rsidR="0098573C" w:rsidRDefault="0098573C"/>
        </w:tc>
        <w:tc>
          <w:tcPr>
            <w:tcW w:w="1423" w:type="dxa"/>
          </w:tcPr>
          <w:p w14:paraId="6D77C857" w14:textId="77777777" w:rsidR="0098573C" w:rsidRDefault="0098573C"/>
        </w:tc>
        <w:tc>
          <w:tcPr>
            <w:tcW w:w="1513" w:type="dxa"/>
          </w:tcPr>
          <w:p w14:paraId="274DB089" w14:textId="77777777" w:rsidR="0098573C" w:rsidRDefault="0098573C"/>
        </w:tc>
      </w:tr>
      <w:tr w:rsidR="0098573C" w14:paraId="2819832E" w14:textId="77777777" w:rsidTr="00BF3B29">
        <w:trPr>
          <w:jc w:val="center"/>
        </w:trPr>
        <w:tc>
          <w:tcPr>
            <w:tcW w:w="894" w:type="dxa"/>
          </w:tcPr>
          <w:p w14:paraId="6FE4B300" w14:textId="77777777" w:rsidR="0098573C" w:rsidRDefault="0098573C"/>
        </w:tc>
        <w:tc>
          <w:tcPr>
            <w:tcW w:w="885" w:type="dxa"/>
          </w:tcPr>
          <w:p w14:paraId="33B3ECFA" w14:textId="77777777" w:rsidR="0098573C" w:rsidRDefault="0080549C">
            <w:r>
              <w:rPr>
                <w:sz w:val="16"/>
              </w:rPr>
              <w:t>62</w:t>
            </w:r>
          </w:p>
        </w:tc>
        <w:tc>
          <w:tcPr>
            <w:tcW w:w="1590" w:type="dxa"/>
          </w:tcPr>
          <w:p w14:paraId="189714E7" w14:textId="77777777" w:rsidR="0098573C" w:rsidRDefault="0080549C">
            <w:r>
              <w:rPr>
                <w:sz w:val="16"/>
              </w:rPr>
              <w:t>Culture Page 2 &amp; Song 2</w:t>
            </w:r>
          </w:p>
        </w:tc>
        <w:tc>
          <w:tcPr>
            <w:tcW w:w="2409" w:type="dxa"/>
          </w:tcPr>
          <w:p w14:paraId="7709B2D6" w14:textId="77777777" w:rsidR="0098573C" w:rsidRDefault="0080549C">
            <w:r>
              <w:rPr>
                <w:sz w:val="16"/>
              </w:rPr>
              <w:t>Peniaze, Pieseň - Gadget Freak</w:t>
            </w:r>
          </w:p>
        </w:tc>
        <w:tc>
          <w:tcPr>
            <w:tcW w:w="2724" w:type="dxa"/>
          </w:tcPr>
          <w:p w14:paraId="4A1EC28A" w14:textId="77777777" w:rsidR="0098573C" w:rsidRDefault="0080549C">
            <w:r>
              <w:rPr>
                <w:sz w:val="16"/>
              </w:rPr>
              <w:t>porozumieť informáciám o význame peňazí a spotrebiteľskom správaní</w:t>
            </w:r>
            <w:r>
              <w:rPr>
                <w:sz w:val="16"/>
              </w:rPr>
              <w:br/>
              <w:t>diskutovať o zodpovednom hospodárení s peniazmi</w:t>
            </w:r>
            <w:r>
              <w:rPr>
                <w:sz w:val="16"/>
              </w:rPr>
              <w:br/>
              <w:t>porozumieť obsahu anglickej piesne a pracovať s jej textom</w:t>
            </w:r>
          </w:p>
        </w:tc>
        <w:tc>
          <w:tcPr>
            <w:tcW w:w="1756" w:type="dxa"/>
          </w:tcPr>
          <w:p w14:paraId="1919F948" w14:textId="77777777" w:rsidR="0098573C" w:rsidRDefault="0098573C"/>
        </w:tc>
        <w:tc>
          <w:tcPr>
            <w:tcW w:w="1502" w:type="dxa"/>
          </w:tcPr>
          <w:p w14:paraId="147D0E22" w14:textId="77777777" w:rsidR="0098573C" w:rsidRDefault="0098573C"/>
        </w:tc>
        <w:tc>
          <w:tcPr>
            <w:tcW w:w="1423" w:type="dxa"/>
          </w:tcPr>
          <w:p w14:paraId="1C93F310" w14:textId="77777777" w:rsidR="0098573C" w:rsidRDefault="0080549C">
            <w:r>
              <w:rPr>
                <w:sz w:val="16"/>
              </w:rPr>
              <w:t>SB</w:t>
            </w:r>
            <w:r>
              <w:rPr>
                <w:sz w:val="16"/>
              </w:rPr>
              <w:br/>
              <w:t>IWB &amp; IWB material or audio and audio player</w:t>
            </w:r>
          </w:p>
        </w:tc>
        <w:tc>
          <w:tcPr>
            <w:tcW w:w="1513" w:type="dxa"/>
          </w:tcPr>
          <w:p w14:paraId="72E075F1" w14:textId="77777777" w:rsidR="0098573C" w:rsidRDefault="0080549C">
            <w:r>
              <w:rPr>
                <w:sz w:val="16"/>
              </w:rPr>
              <w:t>komunikácia, tvorivosť, kritické myslenie</w:t>
            </w:r>
          </w:p>
        </w:tc>
      </w:tr>
      <w:tr w:rsidR="0098573C" w14:paraId="1F7FF19B" w14:textId="77777777" w:rsidTr="00BF3B29">
        <w:trPr>
          <w:jc w:val="center"/>
        </w:trPr>
        <w:tc>
          <w:tcPr>
            <w:tcW w:w="894" w:type="dxa"/>
          </w:tcPr>
          <w:p w14:paraId="75CA5373" w14:textId="77777777" w:rsidR="0098573C" w:rsidRDefault="0098573C"/>
        </w:tc>
        <w:tc>
          <w:tcPr>
            <w:tcW w:w="885" w:type="dxa"/>
          </w:tcPr>
          <w:p w14:paraId="6DF05783" w14:textId="77777777" w:rsidR="0098573C" w:rsidRDefault="0080549C">
            <w:r>
              <w:rPr>
                <w:sz w:val="16"/>
              </w:rPr>
              <w:t>63</w:t>
            </w:r>
          </w:p>
        </w:tc>
        <w:tc>
          <w:tcPr>
            <w:tcW w:w="1590" w:type="dxa"/>
          </w:tcPr>
          <w:p w14:paraId="385A3CCB" w14:textId="77777777" w:rsidR="0098573C" w:rsidRDefault="0080549C">
            <w:r>
              <w:rPr>
                <w:sz w:val="16"/>
              </w:rPr>
              <w:t>Me and My country project 4 – Healthy lifestyle</w:t>
            </w:r>
          </w:p>
        </w:tc>
        <w:tc>
          <w:tcPr>
            <w:tcW w:w="2409" w:type="dxa"/>
          </w:tcPr>
          <w:p w14:paraId="78DB097D" w14:textId="77777777" w:rsidR="0098573C" w:rsidRDefault="0080549C">
            <w:r>
              <w:rPr>
                <w:sz w:val="16"/>
              </w:rPr>
              <w:t>Zdravý životný štýl</w:t>
            </w:r>
          </w:p>
        </w:tc>
        <w:tc>
          <w:tcPr>
            <w:tcW w:w="2724" w:type="dxa"/>
          </w:tcPr>
          <w:p w14:paraId="06080723" w14:textId="77777777" w:rsidR="0098573C" w:rsidRDefault="0080549C">
            <w:r>
              <w:rPr>
                <w:sz w:val="16"/>
              </w:rPr>
              <w:t>vyhľadať informácie o zásadách zdravého životného štýlu</w:t>
            </w:r>
            <w:r>
              <w:rPr>
                <w:sz w:val="16"/>
              </w:rPr>
              <w:br/>
              <w:t>spracovať odporúčania do krátkeho projektu</w:t>
            </w:r>
            <w:r>
              <w:rPr>
                <w:sz w:val="16"/>
              </w:rPr>
              <w:br/>
              <w:t>prezentovať projekt pred spolužiakmi</w:t>
            </w:r>
          </w:p>
        </w:tc>
        <w:tc>
          <w:tcPr>
            <w:tcW w:w="1756" w:type="dxa"/>
          </w:tcPr>
          <w:p w14:paraId="7D066D9A" w14:textId="77777777" w:rsidR="0098573C" w:rsidRDefault="0098573C"/>
        </w:tc>
        <w:tc>
          <w:tcPr>
            <w:tcW w:w="1502" w:type="dxa"/>
          </w:tcPr>
          <w:p w14:paraId="7AA7AD5F" w14:textId="77777777" w:rsidR="0098573C" w:rsidRDefault="0098573C"/>
        </w:tc>
        <w:tc>
          <w:tcPr>
            <w:tcW w:w="1423" w:type="dxa"/>
          </w:tcPr>
          <w:p w14:paraId="0DB2FC3E" w14:textId="77777777" w:rsidR="0098573C" w:rsidRDefault="0098573C"/>
        </w:tc>
        <w:tc>
          <w:tcPr>
            <w:tcW w:w="1513" w:type="dxa"/>
          </w:tcPr>
          <w:p w14:paraId="26838B33" w14:textId="77777777" w:rsidR="0098573C" w:rsidRDefault="0080549C">
            <w:r>
              <w:rPr>
                <w:sz w:val="16"/>
              </w:rPr>
              <w:t>samostatné učenie, tvorivosť, komunikácia, digitálna gramotnosť</w:t>
            </w:r>
          </w:p>
        </w:tc>
      </w:tr>
      <w:tr w:rsidR="0098573C" w14:paraId="6395B1CB" w14:textId="77777777" w:rsidTr="00BF3B29">
        <w:trPr>
          <w:jc w:val="center"/>
        </w:trPr>
        <w:tc>
          <w:tcPr>
            <w:tcW w:w="894" w:type="dxa"/>
          </w:tcPr>
          <w:p w14:paraId="0A648521" w14:textId="77777777" w:rsidR="0098573C" w:rsidRDefault="0098573C"/>
        </w:tc>
        <w:tc>
          <w:tcPr>
            <w:tcW w:w="885" w:type="dxa"/>
          </w:tcPr>
          <w:p w14:paraId="4D53F0D8" w14:textId="77777777" w:rsidR="0098573C" w:rsidRDefault="0080549C">
            <w:r>
              <w:rPr>
                <w:sz w:val="16"/>
              </w:rPr>
              <w:t>64</w:t>
            </w:r>
          </w:p>
        </w:tc>
        <w:tc>
          <w:tcPr>
            <w:tcW w:w="1590" w:type="dxa"/>
          </w:tcPr>
          <w:p w14:paraId="284B6E9B" w14:textId="77777777" w:rsidR="0098573C" w:rsidRDefault="0080549C">
            <w:r>
              <w:rPr>
                <w:sz w:val="16"/>
              </w:rPr>
              <w:t>Test Module 4</w:t>
            </w:r>
          </w:p>
        </w:tc>
        <w:tc>
          <w:tcPr>
            <w:tcW w:w="2409" w:type="dxa"/>
          </w:tcPr>
          <w:p w14:paraId="70DEE581" w14:textId="77777777" w:rsidR="0098573C" w:rsidRDefault="0080549C">
            <w:r>
              <w:rPr>
                <w:sz w:val="16"/>
              </w:rPr>
              <w:t>Hodnotenie pokroku žiakov</w:t>
            </w:r>
          </w:p>
        </w:tc>
        <w:tc>
          <w:tcPr>
            <w:tcW w:w="2724" w:type="dxa"/>
          </w:tcPr>
          <w:p w14:paraId="321784B8" w14:textId="77777777" w:rsidR="0098573C" w:rsidRDefault="0080549C">
            <w:r>
              <w:rPr>
                <w:sz w:val="16"/>
              </w:rPr>
              <w:t>preukázať osvojenie slovnej zásoby a gramatiky modulu</w:t>
            </w:r>
            <w:r>
              <w:rPr>
                <w:sz w:val="16"/>
              </w:rPr>
              <w:br/>
              <w:t>aplikovať získané vedomosti pri riešení úloh</w:t>
            </w:r>
            <w:r>
              <w:rPr>
                <w:sz w:val="16"/>
              </w:rPr>
              <w:br/>
              <w:t>samostatne riešiť testové zadania</w:t>
            </w:r>
          </w:p>
        </w:tc>
        <w:tc>
          <w:tcPr>
            <w:tcW w:w="1756" w:type="dxa"/>
          </w:tcPr>
          <w:p w14:paraId="4B4B4E40" w14:textId="77777777" w:rsidR="0098573C" w:rsidRDefault="0098573C"/>
        </w:tc>
        <w:tc>
          <w:tcPr>
            <w:tcW w:w="1502" w:type="dxa"/>
          </w:tcPr>
          <w:p w14:paraId="2305CB10" w14:textId="77777777" w:rsidR="0098573C" w:rsidRDefault="0098573C"/>
        </w:tc>
        <w:tc>
          <w:tcPr>
            <w:tcW w:w="1423" w:type="dxa"/>
          </w:tcPr>
          <w:p w14:paraId="304BE82D" w14:textId="77777777" w:rsidR="0098573C" w:rsidRDefault="0080549C">
            <w:r>
              <w:rPr>
                <w:sz w:val="16"/>
              </w:rPr>
              <w:t>Module tests (teacher’s assistant)</w:t>
            </w:r>
          </w:p>
        </w:tc>
        <w:tc>
          <w:tcPr>
            <w:tcW w:w="1513" w:type="dxa"/>
          </w:tcPr>
          <w:p w14:paraId="6B16C523" w14:textId="77777777" w:rsidR="0098573C" w:rsidRDefault="0098573C"/>
        </w:tc>
      </w:tr>
      <w:tr w:rsidR="0098573C" w14:paraId="60580477" w14:textId="77777777" w:rsidTr="00BF3B29">
        <w:trPr>
          <w:jc w:val="center"/>
        </w:trPr>
        <w:tc>
          <w:tcPr>
            <w:tcW w:w="894" w:type="dxa"/>
          </w:tcPr>
          <w:p w14:paraId="00D2B01C" w14:textId="77777777" w:rsidR="0098573C" w:rsidRDefault="0098573C"/>
        </w:tc>
        <w:tc>
          <w:tcPr>
            <w:tcW w:w="885" w:type="dxa"/>
          </w:tcPr>
          <w:p w14:paraId="2DBAE336" w14:textId="77777777" w:rsidR="0098573C" w:rsidRDefault="0080549C">
            <w:r>
              <w:rPr>
                <w:sz w:val="16"/>
              </w:rPr>
              <w:t>65</w:t>
            </w:r>
          </w:p>
        </w:tc>
        <w:tc>
          <w:tcPr>
            <w:tcW w:w="1590" w:type="dxa"/>
          </w:tcPr>
          <w:p w14:paraId="75AB5B91" w14:textId="77777777" w:rsidR="0098573C" w:rsidRDefault="0080549C">
            <w:r>
              <w:rPr>
                <w:sz w:val="16"/>
              </w:rPr>
              <w:t>Video Module 4 &amp; Cover Page Module 5</w:t>
            </w:r>
          </w:p>
        </w:tc>
        <w:tc>
          <w:tcPr>
            <w:tcW w:w="2409" w:type="dxa"/>
          </w:tcPr>
          <w:p w14:paraId="49E4C3EC" w14:textId="77777777" w:rsidR="0098573C" w:rsidRDefault="0080549C">
            <w:r>
              <w:rPr>
                <w:sz w:val="16"/>
              </w:rPr>
              <w:t>Videolekcia - Ryža</w:t>
            </w:r>
          </w:p>
        </w:tc>
        <w:tc>
          <w:tcPr>
            <w:tcW w:w="2724" w:type="dxa"/>
          </w:tcPr>
          <w:p w14:paraId="683D08BA" w14:textId="77777777" w:rsidR="0098573C" w:rsidRDefault="0080549C">
            <w:r>
              <w:rPr>
                <w:sz w:val="16"/>
              </w:rPr>
              <w:t>zopakovať slovnú zásobu a gramatiku modulu prostredníctvom videa</w:t>
            </w:r>
            <w:r>
              <w:rPr>
                <w:sz w:val="16"/>
              </w:rPr>
              <w:br/>
              <w:t>porozumieť autentickému jazykovému prejavu</w:t>
            </w:r>
            <w:r>
              <w:rPr>
                <w:sz w:val="16"/>
              </w:rPr>
              <w:br/>
              <w:t>oboznámiť sa s témou nasledujúceho modulu</w:t>
            </w:r>
          </w:p>
        </w:tc>
        <w:tc>
          <w:tcPr>
            <w:tcW w:w="1756" w:type="dxa"/>
          </w:tcPr>
          <w:p w14:paraId="0884B92A" w14:textId="77777777" w:rsidR="0098573C" w:rsidRDefault="0098573C"/>
        </w:tc>
        <w:tc>
          <w:tcPr>
            <w:tcW w:w="1502" w:type="dxa"/>
          </w:tcPr>
          <w:p w14:paraId="66C041D1" w14:textId="77777777" w:rsidR="0098573C" w:rsidRDefault="0098573C"/>
        </w:tc>
        <w:tc>
          <w:tcPr>
            <w:tcW w:w="1423" w:type="dxa"/>
          </w:tcPr>
          <w:p w14:paraId="78A9ECA7" w14:textId="77777777" w:rsidR="0098573C" w:rsidRDefault="0080549C">
            <w:r>
              <w:rPr>
                <w:sz w:val="16"/>
              </w:rPr>
              <w:t>SB</w:t>
            </w:r>
            <w:r>
              <w:rPr>
                <w:sz w:val="16"/>
              </w:rPr>
              <w:br/>
              <w:t>IWB &amp; IWB material</w:t>
            </w:r>
          </w:p>
        </w:tc>
        <w:tc>
          <w:tcPr>
            <w:tcW w:w="1513" w:type="dxa"/>
          </w:tcPr>
          <w:p w14:paraId="29E8BAEE" w14:textId="77777777" w:rsidR="0098573C" w:rsidRDefault="0080549C">
            <w:r>
              <w:rPr>
                <w:sz w:val="16"/>
              </w:rPr>
              <w:t>interkultúrna kompetencia, komunikácia, samostatné učenie</w:t>
            </w:r>
          </w:p>
        </w:tc>
      </w:tr>
      <w:tr w:rsidR="0098573C" w14:paraId="1D510ADE" w14:textId="77777777" w:rsidTr="00BF3B29">
        <w:trPr>
          <w:trHeight w:val="371"/>
          <w:jc w:val="center"/>
        </w:trPr>
        <w:tc>
          <w:tcPr>
            <w:tcW w:w="894" w:type="dxa"/>
          </w:tcPr>
          <w:p w14:paraId="2BB0386D" w14:textId="77777777" w:rsidR="0098573C" w:rsidRDefault="0098573C"/>
        </w:tc>
        <w:tc>
          <w:tcPr>
            <w:tcW w:w="885" w:type="dxa"/>
          </w:tcPr>
          <w:p w14:paraId="2271765B" w14:textId="77777777" w:rsidR="0098573C" w:rsidRDefault="0098573C"/>
        </w:tc>
        <w:tc>
          <w:tcPr>
            <w:tcW w:w="1590" w:type="dxa"/>
          </w:tcPr>
          <w:p w14:paraId="75D642D8" w14:textId="77777777" w:rsidR="0098573C" w:rsidRDefault="0098573C"/>
        </w:tc>
        <w:tc>
          <w:tcPr>
            <w:tcW w:w="2409" w:type="dxa"/>
            <w:shd w:val="clear" w:color="auto" w:fill="FFFF00"/>
          </w:tcPr>
          <w:p w14:paraId="37CF44BE" w14:textId="77777777" w:rsidR="0098573C" w:rsidRPr="00BF3B29" w:rsidRDefault="0080549C">
            <w:pPr>
              <w:rPr>
                <w:b/>
                <w:bCs/>
              </w:rPr>
            </w:pPr>
            <w:r w:rsidRPr="00BF3B29">
              <w:rPr>
                <w:b/>
                <w:bCs/>
                <w:sz w:val="16"/>
              </w:rPr>
              <w:t>Module 5: Entertainment</w:t>
            </w:r>
          </w:p>
        </w:tc>
        <w:tc>
          <w:tcPr>
            <w:tcW w:w="2724" w:type="dxa"/>
            <w:shd w:val="clear" w:color="auto" w:fill="FFFF00"/>
          </w:tcPr>
          <w:p w14:paraId="258CF2A2" w14:textId="77777777" w:rsidR="0098573C" w:rsidRPr="00BF3B29" w:rsidRDefault="0098573C">
            <w:pPr>
              <w:rPr>
                <w:b/>
                <w:bCs/>
              </w:rPr>
            </w:pPr>
          </w:p>
        </w:tc>
        <w:tc>
          <w:tcPr>
            <w:tcW w:w="1756" w:type="dxa"/>
            <w:shd w:val="clear" w:color="auto" w:fill="FFFF00"/>
          </w:tcPr>
          <w:p w14:paraId="2B4500E0" w14:textId="77777777" w:rsidR="0098573C" w:rsidRPr="00BF3B29" w:rsidRDefault="0098573C">
            <w:pPr>
              <w:rPr>
                <w:b/>
                <w:bCs/>
              </w:rPr>
            </w:pPr>
          </w:p>
        </w:tc>
        <w:tc>
          <w:tcPr>
            <w:tcW w:w="1502" w:type="dxa"/>
            <w:shd w:val="clear" w:color="auto" w:fill="FFFF00"/>
          </w:tcPr>
          <w:p w14:paraId="113F6AEB" w14:textId="77777777" w:rsidR="0098573C" w:rsidRPr="00BF3B29" w:rsidRDefault="0098573C">
            <w:pPr>
              <w:rPr>
                <w:b/>
                <w:bCs/>
              </w:rPr>
            </w:pPr>
          </w:p>
        </w:tc>
        <w:tc>
          <w:tcPr>
            <w:tcW w:w="1423" w:type="dxa"/>
            <w:shd w:val="clear" w:color="auto" w:fill="FFFF00"/>
          </w:tcPr>
          <w:p w14:paraId="48F56F2B" w14:textId="77777777" w:rsidR="0098573C" w:rsidRPr="00BF3B29" w:rsidRDefault="0098573C">
            <w:pPr>
              <w:rPr>
                <w:b/>
                <w:bCs/>
              </w:rPr>
            </w:pPr>
          </w:p>
        </w:tc>
        <w:tc>
          <w:tcPr>
            <w:tcW w:w="1513" w:type="dxa"/>
            <w:shd w:val="clear" w:color="auto" w:fill="FFFF00"/>
          </w:tcPr>
          <w:p w14:paraId="0AB6AE80" w14:textId="77777777" w:rsidR="0098573C" w:rsidRPr="00BF3B29" w:rsidRDefault="0098573C">
            <w:pPr>
              <w:rPr>
                <w:b/>
                <w:bCs/>
              </w:rPr>
            </w:pPr>
          </w:p>
        </w:tc>
      </w:tr>
      <w:tr w:rsidR="0098573C" w14:paraId="7147E00F" w14:textId="77777777" w:rsidTr="00BF3B29">
        <w:trPr>
          <w:jc w:val="center"/>
        </w:trPr>
        <w:tc>
          <w:tcPr>
            <w:tcW w:w="894" w:type="dxa"/>
          </w:tcPr>
          <w:p w14:paraId="491A9A20" w14:textId="77777777" w:rsidR="0098573C" w:rsidRDefault="0098573C"/>
        </w:tc>
        <w:tc>
          <w:tcPr>
            <w:tcW w:w="885" w:type="dxa"/>
          </w:tcPr>
          <w:p w14:paraId="1C978F4D" w14:textId="77777777" w:rsidR="0098573C" w:rsidRDefault="0080549C">
            <w:r>
              <w:rPr>
                <w:sz w:val="16"/>
              </w:rPr>
              <w:t>66</w:t>
            </w:r>
          </w:p>
        </w:tc>
        <w:tc>
          <w:tcPr>
            <w:tcW w:w="1590" w:type="dxa"/>
          </w:tcPr>
          <w:p w14:paraId="7D612FFF" w14:textId="77777777" w:rsidR="0098573C" w:rsidRDefault="0080549C">
            <w:r>
              <w:rPr>
                <w:sz w:val="16"/>
              </w:rPr>
              <w:t>5A: What’s on?</w:t>
            </w:r>
          </w:p>
        </w:tc>
        <w:tc>
          <w:tcPr>
            <w:tcW w:w="2409" w:type="dxa"/>
          </w:tcPr>
          <w:p w14:paraId="147B3E3A" w14:textId="77777777" w:rsidR="0098573C" w:rsidRDefault="0080549C">
            <w:r>
              <w:rPr>
                <w:sz w:val="16"/>
              </w:rPr>
              <w:t>Slovná zásoba - televízne programy, čítanie s porozumením</w:t>
            </w:r>
          </w:p>
        </w:tc>
        <w:tc>
          <w:tcPr>
            <w:tcW w:w="2724" w:type="dxa"/>
          </w:tcPr>
          <w:p w14:paraId="570F02D2" w14:textId="77777777" w:rsidR="0098573C" w:rsidRDefault="0080549C">
            <w:r>
              <w:rPr>
                <w:sz w:val="16"/>
              </w:rPr>
              <w:t>porozumieť textu o televíznych programoch a médiách</w:t>
            </w:r>
            <w:r>
              <w:rPr>
                <w:sz w:val="16"/>
              </w:rPr>
              <w:br/>
              <w:t>opísať rôzne druhy televíznych programov</w:t>
            </w:r>
            <w:r>
              <w:rPr>
                <w:sz w:val="16"/>
              </w:rPr>
              <w:br/>
              <w:t>vyjadriť svoj názor na televízne programy a porovnať svoje preferencie s názormi ostatných</w:t>
            </w:r>
          </w:p>
        </w:tc>
        <w:tc>
          <w:tcPr>
            <w:tcW w:w="1756" w:type="dxa"/>
          </w:tcPr>
          <w:p w14:paraId="75EC24A0" w14:textId="77777777" w:rsidR="0098573C" w:rsidRDefault="0098573C"/>
        </w:tc>
        <w:tc>
          <w:tcPr>
            <w:tcW w:w="1502" w:type="dxa"/>
          </w:tcPr>
          <w:p w14:paraId="7F46155E" w14:textId="77777777" w:rsidR="0098573C" w:rsidRDefault="0080549C">
            <w:r>
              <w:rPr>
                <w:sz w:val="16"/>
              </w:rPr>
              <w:t xml:space="preserve">cartoon, channel, contestant, don't miss , drama, explore, kangaroo, love story, perform, quiz show, season (football season), secret, soap opera, star, sports programme, talent show, the news, TV guide, weather </w:t>
            </w:r>
            <w:r>
              <w:rPr>
                <w:sz w:val="16"/>
              </w:rPr>
              <w:lastRenderedPageBreak/>
              <w:t>forecast, wildlife documentary, What's on?</w:t>
            </w:r>
          </w:p>
        </w:tc>
        <w:tc>
          <w:tcPr>
            <w:tcW w:w="1423" w:type="dxa"/>
          </w:tcPr>
          <w:p w14:paraId="3EAEB21B" w14:textId="77777777" w:rsidR="0098573C" w:rsidRDefault="0080549C">
            <w:r>
              <w:rPr>
                <w:sz w:val="16"/>
              </w:rPr>
              <w:lastRenderedPageBreak/>
              <w:t>SB</w:t>
            </w:r>
            <w:r>
              <w:rPr>
                <w:sz w:val="16"/>
              </w:rPr>
              <w:br/>
              <w:t>IWB &amp; IWB material or audio and audio player</w:t>
            </w:r>
          </w:p>
        </w:tc>
        <w:tc>
          <w:tcPr>
            <w:tcW w:w="1513" w:type="dxa"/>
          </w:tcPr>
          <w:p w14:paraId="4EF3927F" w14:textId="77777777" w:rsidR="0098573C" w:rsidRDefault="0080549C">
            <w:r>
              <w:rPr>
                <w:sz w:val="16"/>
              </w:rPr>
              <w:t>kritické myslenie, komunikácia, spolupráca, tvorivosť</w:t>
            </w:r>
          </w:p>
        </w:tc>
      </w:tr>
      <w:tr w:rsidR="0098573C" w14:paraId="7519AD1E" w14:textId="77777777" w:rsidTr="00BF3B29">
        <w:trPr>
          <w:jc w:val="center"/>
        </w:trPr>
        <w:tc>
          <w:tcPr>
            <w:tcW w:w="894" w:type="dxa"/>
          </w:tcPr>
          <w:p w14:paraId="6D6B9C0D" w14:textId="77777777" w:rsidR="0098573C" w:rsidRDefault="0098573C"/>
        </w:tc>
        <w:tc>
          <w:tcPr>
            <w:tcW w:w="885" w:type="dxa"/>
          </w:tcPr>
          <w:p w14:paraId="544EA19F" w14:textId="77777777" w:rsidR="0098573C" w:rsidRDefault="0080549C">
            <w:r>
              <w:rPr>
                <w:sz w:val="16"/>
              </w:rPr>
              <w:t>67</w:t>
            </w:r>
          </w:p>
        </w:tc>
        <w:tc>
          <w:tcPr>
            <w:tcW w:w="1590" w:type="dxa"/>
          </w:tcPr>
          <w:p w14:paraId="679B3730" w14:textId="77777777" w:rsidR="0098573C" w:rsidRDefault="0080549C">
            <w:r>
              <w:rPr>
                <w:sz w:val="16"/>
              </w:rPr>
              <w:t>5A: What’s on?</w:t>
            </w:r>
          </w:p>
        </w:tc>
        <w:tc>
          <w:tcPr>
            <w:tcW w:w="2409" w:type="dxa"/>
          </w:tcPr>
          <w:p w14:paraId="48A111E4" w14:textId="77777777" w:rsidR="0098573C" w:rsidRDefault="0080549C">
            <w:r>
              <w:rPr>
                <w:sz w:val="16"/>
              </w:rPr>
              <w:t>Gramatika - all/both/neither/none/either, počúvanie s porozumením, písanie - môj obľúbený telvízny program</w:t>
            </w:r>
          </w:p>
        </w:tc>
        <w:tc>
          <w:tcPr>
            <w:tcW w:w="2724" w:type="dxa"/>
          </w:tcPr>
          <w:p w14:paraId="66382F6B" w14:textId="77777777" w:rsidR="0098573C" w:rsidRDefault="0080549C">
            <w:r>
              <w:rPr>
                <w:sz w:val="16"/>
              </w:rPr>
              <w:t>používať zámená all, both, neither, none a either v správnom kontexte</w:t>
            </w:r>
            <w:r>
              <w:rPr>
                <w:sz w:val="16"/>
              </w:rPr>
              <w:br/>
              <w:t>porozumieť informáciám z počúvaného textu</w:t>
            </w:r>
            <w:r>
              <w:rPr>
                <w:sz w:val="16"/>
              </w:rPr>
              <w:br/>
              <w:t>napísať krátky text o svojom obľúbenom televíznom programe</w:t>
            </w:r>
          </w:p>
        </w:tc>
        <w:tc>
          <w:tcPr>
            <w:tcW w:w="1756" w:type="dxa"/>
          </w:tcPr>
          <w:p w14:paraId="148002AD" w14:textId="77777777" w:rsidR="0098573C" w:rsidRDefault="0080549C">
            <w:r>
              <w:rPr>
                <w:sz w:val="16"/>
              </w:rPr>
              <w:t>All / Both / Neither / None / Either</w:t>
            </w:r>
          </w:p>
        </w:tc>
        <w:tc>
          <w:tcPr>
            <w:tcW w:w="1502" w:type="dxa"/>
          </w:tcPr>
          <w:p w14:paraId="0DF3626B" w14:textId="77777777" w:rsidR="0098573C" w:rsidRDefault="0098573C"/>
        </w:tc>
        <w:tc>
          <w:tcPr>
            <w:tcW w:w="1423" w:type="dxa"/>
          </w:tcPr>
          <w:p w14:paraId="4D1365DB" w14:textId="77777777" w:rsidR="0098573C" w:rsidRDefault="0098573C"/>
        </w:tc>
        <w:tc>
          <w:tcPr>
            <w:tcW w:w="1513" w:type="dxa"/>
          </w:tcPr>
          <w:p w14:paraId="7C376B3B" w14:textId="77777777" w:rsidR="0098573C" w:rsidRDefault="0098573C"/>
        </w:tc>
      </w:tr>
      <w:tr w:rsidR="0098573C" w14:paraId="78655451" w14:textId="77777777" w:rsidTr="00BF3B29">
        <w:trPr>
          <w:jc w:val="center"/>
        </w:trPr>
        <w:tc>
          <w:tcPr>
            <w:tcW w:w="894" w:type="dxa"/>
          </w:tcPr>
          <w:p w14:paraId="75134D4F" w14:textId="77777777" w:rsidR="0098573C" w:rsidRDefault="0098573C"/>
        </w:tc>
        <w:tc>
          <w:tcPr>
            <w:tcW w:w="885" w:type="dxa"/>
          </w:tcPr>
          <w:p w14:paraId="0089C1D2" w14:textId="77777777" w:rsidR="0098573C" w:rsidRDefault="0080549C">
            <w:r>
              <w:rPr>
                <w:sz w:val="16"/>
              </w:rPr>
              <w:t>68</w:t>
            </w:r>
          </w:p>
        </w:tc>
        <w:tc>
          <w:tcPr>
            <w:tcW w:w="1590" w:type="dxa"/>
          </w:tcPr>
          <w:p w14:paraId="3FDD3AFA" w14:textId="77777777" w:rsidR="0098573C" w:rsidRDefault="0080549C">
            <w:r>
              <w:rPr>
                <w:sz w:val="16"/>
              </w:rPr>
              <w:t>5B: End-of-school play</w:t>
            </w:r>
          </w:p>
        </w:tc>
        <w:tc>
          <w:tcPr>
            <w:tcW w:w="2409" w:type="dxa"/>
          </w:tcPr>
          <w:p w14:paraId="252C70AD" w14:textId="77777777" w:rsidR="0098573C" w:rsidRDefault="0080549C">
            <w:r>
              <w:rPr>
                <w:sz w:val="16"/>
              </w:rPr>
              <w:t>Čítanie s porozumením, slovná zásoba - divadlo</w:t>
            </w:r>
          </w:p>
        </w:tc>
        <w:tc>
          <w:tcPr>
            <w:tcW w:w="2724" w:type="dxa"/>
          </w:tcPr>
          <w:p w14:paraId="34EB5259" w14:textId="77777777" w:rsidR="0098573C" w:rsidRDefault="0080549C">
            <w:r>
              <w:rPr>
                <w:sz w:val="16"/>
              </w:rPr>
              <w:t>porozumieť textu o divadelnom predstavení</w:t>
            </w:r>
            <w:r>
              <w:rPr>
                <w:sz w:val="16"/>
              </w:rPr>
              <w:br/>
              <w:t>používať slovnú zásobu súvisiacu s divadlom a vystúpeniami</w:t>
            </w:r>
            <w:r>
              <w:rPr>
                <w:sz w:val="16"/>
              </w:rPr>
              <w:br/>
              <w:t>vyjadriť súhlas alebo nesúhlas a zdôvodniť svoje stanovisko</w:t>
            </w:r>
          </w:p>
        </w:tc>
        <w:tc>
          <w:tcPr>
            <w:tcW w:w="1756" w:type="dxa"/>
          </w:tcPr>
          <w:p w14:paraId="42C2EE55" w14:textId="77777777" w:rsidR="0098573C" w:rsidRDefault="0098573C"/>
        </w:tc>
        <w:tc>
          <w:tcPr>
            <w:tcW w:w="1502" w:type="dxa"/>
          </w:tcPr>
          <w:p w14:paraId="4B3E1017" w14:textId="77777777" w:rsidR="0098573C" w:rsidRDefault="0080549C">
            <w:r>
              <w:rPr>
                <w:sz w:val="16"/>
              </w:rPr>
              <w:t>absolutely, acting, at least, audience, audition, Break a leg!, entertain, go wrong, lines, luck, mention, noticeboard, out loud, part, particular, performance, play, stage, stage fright, superstitious, wish</w:t>
            </w:r>
          </w:p>
        </w:tc>
        <w:tc>
          <w:tcPr>
            <w:tcW w:w="1423" w:type="dxa"/>
          </w:tcPr>
          <w:p w14:paraId="26FC1AB3" w14:textId="77777777" w:rsidR="0098573C" w:rsidRDefault="0080549C">
            <w:r>
              <w:rPr>
                <w:sz w:val="16"/>
              </w:rPr>
              <w:t>SB</w:t>
            </w:r>
            <w:r>
              <w:rPr>
                <w:sz w:val="16"/>
              </w:rPr>
              <w:br/>
              <w:t>IWB &amp; IWB material or audio and audio player</w:t>
            </w:r>
          </w:p>
        </w:tc>
        <w:tc>
          <w:tcPr>
            <w:tcW w:w="1513" w:type="dxa"/>
          </w:tcPr>
          <w:p w14:paraId="3098FE6C" w14:textId="77777777" w:rsidR="0098573C" w:rsidRDefault="0080549C">
            <w:r>
              <w:rPr>
                <w:sz w:val="16"/>
              </w:rPr>
              <w:t>kritické myslenie, komunikácia, spolupráca</w:t>
            </w:r>
          </w:p>
        </w:tc>
      </w:tr>
      <w:tr w:rsidR="0098573C" w14:paraId="28921910" w14:textId="77777777" w:rsidTr="00BF3B29">
        <w:trPr>
          <w:jc w:val="center"/>
        </w:trPr>
        <w:tc>
          <w:tcPr>
            <w:tcW w:w="894" w:type="dxa"/>
          </w:tcPr>
          <w:p w14:paraId="62609485" w14:textId="77777777" w:rsidR="0098573C" w:rsidRDefault="0098573C"/>
        </w:tc>
        <w:tc>
          <w:tcPr>
            <w:tcW w:w="885" w:type="dxa"/>
          </w:tcPr>
          <w:p w14:paraId="2E2E9E24" w14:textId="77777777" w:rsidR="0098573C" w:rsidRDefault="0080549C">
            <w:r>
              <w:rPr>
                <w:sz w:val="16"/>
              </w:rPr>
              <w:t>69</w:t>
            </w:r>
          </w:p>
        </w:tc>
        <w:tc>
          <w:tcPr>
            <w:tcW w:w="1590" w:type="dxa"/>
          </w:tcPr>
          <w:p w14:paraId="4D758D2A" w14:textId="77777777" w:rsidR="0098573C" w:rsidRDefault="0080549C">
            <w:r>
              <w:rPr>
                <w:sz w:val="16"/>
              </w:rPr>
              <w:t>5B: End-of-school play</w:t>
            </w:r>
          </w:p>
        </w:tc>
        <w:tc>
          <w:tcPr>
            <w:tcW w:w="2409" w:type="dxa"/>
          </w:tcPr>
          <w:p w14:paraId="31B5660A" w14:textId="77777777" w:rsidR="0098573C" w:rsidRDefault="0080549C">
            <w:r>
              <w:rPr>
                <w:sz w:val="16"/>
              </w:rPr>
              <w:t>Gramatika - so/neither, rozprávanie</w:t>
            </w:r>
          </w:p>
        </w:tc>
        <w:tc>
          <w:tcPr>
            <w:tcW w:w="2724" w:type="dxa"/>
          </w:tcPr>
          <w:p w14:paraId="1718690C" w14:textId="77777777" w:rsidR="0098573C" w:rsidRDefault="0080549C">
            <w:r>
              <w:rPr>
                <w:sz w:val="16"/>
              </w:rPr>
              <w:t>používať konštrukcie so a neither pri vyjadrovaní súhlasu a spoločných znakov</w:t>
            </w:r>
            <w:r>
              <w:rPr>
                <w:sz w:val="16"/>
              </w:rPr>
              <w:br/>
              <w:t>reagovať na výroky partnera v rozhovore primeraným spôsobom</w:t>
            </w:r>
            <w:r>
              <w:rPr>
                <w:sz w:val="16"/>
              </w:rPr>
              <w:br/>
            </w:r>
            <w:r>
              <w:rPr>
                <w:sz w:val="16"/>
              </w:rPr>
              <w:t>viesť rozhovor s využitím osvojenej gramatiky</w:t>
            </w:r>
          </w:p>
        </w:tc>
        <w:tc>
          <w:tcPr>
            <w:tcW w:w="1756" w:type="dxa"/>
          </w:tcPr>
          <w:p w14:paraId="1E82BBEA" w14:textId="77777777" w:rsidR="0098573C" w:rsidRDefault="0080549C">
            <w:r>
              <w:rPr>
                <w:sz w:val="16"/>
              </w:rPr>
              <w:t>So / Neither</w:t>
            </w:r>
          </w:p>
        </w:tc>
        <w:tc>
          <w:tcPr>
            <w:tcW w:w="1502" w:type="dxa"/>
          </w:tcPr>
          <w:p w14:paraId="186FCF96" w14:textId="77777777" w:rsidR="0098573C" w:rsidRDefault="0098573C"/>
        </w:tc>
        <w:tc>
          <w:tcPr>
            <w:tcW w:w="1423" w:type="dxa"/>
          </w:tcPr>
          <w:p w14:paraId="147B5D39" w14:textId="77777777" w:rsidR="0098573C" w:rsidRDefault="0098573C"/>
        </w:tc>
        <w:tc>
          <w:tcPr>
            <w:tcW w:w="1513" w:type="dxa"/>
          </w:tcPr>
          <w:p w14:paraId="5BB4223B" w14:textId="77777777" w:rsidR="0098573C" w:rsidRDefault="0098573C"/>
        </w:tc>
      </w:tr>
      <w:tr w:rsidR="0098573C" w14:paraId="09B555AE" w14:textId="77777777" w:rsidTr="00BF3B29">
        <w:trPr>
          <w:jc w:val="center"/>
        </w:trPr>
        <w:tc>
          <w:tcPr>
            <w:tcW w:w="894" w:type="dxa"/>
          </w:tcPr>
          <w:p w14:paraId="07D8364F" w14:textId="77777777" w:rsidR="0098573C" w:rsidRDefault="0098573C"/>
        </w:tc>
        <w:tc>
          <w:tcPr>
            <w:tcW w:w="885" w:type="dxa"/>
          </w:tcPr>
          <w:p w14:paraId="0CA830B8" w14:textId="77777777" w:rsidR="0098573C" w:rsidRDefault="0080549C">
            <w:r>
              <w:rPr>
                <w:sz w:val="16"/>
              </w:rPr>
              <w:t>70</w:t>
            </w:r>
          </w:p>
        </w:tc>
        <w:tc>
          <w:tcPr>
            <w:tcW w:w="1590" w:type="dxa"/>
          </w:tcPr>
          <w:p w14:paraId="2B61C947" w14:textId="77777777" w:rsidR="0098573C" w:rsidRDefault="0080549C">
            <w:r>
              <w:rPr>
                <w:sz w:val="16"/>
              </w:rPr>
              <w:t>5C: You can be a star!</w:t>
            </w:r>
          </w:p>
        </w:tc>
        <w:tc>
          <w:tcPr>
            <w:tcW w:w="2409" w:type="dxa"/>
          </w:tcPr>
          <w:p w14:paraId="617378BD" w14:textId="77777777" w:rsidR="0098573C" w:rsidRDefault="0080549C">
            <w:r>
              <w:rPr>
                <w:sz w:val="16"/>
              </w:rPr>
              <w:t>Slovná zásoba- hudba, koncerty, čítanie s porozumením</w:t>
            </w:r>
          </w:p>
        </w:tc>
        <w:tc>
          <w:tcPr>
            <w:tcW w:w="2724" w:type="dxa"/>
          </w:tcPr>
          <w:p w14:paraId="25EBE399" w14:textId="77777777" w:rsidR="0098573C" w:rsidRDefault="0080549C">
            <w:r>
              <w:rPr>
                <w:sz w:val="16"/>
              </w:rPr>
              <w:t>porozumieť textu o hudbe a hudobnom priemysle</w:t>
            </w:r>
            <w:r>
              <w:rPr>
                <w:sz w:val="16"/>
              </w:rPr>
              <w:br/>
              <w:t>hovoriť o hudobných skupinách, koncertoch a obľúbených interpretoch</w:t>
            </w:r>
            <w:r>
              <w:rPr>
                <w:sz w:val="16"/>
              </w:rPr>
              <w:br/>
              <w:t>diskutovať o hudobných záujmoch a talentoch</w:t>
            </w:r>
          </w:p>
        </w:tc>
        <w:tc>
          <w:tcPr>
            <w:tcW w:w="1756" w:type="dxa"/>
          </w:tcPr>
          <w:p w14:paraId="65871E80" w14:textId="77777777" w:rsidR="0098573C" w:rsidRDefault="0098573C"/>
        </w:tc>
        <w:tc>
          <w:tcPr>
            <w:tcW w:w="1502" w:type="dxa"/>
          </w:tcPr>
          <w:p w14:paraId="0BA9FE01" w14:textId="77777777" w:rsidR="0098573C" w:rsidRDefault="0080549C">
            <w:r>
              <w:rPr>
                <w:sz w:val="16"/>
              </w:rPr>
              <w:t>album, band, ceremony, contact, contract, demo, fame, fans , go on tour, hit , it's time to …, keep going, manager , music video, musician, notice, on my way, producer, record, record company, sign, studio, talent, That's another story!, You never know., You've made it.</w:t>
            </w:r>
          </w:p>
        </w:tc>
        <w:tc>
          <w:tcPr>
            <w:tcW w:w="1423" w:type="dxa"/>
          </w:tcPr>
          <w:p w14:paraId="13821640" w14:textId="77777777" w:rsidR="0098573C" w:rsidRDefault="0080549C">
            <w:r>
              <w:rPr>
                <w:sz w:val="16"/>
              </w:rPr>
              <w:t>SB</w:t>
            </w:r>
            <w:r>
              <w:rPr>
                <w:sz w:val="16"/>
              </w:rPr>
              <w:br/>
              <w:t>IWB &amp; IWB material or audio and audio player</w:t>
            </w:r>
          </w:p>
        </w:tc>
        <w:tc>
          <w:tcPr>
            <w:tcW w:w="1513" w:type="dxa"/>
          </w:tcPr>
          <w:p w14:paraId="009C5D56" w14:textId="77777777" w:rsidR="0098573C" w:rsidRDefault="0080549C">
            <w:r>
              <w:rPr>
                <w:sz w:val="16"/>
              </w:rPr>
              <w:t>kritické myslenie, komunikácia</w:t>
            </w:r>
          </w:p>
        </w:tc>
      </w:tr>
      <w:tr w:rsidR="0098573C" w14:paraId="72A5FCD6" w14:textId="77777777" w:rsidTr="00BF3B29">
        <w:trPr>
          <w:jc w:val="center"/>
        </w:trPr>
        <w:tc>
          <w:tcPr>
            <w:tcW w:w="894" w:type="dxa"/>
          </w:tcPr>
          <w:p w14:paraId="0CA4B8DA" w14:textId="77777777" w:rsidR="0098573C" w:rsidRDefault="0098573C"/>
        </w:tc>
        <w:tc>
          <w:tcPr>
            <w:tcW w:w="885" w:type="dxa"/>
          </w:tcPr>
          <w:p w14:paraId="26542A7F" w14:textId="77777777" w:rsidR="0098573C" w:rsidRDefault="0080549C">
            <w:r>
              <w:rPr>
                <w:sz w:val="16"/>
              </w:rPr>
              <w:t>71</w:t>
            </w:r>
          </w:p>
        </w:tc>
        <w:tc>
          <w:tcPr>
            <w:tcW w:w="1590" w:type="dxa"/>
          </w:tcPr>
          <w:p w14:paraId="05EF1B2D" w14:textId="77777777" w:rsidR="0098573C" w:rsidRDefault="0080549C">
            <w:r>
              <w:rPr>
                <w:sz w:val="16"/>
              </w:rPr>
              <w:t>5C: You can be a star!</w:t>
            </w:r>
          </w:p>
        </w:tc>
        <w:tc>
          <w:tcPr>
            <w:tcW w:w="2409" w:type="dxa"/>
          </w:tcPr>
          <w:p w14:paraId="40F23EB0" w14:textId="77777777" w:rsidR="0098573C" w:rsidRDefault="0080549C">
            <w:r>
              <w:rPr>
                <w:sz w:val="16"/>
              </w:rPr>
              <w:t>Gramtika - trpný rod prítomný čas, počúvanie s porozumením</w:t>
            </w:r>
          </w:p>
        </w:tc>
        <w:tc>
          <w:tcPr>
            <w:tcW w:w="2724" w:type="dxa"/>
          </w:tcPr>
          <w:p w14:paraId="285BC403" w14:textId="77777777" w:rsidR="0098573C" w:rsidRDefault="0080549C">
            <w:r>
              <w:rPr>
                <w:sz w:val="16"/>
              </w:rPr>
              <w:t>používať trpný rod v prítomnom čase v bežných komunikačných situáciách</w:t>
            </w:r>
            <w:r>
              <w:rPr>
                <w:sz w:val="16"/>
              </w:rPr>
              <w:br/>
              <w:t>porozumieť počúvanému textu o hudbe a médiách</w:t>
            </w:r>
            <w:r>
              <w:rPr>
                <w:sz w:val="16"/>
              </w:rPr>
              <w:br/>
              <w:t xml:space="preserve">vytvárať vety s použitím trpného </w:t>
            </w:r>
            <w:r>
              <w:rPr>
                <w:sz w:val="16"/>
              </w:rPr>
              <w:lastRenderedPageBreak/>
              <w:t>rodu</w:t>
            </w:r>
          </w:p>
        </w:tc>
        <w:tc>
          <w:tcPr>
            <w:tcW w:w="1756" w:type="dxa"/>
          </w:tcPr>
          <w:p w14:paraId="637B6F9E" w14:textId="77777777" w:rsidR="0098573C" w:rsidRDefault="0080549C">
            <w:r>
              <w:rPr>
                <w:sz w:val="16"/>
              </w:rPr>
              <w:lastRenderedPageBreak/>
              <w:t>Present Simple Passive</w:t>
            </w:r>
          </w:p>
        </w:tc>
        <w:tc>
          <w:tcPr>
            <w:tcW w:w="1502" w:type="dxa"/>
          </w:tcPr>
          <w:p w14:paraId="1175FA03" w14:textId="77777777" w:rsidR="0098573C" w:rsidRDefault="0098573C"/>
        </w:tc>
        <w:tc>
          <w:tcPr>
            <w:tcW w:w="1423" w:type="dxa"/>
          </w:tcPr>
          <w:p w14:paraId="7604F0FF" w14:textId="77777777" w:rsidR="0098573C" w:rsidRDefault="0098573C"/>
        </w:tc>
        <w:tc>
          <w:tcPr>
            <w:tcW w:w="1513" w:type="dxa"/>
          </w:tcPr>
          <w:p w14:paraId="369E5169" w14:textId="77777777" w:rsidR="0098573C" w:rsidRDefault="0098573C"/>
        </w:tc>
      </w:tr>
      <w:tr w:rsidR="0098573C" w14:paraId="1B23789A" w14:textId="77777777" w:rsidTr="00BF3B29">
        <w:trPr>
          <w:jc w:val="center"/>
        </w:trPr>
        <w:tc>
          <w:tcPr>
            <w:tcW w:w="894" w:type="dxa"/>
          </w:tcPr>
          <w:p w14:paraId="64E199D2" w14:textId="77777777" w:rsidR="0098573C" w:rsidRDefault="0098573C"/>
        </w:tc>
        <w:tc>
          <w:tcPr>
            <w:tcW w:w="885" w:type="dxa"/>
          </w:tcPr>
          <w:p w14:paraId="3DD705B3" w14:textId="77777777" w:rsidR="0098573C" w:rsidRDefault="0080549C">
            <w:r>
              <w:rPr>
                <w:sz w:val="16"/>
              </w:rPr>
              <w:t>72</w:t>
            </w:r>
          </w:p>
        </w:tc>
        <w:tc>
          <w:tcPr>
            <w:tcW w:w="1590" w:type="dxa"/>
          </w:tcPr>
          <w:p w14:paraId="7D0279E4" w14:textId="77777777" w:rsidR="0098573C" w:rsidRDefault="0080549C">
            <w:r>
              <w:rPr>
                <w:sz w:val="16"/>
              </w:rPr>
              <w:t>5D: Fun at a theme park</w:t>
            </w:r>
          </w:p>
        </w:tc>
        <w:tc>
          <w:tcPr>
            <w:tcW w:w="2409" w:type="dxa"/>
          </w:tcPr>
          <w:p w14:paraId="630B262C" w14:textId="77777777" w:rsidR="0098573C" w:rsidRDefault="0080549C">
            <w:r>
              <w:rPr>
                <w:sz w:val="16"/>
              </w:rPr>
              <w:t>Slovná zásoba - materiály, čítanie s porozumením</w:t>
            </w:r>
          </w:p>
        </w:tc>
        <w:tc>
          <w:tcPr>
            <w:tcW w:w="2724" w:type="dxa"/>
          </w:tcPr>
          <w:p w14:paraId="3DC45A0C" w14:textId="77777777" w:rsidR="0098573C" w:rsidRDefault="0080549C">
            <w:r>
              <w:rPr>
                <w:sz w:val="16"/>
              </w:rPr>
              <w:t>porozumieť textu o zábavných parkoch a atrakciách</w:t>
            </w:r>
            <w:r>
              <w:rPr>
                <w:sz w:val="16"/>
              </w:rPr>
              <w:br/>
              <w:t>pomenovať materiály, z ktorých sú predmety vyrobené</w:t>
            </w:r>
            <w:r>
              <w:rPr>
                <w:sz w:val="16"/>
              </w:rPr>
              <w:br/>
              <w:t>opísať atrakcie a ich vlastnosti</w:t>
            </w:r>
          </w:p>
        </w:tc>
        <w:tc>
          <w:tcPr>
            <w:tcW w:w="1756" w:type="dxa"/>
          </w:tcPr>
          <w:p w14:paraId="30BF6610" w14:textId="77777777" w:rsidR="0098573C" w:rsidRDefault="0098573C"/>
        </w:tc>
        <w:tc>
          <w:tcPr>
            <w:tcW w:w="1502" w:type="dxa"/>
          </w:tcPr>
          <w:p w14:paraId="39BB3646" w14:textId="77777777" w:rsidR="0098573C" w:rsidRDefault="0080549C">
            <w:r>
              <w:rPr>
                <w:sz w:val="16"/>
              </w:rPr>
              <w:t>actually, coal, cotton, design, excitement, fake , hang, hill, ice, icy, kph (kilometres per hour), leather, limit, loop, mine, pay, plastic, ride , roller coaster, simple, speed, steel, thrill, track, type, upside-down, wood</w:t>
            </w:r>
          </w:p>
        </w:tc>
        <w:tc>
          <w:tcPr>
            <w:tcW w:w="1423" w:type="dxa"/>
          </w:tcPr>
          <w:p w14:paraId="5E1DF9B0" w14:textId="77777777" w:rsidR="0098573C" w:rsidRDefault="0080549C">
            <w:r>
              <w:rPr>
                <w:sz w:val="16"/>
              </w:rPr>
              <w:t>SB</w:t>
            </w:r>
            <w:r>
              <w:rPr>
                <w:sz w:val="16"/>
              </w:rPr>
              <w:br/>
              <w:t>IWB &amp; IWB material or audio and audio player</w:t>
            </w:r>
          </w:p>
        </w:tc>
        <w:tc>
          <w:tcPr>
            <w:tcW w:w="1513" w:type="dxa"/>
          </w:tcPr>
          <w:p w14:paraId="3F00C21C" w14:textId="77777777" w:rsidR="0098573C" w:rsidRDefault="0080549C">
            <w:r>
              <w:rPr>
                <w:sz w:val="16"/>
              </w:rPr>
              <w:t>kritické myslenie, komunikácia, spolupráca, digitálna gramotnosť</w:t>
            </w:r>
          </w:p>
        </w:tc>
      </w:tr>
      <w:tr w:rsidR="0098573C" w14:paraId="0AEBB657" w14:textId="77777777" w:rsidTr="00BF3B29">
        <w:trPr>
          <w:jc w:val="center"/>
        </w:trPr>
        <w:tc>
          <w:tcPr>
            <w:tcW w:w="894" w:type="dxa"/>
          </w:tcPr>
          <w:p w14:paraId="3AD669E9" w14:textId="77777777" w:rsidR="0098573C" w:rsidRDefault="0098573C"/>
        </w:tc>
        <w:tc>
          <w:tcPr>
            <w:tcW w:w="885" w:type="dxa"/>
          </w:tcPr>
          <w:p w14:paraId="4EA9F1CD" w14:textId="77777777" w:rsidR="0098573C" w:rsidRDefault="0080549C">
            <w:r>
              <w:rPr>
                <w:sz w:val="16"/>
              </w:rPr>
              <w:t>73</w:t>
            </w:r>
          </w:p>
        </w:tc>
        <w:tc>
          <w:tcPr>
            <w:tcW w:w="1590" w:type="dxa"/>
          </w:tcPr>
          <w:p w14:paraId="68AE1D5D" w14:textId="77777777" w:rsidR="0098573C" w:rsidRDefault="0080549C">
            <w:r>
              <w:rPr>
                <w:sz w:val="16"/>
              </w:rPr>
              <w:t>5D: Fun at a theme park</w:t>
            </w:r>
          </w:p>
        </w:tc>
        <w:tc>
          <w:tcPr>
            <w:tcW w:w="2409" w:type="dxa"/>
          </w:tcPr>
          <w:p w14:paraId="7AA95518" w14:textId="77777777" w:rsidR="0098573C" w:rsidRDefault="0080549C">
            <w:r>
              <w:rPr>
                <w:sz w:val="16"/>
              </w:rPr>
              <w:t>Gramtika - trpný rod minulý čas, rozprávanie, práca s informáciami, písanie a prezentácia</w:t>
            </w:r>
          </w:p>
        </w:tc>
        <w:tc>
          <w:tcPr>
            <w:tcW w:w="2724" w:type="dxa"/>
          </w:tcPr>
          <w:p w14:paraId="4D327187" w14:textId="77777777" w:rsidR="0098573C" w:rsidRDefault="0080549C">
            <w:r>
              <w:rPr>
                <w:sz w:val="16"/>
              </w:rPr>
              <w:t>používať trpný rod v minulom čase pri opise udalostí a predmetov</w:t>
            </w:r>
            <w:r>
              <w:rPr>
                <w:sz w:val="16"/>
              </w:rPr>
              <w:br/>
              <w:t>spracovať informácie o vybranej atrakcii alebo zaujímavom mieste</w:t>
            </w:r>
            <w:r>
              <w:rPr>
                <w:sz w:val="16"/>
              </w:rPr>
              <w:br/>
              <w:t>prezentovať výsledky svojej práce pred spolužiakmi</w:t>
            </w:r>
          </w:p>
        </w:tc>
        <w:tc>
          <w:tcPr>
            <w:tcW w:w="1756" w:type="dxa"/>
          </w:tcPr>
          <w:p w14:paraId="233A32F8" w14:textId="77777777" w:rsidR="0098573C" w:rsidRDefault="0080549C">
            <w:r>
              <w:rPr>
                <w:sz w:val="16"/>
              </w:rPr>
              <w:t>Past Simple Passive</w:t>
            </w:r>
          </w:p>
        </w:tc>
        <w:tc>
          <w:tcPr>
            <w:tcW w:w="1502" w:type="dxa"/>
          </w:tcPr>
          <w:p w14:paraId="0AC20F4A" w14:textId="77777777" w:rsidR="0098573C" w:rsidRDefault="0098573C"/>
        </w:tc>
        <w:tc>
          <w:tcPr>
            <w:tcW w:w="1423" w:type="dxa"/>
          </w:tcPr>
          <w:p w14:paraId="51D15064" w14:textId="77777777" w:rsidR="0098573C" w:rsidRDefault="0098573C"/>
        </w:tc>
        <w:tc>
          <w:tcPr>
            <w:tcW w:w="1513" w:type="dxa"/>
          </w:tcPr>
          <w:p w14:paraId="6605E33E" w14:textId="77777777" w:rsidR="0098573C" w:rsidRDefault="0098573C"/>
        </w:tc>
      </w:tr>
      <w:tr w:rsidR="0098573C" w14:paraId="636E23EE" w14:textId="77777777" w:rsidTr="00BF3B29">
        <w:trPr>
          <w:jc w:val="center"/>
        </w:trPr>
        <w:tc>
          <w:tcPr>
            <w:tcW w:w="894" w:type="dxa"/>
          </w:tcPr>
          <w:p w14:paraId="0FBEE1E7" w14:textId="77777777" w:rsidR="0098573C" w:rsidRDefault="0098573C"/>
        </w:tc>
        <w:tc>
          <w:tcPr>
            <w:tcW w:w="885" w:type="dxa"/>
          </w:tcPr>
          <w:p w14:paraId="28ED1A89" w14:textId="77777777" w:rsidR="0098573C" w:rsidRDefault="0080549C">
            <w:r>
              <w:rPr>
                <w:sz w:val="16"/>
              </w:rPr>
              <w:t>74</w:t>
            </w:r>
          </w:p>
        </w:tc>
        <w:tc>
          <w:tcPr>
            <w:tcW w:w="1590" w:type="dxa"/>
          </w:tcPr>
          <w:p w14:paraId="2B1FB56A" w14:textId="77777777" w:rsidR="0098573C" w:rsidRDefault="0080549C">
            <w:r>
              <w:rPr>
                <w:sz w:val="16"/>
              </w:rPr>
              <w:t>Top Skills: Let’s watch a film</w:t>
            </w:r>
          </w:p>
        </w:tc>
        <w:tc>
          <w:tcPr>
            <w:tcW w:w="2409" w:type="dxa"/>
          </w:tcPr>
          <w:p w14:paraId="7A7F6D75" w14:textId="77777777" w:rsidR="0098573C" w:rsidRDefault="0080549C">
            <w:r>
              <w:rPr>
                <w:sz w:val="16"/>
              </w:rPr>
              <w:t>Čítanie a počúvanie s porozumením, rozprávanie</w:t>
            </w:r>
          </w:p>
        </w:tc>
        <w:tc>
          <w:tcPr>
            <w:tcW w:w="2724" w:type="dxa"/>
          </w:tcPr>
          <w:p w14:paraId="05972C6D" w14:textId="77777777" w:rsidR="0098573C" w:rsidRDefault="0080549C">
            <w:r>
              <w:rPr>
                <w:sz w:val="16"/>
              </w:rPr>
              <w:t>porozumieť textu a nahrávke o filmoch a filmových žánroch</w:t>
            </w:r>
            <w:r>
              <w:rPr>
                <w:sz w:val="16"/>
              </w:rPr>
              <w:br/>
              <w:t>diskutovať o obľúbených filmoch a filmových postavách</w:t>
            </w:r>
            <w:r>
              <w:rPr>
                <w:sz w:val="16"/>
              </w:rPr>
              <w:br/>
              <w:t>vyjadriť svoj názor na film a odporučiť ho ostatným</w:t>
            </w:r>
          </w:p>
        </w:tc>
        <w:tc>
          <w:tcPr>
            <w:tcW w:w="1756" w:type="dxa"/>
          </w:tcPr>
          <w:p w14:paraId="138FFC16" w14:textId="77777777" w:rsidR="0098573C" w:rsidRDefault="0098573C"/>
        </w:tc>
        <w:tc>
          <w:tcPr>
            <w:tcW w:w="1502" w:type="dxa"/>
          </w:tcPr>
          <w:p w14:paraId="15C68B19" w14:textId="77777777" w:rsidR="0098573C" w:rsidRDefault="0080549C">
            <w:r>
              <w:rPr>
                <w:sz w:val="16"/>
              </w:rPr>
              <w:t>action, amazing, attack, battle, be set, character, costume, direct, director, ending, evil, in my opinion, leading actor, miss, mix, plot, power, realistic, recommend, review, science fiction, soldier, soundtrack, special effects, surprising, technology</w:t>
            </w:r>
          </w:p>
        </w:tc>
        <w:tc>
          <w:tcPr>
            <w:tcW w:w="1423" w:type="dxa"/>
          </w:tcPr>
          <w:p w14:paraId="7CD2ECE9" w14:textId="77777777" w:rsidR="0098573C" w:rsidRDefault="0080549C">
            <w:r>
              <w:rPr>
                <w:sz w:val="16"/>
              </w:rPr>
              <w:t>SB</w:t>
            </w:r>
            <w:r>
              <w:rPr>
                <w:sz w:val="16"/>
              </w:rPr>
              <w:br/>
              <w:t>IWB &amp; IWB material or audio and audio player</w:t>
            </w:r>
          </w:p>
        </w:tc>
        <w:tc>
          <w:tcPr>
            <w:tcW w:w="1513" w:type="dxa"/>
          </w:tcPr>
          <w:p w14:paraId="42D794A4" w14:textId="77777777" w:rsidR="0098573C" w:rsidRDefault="0080549C">
            <w:r>
              <w:rPr>
                <w:sz w:val="16"/>
              </w:rPr>
              <w:t>kritické myslenie, komunikácia, spolupráca, tvorivosť, samostatné učenie</w:t>
            </w:r>
          </w:p>
        </w:tc>
      </w:tr>
      <w:tr w:rsidR="0098573C" w14:paraId="022B8BC6" w14:textId="77777777" w:rsidTr="00BF3B29">
        <w:trPr>
          <w:jc w:val="center"/>
        </w:trPr>
        <w:tc>
          <w:tcPr>
            <w:tcW w:w="894" w:type="dxa"/>
          </w:tcPr>
          <w:p w14:paraId="13653ED3" w14:textId="77777777" w:rsidR="0098573C" w:rsidRDefault="0098573C"/>
        </w:tc>
        <w:tc>
          <w:tcPr>
            <w:tcW w:w="885" w:type="dxa"/>
          </w:tcPr>
          <w:p w14:paraId="2E27E491" w14:textId="77777777" w:rsidR="0098573C" w:rsidRDefault="0080549C">
            <w:r>
              <w:rPr>
                <w:sz w:val="16"/>
              </w:rPr>
              <w:t>75</w:t>
            </w:r>
          </w:p>
        </w:tc>
        <w:tc>
          <w:tcPr>
            <w:tcW w:w="1590" w:type="dxa"/>
          </w:tcPr>
          <w:p w14:paraId="4B786631" w14:textId="77777777" w:rsidR="0098573C" w:rsidRDefault="0080549C">
            <w:r>
              <w:rPr>
                <w:sz w:val="16"/>
              </w:rPr>
              <w:t>Top Skills: Let’s watch a film</w:t>
            </w:r>
          </w:p>
        </w:tc>
        <w:tc>
          <w:tcPr>
            <w:tcW w:w="2409" w:type="dxa"/>
          </w:tcPr>
          <w:p w14:paraId="64F545A2" w14:textId="77777777" w:rsidR="0098573C" w:rsidRDefault="0080549C">
            <w:r>
              <w:rPr>
                <w:sz w:val="16"/>
              </w:rPr>
              <w:t>Písanie - recenzia filmu</w:t>
            </w:r>
          </w:p>
        </w:tc>
        <w:tc>
          <w:tcPr>
            <w:tcW w:w="2724" w:type="dxa"/>
          </w:tcPr>
          <w:p w14:paraId="307D3DE8" w14:textId="77777777" w:rsidR="0098573C" w:rsidRDefault="0080549C">
            <w:r>
              <w:rPr>
                <w:sz w:val="16"/>
              </w:rPr>
              <w:t>napísať krátku recenziu filmu</w:t>
            </w:r>
            <w:r>
              <w:rPr>
                <w:sz w:val="16"/>
              </w:rPr>
              <w:br/>
            </w:r>
            <w:r>
              <w:rPr>
                <w:sz w:val="16"/>
              </w:rPr>
              <w:t>opísať dej, postavy a svoje hodnotenie filmu</w:t>
            </w:r>
            <w:r>
              <w:rPr>
                <w:sz w:val="16"/>
              </w:rPr>
              <w:br/>
              <w:t>používať vhodnú slovnú zásobu pri hodnotení filmového diela</w:t>
            </w:r>
          </w:p>
        </w:tc>
        <w:tc>
          <w:tcPr>
            <w:tcW w:w="1756" w:type="dxa"/>
          </w:tcPr>
          <w:p w14:paraId="4FBCAFE4" w14:textId="77777777" w:rsidR="0098573C" w:rsidRDefault="0098573C"/>
        </w:tc>
        <w:tc>
          <w:tcPr>
            <w:tcW w:w="1502" w:type="dxa"/>
          </w:tcPr>
          <w:p w14:paraId="14B4AA07" w14:textId="77777777" w:rsidR="0098573C" w:rsidRDefault="0098573C"/>
        </w:tc>
        <w:tc>
          <w:tcPr>
            <w:tcW w:w="1423" w:type="dxa"/>
          </w:tcPr>
          <w:p w14:paraId="71EB8D1B" w14:textId="77777777" w:rsidR="0098573C" w:rsidRDefault="0098573C"/>
        </w:tc>
        <w:tc>
          <w:tcPr>
            <w:tcW w:w="1513" w:type="dxa"/>
          </w:tcPr>
          <w:p w14:paraId="74913858" w14:textId="77777777" w:rsidR="0098573C" w:rsidRDefault="0098573C"/>
        </w:tc>
      </w:tr>
      <w:tr w:rsidR="0098573C" w14:paraId="6228C50B" w14:textId="77777777" w:rsidTr="00BF3B29">
        <w:trPr>
          <w:jc w:val="center"/>
        </w:trPr>
        <w:tc>
          <w:tcPr>
            <w:tcW w:w="894" w:type="dxa"/>
          </w:tcPr>
          <w:p w14:paraId="5B9DCB86" w14:textId="77777777" w:rsidR="0098573C" w:rsidRDefault="0098573C"/>
        </w:tc>
        <w:tc>
          <w:tcPr>
            <w:tcW w:w="885" w:type="dxa"/>
          </w:tcPr>
          <w:p w14:paraId="4F95AE0C" w14:textId="77777777" w:rsidR="0098573C" w:rsidRDefault="0080549C">
            <w:r>
              <w:rPr>
                <w:sz w:val="16"/>
              </w:rPr>
              <w:t>76</w:t>
            </w:r>
          </w:p>
        </w:tc>
        <w:tc>
          <w:tcPr>
            <w:tcW w:w="1590" w:type="dxa"/>
          </w:tcPr>
          <w:p w14:paraId="3C42CF16" w14:textId="77777777" w:rsidR="0098573C" w:rsidRDefault="0080549C">
            <w:r>
              <w:rPr>
                <w:sz w:val="16"/>
              </w:rPr>
              <w:t>Revision module 5</w:t>
            </w:r>
          </w:p>
        </w:tc>
        <w:tc>
          <w:tcPr>
            <w:tcW w:w="2409" w:type="dxa"/>
          </w:tcPr>
          <w:p w14:paraId="6A0F58D4" w14:textId="77777777" w:rsidR="0098573C" w:rsidRDefault="0080549C">
            <w:r>
              <w:rPr>
                <w:sz w:val="16"/>
              </w:rPr>
              <w:t>Zhrnutie učiva</w:t>
            </w:r>
          </w:p>
        </w:tc>
        <w:tc>
          <w:tcPr>
            <w:tcW w:w="2724" w:type="dxa"/>
          </w:tcPr>
          <w:p w14:paraId="69CFB50C" w14:textId="77777777" w:rsidR="0098573C" w:rsidRDefault="0080549C">
            <w:r>
              <w:rPr>
                <w:sz w:val="16"/>
              </w:rPr>
              <w:t>zopakovať slovnú zásobu modulu</w:t>
            </w:r>
            <w:r>
              <w:rPr>
                <w:sz w:val="16"/>
              </w:rPr>
              <w:br/>
              <w:t>upevniť gramatické štruktúry modulu</w:t>
            </w:r>
            <w:r>
              <w:rPr>
                <w:sz w:val="16"/>
              </w:rPr>
              <w:br/>
              <w:t>precvičiť komunikačné situácie</w:t>
            </w:r>
          </w:p>
        </w:tc>
        <w:tc>
          <w:tcPr>
            <w:tcW w:w="1756" w:type="dxa"/>
          </w:tcPr>
          <w:p w14:paraId="60618D1C" w14:textId="77777777" w:rsidR="0098573C" w:rsidRDefault="0098573C"/>
        </w:tc>
        <w:tc>
          <w:tcPr>
            <w:tcW w:w="1502" w:type="dxa"/>
          </w:tcPr>
          <w:p w14:paraId="196F5FC3" w14:textId="77777777" w:rsidR="0098573C" w:rsidRDefault="0098573C"/>
        </w:tc>
        <w:tc>
          <w:tcPr>
            <w:tcW w:w="1423" w:type="dxa"/>
          </w:tcPr>
          <w:p w14:paraId="60B98797" w14:textId="77777777" w:rsidR="0098573C" w:rsidRDefault="0080549C">
            <w:r>
              <w:rPr>
                <w:sz w:val="16"/>
              </w:rPr>
              <w:t>SB</w:t>
            </w:r>
            <w:r>
              <w:rPr>
                <w:sz w:val="16"/>
              </w:rPr>
              <w:br/>
              <w:t>IWB &amp; IWB material or audio and audio player</w:t>
            </w:r>
            <w:r>
              <w:rPr>
                <w:sz w:val="16"/>
              </w:rPr>
              <w:br/>
              <w:t>If necessary, WB (extra grammar practice)</w:t>
            </w:r>
          </w:p>
        </w:tc>
        <w:tc>
          <w:tcPr>
            <w:tcW w:w="1513" w:type="dxa"/>
          </w:tcPr>
          <w:p w14:paraId="48939E32" w14:textId="77777777" w:rsidR="0098573C" w:rsidRDefault="0080549C">
            <w:r>
              <w:rPr>
                <w:sz w:val="16"/>
              </w:rPr>
              <w:t>samostatné učenie</w:t>
            </w:r>
          </w:p>
        </w:tc>
      </w:tr>
      <w:tr w:rsidR="0098573C" w14:paraId="072DF51A" w14:textId="77777777" w:rsidTr="00BF3B29">
        <w:trPr>
          <w:jc w:val="center"/>
        </w:trPr>
        <w:tc>
          <w:tcPr>
            <w:tcW w:w="894" w:type="dxa"/>
          </w:tcPr>
          <w:p w14:paraId="511C31E1" w14:textId="77777777" w:rsidR="0098573C" w:rsidRDefault="0098573C"/>
        </w:tc>
        <w:tc>
          <w:tcPr>
            <w:tcW w:w="885" w:type="dxa"/>
          </w:tcPr>
          <w:p w14:paraId="41B25A62" w14:textId="77777777" w:rsidR="0098573C" w:rsidRDefault="0080549C">
            <w:r>
              <w:rPr>
                <w:sz w:val="16"/>
              </w:rPr>
              <w:t>77</w:t>
            </w:r>
          </w:p>
        </w:tc>
        <w:tc>
          <w:tcPr>
            <w:tcW w:w="1590" w:type="dxa"/>
          </w:tcPr>
          <w:p w14:paraId="72422CAD" w14:textId="77777777" w:rsidR="0098573C" w:rsidRDefault="0080549C">
            <w:r>
              <w:rPr>
                <w:sz w:val="16"/>
              </w:rPr>
              <w:t>Revision module 5</w:t>
            </w:r>
          </w:p>
        </w:tc>
        <w:tc>
          <w:tcPr>
            <w:tcW w:w="2409" w:type="dxa"/>
          </w:tcPr>
          <w:p w14:paraId="6FB8E932" w14:textId="77777777" w:rsidR="0098573C" w:rsidRDefault="0080549C">
            <w:r>
              <w:rPr>
                <w:sz w:val="16"/>
              </w:rPr>
              <w:t>Sebahodnotenie</w:t>
            </w:r>
          </w:p>
        </w:tc>
        <w:tc>
          <w:tcPr>
            <w:tcW w:w="2724" w:type="dxa"/>
          </w:tcPr>
          <w:p w14:paraId="23D72936" w14:textId="77777777" w:rsidR="0098573C" w:rsidRDefault="0080549C">
            <w:r>
              <w:rPr>
                <w:sz w:val="16"/>
              </w:rPr>
              <w:t>zhodnotiť úroveň svojich vedomostí</w:t>
            </w:r>
            <w:r>
              <w:rPr>
                <w:sz w:val="16"/>
              </w:rPr>
              <w:br/>
              <w:t xml:space="preserve">identifikovať oblasti, ktoré je </w:t>
            </w:r>
            <w:r>
              <w:rPr>
                <w:sz w:val="16"/>
              </w:rPr>
              <w:lastRenderedPageBreak/>
              <w:t>potrebné zlepšiť</w:t>
            </w:r>
            <w:r>
              <w:rPr>
                <w:sz w:val="16"/>
              </w:rPr>
              <w:br/>
            </w:r>
            <w:r>
              <w:rPr>
                <w:sz w:val="16"/>
              </w:rPr>
              <w:t>pripraviť sa na priebežné overenie vedomostí</w:t>
            </w:r>
          </w:p>
        </w:tc>
        <w:tc>
          <w:tcPr>
            <w:tcW w:w="1756" w:type="dxa"/>
          </w:tcPr>
          <w:p w14:paraId="1054D4D0" w14:textId="77777777" w:rsidR="0098573C" w:rsidRDefault="0098573C"/>
        </w:tc>
        <w:tc>
          <w:tcPr>
            <w:tcW w:w="1502" w:type="dxa"/>
          </w:tcPr>
          <w:p w14:paraId="2174DB06" w14:textId="77777777" w:rsidR="0098573C" w:rsidRDefault="0098573C"/>
        </w:tc>
        <w:tc>
          <w:tcPr>
            <w:tcW w:w="1423" w:type="dxa"/>
          </w:tcPr>
          <w:p w14:paraId="1B033625" w14:textId="77777777" w:rsidR="0098573C" w:rsidRDefault="0098573C"/>
        </w:tc>
        <w:tc>
          <w:tcPr>
            <w:tcW w:w="1513" w:type="dxa"/>
          </w:tcPr>
          <w:p w14:paraId="6540EF6C" w14:textId="77777777" w:rsidR="0098573C" w:rsidRDefault="0098573C"/>
        </w:tc>
      </w:tr>
      <w:tr w:rsidR="0098573C" w14:paraId="3B9EB7AE" w14:textId="77777777" w:rsidTr="00BF3B29">
        <w:trPr>
          <w:jc w:val="center"/>
        </w:trPr>
        <w:tc>
          <w:tcPr>
            <w:tcW w:w="894" w:type="dxa"/>
          </w:tcPr>
          <w:p w14:paraId="0920AB62" w14:textId="77777777" w:rsidR="0098573C" w:rsidRDefault="0098573C"/>
        </w:tc>
        <w:tc>
          <w:tcPr>
            <w:tcW w:w="885" w:type="dxa"/>
          </w:tcPr>
          <w:p w14:paraId="455B8646" w14:textId="77777777" w:rsidR="0098573C" w:rsidRDefault="0080549C">
            <w:r>
              <w:rPr>
                <w:sz w:val="16"/>
              </w:rPr>
              <w:t>78</w:t>
            </w:r>
          </w:p>
        </w:tc>
        <w:tc>
          <w:tcPr>
            <w:tcW w:w="1590" w:type="dxa"/>
          </w:tcPr>
          <w:p w14:paraId="633B03B2" w14:textId="77777777" w:rsidR="0098573C" w:rsidRDefault="0080549C">
            <w:r>
              <w:rPr>
                <w:sz w:val="16"/>
              </w:rPr>
              <w:t>Me and My country project 5 – Ed Sheeran</w:t>
            </w:r>
          </w:p>
        </w:tc>
        <w:tc>
          <w:tcPr>
            <w:tcW w:w="2409" w:type="dxa"/>
          </w:tcPr>
          <w:p w14:paraId="6A099C74" w14:textId="77777777" w:rsidR="0098573C" w:rsidRDefault="0080549C">
            <w:r>
              <w:rPr>
                <w:sz w:val="16"/>
              </w:rPr>
              <w:t>Slávni speváci</w:t>
            </w:r>
          </w:p>
        </w:tc>
        <w:tc>
          <w:tcPr>
            <w:tcW w:w="2724" w:type="dxa"/>
          </w:tcPr>
          <w:p w14:paraId="0DC3F159" w14:textId="77777777" w:rsidR="0098573C" w:rsidRDefault="0080549C">
            <w:r>
              <w:rPr>
                <w:sz w:val="16"/>
              </w:rPr>
              <w:t>vyhľadať informácie o známom spevákovi alebo hudobnej skupine</w:t>
            </w:r>
            <w:r>
              <w:rPr>
                <w:sz w:val="16"/>
              </w:rPr>
              <w:br/>
              <w:t>spracovať informácie do krátkeho projektu</w:t>
            </w:r>
            <w:r>
              <w:rPr>
                <w:sz w:val="16"/>
              </w:rPr>
              <w:br/>
              <w:t>prezentovať projekt pred spolužiakmi</w:t>
            </w:r>
          </w:p>
        </w:tc>
        <w:tc>
          <w:tcPr>
            <w:tcW w:w="1756" w:type="dxa"/>
          </w:tcPr>
          <w:p w14:paraId="310EA9B1" w14:textId="77777777" w:rsidR="0098573C" w:rsidRDefault="0098573C"/>
        </w:tc>
        <w:tc>
          <w:tcPr>
            <w:tcW w:w="1502" w:type="dxa"/>
          </w:tcPr>
          <w:p w14:paraId="1A90B449" w14:textId="77777777" w:rsidR="0098573C" w:rsidRDefault="0098573C"/>
        </w:tc>
        <w:tc>
          <w:tcPr>
            <w:tcW w:w="1423" w:type="dxa"/>
          </w:tcPr>
          <w:p w14:paraId="3C6104D9" w14:textId="77777777" w:rsidR="0098573C" w:rsidRDefault="0098573C"/>
        </w:tc>
        <w:tc>
          <w:tcPr>
            <w:tcW w:w="1513" w:type="dxa"/>
          </w:tcPr>
          <w:p w14:paraId="7103D8BD" w14:textId="77777777" w:rsidR="0098573C" w:rsidRDefault="0080549C">
            <w:r>
              <w:rPr>
                <w:sz w:val="16"/>
              </w:rPr>
              <w:t>samostatné učenie, tvorivosť, interkultúrna kompetencia, komunikácia, digitálna gramotnosť</w:t>
            </w:r>
          </w:p>
        </w:tc>
      </w:tr>
      <w:tr w:rsidR="0098573C" w14:paraId="6A0F1162" w14:textId="77777777" w:rsidTr="00BF3B29">
        <w:trPr>
          <w:jc w:val="center"/>
        </w:trPr>
        <w:tc>
          <w:tcPr>
            <w:tcW w:w="894" w:type="dxa"/>
          </w:tcPr>
          <w:p w14:paraId="52F97323" w14:textId="77777777" w:rsidR="0098573C" w:rsidRDefault="0098573C"/>
        </w:tc>
        <w:tc>
          <w:tcPr>
            <w:tcW w:w="885" w:type="dxa"/>
          </w:tcPr>
          <w:p w14:paraId="46C2F941" w14:textId="77777777" w:rsidR="0098573C" w:rsidRDefault="0080549C">
            <w:r>
              <w:rPr>
                <w:sz w:val="16"/>
              </w:rPr>
              <w:t>79</w:t>
            </w:r>
          </w:p>
        </w:tc>
        <w:tc>
          <w:tcPr>
            <w:tcW w:w="1590" w:type="dxa"/>
          </w:tcPr>
          <w:p w14:paraId="40E10FE6" w14:textId="77777777" w:rsidR="0098573C" w:rsidRDefault="0080549C">
            <w:r>
              <w:rPr>
                <w:sz w:val="16"/>
              </w:rPr>
              <w:t>Test Module 5</w:t>
            </w:r>
          </w:p>
        </w:tc>
        <w:tc>
          <w:tcPr>
            <w:tcW w:w="2409" w:type="dxa"/>
          </w:tcPr>
          <w:p w14:paraId="152BC9DE" w14:textId="77777777" w:rsidR="0098573C" w:rsidRDefault="0080549C">
            <w:r>
              <w:rPr>
                <w:sz w:val="16"/>
              </w:rPr>
              <w:t>Hodnotenie pokroku žiakov</w:t>
            </w:r>
          </w:p>
        </w:tc>
        <w:tc>
          <w:tcPr>
            <w:tcW w:w="2724" w:type="dxa"/>
          </w:tcPr>
          <w:p w14:paraId="4BEBFEEC" w14:textId="77777777" w:rsidR="0098573C" w:rsidRDefault="0080549C">
            <w:r>
              <w:rPr>
                <w:sz w:val="16"/>
              </w:rPr>
              <w:t>preukázať osvojenie slovnej zásoby a gramatiky modulu</w:t>
            </w:r>
            <w:r>
              <w:rPr>
                <w:sz w:val="16"/>
              </w:rPr>
              <w:br/>
              <w:t>aplikovať získané vedomosti pri riešení úloh</w:t>
            </w:r>
            <w:r>
              <w:rPr>
                <w:sz w:val="16"/>
              </w:rPr>
              <w:br/>
            </w:r>
            <w:r>
              <w:rPr>
                <w:sz w:val="16"/>
              </w:rPr>
              <w:t>samostatne riešiť testové zadania</w:t>
            </w:r>
          </w:p>
        </w:tc>
        <w:tc>
          <w:tcPr>
            <w:tcW w:w="1756" w:type="dxa"/>
          </w:tcPr>
          <w:p w14:paraId="379F8332" w14:textId="77777777" w:rsidR="0098573C" w:rsidRDefault="0098573C"/>
        </w:tc>
        <w:tc>
          <w:tcPr>
            <w:tcW w:w="1502" w:type="dxa"/>
          </w:tcPr>
          <w:p w14:paraId="7D78D85F" w14:textId="77777777" w:rsidR="0098573C" w:rsidRDefault="0098573C"/>
        </w:tc>
        <w:tc>
          <w:tcPr>
            <w:tcW w:w="1423" w:type="dxa"/>
          </w:tcPr>
          <w:p w14:paraId="2011B218" w14:textId="77777777" w:rsidR="0098573C" w:rsidRDefault="0080549C">
            <w:r>
              <w:rPr>
                <w:sz w:val="16"/>
              </w:rPr>
              <w:t>Module tests (teacher’s assistant)</w:t>
            </w:r>
          </w:p>
        </w:tc>
        <w:tc>
          <w:tcPr>
            <w:tcW w:w="1513" w:type="dxa"/>
          </w:tcPr>
          <w:p w14:paraId="61EA06AD" w14:textId="77777777" w:rsidR="0098573C" w:rsidRDefault="0098573C"/>
        </w:tc>
      </w:tr>
      <w:tr w:rsidR="0098573C" w14:paraId="5E276630" w14:textId="77777777" w:rsidTr="00BF3B29">
        <w:trPr>
          <w:jc w:val="center"/>
        </w:trPr>
        <w:tc>
          <w:tcPr>
            <w:tcW w:w="894" w:type="dxa"/>
          </w:tcPr>
          <w:p w14:paraId="5F1AC413" w14:textId="77777777" w:rsidR="0098573C" w:rsidRDefault="0098573C"/>
        </w:tc>
        <w:tc>
          <w:tcPr>
            <w:tcW w:w="885" w:type="dxa"/>
          </w:tcPr>
          <w:p w14:paraId="20E10730" w14:textId="77777777" w:rsidR="0098573C" w:rsidRDefault="0080549C">
            <w:r>
              <w:rPr>
                <w:sz w:val="16"/>
              </w:rPr>
              <w:t>80</w:t>
            </w:r>
          </w:p>
        </w:tc>
        <w:tc>
          <w:tcPr>
            <w:tcW w:w="1590" w:type="dxa"/>
          </w:tcPr>
          <w:p w14:paraId="73DD80B2" w14:textId="77777777" w:rsidR="0098573C" w:rsidRDefault="0080549C">
            <w:r>
              <w:rPr>
                <w:sz w:val="16"/>
              </w:rPr>
              <w:t>Video Module 5 &amp; Cover Page Module 6</w:t>
            </w:r>
          </w:p>
        </w:tc>
        <w:tc>
          <w:tcPr>
            <w:tcW w:w="2409" w:type="dxa"/>
          </w:tcPr>
          <w:p w14:paraId="139F18B7" w14:textId="77777777" w:rsidR="0098573C" w:rsidRDefault="0080549C">
            <w:r>
              <w:rPr>
                <w:sz w:val="16"/>
              </w:rPr>
              <w:t xml:space="preserve">Videolekcia - Počítačovo animované filmy </w:t>
            </w:r>
          </w:p>
        </w:tc>
        <w:tc>
          <w:tcPr>
            <w:tcW w:w="2724" w:type="dxa"/>
          </w:tcPr>
          <w:p w14:paraId="5983D542" w14:textId="77777777" w:rsidR="0098573C" w:rsidRDefault="0080549C">
            <w:r>
              <w:rPr>
                <w:sz w:val="16"/>
              </w:rPr>
              <w:t>zopakovať slovnú zásobu a gramatiku modulu prostredníctvom videa</w:t>
            </w:r>
            <w:r>
              <w:rPr>
                <w:sz w:val="16"/>
              </w:rPr>
              <w:br/>
              <w:t>porozumieť autentickému jazykovému prejavu</w:t>
            </w:r>
            <w:r>
              <w:rPr>
                <w:sz w:val="16"/>
              </w:rPr>
              <w:br/>
              <w:t>oboznámiť sa s témou nasledujúceho modulu</w:t>
            </w:r>
          </w:p>
        </w:tc>
        <w:tc>
          <w:tcPr>
            <w:tcW w:w="1756" w:type="dxa"/>
          </w:tcPr>
          <w:p w14:paraId="31992855" w14:textId="77777777" w:rsidR="0098573C" w:rsidRDefault="0098573C"/>
        </w:tc>
        <w:tc>
          <w:tcPr>
            <w:tcW w:w="1502" w:type="dxa"/>
          </w:tcPr>
          <w:p w14:paraId="5BAD192C" w14:textId="77777777" w:rsidR="0098573C" w:rsidRDefault="0098573C"/>
        </w:tc>
        <w:tc>
          <w:tcPr>
            <w:tcW w:w="1423" w:type="dxa"/>
          </w:tcPr>
          <w:p w14:paraId="1AAB9417" w14:textId="77777777" w:rsidR="0098573C" w:rsidRDefault="0080549C">
            <w:r>
              <w:rPr>
                <w:sz w:val="16"/>
              </w:rPr>
              <w:t>SB</w:t>
            </w:r>
            <w:r>
              <w:rPr>
                <w:sz w:val="16"/>
              </w:rPr>
              <w:br/>
              <w:t>IWB &amp; IWB material</w:t>
            </w:r>
          </w:p>
        </w:tc>
        <w:tc>
          <w:tcPr>
            <w:tcW w:w="1513" w:type="dxa"/>
          </w:tcPr>
          <w:p w14:paraId="435CE76F" w14:textId="77777777" w:rsidR="0098573C" w:rsidRDefault="0080549C">
            <w:r>
              <w:rPr>
                <w:sz w:val="16"/>
              </w:rPr>
              <w:t>interkultúrna kompetencia, komunikácia, kritické myslenie, samostatné učenie</w:t>
            </w:r>
          </w:p>
        </w:tc>
      </w:tr>
      <w:tr w:rsidR="0098573C" w14:paraId="31AECB5A" w14:textId="77777777" w:rsidTr="00BF3B29">
        <w:trPr>
          <w:jc w:val="center"/>
        </w:trPr>
        <w:tc>
          <w:tcPr>
            <w:tcW w:w="894" w:type="dxa"/>
          </w:tcPr>
          <w:p w14:paraId="2888299D" w14:textId="77777777" w:rsidR="0098573C" w:rsidRDefault="0098573C"/>
        </w:tc>
        <w:tc>
          <w:tcPr>
            <w:tcW w:w="885" w:type="dxa"/>
          </w:tcPr>
          <w:p w14:paraId="0AB12E46" w14:textId="77777777" w:rsidR="0098573C" w:rsidRDefault="0098573C"/>
        </w:tc>
        <w:tc>
          <w:tcPr>
            <w:tcW w:w="1590" w:type="dxa"/>
          </w:tcPr>
          <w:p w14:paraId="4A48FCC9" w14:textId="77777777" w:rsidR="0098573C" w:rsidRDefault="0098573C"/>
        </w:tc>
        <w:tc>
          <w:tcPr>
            <w:tcW w:w="2409" w:type="dxa"/>
            <w:shd w:val="clear" w:color="auto" w:fill="FFFF00"/>
          </w:tcPr>
          <w:p w14:paraId="6D167E30" w14:textId="77777777" w:rsidR="0098573C" w:rsidRPr="00BF3B29" w:rsidRDefault="0080549C">
            <w:pPr>
              <w:rPr>
                <w:b/>
                <w:bCs/>
              </w:rPr>
            </w:pPr>
            <w:r w:rsidRPr="00BF3B29">
              <w:rPr>
                <w:b/>
                <w:bCs/>
                <w:sz w:val="16"/>
              </w:rPr>
              <w:t>Module 6: Travelling around</w:t>
            </w:r>
          </w:p>
        </w:tc>
        <w:tc>
          <w:tcPr>
            <w:tcW w:w="2724" w:type="dxa"/>
            <w:shd w:val="clear" w:color="auto" w:fill="FFFF00"/>
          </w:tcPr>
          <w:p w14:paraId="12F3E91B" w14:textId="77777777" w:rsidR="0098573C" w:rsidRPr="00BF3B29" w:rsidRDefault="0098573C">
            <w:pPr>
              <w:rPr>
                <w:b/>
                <w:bCs/>
              </w:rPr>
            </w:pPr>
          </w:p>
        </w:tc>
        <w:tc>
          <w:tcPr>
            <w:tcW w:w="1756" w:type="dxa"/>
            <w:shd w:val="clear" w:color="auto" w:fill="FFFF00"/>
          </w:tcPr>
          <w:p w14:paraId="3242796A" w14:textId="77777777" w:rsidR="0098573C" w:rsidRPr="00BF3B29" w:rsidRDefault="0098573C">
            <w:pPr>
              <w:rPr>
                <w:b/>
                <w:bCs/>
              </w:rPr>
            </w:pPr>
          </w:p>
        </w:tc>
        <w:tc>
          <w:tcPr>
            <w:tcW w:w="1502" w:type="dxa"/>
            <w:shd w:val="clear" w:color="auto" w:fill="FFFF00"/>
          </w:tcPr>
          <w:p w14:paraId="3B38B1B9" w14:textId="77777777" w:rsidR="0098573C" w:rsidRPr="00BF3B29" w:rsidRDefault="0098573C">
            <w:pPr>
              <w:rPr>
                <w:b/>
                <w:bCs/>
              </w:rPr>
            </w:pPr>
          </w:p>
        </w:tc>
        <w:tc>
          <w:tcPr>
            <w:tcW w:w="1423" w:type="dxa"/>
            <w:shd w:val="clear" w:color="auto" w:fill="FFFF00"/>
          </w:tcPr>
          <w:p w14:paraId="0906D45C" w14:textId="77777777" w:rsidR="0098573C" w:rsidRPr="00BF3B29" w:rsidRDefault="0098573C">
            <w:pPr>
              <w:rPr>
                <w:b/>
                <w:bCs/>
              </w:rPr>
            </w:pPr>
          </w:p>
        </w:tc>
        <w:tc>
          <w:tcPr>
            <w:tcW w:w="1513" w:type="dxa"/>
            <w:shd w:val="clear" w:color="auto" w:fill="FFFF00"/>
          </w:tcPr>
          <w:p w14:paraId="660D9234" w14:textId="77777777" w:rsidR="0098573C" w:rsidRPr="00BF3B29" w:rsidRDefault="0098573C">
            <w:pPr>
              <w:rPr>
                <w:b/>
                <w:bCs/>
              </w:rPr>
            </w:pPr>
          </w:p>
        </w:tc>
      </w:tr>
      <w:tr w:rsidR="0098573C" w14:paraId="403189CA" w14:textId="77777777" w:rsidTr="00BF3B29">
        <w:trPr>
          <w:jc w:val="center"/>
        </w:trPr>
        <w:tc>
          <w:tcPr>
            <w:tcW w:w="894" w:type="dxa"/>
          </w:tcPr>
          <w:p w14:paraId="19BC1C35" w14:textId="77777777" w:rsidR="0098573C" w:rsidRDefault="0098573C"/>
        </w:tc>
        <w:tc>
          <w:tcPr>
            <w:tcW w:w="885" w:type="dxa"/>
          </w:tcPr>
          <w:p w14:paraId="6092CEEE" w14:textId="77777777" w:rsidR="0098573C" w:rsidRDefault="0080549C">
            <w:r>
              <w:rPr>
                <w:sz w:val="16"/>
              </w:rPr>
              <w:t>81</w:t>
            </w:r>
          </w:p>
        </w:tc>
        <w:tc>
          <w:tcPr>
            <w:tcW w:w="1590" w:type="dxa"/>
          </w:tcPr>
          <w:p w14:paraId="7B196AB5" w14:textId="77777777" w:rsidR="0098573C" w:rsidRDefault="0080549C">
            <w:r>
              <w:rPr>
                <w:sz w:val="16"/>
              </w:rPr>
              <w:t>6A: Places to stay</w:t>
            </w:r>
          </w:p>
        </w:tc>
        <w:tc>
          <w:tcPr>
            <w:tcW w:w="2409" w:type="dxa"/>
          </w:tcPr>
          <w:p w14:paraId="191F9153" w14:textId="77777777" w:rsidR="0098573C" w:rsidRDefault="0080549C">
            <w:r>
              <w:rPr>
                <w:sz w:val="16"/>
              </w:rPr>
              <w:t>Čítanie s porozumením, slovná zásoba - bývanie</w:t>
            </w:r>
          </w:p>
        </w:tc>
        <w:tc>
          <w:tcPr>
            <w:tcW w:w="2724" w:type="dxa"/>
          </w:tcPr>
          <w:p w14:paraId="6B16E275" w14:textId="77777777" w:rsidR="0098573C" w:rsidRDefault="0080549C">
            <w:r>
              <w:rPr>
                <w:sz w:val="16"/>
              </w:rPr>
              <w:t>porozumieť textu o rôznych typoch ubytovania počas cestovania</w:t>
            </w:r>
            <w:r>
              <w:rPr>
                <w:sz w:val="16"/>
              </w:rPr>
              <w:br/>
              <w:t>opísať miesta na ubytovanie a dovolenkové destinácie</w:t>
            </w:r>
            <w:r>
              <w:rPr>
                <w:sz w:val="16"/>
              </w:rPr>
              <w:br/>
              <w:t>charakterizovať osoby, predmety a miesta pomocou vzťažných viet</w:t>
            </w:r>
          </w:p>
        </w:tc>
        <w:tc>
          <w:tcPr>
            <w:tcW w:w="1756" w:type="dxa"/>
          </w:tcPr>
          <w:p w14:paraId="67FAA361" w14:textId="77777777" w:rsidR="0098573C" w:rsidRDefault="0098573C"/>
        </w:tc>
        <w:tc>
          <w:tcPr>
            <w:tcW w:w="1502" w:type="dxa"/>
          </w:tcPr>
          <w:p w14:paraId="155AAA44" w14:textId="77777777" w:rsidR="0098573C" w:rsidRDefault="0080549C">
            <w:r>
              <w:rPr>
                <w:sz w:val="16"/>
              </w:rPr>
              <w:t>above, backpacker, basket, branch, caravan, cell, cottage, dig, dream comes true, experience, farm, freeze, freezing, ground, hostel, keep warm, ladder, lie down, life behind bars, literally, Nothing to worry about., Once you..., prison, prisoner, provide, pull, serve, sightseeing, staff, take away, tent, though, tiny, tunnel, yacht</w:t>
            </w:r>
          </w:p>
        </w:tc>
        <w:tc>
          <w:tcPr>
            <w:tcW w:w="1423" w:type="dxa"/>
          </w:tcPr>
          <w:p w14:paraId="5242A701" w14:textId="77777777" w:rsidR="0098573C" w:rsidRDefault="0080549C">
            <w:r>
              <w:rPr>
                <w:sz w:val="16"/>
              </w:rPr>
              <w:t>SB</w:t>
            </w:r>
            <w:r>
              <w:rPr>
                <w:sz w:val="16"/>
              </w:rPr>
              <w:br/>
              <w:t>IWB &amp; IWB material or audio and audio player</w:t>
            </w:r>
          </w:p>
        </w:tc>
        <w:tc>
          <w:tcPr>
            <w:tcW w:w="1513" w:type="dxa"/>
          </w:tcPr>
          <w:p w14:paraId="620DA2F5" w14:textId="77777777" w:rsidR="0098573C" w:rsidRDefault="0080549C">
            <w:r>
              <w:rPr>
                <w:sz w:val="16"/>
              </w:rPr>
              <w:t>kritické myslenie, komunikácia, spolupráca, tvorivosť, samostatné učenie</w:t>
            </w:r>
          </w:p>
        </w:tc>
      </w:tr>
      <w:tr w:rsidR="0098573C" w14:paraId="2F69BCF8" w14:textId="77777777" w:rsidTr="00BF3B29">
        <w:trPr>
          <w:jc w:val="center"/>
        </w:trPr>
        <w:tc>
          <w:tcPr>
            <w:tcW w:w="894" w:type="dxa"/>
          </w:tcPr>
          <w:p w14:paraId="477FDCBB" w14:textId="77777777" w:rsidR="0098573C" w:rsidRDefault="0098573C"/>
        </w:tc>
        <w:tc>
          <w:tcPr>
            <w:tcW w:w="885" w:type="dxa"/>
          </w:tcPr>
          <w:p w14:paraId="0F43BD51" w14:textId="77777777" w:rsidR="0098573C" w:rsidRDefault="0080549C">
            <w:r>
              <w:rPr>
                <w:sz w:val="16"/>
              </w:rPr>
              <w:t>82</w:t>
            </w:r>
          </w:p>
        </w:tc>
        <w:tc>
          <w:tcPr>
            <w:tcW w:w="1590" w:type="dxa"/>
          </w:tcPr>
          <w:p w14:paraId="34C27590" w14:textId="77777777" w:rsidR="0098573C" w:rsidRDefault="0080549C">
            <w:r>
              <w:rPr>
                <w:sz w:val="16"/>
              </w:rPr>
              <w:t>6A: Places to stay</w:t>
            </w:r>
          </w:p>
        </w:tc>
        <w:tc>
          <w:tcPr>
            <w:tcW w:w="2409" w:type="dxa"/>
          </w:tcPr>
          <w:p w14:paraId="2324E470" w14:textId="77777777" w:rsidR="0098573C" w:rsidRDefault="0080549C">
            <w:r>
              <w:rPr>
                <w:sz w:val="16"/>
              </w:rPr>
              <w:t>Gramatika - vzťažné zámená, počúvanie s porozumením, písanie - neformálny e-mail</w:t>
            </w:r>
          </w:p>
        </w:tc>
        <w:tc>
          <w:tcPr>
            <w:tcW w:w="2724" w:type="dxa"/>
          </w:tcPr>
          <w:p w14:paraId="595C6F55" w14:textId="77777777" w:rsidR="0098573C" w:rsidRDefault="0080549C">
            <w:r>
              <w:rPr>
                <w:sz w:val="16"/>
              </w:rPr>
              <w:t>používať vzťažné zámená who, which, that, whose a vzťažnú príslovku where v správnom kontexte</w:t>
            </w:r>
            <w:r>
              <w:rPr>
                <w:sz w:val="16"/>
              </w:rPr>
              <w:br/>
              <w:t>porozumieť informáciám z počúvaného textu</w:t>
            </w:r>
            <w:r>
              <w:rPr>
                <w:sz w:val="16"/>
              </w:rPr>
              <w:br/>
            </w:r>
            <w:r>
              <w:rPr>
                <w:sz w:val="16"/>
              </w:rPr>
              <w:lastRenderedPageBreak/>
              <w:t>napísať neformálny e-mail opisujúci miesto pobytu alebo dovolenku</w:t>
            </w:r>
          </w:p>
        </w:tc>
        <w:tc>
          <w:tcPr>
            <w:tcW w:w="1756" w:type="dxa"/>
          </w:tcPr>
          <w:p w14:paraId="4A27F721" w14:textId="77777777" w:rsidR="0098573C" w:rsidRDefault="0080549C">
            <w:r>
              <w:rPr>
                <w:sz w:val="16"/>
              </w:rPr>
              <w:lastRenderedPageBreak/>
              <w:t>Relative Pronouns who / which / that / whose</w:t>
            </w:r>
            <w:r>
              <w:rPr>
                <w:sz w:val="16"/>
              </w:rPr>
              <w:br/>
              <w:t>Relative Adverb where</w:t>
            </w:r>
          </w:p>
        </w:tc>
        <w:tc>
          <w:tcPr>
            <w:tcW w:w="1502" w:type="dxa"/>
          </w:tcPr>
          <w:p w14:paraId="7A40925D" w14:textId="77777777" w:rsidR="0098573C" w:rsidRDefault="0098573C"/>
        </w:tc>
        <w:tc>
          <w:tcPr>
            <w:tcW w:w="1423" w:type="dxa"/>
          </w:tcPr>
          <w:p w14:paraId="1A3BF0C6" w14:textId="77777777" w:rsidR="0098573C" w:rsidRDefault="0098573C"/>
        </w:tc>
        <w:tc>
          <w:tcPr>
            <w:tcW w:w="1513" w:type="dxa"/>
          </w:tcPr>
          <w:p w14:paraId="0890A07E" w14:textId="77777777" w:rsidR="0098573C" w:rsidRDefault="0098573C"/>
        </w:tc>
      </w:tr>
      <w:tr w:rsidR="0098573C" w14:paraId="48144214" w14:textId="77777777" w:rsidTr="00BF3B29">
        <w:trPr>
          <w:jc w:val="center"/>
        </w:trPr>
        <w:tc>
          <w:tcPr>
            <w:tcW w:w="894" w:type="dxa"/>
          </w:tcPr>
          <w:p w14:paraId="06833C9B" w14:textId="77777777" w:rsidR="0098573C" w:rsidRDefault="0098573C"/>
        </w:tc>
        <w:tc>
          <w:tcPr>
            <w:tcW w:w="885" w:type="dxa"/>
          </w:tcPr>
          <w:p w14:paraId="73B8B6DC" w14:textId="77777777" w:rsidR="0098573C" w:rsidRDefault="0080549C">
            <w:r>
              <w:rPr>
                <w:sz w:val="16"/>
              </w:rPr>
              <w:t>83</w:t>
            </w:r>
          </w:p>
        </w:tc>
        <w:tc>
          <w:tcPr>
            <w:tcW w:w="1590" w:type="dxa"/>
          </w:tcPr>
          <w:p w14:paraId="104C0ABD" w14:textId="77777777" w:rsidR="0098573C" w:rsidRDefault="0080549C">
            <w:r>
              <w:rPr>
                <w:sz w:val="16"/>
              </w:rPr>
              <w:t>6B: What will the weather be like?</w:t>
            </w:r>
          </w:p>
        </w:tc>
        <w:tc>
          <w:tcPr>
            <w:tcW w:w="2409" w:type="dxa"/>
          </w:tcPr>
          <w:p w14:paraId="5044AF07" w14:textId="77777777" w:rsidR="0098573C" w:rsidRDefault="0080549C">
            <w:r>
              <w:rPr>
                <w:sz w:val="16"/>
              </w:rPr>
              <w:t>Čítanie s porozumením, slovná zásoba - počasie</w:t>
            </w:r>
          </w:p>
        </w:tc>
        <w:tc>
          <w:tcPr>
            <w:tcW w:w="2724" w:type="dxa"/>
          </w:tcPr>
          <w:p w14:paraId="75FB8C7C" w14:textId="77777777" w:rsidR="0098573C" w:rsidRDefault="0080549C">
            <w:r>
              <w:rPr>
                <w:sz w:val="16"/>
              </w:rPr>
              <w:t>porozumieť textu o počasí a plánovaní aktivít</w:t>
            </w:r>
            <w:r>
              <w:rPr>
                <w:sz w:val="16"/>
              </w:rPr>
              <w:br/>
            </w:r>
            <w:r>
              <w:rPr>
                <w:sz w:val="16"/>
              </w:rPr>
              <w:t>hovoriť o počasí a predpovedi počasia</w:t>
            </w:r>
            <w:r>
              <w:rPr>
                <w:sz w:val="16"/>
              </w:rPr>
              <w:br/>
              <w:t>vyjadriť svoje plány, navrhnúť riešenie situácie a reagovať na nepredvídané okolnosti</w:t>
            </w:r>
          </w:p>
        </w:tc>
        <w:tc>
          <w:tcPr>
            <w:tcW w:w="1756" w:type="dxa"/>
          </w:tcPr>
          <w:p w14:paraId="4E49754B" w14:textId="77777777" w:rsidR="0098573C" w:rsidRDefault="0098573C"/>
        </w:tc>
        <w:tc>
          <w:tcPr>
            <w:tcW w:w="1502" w:type="dxa"/>
          </w:tcPr>
          <w:p w14:paraId="7325AF03" w14:textId="77777777" w:rsidR="0098573C" w:rsidRDefault="0080549C">
            <w:r>
              <w:rPr>
                <w:sz w:val="16"/>
              </w:rPr>
              <w:t>after all, be into sth, clear, cloudy, come along, drop, event, foggy, give sb a lift, I can't be bothered., It's no big deal., let sb in on sth, maybe, minus , probably, rain, rise, sky, solution, sunny, temperature, transport, unless, way, What's the weather like?, windy, You know what?</w:t>
            </w:r>
          </w:p>
        </w:tc>
        <w:tc>
          <w:tcPr>
            <w:tcW w:w="1423" w:type="dxa"/>
          </w:tcPr>
          <w:p w14:paraId="07B7EE18" w14:textId="77777777" w:rsidR="0098573C" w:rsidRDefault="0080549C">
            <w:r>
              <w:rPr>
                <w:sz w:val="16"/>
              </w:rPr>
              <w:t>SB</w:t>
            </w:r>
            <w:r>
              <w:rPr>
                <w:sz w:val="16"/>
              </w:rPr>
              <w:br/>
              <w:t>IWB &amp; IWB material or audio and audio player</w:t>
            </w:r>
          </w:p>
        </w:tc>
        <w:tc>
          <w:tcPr>
            <w:tcW w:w="1513" w:type="dxa"/>
          </w:tcPr>
          <w:p w14:paraId="3635C6B1" w14:textId="77777777" w:rsidR="0098573C" w:rsidRDefault="0080549C">
            <w:r>
              <w:rPr>
                <w:sz w:val="16"/>
              </w:rPr>
              <w:t>kritické myslenie, komunikácia, spolupráca, digitálna gramotnosť</w:t>
            </w:r>
          </w:p>
        </w:tc>
      </w:tr>
      <w:tr w:rsidR="0098573C" w14:paraId="2D38899D" w14:textId="77777777" w:rsidTr="00BF3B29">
        <w:trPr>
          <w:jc w:val="center"/>
        </w:trPr>
        <w:tc>
          <w:tcPr>
            <w:tcW w:w="894" w:type="dxa"/>
          </w:tcPr>
          <w:p w14:paraId="4C37C192" w14:textId="77777777" w:rsidR="0098573C" w:rsidRDefault="0098573C"/>
        </w:tc>
        <w:tc>
          <w:tcPr>
            <w:tcW w:w="885" w:type="dxa"/>
          </w:tcPr>
          <w:p w14:paraId="1209E2BF" w14:textId="77777777" w:rsidR="0098573C" w:rsidRDefault="0080549C">
            <w:r>
              <w:rPr>
                <w:sz w:val="16"/>
              </w:rPr>
              <w:t>84</w:t>
            </w:r>
          </w:p>
        </w:tc>
        <w:tc>
          <w:tcPr>
            <w:tcW w:w="1590" w:type="dxa"/>
          </w:tcPr>
          <w:p w14:paraId="204C71A9" w14:textId="77777777" w:rsidR="0098573C" w:rsidRDefault="0080549C">
            <w:r>
              <w:rPr>
                <w:sz w:val="16"/>
              </w:rPr>
              <w:t>6B: What will the weather be like?</w:t>
            </w:r>
          </w:p>
        </w:tc>
        <w:tc>
          <w:tcPr>
            <w:tcW w:w="2409" w:type="dxa"/>
          </w:tcPr>
          <w:p w14:paraId="2FB123AE" w14:textId="77777777" w:rsidR="0098573C" w:rsidRDefault="0080549C">
            <w:r>
              <w:rPr>
                <w:sz w:val="16"/>
              </w:rPr>
              <w:t>Gramatika - podmienkové vety typu 1, rozprávanie, práca s informáciami, písanie a prezentácia</w:t>
            </w:r>
          </w:p>
        </w:tc>
        <w:tc>
          <w:tcPr>
            <w:tcW w:w="2724" w:type="dxa"/>
          </w:tcPr>
          <w:p w14:paraId="39B2A866" w14:textId="77777777" w:rsidR="0098573C" w:rsidRDefault="0080549C">
            <w:r>
              <w:rPr>
                <w:sz w:val="16"/>
              </w:rPr>
              <w:t>používať podmienkové vety typu 1 pri vyjadrovaní reálnych podmienok a ich následkov</w:t>
            </w:r>
            <w:r>
              <w:rPr>
                <w:sz w:val="16"/>
              </w:rPr>
              <w:br/>
              <w:t>používať časové vedľajšie vety pri hovorení o budúcnosti</w:t>
            </w:r>
            <w:r>
              <w:rPr>
                <w:sz w:val="16"/>
              </w:rPr>
              <w:br/>
              <w:t>spracovať informácie a prezentovať plán aktivít podľa predpovede počasia</w:t>
            </w:r>
          </w:p>
        </w:tc>
        <w:tc>
          <w:tcPr>
            <w:tcW w:w="1756" w:type="dxa"/>
          </w:tcPr>
          <w:p w14:paraId="15F310E6" w14:textId="77777777" w:rsidR="0098573C" w:rsidRDefault="0080549C">
            <w:r>
              <w:rPr>
                <w:sz w:val="16"/>
              </w:rPr>
              <w:t>Conditional Sentences Type 1</w:t>
            </w:r>
            <w:r>
              <w:rPr>
                <w:sz w:val="16"/>
              </w:rPr>
              <w:br/>
              <w:t>Time Clauses (Present – Future)</w:t>
            </w:r>
          </w:p>
        </w:tc>
        <w:tc>
          <w:tcPr>
            <w:tcW w:w="1502" w:type="dxa"/>
          </w:tcPr>
          <w:p w14:paraId="28DBF1BE" w14:textId="77777777" w:rsidR="0098573C" w:rsidRDefault="0098573C"/>
        </w:tc>
        <w:tc>
          <w:tcPr>
            <w:tcW w:w="1423" w:type="dxa"/>
          </w:tcPr>
          <w:p w14:paraId="18D5C39E" w14:textId="77777777" w:rsidR="0098573C" w:rsidRDefault="0098573C"/>
        </w:tc>
        <w:tc>
          <w:tcPr>
            <w:tcW w:w="1513" w:type="dxa"/>
          </w:tcPr>
          <w:p w14:paraId="5BBE43B6" w14:textId="77777777" w:rsidR="0098573C" w:rsidRDefault="0098573C"/>
        </w:tc>
      </w:tr>
      <w:tr w:rsidR="0098573C" w14:paraId="7D3F90B2" w14:textId="77777777" w:rsidTr="00BF3B29">
        <w:trPr>
          <w:jc w:val="center"/>
        </w:trPr>
        <w:tc>
          <w:tcPr>
            <w:tcW w:w="894" w:type="dxa"/>
          </w:tcPr>
          <w:p w14:paraId="6D042679" w14:textId="77777777" w:rsidR="0098573C" w:rsidRDefault="0098573C"/>
        </w:tc>
        <w:tc>
          <w:tcPr>
            <w:tcW w:w="885" w:type="dxa"/>
          </w:tcPr>
          <w:p w14:paraId="5344D303" w14:textId="77777777" w:rsidR="0098573C" w:rsidRDefault="0080549C">
            <w:r>
              <w:rPr>
                <w:sz w:val="16"/>
              </w:rPr>
              <w:t>85</w:t>
            </w:r>
          </w:p>
        </w:tc>
        <w:tc>
          <w:tcPr>
            <w:tcW w:w="1590" w:type="dxa"/>
          </w:tcPr>
          <w:p w14:paraId="125FF907" w14:textId="77777777" w:rsidR="0098573C" w:rsidRDefault="0080549C">
            <w:r>
              <w:rPr>
                <w:sz w:val="16"/>
              </w:rPr>
              <w:t>6C: What’s cooking?</w:t>
            </w:r>
          </w:p>
        </w:tc>
        <w:tc>
          <w:tcPr>
            <w:tcW w:w="2409" w:type="dxa"/>
          </w:tcPr>
          <w:p w14:paraId="06E13A58" w14:textId="77777777" w:rsidR="0098573C" w:rsidRDefault="0080549C">
            <w:r>
              <w:rPr>
                <w:sz w:val="16"/>
              </w:rPr>
              <w:t>Slovná zásoba - kuchynské náradie, čítanie s porozumením</w:t>
            </w:r>
          </w:p>
        </w:tc>
        <w:tc>
          <w:tcPr>
            <w:tcW w:w="2724" w:type="dxa"/>
          </w:tcPr>
          <w:p w14:paraId="0987E94F" w14:textId="77777777" w:rsidR="0098573C" w:rsidRDefault="0080549C">
            <w:r>
              <w:rPr>
                <w:sz w:val="16"/>
              </w:rPr>
              <w:t>porozumieť textu o príprave jedál a receptoch</w:t>
            </w:r>
            <w:r>
              <w:rPr>
                <w:sz w:val="16"/>
              </w:rPr>
              <w:br/>
              <w:t>používať slovnú zásobu súvisiacu s varením a kuchynským vybavením</w:t>
            </w:r>
            <w:r>
              <w:rPr>
                <w:sz w:val="16"/>
              </w:rPr>
              <w:br/>
              <w:t>vysvetliť postup prípravy jednoduchého jedla</w:t>
            </w:r>
          </w:p>
        </w:tc>
        <w:tc>
          <w:tcPr>
            <w:tcW w:w="1756" w:type="dxa"/>
          </w:tcPr>
          <w:p w14:paraId="3E0E3D0A" w14:textId="77777777" w:rsidR="0098573C" w:rsidRDefault="0098573C"/>
        </w:tc>
        <w:tc>
          <w:tcPr>
            <w:tcW w:w="1502" w:type="dxa"/>
          </w:tcPr>
          <w:p w14:paraId="43486B18" w14:textId="77777777" w:rsidR="0098573C" w:rsidRDefault="0080549C">
            <w:r>
              <w:rPr>
                <w:sz w:val="16"/>
              </w:rPr>
              <w:t>add, bake, boil, bottom, bowl, chilli, cook over a medium heat, cool, cover, cream, dish , fork , fry, frying pan, g = gram, grate, heat, ingredient, knife, layer, low, melt, mixture, ml=millilitre, oven, oven dish, peel, plate, pour, raisin, recipe, remove, saucepan, seed, skin, stir, tablespoon, teaspoon, tube</w:t>
            </w:r>
          </w:p>
        </w:tc>
        <w:tc>
          <w:tcPr>
            <w:tcW w:w="1423" w:type="dxa"/>
          </w:tcPr>
          <w:p w14:paraId="4C4155FA" w14:textId="77777777" w:rsidR="0098573C" w:rsidRDefault="0080549C">
            <w:r>
              <w:rPr>
                <w:sz w:val="16"/>
              </w:rPr>
              <w:t>SB</w:t>
            </w:r>
            <w:r>
              <w:rPr>
                <w:sz w:val="16"/>
              </w:rPr>
              <w:br/>
              <w:t>IWB &amp; IWB material or audio and audio player</w:t>
            </w:r>
          </w:p>
        </w:tc>
        <w:tc>
          <w:tcPr>
            <w:tcW w:w="1513" w:type="dxa"/>
          </w:tcPr>
          <w:p w14:paraId="018C44FF" w14:textId="77777777" w:rsidR="0098573C" w:rsidRDefault="0080549C">
            <w:r>
              <w:rPr>
                <w:sz w:val="16"/>
              </w:rPr>
              <w:t>kritické myslenie, komunikácia, spolupráca, interkultúrna kompetencia, tvorivosť</w:t>
            </w:r>
          </w:p>
        </w:tc>
      </w:tr>
      <w:tr w:rsidR="0098573C" w14:paraId="1260924C" w14:textId="77777777" w:rsidTr="00BF3B29">
        <w:trPr>
          <w:jc w:val="center"/>
        </w:trPr>
        <w:tc>
          <w:tcPr>
            <w:tcW w:w="894" w:type="dxa"/>
          </w:tcPr>
          <w:p w14:paraId="0A9F075C" w14:textId="77777777" w:rsidR="0098573C" w:rsidRDefault="0098573C"/>
        </w:tc>
        <w:tc>
          <w:tcPr>
            <w:tcW w:w="885" w:type="dxa"/>
          </w:tcPr>
          <w:p w14:paraId="11EA1BD5" w14:textId="77777777" w:rsidR="0098573C" w:rsidRDefault="0080549C">
            <w:r>
              <w:rPr>
                <w:sz w:val="16"/>
              </w:rPr>
              <w:t>86</w:t>
            </w:r>
          </w:p>
        </w:tc>
        <w:tc>
          <w:tcPr>
            <w:tcW w:w="1590" w:type="dxa"/>
          </w:tcPr>
          <w:p w14:paraId="5D3A71D3" w14:textId="77777777" w:rsidR="0098573C" w:rsidRDefault="0080549C">
            <w:r>
              <w:rPr>
                <w:sz w:val="16"/>
              </w:rPr>
              <w:t>6C: What’s cooking?</w:t>
            </w:r>
          </w:p>
        </w:tc>
        <w:tc>
          <w:tcPr>
            <w:tcW w:w="2409" w:type="dxa"/>
          </w:tcPr>
          <w:p w14:paraId="262D9561" w14:textId="77777777" w:rsidR="0098573C" w:rsidRDefault="0080549C">
            <w:r>
              <w:rPr>
                <w:sz w:val="16"/>
              </w:rPr>
              <w:t>Počúvanie s porozumením, písanie - recept</w:t>
            </w:r>
          </w:p>
        </w:tc>
        <w:tc>
          <w:tcPr>
            <w:tcW w:w="2724" w:type="dxa"/>
          </w:tcPr>
          <w:p w14:paraId="3DC86907" w14:textId="77777777" w:rsidR="0098573C" w:rsidRDefault="0080549C">
            <w:r>
              <w:rPr>
                <w:sz w:val="16"/>
              </w:rPr>
              <w:t>porozumieť pokynom pri príprave jedla</w:t>
            </w:r>
            <w:r>
              <w:rPr>
                <w:sz w:val="16"/>
              </w:rPr>
              <w:br/>
              <w:t>napísať jednoduchý recept s využitím vhodnej slovnej zásoby</w:t>
            </w:r>
            <w:r>
              <w:rPr>
                <w:sz w:val="16"/>
              </w:rPr>
              <w:br/>
              <w:t xml:space="preserve">prezentovať postup prípravy </w:t>
            </w:r>
            <w:r>
              <w:rPr>
                <w:sz w:val="16"/>
              </w:rPr>
              <w:lastRenderedPageBreak/>
              <w:t>obľúbeného jedla</w:t>
            </w:r>
          </w:p>
        </w:tc>
        <w:tc>
          <w:tcPr>
            <w:tcW w:w="1756" w:type="dxa"/>
          </w:tcPr>
          <w:p w14:paraId="4C7213A0" w14:textId="77777777" w:rsidR="0098573C" w:rsidRDefault="0098573C"/>
        </w:tc>
        <w:tc>
          <w:tcPr>
            <w:tcW w:w="1502" w:type="dxa"/>
          </w:tcPr>
          <w:p w14:paraId="4F67B20C" w14:textId="77777777" w:rsidR="0098573C" w:rsidRDefault="0098573C"/>
        </w:tc>
        <w:tc>
          <w:tcPr>
            <w:tcW w:w="1423" w:type="dxa"/>
          </w:tcPr>
          <w:p w14:paraId="582656CA" w14:textId="77777777" w:rsidR="0098573C" w:rsidRDefault="0098573C"/>
        </w:tc>
        <w:tc>
          <w:tcPr>
            <w:tcW w:w="1513" w:type="dxa"/>
          </w:tcPr>
          <w:p w14:paraId="51DC7AD1" w14:textId="77777777" w:rsidR="0098573C" w:rsidRDefault="0098573C"/>
        </w:tc>
      </w:tr>
      <w:tr w:rsidR="0098573C" w14:paraId="035372E5" w14:textId="77777777" w:rsidTr="00BF3B29">
        <w:trPr>
          <w:jc w:val="center"/>
        </w:trPr>
        <w:tc>
          <w:tcPr>
            <w:tcW w:w="894" w:type="dxa"/>
          </w:tcPr>
          <w:p w14:paraId="1DD93671" w14:textId="77777777" w:rsidR="0098573C" w:rsidRDefault="0098573C"/>
        </w:tc>
        <w:tc>
          <w:tcPr>
            <w:tcW w:w="885" w:type="dxa"/>
          </w:tcPr>
          <w:p w14:paraId="310A55CF" w14:textId="77777777" w:rsidR="0098573C" w:rsidRDefault="0080549C">
            <w:r>
              <w:rPr>
                <w:sz w:val="16"/>
              </w:rPr>
              <w:t>87</w:t>
            </w:r>
          </w:p>
        </w:tc>
        <w:tc>
          <w:tcPr>
            <w:tcW w:w="1590" w:type="dxa"/>
          </w:tcPr>
          <w:p w14:paraId="748AA7FC" w14:textId="77777777" w:rsidR="0098573C" w:rsidRDefault="0080549C">
            <w:r>
              <w:rPr>
                <w:sz w:val="16"/>
              </w:rPr>
              <w:t>6D: Animals on the move</w:t>
            </w:r>
          </w:p>
        </w:tc>
        <w:tc>
          <w:tcPr>
            <w:tcW w:w="2409" w:type="dxa"/>
          </w:tcPr>
          <w:p w14:paraId="065B5AD2" w14:textId="77777777" w:rsidR="0098573C" w:rsidRDefault="0080549C">
            <w:r>
              <w:rPr>
                <w:sz w:val="16"/>
              </w:rPr>
              <w:t>Čítanie s porozumením, slovná zásoba - sťahovavé živočíchy</w:t>
            </w:r>
          </w:p>
        </w:tc>
        <w:tc>
          <w:tcPr>
            <w:tcW w:w="2724" w:type="dxa"/>
          </w:tcPr>
          <w:p w14:paraId="79B7EFE5" w14:textId="77777777" w:rsidR="0098573C" w:rsidRDefault="0080549C">
            <w:r>
              <w:rPr>
                <w:sz w:val="16"/>
              </w:rPr>
              <w:t>porozumieť textu o migrácii živočíchov</w:t>
            </w:r>
            <w:r>
              <w:rPr>
                <w:sz w:val="16"/>
              </w:rPr>
              <w:br/>
              <w:t>opísať spôsob života a migráciu vybraných druhov živočíchov</w:t>
            </w:r>
            <w:r>
              <w:rPr>
                <w:sz w:val="16"/>
              </w:rPr>
              <w:br/>
              <w:t>diskutovať o prírodných podmienkach ovplyvňujúcich migráciu</w:t>
            </w:r>
          </w:p>
        </w:tc>
        <w:tc>
          <w:tcPr>
            <w:tcW w:w="1756" w:type="dxa"/>
          </w:tcPr>
          <w:p w14:paraId="207B1A95" w14:textId="77777777" w:rsidR="0098573C" w:rsidRDefault="0098573C"/>
        </w:tc>
        <w:tc>
          <w:tcPr>
            <w:tcW w:w="1502" w:type="dxa"/>
          </w:tcPr>
          <w:p w14:paraId="2DB7794E" w14:textId="77777777" w:rsidR="0098573C" w:rsidRDefault="0080549C">
            <w:r>
              <w:rPr>
                <w:sz w:val="16"/>
              </w:rPr>
              <w:t>arctic tern, avoid, be born, breed, breeding place, circle, climate, complete, condition, continue, distance, elk, escape, fisherman, hibernate, journey, kind, migrate, polar bear, polluted, predator, produce, salmon , sea turtle, search, search, snow, stream, survive, the rest, throughout, vegetation, waterfall</w:t>
            </w:r>
          </w:p>
        </w:tc>
        <w:tc>
          <w:tcPr>
            <w:tcW w:w="1423" w:type="dxa"/>
          </w:tcPr>
          <w:p w14:paraId="72B5817F" w14:textId="77777777" w:rsidR="0098573C" w:rsidRDefault="0080549C">
            <w:r>
              <w:rPr>
                <w:sz w:val="16"/>
              </w:rPr>
              <w:t>SB</w:t>
            </w:r>
            <w:r>
              <w:rPr>
                <w:sz w:val="16"/>
              </w:rPr>
              <w:br/>
              <w:t>IWB &amp; IWB material or audio and audio player</w:t>
            </w:r>
          </w:p>
        </w:tc>
        <w:tc>
          <w:tcPr>
            <w:tcW w:w="1513" w:type="dxa"/>
          </w:tcPr>
          <w:p w14:paraId="3835CF03" w14:textId="77777777" w:rsidR="0098573C" w:rsidRDefault="0080549C">
            <w:r>
              <w:rPr>
                <w:sz w:val="16"/>
              </w:rPr>
              <w:t>kritické myslenie, komunikácia, spolupráca, tvorivosť</w:t>
            </w:r>
          </w:p>
        </w:tc>
      </w:tr>
      <w:tr w:rsidR="0098573C" w14:paraId="72878DC6" w14:textId="77777777" w:rsidTr="00BF3B29">
        <w:trPr>
          <w:jc w:val="center"/>
        </w:trPr>
        <w:tc>
          <w:tcPr>
            <w:tcW w:w="894" w:type="dxa"/>
          </w:tcPr>
          <w:p w14:paraId="336B75A3" w14:textId="77777777" w:rsidR="0098573C" w:rsidRDefault="0098573C"/>
        </w:tc>
        <w:tc>
          <w:tcPr>
            <w:tcW w:w="885" w:type="dxa"/>
          </w:tcPr>
          <w:p w14:paraId="3C8CBBC5" w14:textId="77777777" w:rsidR="0098573C" w:rsidRDefault="0080549C">
            <w:r>
              <w:rPr>
                <w:sz w:val="16"/>
              </w:rPr>
              <w:t>88</w:t>
            </w:r>
          </w:p>
        </w:tc>
        <w:tc>
          <w:tcPr>
            <w:tcW w:w="1590" w:type="dxa"/>
          </w:tcPr>
          <w:p w14:paraId="7E0C3EF7" w14:textId="77777777" w:rsidR="0098573C" w:rsidRDefault="0080549C">
            <w:r>
              <w:rPr>
                <w:sz w:val="16"/>
              </w:rPr>
              <w:t>6D: Animals on the move</w:t>
            </w:r>
          </w:p>
        </w:tc>
        <w:tc>
          <w:tcPr>
            <w:tcW w:w="2409" w:type="dxa"/>
          </w:tcPr>
          <w:p w14:paraId="36D89818" w14:textId="77777777" w:rsidR="0098573C" w:rsidRDefault="0080549C">
            <w:r>
              <w:rPr>
                <w:sz w:val="16"/>
              </w:rPr>
              <w:t>Rozprávanie - zvieratá v mojej krajine</w:t>
            </w:r>
          </w:p>
        </w:tc>
        <w:tc>
          <w:tcPr>
            <w:tcW w:w="2724" w:type="dxa"/>
          </w:tcPr>
          <w:p w14:paraId="2E4FAF0E" w14:textId="77777777" w:rsidR="0098573C" w:rsidRDefault="0080549C">
            <w:r>
              <w:rPr>
                <w:sz w:val="16"/>
              </w:rPr>
              <w:t>predstaviť typické živočíchy žijúce na Slovensku</w:t>
            </w:r>
            <w:r>
              <w:rPr>
                <w:sz w:val="16"/>
              </w:rPr>
              <w:br/>
              <w:t>opísať ich prirodzené prostredie a spôsob života</w:t>
            </w:r>
            <w:r>
              <w:rPr>
                <w:sz w:val="16"/>
              </w:rPr>
              <w:br/>
              <w:t>porovnať životné podmienky rôznych druhov živočíchov</w:t>
            </w:r>
          </w:p>
        </w:tc>
        <w:tc>
          <w:tcPr>
            <w:tcW w:w="1756" w:type="dxa"/>
          </w:tcPr>
          <w:p w14:paraId="41FB79DD" w14:textId="77777777" w:rsidR="0098573C" w:rsidRDefault="0098573C"/>
        </w:tc>
        <w:tc>
          <w:tcPr>
            <w:tcW w:w="1502" w:type="dxa"/>
          </w:tcPr>
          <w:p w14:paraId="677EDB97" w14:textId="77777777" w:rsidR="0098573C" w:rsidRDefault="0098573C"/>
        </w:tc>
        <w:tc>
          <w:tcPr>
            <w:tcW w:w="1423" w:type="dxa"/>
          </w:tcPr>
          <w:p w14:paraId="08BB1490" w14:textId="77777777" w:rsidR="0098573C" w:rsidRDefault="0098573C"/>
        </w:tc>
        <w:tc>
          <w:tcPr>
            <w:tcW w:w="1513" w:type="dxa"/>
          </w:tcPr>
          <w:p w14:paraId="0C109096" w14:textId="77777777" w:rsidR="0098573C" w:rsidRDefault="0098573C"/>
        </w:tc>
      </w:tr>
      <w:tr w:rsidR="0098573C" w14:paraId="2EA045D2" w14:textId="77777777" w:rsidTr="00BF3B29">
        <w:trPr>
          <w:jc w:val="center"/>
        </w:trPr>
        <w:tc>
          <w:tcPr>
            <w:tcW w:w="894" w:type="dxa"/>
          </w:tcPr>
          <w:p w14:paraId="5556E97A" w14:textId="77777777" w:rsidR="0098573C" w:rsidRDefault="0098573C"/>
        </w:tc>
        <w:tc>
          <w:tcPr>
            <w:tcW w:w="885" w:type="dxa"/>
          </w:tcPr>
          <w:p w14:paraId="0247D39A" w14:textId="77777777" w:rsidR="0098573C" w:rsidRDefault="0080549C">
            <w:r>
              <w:rPr>
                <w:sz w:val="16"/>
              </w:rPr>
              <w:t>89</w:t>
            </w:r>
          </w:p>
        </w:tc>
        <w:tc>
          <w:tcPr>
            <w:tcW w:w="1590" w:type="dxa"/>
          </w:tcPr>
          <w:p w14:paraId="188D6C1A" w14:textId="77777777" w:rsidR="0098573C" w:rsidRDefault="0080549C">
            <w:r>
              <w:rPr>
                <w:sz w:val="16"/>
              </w:rPr>
              <w:t>Top Skills: Going places</w:t>
            </w:r>
          </w:p>
        </w:tc>
        <w:tc>
          <w:tcPr>
            <w:tcW w:w="2409" w:type="dxa"/>
          </w:tcPr>
          <w:p w14:paraId="0478DAEC" w14:textId="77777777" w:rsidR="0098573C" w:rsidRDefault="0080549C">
            <w:r>
              <w:rPr>
                <w:sz w:val="16"/>
              </w:rPr>
              <w:t>Slovná zásoba- miesta, pamätihodnosti, čítanie s porozumením</w:t>
            </w:r>
          </w:p>
        </w:tc>
        <w:tc>
          <w:tcPr>
            <w:tcW w:w="2724" w:type="dxa"/>
          </w:tcPr>
          <w:p w14:paraId="2B734011" w14:textId="77777777" w:rsidR="0098573C" w:rsidRDefault="0080549C">
            <w:r>
              <w:rPr>
                <w:sz w:val="16"/>
              </w:rPr>
              <w:t>porozumieť textu o turistických atrakciách a dovolenkových destináciách</w:t>
            </w:r>
            <w:r>
              <w:rPr>
                <w:sz w:val="16"/>
              </w:rPr>
              <w:br/>
              <w:t>opísať zaujímavé miesta a kultúrne pamiatky</w:t>
            </w:r>
            <w:r>
              <w:rPr>
                <w:sz w:val="16"/>
              </w:rPr>
              <w:br/>
              <w:t>vyjadriť svoj názor na turistické atrakcie a dovolenkové destinácie</w:t>
            </w:r>
          </w:p>
        </w:tc>
        <w:tc>
          <w:tcPr>
            <w:tcW w:w="1756" w:type="dxa"/>
          </w:tcPr>
          <w:p w14:paraId="7F6D85B8" w14:textId="77777777" w:rsidR="0098573C" w:rsidRDefault="0098573C"/>
        </w:tc>
        <w:tc>
          <w:tcPr>
            <w:tcW w:w="1502" w:type="dxa"/>
          </w:tcPr>
          <w:p w14:paraId="27AFD0DE" w14:textId="77777777" w:rsidR="0098573C" w:rsidRDefault="0080549C">
            <w:r>
              <w:rPr>
                <w:sz w:val="16"/>
              </w:rPr>
              <w:t>ancient ruins, as for…, attract, attraction, attractive, worth, botanical garden, campsite, capital, concert, cruise, entertainment, gallery, holiday destination, impressive, modern, museum, national park, peaceful, picnic area, port, quite, village, well-known</w:t>
            </w:r>
          </w:p>
        </w:tc>
        <w:tc>
          <w:tcPr>
            <w:tcW w:w="1423" w:type="dxa"/>
          </w:tcPr>
          <w:p w14:paraId="1EEC9337" w14:textId="77777777" w:rsidR="0098573C" w:rsidRDefault="0080549C">
            <w:r>
              <w:rPr>
                <w:sz w:val="16"/>
              </w:rPr>
              <w:t>SB</w:t>
            </w:r>
            <w:r>
              <w:rPr>
                <w:sz w:val="16"/>
              </w:rPr>
              <w:br/>
              <w:t>IWB &amp; IWB material or audio and audio player</w:t>
            </w:r>
          </w:p>
        </w:tc>
        <w:tc>
          <w:tcPr>
            <w:tcW w:w="1513" w:type="dxa"/>
          </w:tcPr>
          <w:p w14:paraId="74D87227" w14:textId="77777777" w:rsidR="0098573C" w:rsidRDefault="0080549C">
            <w:r>
              <w:rPr>
                <w:sz w:val="16"/>
              </w:rPr>
              <w:t>kritické myslenie, komunikácia, spolupráca, tvorivosť, samostatné učenie</w:t>
            </w:r>
          </w:p>
        </w:tc>
      </w:tr>
      <w:tr w:rsidR="0098573C" w14:paraId="08840CD0" w14:textId="77777777" w:rsidTr="00BF3B29">
        <w:trPr>
          <w:jc w:val="center"/>
        </w:trPr>
        <w:tc>
          <w:tcPr>
            <w:tcW w:w="894" w:type="dxa"/>
          </w:tcPr>
          <w:p w14:paraId="55A3424F" w14:textId="77777777" w:rsidR="0098573C" w:rsidRDefault="0098573C"/>
        </w:tc>
        <w:tc>
          <w:tcPr>
            <w:tcW w:w="885" w:type="dxa"/>
          </w:tcPr>
          <w:p w14:paraId="7333B34D" w14:textId="77777777" w:rsidR="0098573C" w:rsidRDefault="0080549C">
            <w:r>
              <w:rPr>
                <w:sz w:val="16"/>
              </w:rPr>
              <w:t>90</w:t>
            </w:r>
          </w:p>
        </w:tc>
        <w:tc>
          <w:tcPr>
            <w:tcW w:w="1590" w:type="dxa"/>
          </w:tcPr>
          <w:p w14:paraId="217292AD" w14:textId="77777777" w:rsidR="0098573C" w:rsidRDefault="0080549C">
            <w:r>
              <w:rPr>
                <w:sz w:val="16"/>
              </w:rPr>
              <w:t>Top Skills: Going places</w:t>
            </w:r>
          </w:p>
        </w:tc>
        <w:tc>
          <w:tcPr>
            <w:tcW w:w="2409" w:type="dxa"/>
          </w:tcPr>
          <w:p w14:paraId="4371BA82" w14:textId="77777777" w:rsidR="0098573C" w:rsidRDefault="0080549C">
            <w:r>
              <w:rPr>
                <w:sz w:val="16"/>
              </w:rPr>
              <w:t>Počúvanie s porozumením, rozprávanie, písanie - opis miesta</w:t>
            </w:r>
          </w:p>
        </w:tc>
        <w:tc>
          <w:tcPr>
            <w:tcW w:w="2724" w:type="dxa"/>
          </w:tcPr>
          <w:p w14:paraId="7D0CE7E3" w14:textId="77777777" w:rsidR="0098573C" w:rsidRDefault="0080549C">
            <w:r>
              <w:rPr>
                <w:sz w:val="16"/>
              </w:rPr>
              <w:t>porozumieť informáciám z počúvaného textu o cestovaní</w:t>
            </w:r>
            <w:r>
              <w:rPr>
                <w:sz w:val="16"/>
              </w:rPr>
              <w:br/>
              <w:t>opísať turisticky zaujímavé miesto alebo pamiatku</w:t>
            </w:r>
            <w:r>
              <w:rPr>
                <w:sz w:val="16"/>
              </w:rPr>
              <w:br/>
              <w:t>napísať opis miesta vhodného na návštevu</w:t>
            </w:r>
          </w:p>
        </w:tc>
        <w:tc>
          <w:tcPr>
            <w:tcW w:w="1756" w:type="dxa"/>
          </w:tcPr>
          <w:p w14:paraId="7328E76C" w14:textId="77777777" w:rsidR="0098573C" w:rsidRDefault="0098573C"/>
        </w:tc>
        <w:tc>
          <w:tcPr>
            <w:tcW w:w="1502" w:type="dxa"/>
          </w:tcPr>
          <w:p w14:paraId="03431319" w14:textId="77777777" w:rsidR="0098573C" w:rsidRDefault="0098573C"/>
        </w:tc>
        <w:tc>
          <w:tcPr>
            <w:tcW w:w="1423" w:type="dxa"/>
          </w:tcPr>
          <w:p w14:paraId="3F40591C" w14:textId="77777777" w:rsidR="0098573C" w:rsidRDefault="0098573C"/>
        </w:tc>
        <w:tc>
          <w:tcPr>
            <w:tcW w:w="1513" w:type="dxa"/>
          </w:tcPr>
          <w:p w14:paraId="22A75567" w14:textId="77777777" w:rsidR="0098573C" w:rsidRDefault="0098573C"/>
        </w:tc>
      </w:tr>
      <w:tr w:rsidR="0098573C" w14:paraId="54980C62" w14:textId="77777777" w:rsidTr="00BF3B29">
        <w:trPr>
          <w:jc w:val="center"/>
        </w:trPr>
        <w:tc>
          <w:tcPr>
            <w:tcW w:w="894" w:type="dxa"/>
          </w:tcPr>
          <w:p w14:paraId="4CEC4A79" w14:textId="77777777" w:rsidR="0098573C" w:rsidRDefault="0098573C"/>
        </w:tc>
        <w:tc>
          <w:tcPr>
            <w:tcW w:w="885" w:type="dxa"/>
          </w:tcPr>
          <w:p w14:paraId="1FF1E5AA" w14:textId="77777777" w:rsidR="0098573C" w:rsidRDefault="0080549C">
            <w:r>
              <w:rPr>
                <w:sz w:val="16"/>
              </w:rPr>
              <w:t>91</w:t>
            </w:r>
          </w:p>
        </w:tc>
        <w:tc>
          <w:tcPr>
            <w:tcW w:w="1590" w:type="dxa"/>
          </w:tcPr>
          <w:p w14:paraId="1E047F34" w14:textId="77777777" w:rsidR="0098573C" w:rsidRDefault="0080549C">
            <w:r>
              <w:rPr>
                <w:sz w:val="16"/>
              </w:rPr>
              <w:t>Revision module 6</w:t>
            </w:r>
          </w:p>
        </w:tc>
        <w:tc>
          <w:tcPr>
            <w:tcW w:w="2409" w:type="dxa"/>
          </w:tcPr>
          <w:p w14:paraId="2D90BC91" w14:textId="77777777" w:rsidR="0098573C" w:rsidRDefault="0080549C">
            <w:r>
              <w:rPr>
                <w:sz w:val="16"/>
              </w:rPr>
              <w:t>Zhrnutie učiva</w:t>
            </w:r>
          </w:p>
        </w:tc>
        <w:tc>
          <w:tcPr>
            <w:tcW w:w="2724" w:type="dxa"/>
          </w:tcPr>
          <w:p w14:paraId="249ED5E1" w14:textId="77777777" w:rsidR="0098573C" w:rsidRDefault="0080549C">
            <w:r>
              <w:rPr>
                <w:sz w:val="16"/>
              </w:rPr>
              <w:t>zopakovať slovnú zásobu modulu</w:t>
            </w:r>
            <w:r>
              <w:rPr>
                <w:sz w:val="16"/>
              </w:rPr>
              <w:br/>
              <w:t>upevniť gramatické štruktúry modulu</w:t>
            </w:r>
            <w:r>
              <w:rPr>
                <w:sz w:val="16"/>
              </w:rPr>
              <w:br/>
              <w:t>precvičiť komunikačné situácie</w:t>
            </w:r>
          </w:p>
        </w:tc>
        <w:tc>
          <w:tcPr>
            <w:tcW w:w="1756" w:type="dxa"/>
          </w:tcPr>
          <w:p w14:paraId="7C7FCBFC" w14:textId="77777777" w:rsidR="0098573C" w:rsidRDefault="0098573C"/>
        </w:tc>
        <w:tc>
          <w:tcPr>
            <w:tcW w:w="1502" w:type="dxa"/>
          </w:tcPr>
          <w:p w14:paraId="4DC18C0A" w14:textId="77777777" w:rsidR="0098573C" w:rsidRDefault="0098573C"/>
        </w:tc>
        <w:tc>
          <w:tcPr>
            <w:tcW w:w="1423" w:type="dxa"/>
          </w:tcPr>
          <w:p w14:paraId="15264177" w14:textId="77777777" w:rsidR="0098573C" w:rsidRDefault="0080549C">
            <w:r>
              <w:rPr>
                <w:sz w:val="16"/>
              </w:rPr>
              <w:t>SB</w:t>
            </w:r>
            <w:r>
              <w:rPr>
                <w:sz w:val="16"/>
              </w:rPr>
              <w:br/>
              <w:t>IWB &amp; IWB material or audio and audio player</w:t>
            </w:r>
            <w:r>
              <w:rPr>
                <w:sz w:val="16"/>
              </w:rPr>
              <w:br/>
              <w:t>If necessary, WB (extra grammar practice)</w:t>
            </w:r>
          </w:p>
        </w:tc>
        <w:tc>
          <w:tcPr>
            <w:tcW w:w="1513" w:type="dxa"/>
          </w:tcPr>
          <w:p w14:paraId="77AA1FEF" w14:textId="77777777" w:rsidR="0098573C" w:rsidRDefault="0080549C">
            <w:r>
              <w:rPr>
                <w:sz w:val="16"/>
              </w:rPr>
              <w:t>samostatné učenie</w:t>
            </w:r>
          </w:p>
        </w:tc>
      </w:tr>
      <w:tr w:rsidR="0098573C" w14:paraId="5E81A420" w14:textId="77777777" w:rsidTr="00BF3B29">
        <w:trPr>
          <w:jc w:val="center"/>
        </w:trPr>
        <w:tc>
          <w:tcPr>
            <w:tcW w:w="894" w:type="dxa"/>
          </w:tcPr>
          <w:p w14:paraId="681FEF7B" w14:textId="77777777" w:rsidR="0098573C" w:rsidRDefault="0098573C"/>
        </w:tc>
        <w:tc>
          <w:tcPr>
            <w:tcW w:w="885" w:type="dxa"/>
          </w:tcPr>
          <w:p w14:paraId="2C332065" w14:textId="77777777" w:rsidR="0098573C" w:rsidRDefault="0080549C">
            <w:r>
              <w:rPr>
                <w:sz w:val="16"/>
              </w:rPr>
              <w:t>92</w:t>
            </w:r>
          </w:p>
        </w:tc>
        <w:tc>
          <w:tcPr>
            <w:tcW w:w="1590" w:type="dxa"/>
          </w:tcPr>
          <w:p w14:paraId="406E8CF2" w14:textId="77777777" w:rsidR="0098573C" w:rsidRDefault="0080549C">
            <w:r>
              <w:rPr>
                <w:sz w:val="16"/>
              </w:rPr>
              <w:t>Revision module 6</w:t>
            </w:r>
          </w:p>
        </w:tc>
        <w:tc>
          <w:tcPr>
            <w:tcW w:w="2409" w:type="dxa"/>
          </w:tcPr>
          <w:p w14:paraId="6C21F9FA" w14:textId="77777777" w:rsidR="0098573C" w:rsidRDefault="0080549C">
            <w:r>
              <w:rPr>
                <w:sz w:val="16"/>
              </w:rPr>
              <w:t>Sebahodnotenie</w:t>
            </w:r>
          </w:p>
        </w:tc>
        <w:tc>
          <w:tcPr>
            <w:tcW w:w="2724" w:type="dxa"/>
          </w:tcPr>
          <w:p w14:paraId="6E7FD265" w14:textId="77777777" w:rsidR="0098573C" w:rsidRDefault="0080549C">
            <w:r>
              <w:rPr>
                <w:sz w:val="16"/>
              </w:rPr>
              <w:t>zhodnotiť úroveň svojich vedomostí</w:t>
            </w:r>
            <w:r>
              <w:rPr>
                <w:sz w:val="16"/>
              </w:rPr>
              <w:br/>
            </w:r>
            <w:r>
              <w:rPr>
                <w:sz w:val="16"/>
              </w:rPr>
              <w:t>identifikovať oblasti, ktoré je potrebné zlepšiť</w:t>
            </w:r>
            <w:r>
              <w:rPr>
                <w:sz w:val="16"/>
              </w:rPr>
              <w:br/>
              <w:t>pripraviť sa na priebežné overenie vedomostí</w:t>
            </w:r>
          </w:p>
        </w:tc>
        <w:tc>
          <w:tcPr>
            <w:tcW w:w="1756" w:type="dxa"/>
          </w:tcPr>
          <w:p w14:paraId="38B76028" w14:textId="77777777" w:rsidR="0098573C" w:rsidRDefault="0098573C"/>
        </w:tc>
        <w:tc>
          <w:tcPr>
            <w:tcW w:w="1502" w:type="dxa"/>
          </w:tcPr>
          <w:p w14:paraId="6DF0B4EC" w14:textId="77777777" w:rsidR="0098573C" w:rsidRDefault="0098573C"/>
        </w:tc>
        <w:tc>
          <w:tcPr>
            <w:tcW w:w="1423" w:type="dxa"/>
          </w:tcPr>
          <w:p w14:paraId="4659AC22" w14:textId="77777777" w:rsidR="0098573C" w:rsidRDefault="0098573C"/>
        </w:tc>
        <w:tc>
          <w:tcPr>
            <w:tcW w:w="1513" w:type="dxa"/>
          </w:tcPr>
          <w:p w14:paraId="792D6B7D" w14:textId="77777777" w:rsidR="0098573C" w:rsidRDefault="0098573C"/>
        </w:tc>
      </w:tr>
      <w:tr w:rsidR="0098573C" w14:paraId="6E901D5D" w14:textId="77777777" w:rsidTr="00BF3B29">
        <w:trPr>
          <w:jc w:val="center"/>
        </w:trPr>
        <w:tc>
          <w:tcPr>
            <w:tcW w:w="894" w:type="dxa"/>
          </w:tcPr>
          <w:p w14:paraId="2E825A6F" w14:textId="77777777" w:rsidR="0098573C" w:rsidRDefault="0098573C"/>
        </w:tc>
        <w:tc>
          <w:tcPr>
            <w:tcW w:w="885" w:type="dxa"/>
          </w:tcPr>
          <w:p w14:paraId="59D422FF" w14:textId="77777777" w:rsidR="0098573C" w:rsidRDefault="0080549C">
            <w:r>
              <w:rPr>
                <w:sz w:val="16"/>
              </w:rPr>
              <w:t>93</w:t>
            </w:r>
          </w:p>
        </w:tc>
        <w:tc>
          <w:tcPr>
            <w:tcW w:w="1590" w:type="dxa"/>
          </w:tcPr>
          <w:p w14:paraId="3A4F8633" w14:textId="77777777" w:rsidR="0098573C" w:rsidRDefault="0080549C">
            <w:r>
              <w:rPr>
                <w:sz w:val="16"/>
              </w:rPr>
              <w:t>Culture Page 3 &amp; Song 3</w:t>
            </w:r>
          </w:p>
        </w:tc>
        <w:tc>
          <w:tcPr>
            <w:tcW w:w="2409" w:type="dxa"/>
          </w:tcPr>
          <w:p w14:paraId="17DC2C25" w14:textId="77777777" w:rsidR="0098573C" w:rsidRDefault="0080549C">
            <w:r>
              <w:rPr>
                <w:sz w:val="16"/>
              </w:rPr>
              <w:t>Spojené štáty americké, Pieseň - Superstar</w:t>
            </w:r>
          </w:p>
        </w:tc>
        <w:tc>
          <w:tcPr>
            <w:tcW w:w="2724" w:type="dxa"/>
          </w:tcPr>
          <w:p w14:paraId="74964435" w14:textId="77777777" w:rsidR="0098573C" w:rsidRDefault="0080549C">
            <w:r>
              <w:rPr>
                <w:sz w:val="16"/>
              </w:rPr>
              <w:t>porozumieť informáciám o Spojených štátoch amerických a ich kultúre</w:t>
            </w:r>
            <w:r>
              <w:rPr>
                <w:sz w:val="16"/>
              </w:rPr>
              <w:br/>
              <w:t>porovnať kultúrne zaujímavosti USA a Slovenska</w:t>
            </w:r>
            <w:r>
              <w:rPr>
                <w:sz w:val="16"/>
              </w:rPr>
              <w:br/>
              <w:t>porozumieť obsahu anglickej piesne a pracovať s jej textom</w:t>
            </w:r>
          </w:p>
        </w:tc>
        <w:tc>
          <w:tcPr>
            <w:tcW w:w="1756" w:type="dxa"/>
          </w:tcPr>
          <w:p w14:paraId="43C38B02" w14:textId="77777777" w:rsidR="0098573C" w:rsidRDefault="0098573C"/>
        </w:tc>
        <w:tc>
          <w:tcPr>
            <w:tcW w:w="1502" w:type="dxa"/>
          </w:tcPr>
          <w:p w14:paraId="3FB898FA" w14:textId="77777777" w:rsidR="0098573C" w:rsidRDefault="0098573C"/>
        </w:tc>
        <w:tc>
          <w:tcPr>
            <w:tcW w:w="1423" w:type="dxa"/>
          </w:tcPr>
          <w:p w14:paraId="27D19313" w14:textId="77777777" w:rsidR="0098573C" w:rsidRDefault="0080549C">
            <w:r>
              <w:rPr>
                <w:sz w:val="16"/>
              </w:rPr>
              <w:t>SB</w:t>
            </w:r>
            <w:r>
              <w:rPr>
                <w:sz w:val="16"/>
              </w:rPr>
              <w:br/>
              <w:t>IWB &amp; IWB material or audio and audio player</w:t>
            </w:r>
          </w:p>
        </w:tc>
        <w:tc>
          <w:tcPr>
            <w:tcW w:w="1513" w:type="dxa"/>
          </w:tcPr>
          <w:p w14:paraId="2E041B17" w14:textId="77777777" w:rsidR="0098573C" w:rsidRDefault="0080549C">
            <w:r>
              <w:rPr>
                <w:sz w:val="16"/>
              </w:rPr>
              <w:t>kritické myslenie, interkultúrna kompetencia</w:t>
            </w:r>
          </w:p>
        </w:tc>
      </w:tr>
      <w:tr w:rsidR="0098573C" w14:paraId="5DFF9D6A" w14:textId="77777777" w:rsidTr="00BF3B29">
        <w:trPr>
          <w:jc w:val="center"/>
        </w:trPr>
        <w:tc>
          <w:tcPr>
            <w:tcW w:w="894" w:type="dxa"/>
          </w:tcPr>
          <w:p w14:paraId="29C37B16" w14:textId="77777777" w:rsidR="0098573C" w:rsidRDefault="0098573C"/>
        </w:tc>
        <w:tc>
          <w:tcPr>
            <w:tcW w:w="885" w:type="dxa"/>
          </w:tcPr>
          <w:p w14:paraId="4B55D009" w14:textId="77777777" w:rsidR="0098573C" w:rsidRDefault="0080549C">
            <w:r>
              <w:rPr>
                <w:sz w:val="16"/>
              </w:rPr>
              <w:t>94</w:t>
            </w:r>
          </w:p>
        </w:tc>
        <w:tc>
          <w:tcPr>
            <w:tcW w:w="1590" w:type="dxa"/>
          </w:tcPr>
          <w:p w14:paraId="361AC954" w14:textId="77777777" w:rsidR="0098573C" w:rsidRDefault="0080549C">
            <w:r>
              <w:rPr>
                <w:sz w:val="16"/>
              </w:rPr>
              <w:t>Me and My country project 6 – Map of my country</w:t>
            </w:r>
          </w:p>
        </w:tc>
        <w:tc>
          <w:tcPr>
            <w:tcW w:w="2409" w:type="dxa"/>
          </w:tcPr>
          <w:p w14:paraId="3CAA701C" w14:textId="77777777" w:rsidR="0098573C" w:rsidRDefault="0080549C">
            <w:r>
              <w:rPr>
                <w:sz w:val="16"/>
              </w:rPr>
              <w:t>Mapa krajiny - prepoveď počasia</w:t>
            </w:r>
          </w:p>
        </w:tc>
        <w:tc>
          <w:tcPr>
            <w:tcW w:w="2724" w:type="dxa"/>
          </w:tcPr>
          <w:p w14:paraId="719BBEC8" w14:textId="77777777" w:rsidR="0098573C" w:rsidRDefault="0080549C">
            <w:r>
              <w:rPr>
                <w:sz w:val="16"/>
              </w:rPr>
              <w:t>vyhľadať informácie o počasí vo vybraných regiónoch krajiny</w:t>
            </w:r>
            <w:r>
              <w:rPr>
                <w:sz w:val="16"/>
              </w:rPr>
              <w:br/>
              <w:t>pripraviť mapu s jednoduchou predpoveďou počasia</w:t>
            </w:r>
            <w:r>
              <w:rPr>
                <w:sz w:val="16"/>
              </w:rPr>
              <w:br/>
              <w:t>prezentovať projekt pred spolužiakmi</w:t>
            </w:r>
          </w:p>
        </w:tc>
        <w:tc>
          <w:tcPr>
            <w:tcW w:w="1756" w:type="dxa"/>
          </w:tcPr>
          <w:p w14:paraId="7EF2EBF9" w14:textId="77777777" w:rsidR="0098573C" w:rsidRDefault="0098573C"/>
        </w:tc>
        <w:tc>
          <w:tcPr>
            <w:tcW w:w="1502" w:type="dxa"/>
          </w:tcPr>
          <w:p w14:paraId="4853B042" w14:textId="77777777" w:rsidR="0098573C" w:rsidRDefault="0098573C"/>
        </w:tc>
        <w:tc>
          <w:tcPr>
            <w:tcW w:w="1423" w:type="dxa"/>
          </w:tcPr>
          <w:p w14:paraId="4D9DB71B" w14:textId="77777777" w:rsidR="0098573C" w:rsidRDefault="0080549C">
            <w:r>
              <w:rPr>
                <w:sz w:val="16"/>
              </w:rPr>
              <w:t>Worksheets (teacher’s assistant)</w:t>
            </w:r>
          </w:p>
        </w:tc>
        <w:tc>
          <w:tcPr>
            <w:tcW w:w="1513" w:type="dxa"/>
          </w:tcPr>
          <w:p w14:paraId="36866C90" w14:textId="77777777" w:rsidR="0098573C" w:rsidRDefault="0080549C">
            <w:r>
              <w:rPr>
                <w:sz w:val="16"/>
              </w:rPr>
              <w:t>samostatné učenie, tvorivosť, interkultúrna kompetencia, komunikácia, digitálna gramotnosť</w:t>
            </w:r>
          </w:p>
        </w:tc>
      </w:tr>
      <w:tr w:rsidR="0098573C" w14:paraId="7914DEBB" w14:textId="77777777" w:rsidTr="00BF3B29">
        <w:trPr>
          <w:jc w:val="center"/>
        </w:trPr>
        <w:tc>
          <w:tcPr>
            <w:tcW w:w="894" w:type="dxa"/>
          </w:tcPr>
          <w:p w14:paraId="3246C1D4" w14:textId="77777777" w:rsidR="0098573C" w:rsidRDefault="0098573C"/>
        </w:tc>
        <w:tc>
          <w:tcPr>
            <w:tcW w:w="885" w:type="dxa"/>
          </w:tcPr>
          <w:p w14:paraId="5F869F15" w14:textId="77777777" w:rsidR="0098573C" w:rsidRDefault="0080549C">
            <w:r>
              <w:rPr>
                <w:sz w:val="16"/>
              </w:rPr>
              <w:t>95</w:t>
            </w:r>
          </w:p>
        </w:tc>
        <w:tc>
          <w:tcPr>
            <w:tcW w:w="1590" w:type="dxa"/>
          </w:tcPr>
          <w:p w14:paraId="4A91C3E4" w14:textId="77777777" w:rsidR="0098573C" w:rsidRDefault="0080549C">
            <w:r>
              <w:rPr>
                <w:sz w:val="16"/>
              </w:rPr>
              <w:t>Test Module 6</w:t>
            </w:r>
          </w:p>
        </w:tc>
        <w:tc>
          <w:tcPr>
            <w:tcW w:w="2409" w:type="dxa"/>
          </w:tcPr>
          <w:p w14:paraId="5514E4CF" w14:textId="77777777" w:rsidR="0098573C" w:rsidRDefault="0080549C">
            <w:r>
              <w:rPr>
                <w:sz w:val="16"/>
              </w:rPr>
              <w:t>Hodnotenie pokroku žiakov</w:t>
            </w:r>
          </w:p>
        </w:tc>
        <w:tc>
          <w:tcPr>
            <w:tcW w:w="2724" w:type="dxa"/>
          </w:tcPr>
          <w:p w14:paraId="1D9AB105" w14:textId="77777777" w:rsidR="0098573C" w:rsidRDefault="0080549C">
            <w:r>
              <w:rPr>
                <w:sz w:val="16"/>
              </w:rPr>
              <w:t>preukázať osvojenie slovnej zásoby a gramatiky modulu</w:t>
            </w:r>
            <w:r>
              <w:rPr>
                <w:sz w:val="16"/>
              </w:rPr>
              <w:br/>
              <w:t>aplikovať získané vedomosti pri riešení úloh</w:t>
            </w:r>
            <w:r>
              <w:rPr>
                <w:sz w:val="16"/>
              </w:rPr>
              <w:br/>
              <w:t>samostatne riešiť testové zadania</w:t>
            </w:r>
          </w:p>
        </w:tc>
        <w:tc>
          <w:tcPr>
            <w:tcW w:w="1756" w:type="dxa"/>
          </w:tcPr>
          <w:p w14:paraId="5285BBCC" w14:textId="77777777" w:rsidR="0098573C" w:rsidRDefault="0098573C"/>
        </w:tc>
        <w:tc>
          <w:tcPr>
            <w:tcW w:w="1502" w:type="dxa"/>
          </w:tcPr>
          <w:p w14:paraId="6F8256AD" w14:textId="77777777" w:rsidR="0098573C" w:rsidRDefault="0098573C"/>
        </w:tc>
        <w:tc>
          <w:tcPr>
            <w:tcW w:w="1423" w:type="dxa"/>
          </w:tcPr>
          <w:p w14:paraId="76441551" w14:textId="77777777" w:rsidR="0098573C" w:rsidRDefault="0080549C">
            <w:r>
              <w:rPr>
                <w:sz w:val="16"/>
              </w:rPr>
              <w:t>Module tests (teacher’s assistant)</w:t>
            </w:r>
          </w:p>
        </w:tc>
        <w:tc>
          <w:tcPr>
            <w:tcW w:w="1513" w:type="dxa"/>
          </w:tcPr>
          <w:p w14:paraId="2CF2C8FA" w14:textId="77777777" w:rsidR="0098573C" w:rsidRDefault="0098573C"/>
        </w:tc>
      </w:tr>
      <w:tr w:rsidR="0098573C" w14:paraId="2D1E8321" w14:textId="77777777" w:rsidTr="00BF3B29">
        <w:trPr>
          <w:jc w:val="center"/>
        </w:trPr>
        <w:tc>
          <w:tcPr>
            <w:tcW w:w="894" w:type="dxa"/>
          </w:tcPr>
          <w:p w14:paraId="30B1A9D0" w14:textId="77777777" w:rsidR="0098573C" w:rsidRDefault="0098573C"/>
        </w:tc>
        <w:tc>
          <w:tcPr>
            <w:tcW w:w="885" w:type="dxa"/>
          </w:tcPr>
          <w:p w14:paraId="2ACC7066" w14:textId="77777777" w:rsidR="0098573C" w:rsidRDefault="0080549C">
            <w:r>
              <w:rPr>
                <w:sz w:val="16"/>
              </w:rPr>
              <w:t>96</w:t>
            </w:r>
          </w:p>
        </w:tc>
        <w:tc>
          <w:tcPr>
            <w:tcW w:w="1590" w:type="dxa"/>
          </w:tcPr>
          <w:p w14:paraId="0000B8BF" w14:textId="77777777" w:rsidR="0098573C" w:rsidRDefault="0080549C">
            <w:r>
              <w:rPr>
                <w:sz w:val="16"/>
              </w:rPr>
              <w:t>Video Module 6</w:t>
            </w:r>
          </w:p>
        </w:tc>
        <w:tc>
          <w:tcPr>
            <w:tcW w:w="2409" w:type="dxa"/>
          </w:tcPr>
          <w:p w14:paraId="36BC3A00" w14:textId="77777777" w:rsidR="0098573C" w:rsidRDefault="0080549C">
            <w:r>
              <w:rPr>
                <w:sz w:val="16"/>
              </w:rPr>
              <w:t>Videolekcia - Staroveké pamiatky</w:t>
            </w:r>
          </w:p>
        </w:tc>
        <w:tc>
          <w:tcPr>
            <w:tcW w:w="2724" w:type="dxa"/>
          </w:tcPr>
          <w:p w14:paraId="6E09D7D5" w14:textId="77777777" w:rsidR="0098573C" w:rsidRDefault="0080549C">
            <w:r>
              <w:rPr>
                <w:sz w:val="16"/>
              </w:rPr>
              <w:t>zopakovať slovnú zásobu a gramatiku modulu prostredníctvom videa</w:t>
            </w:r>
            <w:r>
              <w:rPr>
                <w:sz w:val="16"/>
              </w:rPr>
              <w:br/>
              <w:t>porozumieť autentickému jazykovému prejavu</w:t>
            </w:r>
            <w:r>
              <w:rPr>
                <w:sz w:val="16"/>
              </w:rPr>
              <w:br/>
              <w:t>rozšíriť poznatky o významných starovekých pamiatkach</w:t>
            </w:r>
          </w:p>
        </w:tc>
        <w:tc>
          <w:tcPr>
            <w:tcW w:w="1756" w:type="dxa"/>
          </w:tcPr>
          <w:p w14:paraId="0AA9F919" w14:textId="77777777" w:rsidR="0098573C" w:rsidRDefault="0098573C"/>
        </w:tc>
        <w:tc>
          <w:tcPr>
            <w:tcW w:w="1502" w:type="dxa"/>
          </w:tcPr>
          <w:p w14:paraId="35C5EB28" w14:textId="77777777" w:rsidR="0098573C" w:rsidRDefault="0098573C"/>
        </w:tc>
        <w:tc>
          <w:tcPr>
            <w:tcW w:w="1423" w:type="dxa"/>
          </w:tcPr>
          <w:p w14:paraId="04DB246B" w14:textId="77777777" w:rsidR="0098573C" w:rsidRDefault="0080549C">
            <w:r>
              <w:rPr>
                <w:sz w:val="16"/>
              </w:rPr>
              <w:t>SB</w:t>
            </w:r>
            <w:r>
              <w:rPr>
                <w:sz w:val="16"/>
              </w:rPr>
              <w:br/>
              <w:t>IWB &amp; IWB material</w:t>
            </w:r>
          </w:p>
        </w:tc>
        <w:tc>
          <w:tcPr>
            <w:tcW w:w="1513" w:type="dxa"/>
          </w:tcPr>
          <w:p w14:paraId="6610C9E7" w14:textId="77777777" w:rsidR="0098573C" w:rsidRDefault="0080549C">
            <w:r>
              <w:rPr>
                <w:sz w:val="16"/>
              </w:rPr>
              <w:t>interkultúrna kompetencia, komunikácia, kritické myslenie</w:t>
            </w:r>
          </w:p>
        </w:tc>
      </w:tr>
      <w:tr w:rsidR="0098573C" w14:paraId="13CD2A02" w14:textId="77777777" w:rsidTr="00BF3B29">
        <w:trPr>
          <w:jc w:val="center"/>
        </w:trPr>
        <w:tc>
          <w:tcPr>
            <w:tcW w:w="894" w:type="dxa"/>
          </w:tcPr>
          <w:p w14:paraId="06994529" w14:textId="77777777" w:rsidR="0098573C" w:rsidRDefault="0098573C"/>
        </w:tc>
        <w:tc>
          <w:tcPr>
            <w:tcW w:w="885" w:type="dxa"/>
          </w:tcPr>
          <w:p w14:paraId="40FEE3E7" w14:textId="77777777" w:rsidR="0098573C" w:rsidRDefault="0080549C">
            <w:r>
              <w:rPr>
                <w:sz w:val="16"/>
              </w:rPr>
              <w:t>97</w:t>
            </w:r>
          </w:p>
        </w:tc>
        <w:tc>
          <w:tcPr>
            <w:tcW w:w="1590" w:type="dxa"/>
          </w:tcPr>
          <w:p w14:paraId="0D79DCA1" w14:textId="77777777" w:rsidR="0098573C" w:rsidRDefault="0080549C">
            <w:r>
              <w:rPr>
                <w:sz w:val="16"/>
              </w:rPr>
              <w:t>Revision modules 4-6</w:t>
            </w:r>
          </w:p>
        </w:tc>
        <w:tc>
          <w:tcPr>
            <w:tcW w:w="2409" w:type="dxa"/>
          </w:tcPr>
          <w:p w14:paraId="1711B973" w14:textId="77777777" w:rsidR="0098573C" w:rsidRDefault="0080549C">
            <w:r>
              <w:rPr>
                <w:sz w:val="16"/>
              </w:rPr>
              <w:t>Zhrnutie učiva</w:t>
            </w:r>
          </w:p>
        </w:tc>
        <w:tc>
          <w:tcPr>
            <w:tcW w:w="2724" w:type="dxa"/>
          </w:tcPr>
          <w:p w14:paraId="1E0423A8" w14:textId="77777777" w:rsidR="0098573C" w:rsidRDefault="0080549C">
            <w:r>
              <w:rPr>
                <w:sz w:val="16"/>
              </w:rPr>
              <w:t>zopakovať učivo druhej polovice kurzu</w:t>
            </w:r>
            <w:r>
              <w:rPr>
                <w:sz w:val="16"/>
              </w:rPr>
              <w:br/>
              <w:t>upevniť slovnú zásobu a gramatické štruktúry</w:t>
            </w:r>
            <w:r>
              <w:rPr>
                <w:sz w:val="16"/>
              </w:rPr>
              <w:br/>
            </w:r>
            <w:r>
              <w:rPr>
                <w:sz w:val="16"/>
              </w:rPr>
              <w:t>precvičiť komunikačné situácie a pripraviť sa na záverečné hodnotenie</w:t>
            </w:r>
          </w:p>
        </w:tc>
        <w:tc>
          <w:tcPr>
            <w:tcW w:w="1756" w:type="dxa"/>
          </w:tcPr>
          <w:p w14:paraId="1FD8A452" w14:textId="77777777" w:rsidR="0098573C" w:rsidRDefault="0098573C"/>
        </w:tc>
        <w:tc>
          <w:tcPr>
            <w:tcW w:w="1502" w:type="dxa"/>
          </w:tcPr>
          <w:p w14:paraId="5524B1C8" w14:textId="77777777" w:rsidR="0098573C" w:rsidRDefault="0098573C"/>
        </w:tc>
        <w:tc>
          <w:tcPr>
            <w:tcW w:w="1423" w:type="dxa"/>
          </w:tcPr>
          <w:p w14:paraId="7BC5373F" w14:textId="77777777" w:rsidR="0098573C" w:rsidRDefault="0080549C">
            <w:r>
              <w:rPr>
                <w:sz w:val="16"/>
              </w:rPr>
              <w:t>SB</w:t>
            </w:r>
            <w:r>
              <w:rPr>
                <w:sz w:val="16"/>
              </w:rPr>
              <w:br/>
              <w:t>IWB &amp; IWB material or audio and audio player</w:t>
            </w:r>
            <w:r>
              <w:rPr>
                <w:sz w:val="16"/>
              </w:rPr>
              <w:br/>
              <w:t>If necessary, WB (extra grammar practice)</w:t>
            </w:r>
          </w:p>
        </w:tc>
        <w:tc>
          <w:tcPr>
            <w:tcW w:w="1513" w:type="dxa"/>
          </w:tcPr>
          <w:p w14:paraId="57E553D0" w14:textId="77777777" w:rsidR="0098573C" w:rsidRDefault="0080549C">
            <w:r>
              <w:rPr>
                <w:sz w:val="16"/>
              </w:rPr>
              <w:t>samostatné učenie</w:t>
            </w:r>
          </w:p>
        </w:tc>
      </w:tr>
      <w:tr w:rsidR="0098573C" w14:paraId="61EED49F" w14:textId="77777777" w:rsidTr="00BF3B29">
        <w:trPr>
          <w:jc w:val="center"/>
        </w:trPr>
        <w:tc>
          <w:tcPr>
            <w:tcW w:w="894" w:type="dxa"/>
          </w:tcPr>
          <w:p w14:paraId="40D1413A" w14:textId="77777777" w:rsidR="0098573C" w:rsidRDefault="0098573C"/>
        </w:tc>
        <w:tc>
          <w:tcPr>
            <w:tcW w:w="885" w:type="dxa"/>
          </w:tcPr>
          <w:p w14:paraId="36C0383F" w14:textId="77777777" w:rsidR="0098573C" w:rsidRDefault="0080549C">
            <w:r>
              <w:rPr>
                <w:sz w:val="16"/>
              </w:rPr>
              <w:t>98</w:t>
            </w:r>
          </w:p>
        </w:tc>
        <w:tc>
          <w:tcPr>
            <w:tcW w:w="1590" w:type="dxa"/>
          </w:tcPr>
          <w:p w14:paraId="073A8B21" w14:textId="77777777" w:rsidR="0098573C" w:rsidRDefault="0080549C">
            <w:r>
              <w:rPr>
                <w:sz w:val="16"/>
              </w:rPr>
              <w:t>Final test</w:t>
            </w:r>
          </w:p>
        </w:tc>
        <w:tc>
          <w:tcPr>
            <w:tcW w:w="2409" w:type="dxa"/>
          </w:tcPr>
          <w:p w14:paraId="6BF813FA" w14:textId="77777777" w:rsidR="0098573C" w:rsidRDefault="0080549C">
            <w:r>
              <w:rPr>
                <w:sz w:val="16"/>
              </w:rPr>
              <w:t>Hodnotenie pokroku žiakov</w:t>
            </w:r>
          </w:p>
        </w:tc>
        <w:tc>
          <w:tcPr>
            <w:tcW w:w="2724" w:type="dxa"/>
          </w:tcPr>
          <w:p w14:paraId="2723575B" w14:textId="77777777" w:rsidR="0098573C" w:rsidRDefault="0080549C">
            <w:r>
              <w:rPr>
                <w:sz w:val="16"/>
              </w:rPr>
              <w:t>preukázať osvojenie učiva celého kurzu</w:t>
            </w:r>
            <w:r>
              <w:rPr>
                <w:sz w:val="16"/>
              </w:rPr>
              <w:br/>
              <w:t>aplikovať získané vedomosti pri riešení testových úloh</w:t>
            </w:r>
            <w:r>
              <w:rPr>
                <w:sz w:val="16"/>
              </w:rPr>
              <w:br/>
              <w:t>zhodnotiť svoj pokrok a dosiahnutú úroveň jazykových zručností</w:t>
            </w:r>
          </w:p>
        </w:tc>
        <w:tc>
          <w:tcPr>
            <w:tcW w:w="1756" w:type="dxa"/>
          </w:tcPr>
          <w:p w14:paraId="11DB0984" w14:textId="77777777" w:rsidR="0098573C" w:rsidRDefault="0098573C"/>
        </w:tc>
        <w:tc>
          <w:tcPr>
            <w:tcW w:w="1502" w:type="dxa"/>
          </w:tcPr>
          <w:p w14:paraId="1B08BD0F" w14:textId="77777777" w:rsidR="0098573C" w:rsidRDefault="0098573C"/>
        </w:tc>
        <w:tc>
          <w:tcPr>
            <w:tcW w:w="1423" w:type="dxa"/>
          </w:tcPr>
          <w:p w14:paraId="3949B374" w14:textId="77777777" w:rsidR="0098573C" w:rsidRDefault="0098573C"/>
        </w:tc>
        <w:tc>
          <w:tcPr>
            <w:tcW w:w="1513" w:type="dxa"/>
          </w:tcPr>
          <w:p w14:paraId="5B763C29" w14:textId="77777777" w:rsidR="0098573C" w:rsidRDefault="0098573C"/>
        </w:tc>
      </w:tr>
      <w:tr w:rsidR="0098573C" w14:paraId="2C1ECAC2" w14:textId="77777777" w:rsidTr="00BF3B29">
        <w:trPr>
          <w:jc w:val="center"/>
        </w:trPr>
        <w:tc>
          <w:tcPr>
            <w:tcW w:w="894" w:type="dxa"/>
          </w:tcPr>
          <w:p w14:paraId="225FCEE6" w14:textId="77777777" w:rsidR="0098573C" w:rsidRDefault="0098573C"/>
        </w:tc>
        <w:tc>
          <w:tcPr>
            <w:tcW w:w="885" w:type="dxa"/>
          </w:tcPr>
          <w:p w14:paraId="5091200D" w14:textId="77777777" w:rsidR="0098573C" w:rsidRDefault="0080549C">
            <w:r>
              <w:rPr>
                <w:sz w:val="16"/>
              </w:rPr>
              <w:t>99</w:t>
            </w:r>
          </w:p>
        </w:tc>
        <w:tc>
          <w:tcPr>
            <w:tcW w:w="1590" w:type="dxa"/>
          </w:tcPr>
          <w:p w14:paraId="6A876C09" w14:textId="77777777" w:rsidR="0098573C" w:rsidRDefault="0080549C">
            <w:r>
              <w:rPr>
                <w:sz w:val="16"/>
              </w:rPr>
              <w:t>End - of course evaluation</w:t>
            </w:r>
          </w:p>
        </w:tc>
        <w:tc>
          <w:tcPr>
            <w:tcW w:w="2409" w:type="dxa"/>
          </w:tcPr>
          <w:p w14:paraId="684882E3" w14:textId="77777777" w:rsidR="0098573C" w:rsidRDefault="0080549C">
            <w:r>
              <w:rPr>
                <w:sz w:val="16"/>
              </w:rPr>
              <w:t xml:space="preserve">Koncoročné hodnotenie </w:t>
            </w:r>
          </w:p>
        </w:tc>
        <w:tc>
          <w:tcPr>
            <w:tcW w:w="2724" w:type="dxa"/>
          </w:tcPr>
          <w:p w14:paraId="40D234B4" w14:textId="77777777" w:rsidR="0098573C" w:rsidRDefault="0080549C">
            <w:r>
              <w:rPr>
                <w:sz w:val="16"/>
              </w:rPr>
              <w:t>zhodnotiť dosiahnutú úroveň jazykových vedomostí a zručností</w:t>
            </w:r>
            <w:r>
              <w:rPr>
                <w:sz w:val="16"/>
              </w:rPr>
              <w:br/>
              <w:t>identifikovať svoje silné stránky a oblasti na ďalšie zlepšovanie</w:t>
            </w:r>
            <w:r>
              <w:rPr>
                <w:sz w:val="16"/>
              </w:rPr>
              <w:br/>
              <w:t>reflektovať vlastný pokrok počas celého kurzu</w:t>
            </w:r>
          </w:p>
        </w:tc>
        <w:tc>
          <w:tcPr>
            <w:tcW w:w="1756" w:type="dxa"/>
          </w:tcPr>
          <w:p w14:paraId="5B3CA8FE" w14:textId="77777777" w:rsidR="0098573C" w:rsidRDefault="0098573C"/>
        </w:tc>
        <w:tc>
          <w:tcPr>
            <w:tcW w:w="1502" w:type="dxa"/>
          </w:tcPr>
          <w:p w14:paraId="412BFCAD" w14:textId="77777777" w:rsidR="0098573C" w:rsidRDefault="0098573C"/>
        </w:tc>
        <w:tc>
          <w:tcPr>
            <w:tcW w:w="1423" w:type="dxa"/>
          </w:tcPr>
          <w:p w14:paraId="4F8961F9" w14:textId="77777777" w:rsidR="0098573C" w:rsidRDefault="0080549C">
            <w:r>
              <w:rPr>
                <w:sz w:val="16"/>
              </w:rPr>
              <w:t>Final tests (teacher’s assistant)</w:t>
            </w:r>
          </w:p>
        </w:tc>
        <w:tc>
          <w:tcPr>
            <w:tcW w:w="1513" w:type="dxa"/>
          </w:tcPr>
          <w:p w14:paraId="6480613A" w14:textId="77777777" w:rsidR="0098573C" w:rsidRDefault="0098573C"/>
        </w:tc>
      </w:tr>
    </w:tbl>
    <w:p w14:paraId="7D3B3E9C" w14:textId="77777777" w:rsidR="0080549C" w:rsidRDefault="0080549C"/>
    <w:sectPr w:rsidR="0080549C" w:rsidSect="00034616">
      <w:pgSz w:w="15840" w:h="12240" w:orient="landscape"/>
      <w:pgMar w:top="1134" w:right="680" w:bottom="144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12452477">
    <w:abstractNumId w:val="8"/>
  </w:num>
  <w:num w:numId="2" w16cid:durableId="1621689003">
    <w:abstractNumId w:val="6"/>
  </w:num>
  <w:num w:numId="3" w16cid:durableId="1793597204">
    <w:abstractNumId w:val="5"/>
  </w:num>
  <w:num w:numId="4" w16cid:durableId="203640555">
    <w:abstractNumId w:val="4"/>
  </w:num>
  <w:num w:numId="5" w16cid:durableId="1988364843">
    <w:abstractNumId w:val="7"/>
  </w:num>
  <w:num w:numId="6" w16cid:durableId="1100953301">
    <w:abstractNumId w:val="3"/>
  </w:num>
  <w:num w:numId="7" w16cid:durableId="959148560">
    <w:abstractNumId w:val="2"/>
  </w:num>
  <w:num w:numId="8" w16cid:durableId="1933078215">
    <w:abstractNumId w:val="1"/>
  </w:num>
  <w:num w:numId="9" w16cid:durableId="147339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01050"/>
    <w:rsid w:val="0080549C"/>
    <w:rsid w:val="0098573C"/>
    <w:rsid w:val="00AA1D8D"/>
    <w:rsid w:val="00B47730"/>
    <w:rsid w:val="00BF3B2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6A6262"/>
  <w14:defaultImageDpi w14:val="300"/>
  <w15:docId w15:val="{63E9D2BE-B611-4C71-97DC-1B5977135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5606</Words>
  <Characters>31959</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Silvia Nágel</cp:lastModifiedBy>
  <cp:revision>2</cp:revision>
  <dcterms:created xsi:type="dcterms:W3CDTF">2026-07-10T10:46:00Z</dcterms:created>
  <dcterms:modified xsi:type="dcterms:W3CDTF">2026-07-10T10:46:00Z</dcterms:modified>
  <cp:category/>
</cp:coreProperties>
</file>