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31F0" w14:textId="7D8C1775" w:rsidR="00666F0A" w:rsidRDefault="00666F0A" w:rsidP="007A2E62">
      <w:pPr>
        <w:pStyle w:val="Heading1"/>
      </w:pPr>
    </w:p>
    <w:p w14:paraId="1ECB9EFA" w14:textId="77777777" w:rsidR="007A2E62" w:rsidRDefault="007A2E62" w:rsidP="007A2E62">
      <w:pPr>
        <w:keepNext/>
        <w:keepLines/>
        <w:spacing w:before="480"/>
        <w:jc w:val="center"/>
        <w:outlineLvl w:val="0"/>
        <w:rPr>
          <w:rFonts w:eastAsiaTheme="majorEastAsia" w:cstheme="minorHAnsi"/>
          <w:b/>
          <w:bCs/>
          <w:color w:val="6373BA"/>
          <w:sz w:val="28"/>
          <w:szCs w:val="28"/>
          <w:lang w:val="sk-SK"/>
        </w:rPr>
      </w:pPr>
    </w:p>
    <w:p w14:paraId="678C889B" w14:textId="1C485AAF" w:rsidR="007A2E62" w:rsidRPr="00CD7D82" w:rsidRDefault="007A2E62" w:rsidP="007A2E62">
      <w:pPr>
        <w:keepNext/>
        <w:keepLines/>
        <w:spacing w:before="480"/>
        <w:jc w:val="center"/>
        <w:outlineLvl w:val="0"/>
        <w:rPr>
          <w:rFonts w:eastAsiaTheme="majorEastAsia" w:cstheme="minorHAnsi"/>
          <w:b/>
          <w:bCs/>
          <w:color w:val="6373BA"/>
          <w:sz w:val="28"/>
          <w:szCs w:val="28"/>
          <w:lang w:val="sk-SK"/>
        </w:rPr>
      </w:pPr>
      <w:r w:rsidRPr="00CD7D82">
        <w:rPr>
          <w:rFonts w:eastAsiaTheme="majorEastAsia" w:cstheme="minorHAnsi"/>
          <w:b/>
          <w:bCs/>
          <w:color w:val="6373BA"/>
          <w:sz w:val="28"/>
          <w:szCs w:val="28"/>
          <w:lang w:val="sk-SK"/>
        </w:rPr>
        <w:t>Odporúčaný tematický výchovno-vzdelávací plán</w:t>
      </w:r>
    </w:p>
    <w:p w14:paraId="6E613CDD" w14:textId="77777777" w:rsidR="007A2E62" w:rsidRPr="007A2E62" w:rsidRDefault="007A2E62" w:rsidP="007A2E62">
      <w:pPr>
        <w:rPr>
          <w:lang w:val="sk-SK"/>
        </w:rPr>
      </w:pPr>
    </w:p>
    <w:p w14:paraId="53D48D94" w14:textId="77777777" w:rsidR="007A2E62" w:rsidRPr="007A2E62" w:rsidRDefault="007A2E62" w:rsidP="007A2E62">
      <w:pPr>
        <w:rPr>
          <w:lang w:val="sk-SK"/>
        </w:rPr>
      </w:pPr>
    </w:p>
    <w:p w14:paraId="7C0A3BA1" w14:textId="77777777" w:rsidR="007A2E62" w:rsidRPr="007A2E62" w:rsidRDefault="007A2E62" w:rsidP="007A2E62">
      <w:pPr>
        <w:rPr>
          <w:rFonts w:cstheme="minorHAnsi"/>
          <w:lang w:val="sk-SK"/>
        </w:rPr>
      </w:pPr>
    </w:p>
    <w:p w14:paraId="2F9E8BCC" w14:textId="77777777" w:rsidR="007A2E62" w:rsidRPr="00CD7D82"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Vzdelávacia oblasť:</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Jazyk a komunikácia</w:t>
      </w:r>
    </w:p>
    <w:p w14:paraId="7065D1C5" w14:textId="77777777" w:rsidR="007A2E62" w:rsidRPr="00CD7D82"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Predmet:</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lang w:val="sk-SK"/>
        </w:rPr>
        <w:t>anglický jazyk</w:t>
      </w:r>
    </w:p>
    <w:p w14:paraId="0D2D6968" w14:textId="77777777" w:rsidR="007A2E62" w:rsidRPr="00CD7D82"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Ročník:</w:t>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r w:rsidRPr="00CD7D82">
        <w:rPr>
          <w:rFonts w:cstheme="minorHAnsi"/>
          <w:b/>
          <w:bCs/>
          <w:color w:val="6373BA"/>
          <w:lang w:val="sk-SK"/>
        </w:rPr>
        <w:tab/>
      </w:r>
    </w:p>
    <w:p w14:paraId="2231718E" w14:textId="77777777" w:rsidR="007A2E62" w:rsidRPr="00CD7D82"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Trieda:</w:t>
      </w:r>
    </w:p>
    <w:p w14:paraId="5DDE25F5" w14:textId="77777777" w:rsidR="007A2E62" w:rsidRPr="00CD7D82" w:rsidRDefault="007A2E62" w:rsidP="007A2E62">
      <w:pPr>
        <w:spacing w:line="360" w:lineRule="auto"/>
        <w:ind w:left="720" w:firstLine="720"/>
        <w:rPr>
          <w:rFonts w:cstheme="minorHAnsi"/>
          <w:color w:val="6373BA"/>
          <w:lang w:val="sk-SK"/>
        </w:rPr>
      </w:pPr>
      <w:r w:rsidRPr="00CD7D82">
        <w:rPr>
          <w:rFonts w:cstheme="minorHAnsi"/>
          <w:b/>
          <w:bCs/>
          <w:color w:val="6373BA"/>
          <w:lang w:val="sk-SK"/>
        </w:rPr>
        <w:t>Ročná/týždenná hodinová dotácia:</w:t>
      </w:r>
      <w:r w:rsidRPr="00CD7D82">
        <w:rPr>
          <w:rFonts w:cstheme="minorHAnsi"/>
          <w:b/>
          <w:bCs/>
          <w:color w:val="6373BA"/>
          <w:lang w:val="sk-SK"/>
        </w:rPr>
        <w:tab/>
      </w:r>
      <w:r w:rsidRPr="00CD7D82">
        <w:rPr>
          <w:rFonts w:cstheme="minorHAnsi"/>
          <w:b/>
          <w:bCs/>
          <w:lang w:val="sk-SK"/>
        </w:rPr>
        <w:t>99/3</w:t>
      </w:r>
    </w:p>
    <w:p w14:paraId="2E630BE2" w14:textId="77777777" w:rsidR="007A2E62" w:rsidRPr="00CD7D82"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Školský rok:</w:t>
      </w:r>
    </w:p>
    <w:p w14:paraId="28CBBBD0" w14:textId="558D9D30" w:rsidR="007A2E62" w:rsidRPr="00BD023E" w:rsidRDefault="007A2E62" w:rsidP="007A2E62">
      <w:pPr>
        <w:spacing w:line="360" w:lineRule="auto"/>
        <w:ind w:left="720" w:firstLine="720"/>
        <w:rPr>
          <w:rFonts w:cstheme="minorHAnsi"/>
          <w:b/>
          <w:bCs/>
          <w:color w:val="6373BA"/>
          <w:lang w:val="sk-SK"/>
        </w:rPr>
      </w:pPr>
      <w:r w:rsidRPr="00CD7D82">
        <w:rPr>
          <w:rFonts w:cstheme="minorHAnsi"/>
          <w:b/>
          <w:bCs/>
          <w:color w:val="6373BA"/>
          <w:lang w:val="sk-SK"/>
        </w:rPr>
        <w:t xml:space="preserve">K vypracovaniu bolo použité: </w:t>
      </w:r>
      <w:r w:rsidRPr="00CD7D82">
        <w:rPr>
          <w:rFonts w:cstheme="minorHAnsi"/>
          <w:b/>
          <w:bCs/>
          <w:color w:val="6373BA"/>
          <w:lang w:val="sk-SK"/>
        </w:rPr>
        <w:tab/>
      </w:r>
      <w:r w:rsidRPr="00CD7D82">
        <w:rPr>
          <w:rFonts w:cstheme="minorHAnsi"/>
          <w:b/>
          <w:bCs/>
          <w:color w:val="EE0000"/>
          <w:lang w:val="sk-SK"/>
        </w:rPr>
        <w:t xml:space="preserve">Get to </w:t>
      </w:r>
      <w:proofErr w:type="spellStart"/>
      <w:r w:rsidRPr="00CD7D82">
        <w:rPr>
          <w:rFonts w:cstheme="minorHAnsi"/>
          <w:b/>
          <w:bCs/>
          <w:color w:val="EE0000"/>
          <w:lang w:val="sk-SK"/>
        </w:rPr>
        <w:t>the</w:t>
      </w:r>
      <w:proofErr w:type="spellEnd"/>
      <w:r w:rsidRPr="00CD7D82">
        <w:rPr>
          <w:rFonts w:cstheme="minorHAnsi"/>
          <w:b/>
          <w:bCs/>
          <w:color w:val="EE0000"/>
          <w:lang w:val="sk-SK"/>
        </w:rPr>
        <w:t xml:space="preserve"> Top Plus </w:t>
      </w:r>
      <w:r>
        <w:rPr>
          <w:rFonts w:cstheme="minorHAnsi"/>
          <w:b/>
          <w:bCs/>
          <w:color w:val="EE0000"/>
          <w:lang w:val="sk-SK"/>
        </w:rPr>
        <w:t>4</w:t>
      </w:r>
      <w:r w:rsidRPr="00CD7D82">
        <w:rPr>
          <w:rFonts w:cstheme="minorHAnsi"/>
          <w:b/>
          <w:bCs/>
          <w:color w:val="EE0000"/>
          <w:lang w:val="sk-SK"/>
        </w:rPr>
        <w:t>, MM Publications</w:t>
      </w:r>
    </w:p>
    <w:p w14:paraId="0801B14D" w14:textId="77777777" w:rsidR="007A2E62" w:rsidRPr="007A2E62" w:rsidRDefault="007A2E62" w:rsidP="007A2E62">
      <w:pPr>
        <w:rPr>
          <w:lang w:val="sk-SK"/>
        </w:rPr>
      </w:pPr>
    </w:p>
    <w:p w14:paraId="27062C67" w14:textId="77777777" w:rsidR="007A2E62" w:rsidRDefault="007A2E62" w:rsidP="007A2E62"/>
    <w:p w14:paraId="2CD2AECC" w14:textId="77777777" w:rsidR="007A2E62" w:rsidRDefault="007A2E62" w:rsidP="007A2E62"/>
    <w:p w14:paraId="29F803F4" w14:textId="77777777" w:rsidR="007A2E62" w:rsidRDefault="007A2E62" w:rsidP="007A2E62"/>
    <w:p w14:paraId="1A5EB8C6" w14:textId="77777777" w:rsidR="007A2E62" w:rsidRDefault="007A2E62" w:rsidP="007A2E62"/>
    <w:p w14:paraId="32327004" w14:textId="77777777" w:rsidR="007A2E62" w:rsidRPr="007A2E62" w:rsidRDefault="007A2E62" w:rsidP="007A2E62"/>
    <w:tbl>
      <w:tblPr>
        <w:tblStyle w:val="TableGrid"/>
        <w:tblW w:w="0" w:type="auto"/>
        <w:jc w:val="center"/>
        <w:tblLook w:val="04A0" w:firstRow="1" w:lastRow="0" w:firstColumn="1" w:lastColumn="0" w:noHBand="0" w:noVBand="1"/>
      </w:tblPr>
      <w:tblGrid>
        <w:gridCol w:w="960"/>
        <w:gridCol w:w="952"/>
        <w:gridCol w:w="1540"/>
        <w:gridCol w:w="2801"/>
        <w:gridCol w:w="2977"/>
        <w:gridCol w:w="1837"/>
        <w:gridCol w:w="1824"/>
        <w:gridCol w:w="1819"/>
      </w:tblGrid>
      <w:tr w:rsidR="00666F0A" w14:paraId="287D2805" w14:textId="77777777" w:rsidTr="007A2E62">
        <w:trPr>
          <w:jc w:val="center"/>
        </w:trPr>
        <w:tc>
          <w:tcPr>
            <w:tcW w:w="960" w:type="dxa"/>
            <w:shd w:val="clear" w:color="auto" w:fill="00B050"/>
          </w:tcPr>
          <w:p w14:paraId="644F70DC" w14:textId="77777777" w:rsidR="00666F0A" w:rsidRPr="007A2E62" w:rsidRDefault="00D9002E">
            <w:pPr>
              <w:rPr>
                <w:b/>
                <w:bCs/>
                <w:color w:val="FFFFFF"/>
              </w:rPr>
            </w:pPr>
            <w:proofErr w:type="spellStart"/>
            <w:r w:rsidRPr="007A2E62">
              <w:rPr>
                <w:b/>
                <w:bCs/>
                <w:color w:val="FFFFFF"/>
              </w:rPr>
              <w:t>Týždeň</w:t>
            </w:r>
            <w:proofErr w:type="spellEnd"/>
          </w:p>
        </w:tc>
        <w:tc>
          <w:tcPr>
            <w:tcW w:w="952" w:type="dxa"/>
            <w:shd w:val="clear" w:color="auto" w:fill="00B050"/>
          </w:tcPr>
          <w:p w14:paraId="56A9831C" w14:textId="77777777" w:rsidR="00666F0A" w:rsidRPr="007A2E62" w:rsidRDefault="00D9002E" w:rsidP="007A2E62">
            <w:pPr>
              <w:jc w:val="center"/>
              <w:rPr>
                <w:b/>
                <w:bCs/>
                <w:color w:val="FFFFFF"/>
              </w:rPr>
            </w:pPr>
            <w:r w:rsidRPr="007A2E62">
              <w:rPr>
                <w:b/>
                <w:bCs/>
                <w:color w:val="FFFFFF"/>
              </w:rPr>
              <w:t>Hodina</w:t>
            </w:r>
          </w:p>
        </w:tc>
        <w:tc>
          <w:tcPr>
            <w:tcW w:w="1552" w:type="dxa"/>
            <w:shd w:val="clear" w:color="auto" w:fill="00B050"/>
          </w:tcPr>
          <w:p w14:paraId="4017A52F" w14:textId="77777777" w:rsidR="00666F0A" w:rsidRPr="007A2E62" w:rsidRDefault="00D9002E" w:rsidP="007A2E62">
            <w:pPr>
              <w:jc w:val="center"/>
              <w:rPr>
                <w:b/>
                <w:bCs/>
                <w:color w:val="FFFFFF"/>
              </w:rPr>
            </w:pPr>
            <w:r w:rsidRPr="007A2E62">
              <w:rPr>
                <w:b/>
                <w:bCs/>
                <w:color w:val="FFFFFF"/>
              </w:rPr>
              <w:t>Lekcia</w:t>
            </w:r>
          </w:p>
        </w:tc>
        <w:tc>
          <w:tcPr>
            <w:tcW w:w="2835" w:type="dxa"/>
            <w:shd w:val="clear" w:color="auto" w:fill="00B050"/>
          </w:tcPr>
          <w:p w14:paraId="6628D802" w14:textId="77777777" w:rsidR="00666F0A" w:rsidRPr="007A2E62" w:rsidRDefault="00D9002E" w:rsidP="007A2E62">
            <w:pPr>
              <w:jc w:val="center"/>
              <w:rPr>
                <w:b/>
                <w:bCs/>
                <w:color w:val="FFFFFF"/>
              </w:rPr>
            </w:pPr>
            <w:r w:rsidRPr="007A2E62">
              <w:rPr>
                <w:b/>
                <w:bCs/>
                <w:color w:val="FFFFFF"/>
              </w:rPr>
              <w:t>Téma hodiny – učivo</w:t>
            </w:r>
          </w:p>
        </w:tc>
        <w:tc>
          <w:tcPr>
            <w:tcW w:w="3024" w:type="dxa"/>
            <w:shd w:val="clear" w:color="auto" w:fill="00B050"/>
          </w:tcPr>
          <w:p w14:paraId="47F3C00F" w14:textId="77777777" w:rsidR="00666F0A" w:rsidRPr="007A2E62" w:rsidRDefault="00D9002E" w:rsidP="007A2E62">
            <w:pPr>
              <w:jc w:val="center"/>
              <w:rPr>
                <w:b/>
                <w:bCs/>
                <w:color w:val="FFFFFF"/>
              </w:rPr>
            </w:pPr>
            <w:r w:rsidRPr="007A2E62">
              <w:rPr>
                <w:b/>
                <w:bCs/>
                <w:color w:val="FFFFFF"/>
              </w:rPr>
              <w:t>Funkcie a ciele hodiny (Žiak vie/dokáže)</w:t>
            </w:r>
          </w:p>
        </w:tc>
        <w:tc>
          <w:tcPr>
            <w:tcW w:w="1840" w:type="dxa"/>
            <w:shd w:val="clear" w:color="auto" w:fill="00B050"/>
          </w:tcPr>
          <w:p w14:paraId="6D1BD889" w14:textId="77777777" w:rsidR="00666F0A" w:rsidRPr="007A2E62" w:rsidRDefault="00D9002E" w:rsidP="007A2E62">
            <w:pPr>
              <w:jc w:val="center"/>
              <w:rPr>
                <w:b/>
                <w:bCs/>
                <w:color w:val="FFFFFF"/>
              </w:rPr>
            </w:pPr>
            <w:r w:rsidRPr="007A2E62">
              <w:rPr>
                <w:b/>
                <w:bCs/>
                <w:color w:val="FFFFFF"/>
              </w:rPr>
              <w:t>Gramatické štruktúry</w:t>
            </w:r>
          </w:p>
        </w:tc>
        <w:tc>
          <w:tcPr>
            <w:tcW w:w="1840" w:type="dxa"/>
            <w:shd w:val="clear" w:color="auto" w:fill="00B050"/>
          </w:tcPr>
          <w:p w14:paraId="604EFED9" w14:textId="77777777" w:rsidR="00666F0A" w:rsidRPr="007A2E62" w:rsidRDefault="00D9002E" w:rsidP="007A2E62">
            <w:pPr>
              <w:jc w:val="center"/>
              <w:rPr>
                <w:b/>
                <w:bCs/>
                <w:color w:val="FFFFFF"/>
              </w:rPr>
            </w:pPr>
            <w:r w:rsidRPr="007A2E62">
              <w:rPr>
                <w:b/>
                <w:bCs/>
                <w:color w:val="FFFFFF"/>
              </w:rPr>
              <w:t>Slovná zásoba</w:t>
            </w:r>
          </w:p>
        </w:tc>
        <w:tc>
          <w:tcPr>
            <w:tcW w:w="1840" w:type="dxa"/>
            <w:shd w:val="clear" w:color="auto" w:fill="00B050"/>
          </w:tcPr>
          <w:p w14:paraId="5193A711" w14:textId="77777777" w:rsidR="00666F0A" w:rsidRPr="007A2E62" w:rsidRDefault="00D9002E" w:rsidP="007A2E62">
            <w:pPr>
              <w:jc w:val="center"/>
              <w:rPr>
                <w:b/>
                <w:bCs/>
                <w:color w:val="FFFFFF"/>
              </w:rPr>
            </w:pPr>
            <w:r w:rsidRPr="007A2E62">
              <w:rPr>
                <w:b/>
                <w:bCs/>
                <w:color w:val="FFFFFF"/>
              </w:rPr>
              <w:t>Pomôcky a materiály</w:t>
            </w:r>
          </w:p>
        </w:tc>
      </w:tr>
      <w:tr w:rsidR="00666F0A" w14:paraId="5C5ABBC9" w14:textId="77777777" w:rsidTr="007A2E62">
        <w:trPr>
          <w:jc w:val="center"/>
        </w:trPr>
        <w:tc>
          <w:tcPr>
            <w:tcW w:w="960" w:type="dxa"/>
          </w:tcPr>
          <w:p w14:paraId="6475106C" w14:textId="77777777" w:rsidR="00666F0A" w:rsidRDefault="00666F0A"/>
        </w:tc>
        <w:tc>
          <w:tcPr>
            <w:tcW w:w="952" w:type="dxa"/>
          </w:tcPr>
          <w:p w14:paraId="7A03D972" w14:textId="77777777" w:rsidR="00666F0A" w:rsidRDefault="00D9002E">
            <w:r>
              <w:rPr>
                <w:sz w:val="16"/>
              </w:rPr>
              <w:t>1</w:t>
            </w:r>
          </w:p>
        </w:tc>
        <w:tc>
          <w:tcPr>
            <w:tcW w:w="1552" w:type="dxa"/>
          </w:tcPr>
          <w:p w14:paraId="00B9DEEF" w14:textId="77777777" w:rsidR="00666F0A" w:rsidRDefault="00D9002E">
            <w:r>
              <w:rPr>
                <w:sz w:val="16"/>
              </w:rPr>
              <w:t>Introduction</w:t>
            </w:r>
          </w:p>
        </w:tc>
        <w:tc>
          <w:tcPr>
            <w:tcW w:w="2835" w:type="dxa"/>
          </w:tcPr>
          <w:p w14:paraId="75AA1551" w14:textId="77777777" w:rsidR="00666F0A" w:rsidRDefault="00D9002E">
            <w:r>
              <w:rPr>
                <w:sz w:val="16"/>
              </w:rPr>
              <w:t>Úvodná hodina</w:t>
            </w:r>
          </w:p>
        </w:tc>
        <w:tc>
          <w:tcPr>
            <w:tcW w:w="3024" w:type="dxa"/>
          </w:tcPr>
          <w:p w14:paraId="1900C1DC" w14:textId="77777777" w:rsidR="00666F0A" w:rsidRDefault="00D9002E">
            <w:r>
              <w:rPr>
                <w:sz w:val="16"/>
              </w:rPr>
              <w:t>orientovať sa v učebnici a jej komponentoch</w:t>
            </w:r>
            <w:r>
              <w:rPr>
                <w:sz w:val="16"/>
              </w:rPr>
              <w:br/>
              <w:t>používať učebné materiály a multimediálne zdroje</w:t>
            </w:r>
            <w:r>
              <w:rPr>
                <w:sz w:val="16"/>
              </w:rPr>
              <w:br/>
              <w:t>rozumieť základným pokynom pri práci na hodine</w:t>
            </w:r>
          </w:p>
        </w:tc>
        <w:tc>
          <w:tcPr>
            <w:tcW w:w="1840" w:type="dxa"/>
          </w:tcPr>
          <w:p w14:paraId="4D19D67C" w14:textId="77777777" w:rsidR="00666F0A" w:rsidRDefault="00666F0A"/>
        </w:tc>
        <w:tc>
          <w:tcPr>
            <w:tcW w:w="1840" w:type="dxa"/>
          </w:tcPr>
          <w:p w14:paraId="73462A69" w14:textId="77777777" w:rsidR="00666F0A" w:rsidRDefault="00666F0A"/>
        </w:tc>
        <w:tc>
          <w:tcPr>
            <w:tcW w:w="1840" w:type="dxa"/>
          </w:tcPr>
          <w:p w14:paraId="65D5F667" w14:textId="77777777" w:rsidR="00666F0A" w:rsidRDefault="00D9002E">
            <w:r>
              <w:rPr>
                <w:sz w:val="16"/>
              </w:rPr>
              <w:t>SB, WB</w:t>
            </w:r>
          </w:p>
        </w:tc>
      </w:tr>
      <w:tr w:rsidR="00666F0A" w14:paraId="54E8E188" w14:textId="77777777" w:rsidTr="007A2E62">
        <w:trPr>
          <w:jc w:val="center"/>
        </w:trPr>
        <w:tc>
          <w:tcPr>
            <w:tcW w:w="960" w:type="dxa"/>
          </w:tcPr>
          <w:p w14:paraId="1FE2FD37" w14:textId="77777777" w:rsidR="00666F0A" w:rsidRDefault="00666F0A"/>
        </w:tc>
        <w:tc>
          <w:tcPr>
            <w:tcW w:w="952" w:type="dxa"/>
          </w:tcPr>
          <w:p w14:paraId="6218EFBC" w14:textId="77777777" w:rsidR="00666F0A" w:rsidRDefault="00D9002E">
            <w:r>
              <w:rPr>
                <w:sz w:val="16"/>
              </w:rPr>
              <w:t>2</w:t>
            </w:r>
          </w:p>
        </w:tc>
        <w:tc>
          <w:tcPr>
            <w:tcW w:w="1552" w:type="dxa"/>
          </w:tcPr>
          <w:p w14:paraId="71B1E772" w14:textId="77777777" w:rsidR="00666F0A" w:rsidRDefault="00D9002E">
            <w:r>
              <w:rPr>
                <w:sz w:val="16"/>
              </w:rPr>
              <w:t>Hello &amp; Cover page Module 1</w:t>
            </w:r>
          </w:p>
        </w:tc>
        <w:tc>
          <w:tcPr>
            <w:tcW w:w="2835" w:type="dxa"/>
          </w:tcPr>
          <w:p w14:paraId="5108ECAF" w14:textId="77777777" w:rsidR="00666F0A" w:rsidRDefault="00D9002E">
            <w:r>
              <w:rPr>
                <w:sz w:val="16"/>
              </w:rPr>
              <w:t>Predstavenie sa, voľný čas, stupňovanie prídavných mien, pokyny a komunikácia v triede</w:t>
            </w:r>
          </w:p>
        </w:tc>
        <w:tc>
          <w:tcPr>
            <w:tcW w:w="3024" w:type="dxa"/>
          </w:tcPr>
          <w:p w14:paraId="5E6CE18B" w14:textId="77777777" w:rsidR="00666F0A" w:rsidRDefault="00D9002E">
            <w:r>
              <w:rPr>
                <w:sz w:val="16"/>
              </w:rPr>
              <w:t>predstaviť seba a poskytnúť základné osobné informácie</w:t>
            </w:r>
            <w:r>
              <w:rPr>
                <w:sz w:val="16"/>
              </w:rPr>
              <w:br/>
            </w:r>
            <w:r>
              <w:rPr>
                <w:sz w:val="16"/>
              </w:rPr>
              <w:t>hovoriť o voľnočasových aktivitách a porovnať osoby alebo veci pomocou stupňovania prídavných mien</w:t>
            </w:r>
            <w:r>
              <w:rPr>
                <w:sz w:val="16"/>
              </w:rPr>
              <w:br/>
              <w:t>používať základné pokyny a výrazy na komunikáciu v triede</w:t>
            </w:r>
          </w:p>
        </w:tc>
        <w:tc>
          <w:tcPr>
            <w:tcW w:w="1840" w:type="dxa"/>
          </w:tcPr>
          <w:p w14:paraId="121587E3" w14:textId="77777777" w:rsidR="00666F0A" w:rsidRDefault="00D9002E">
            <w:r>
              <w:rPr>
                <w:sz w:val="16"/>
              </w:rPr>
              <w:t>Present Simple vs Present Progressive Comparative form Superlative form</w:t>
            </w:r>
          </w:p>
        </w:tc>
        <w:tc>
          <w:tcPr>
            <w:tcW w:w="1840" w:type="dxa"/>
          </w:tcPr>
          <w:p w14:paraId="5F0AC2A4" w14:textId="77777777" w:rsidR="00666F0A" w:rsidRDefault="00666F0A"/>
        </w:tc>
        <w:tc>
          <w:tcPr>
            <w:tcW w:w="1840" w:type="dxa"/>
          </w:tcPr>
          <w:p w14:paraId="3AD9E9BE" w14:textId="77777777" w:rsidR="00666F0A" w:rsidRDefault="00D9002E">
            <w:r>
              <w:rPr>
                <w:sz w:val="16"/>
              </w:rPr>
              <w:t>SB IWB &amp; IWB material or audio and audio player</w:t>
            </w:r>
          </w:p>
        </w:tc>
      </w:tr>
      <w:tr w:rsidR="00666F0A" w14:paraId="7A6D8DE9" w14:textId="77777777" w:rsidTr="007A2E62">
        <w:trPr>
          <w:jc w:val="center"/>
        </w:trPr>
        <w:tc>
          <w:tcPr>
            <w:tcW w:w="960" w:type="dxa"/>
          </w:tcPr>
          <w:p w14:paraId="05211180" w14:textId="77777777" w:rsidR="00666F0A" w:rsidRDefault="00666F0A"/>
        </w:tc>
        <w:tc>
          <w:tcPr>
            <w:tcW w:w="952" w:type="dxa"/>
          </w:tcPr>
          <w:p w14:paraId="60A90EF9" w14:textId="77777777" w:rsidR="00666F0A" w:rsidRDefault="00666F0A"/>
        </w:tc>
        <w:tc>
          <w:tcPr>
            <w:tcW w:w="1552" w:type="dxa"/>
          </w:tcPr>
          <w:p w14:paraId="50B05E7E" w14:textId="77777777" w:rsidR="00666F0A" w:rsidRDefault="00666F0A"/>
        </w:tc>
        <w:tc>
          <w:tcPr>
            <w:tcW w:w="2835" w:type="dxa"/>
            <w:shd w:val="clear" w:color="auto" w:fill="FFFF00"/>
          </w:tcPr>
          <w:p w14:paraId="1925E12A" w14:textId="77777777" w:rsidR="00666F0A" w:rsidRPr="007A2E62" w:rsidRDefault="00D9002E">
            <w:pPr>
              <w:rPr>
                <w:b/>
                <w:bCs/>
              </w:rPr>
            </w:pPr>
            <w:r w:rsidRPr="007A2E62">
              <w:rPr>
                <w:b/>
                <w:bCs/>
                <w:sz w:val="16"/>
              </w:rPr>
              <w:t>Module 1: Get active</w:t>
            </w:r>
          </w:p>
        </w:tc>
        <w:tc>
          <w:tcPr>
            <w:tcW w:w="3024" w:type="dxa"/>
            <w:shd w:val="clear" w:color="auto" w:fill="FFFF00"/>
          </w:tcPr>
          <w:p w14:paraId="5D3BD67B" w14:textId="77777777" w:rsidR="00666F0A" w:rsidRPr="007A2E62" w:rsidRDefault="00666F0A">
            <w:pPr>
              <w:rPr>
                <w:b/>
                <w:bCs/>
              </w:rPr>
            </w:pPr>
          </w:p>
        </w:tc>
        <w:tc>
          <w:tcPr>
            <w:tcW w:w="1840" w:type="dxa"/>
            <w:shd w:val="clear" w:color="auto" w:fill="FFFF00"/>
          </w:tcPr>
          <w:p w14:paraId="5BA01ECC" w14:textId="77777777" w:rsidR="00666F0A" w:rsidRPr="007A2E62" w:rsidRDefault="00666F0A">
            <w:pPr>
              <w:rPr>
                <w:b/>
                <w:bCs/>
              </w:rPr>
            </w:pPr>
          </w:p>
        </w:tc>
        <w:tc>
          <w:tcPr>
            <w:tcW w:w="1840" w:type="dxa"/>
            <w:shd w:val="clear" w:color="auto" w:fill="FFFF00"/>
          </w:tcPr>
          <w:p w14:paraId="28CA6A74" w14:textId="77777777" w:rsidR="00666F0A" w:rsidRPr="007A2E62" w:rsidRDefault="00666F0A">
            <w:pPr>
              <w:rPr>
                <w:b/>
                <w:bCs/>
              </w:rPr>
            </w:pPr>
          </w:p>
        </w:tc>
        <w:tc>
          <w:tcPr>
            <w:tcW w:w="1840" w:type="dxa"/>
            <w:shd w:val="clear" w:color="auto" w:fill="FFFF00"/>
          </w:tcPr>
          <w:p w14:paraId="78629EA8" w14:textId="77777777" w:rsidR="00666F0A" w:rsidRPr="007A2E62" w:rsidRDefault="00666F0A">
            <w:pPr>
              <w:rPr>
                <w:b/>
                <w:bCs/>
              </w:rPr>
            </w:pPr>
          </w:p>
        </w:tc>
      </w:tr>
      <w:tr w:rsidR="00666F0A" w14:paraId="7AB8D023" w14:textId="77777777" w:rsidTr="007A2E62">
        <w:trPr>
          <w:jc w:val="center"/>
        </w:trPr>
        <w:tc>
          <w:tcPr>
            <w:tcW w:w="960" w:type="dxa"/>
          </w:tcPr>
          <w:p w14:paraId="57EA1FA6" w14:textId="77777777" w:rsidR="00666F0A" w:rsidRDefault="00666F0A"/>
        </w:tc>
        <w:tc>
          <w:tcPr>
            <w:tcW w:w="952" w:type="dxa"/>
          </w:tcPr>
          <w:p w14:paraId="4BCD14D2" w14:textId="77777777" w:rsidR="00666F0A" w:rsidRDefault="00D9002E">
            <w:r>
              <w:rPr>
                <w:sz w:val="16"/>
              </w:rPr>
              <w:t>3</w:t>
            </w:r>
          </w:p>
        </w:tc>
        <w:tc>
          <w:tcPr>
            <w:tcW w:w="1552" w:type="dxa"/>
          </w:tcPr>
          <w:p w14:paraId="15A49D40" w14:textId="77777777" w:rsidR="00666F0A" w:rsidRDefault="00D9002E">
            <w:r>
              <w:rPr>
                <w:sz w:val="16"/>
              </w:rPr>
              <w:t>1A: Work or play?</w:t>
            </w:r>
          </w:p>
        </w:tc>
        <w:tc>
          <w:tcPr>
            <w:tcW w:w="2835" w:type="dxa"/>
          </w:tcPr>
          <w:p w14:paraId="6731555F" w14:textId="77777777" w:rsidR="00666F0A" w:rsidRDefault="00D9002E">
            <w:r>
              <w:rPr>
                <w:sz w:val="16"/>
              </w:rPr>
              <w:t>Čítanie s porozumením / pracovné prázdniny, slovná zásoba</w:t>
            </w:r>
          </w:p>
        </w:tc>
        <w:tc>
          <w:tcPr>
            <w:tcW w:w="3024" w:type="dxa"/>
          </w:tcPr>
          <w:p w14:paraId="6AA51565" w14:textId="77777777" w:rsidR="00666F0A" w:rsidRDefault="00D9002E">
            <w:r>
              <w:rPr>
                <w:sz w:val="16"/>
              </w:rPr>
              <w:t>porozumieť textu o pracovných prázdninách</w:t>
            </w:r>
            <w:r>
              <w:rPr>
                <w:sz w:val="16"/>
              </w:rPr>
              <w:br/>
              <w:t>hovoriť o pracovných skúsenostiach a zážitkoch</w:t>
            </w:r>
            <w:r>
              <w:rPr>
                <w:sz w:val="16"/>
              </w:rPr>
              <w:br/>
            </w:r>
            <w:r>
              <w:rPr>
                <w:sz w:val="16"/>
              </w:rPr>
              <w:t>používať slovnú zásobu súvisiacu s pracovnými prázdninami</w:t>
            </w:r>
          </w:p>
        </w:tc>
        <w:tc>
          <w:tcPr>
            <w:tcW w:w="1840" w:type="dxa"/>
          </w:tcPr>
          <w:p w14:paraId="5A32B582" w14:textId="77777777" w:rsidR="00666F0A" w:rsidRDefault="00666F0A"/>
        </w:tc>
        <w:tc>
          <w:tcPr>
            <w:tcW w:w="1840" w:type="dxa"/>
          </w:tcPr>
          <w:p w14:paraId="666A12B1" w14:textId="77777777" w:rsidR="00666F0A" w:rsidRDefault="00D9002E">
            <w:r>
              <w:rPr>
                <w:sz w:val="16"/>
              </w:rPr>
              <w:t>accommodation, activity, as well as, build , chance, coast, collect, countryside, equipment, extra , fence, fill, fix, full training, gate, include, necessary, once in a lifetime, over , per (week), plant , pond, rubbish, run, tool, wet, wooden</w:t>
            </w:r>
          </w:p>
        </w:tc>
        <w:tc>
          <w:tcPr>
            <w:tcW w:w="1840" w:type="dxa"/>
          </w:tcPr>
          <w:p w14:paraId="0E5C01AC" w14:textId="77777777" w:rsidR="00666F0A" w:rsidRDefault="00D9002E">
            <w:r>
              <w:rPr>
                <w:sz w:val="16"/>
              </w:rPr>
              <w:t>SB IWB &amp; IWB material or audio and audio player</w:t>
            </w:r>
          </w:p>
        </w:tc>
      </w:tr>
      <w:tr w:rsidR="00666F0A" w14:paraId="21015888" w14:textId="77777777" w:rsidTr="007A2E62">
        <w:trPr>
          <w:jc w:val="center"/>
        </w:trPr>
        <w:tc>
          <w:tcPr>
            <w:tcW w:w="960" w:type="dxa"/>
          </w:tcPr>
          <w:p w14:paraId="1F15D8CF" w14:textId="77777777" w:rsidR="00666F0A" w:rsidRDefault="00666F0A"/>
        </w:tc>
        <w:tc>
          <w:tcPr>
            <w:tcW w:w="952" w:type="dxa"/>
          </w:tcPr>
          <w:p w14:paraId="242B4E0D" w14:textId="77777777" w:rsidR="00666F0A" w:rsidRDefault="00D9002E">
            <w:r>
              <w:rPr>
                <w:sz w:val="16"/>
              </w:rPr>
              <w:t>4</w:t>
            </w:r>
          </w:p>
        </w:tc>
        <w:tc>
          <w:tcPr>
            <w:tcW w:w="1552" w:type="dxa"/>
          </w:tcPr>
          <w:p w14:paraId="2C5DFBD3" w14:textId="77777777" w:rsidR="00666F0A" w:rsidRDefault="00D9002E">
            <w:r>
              <w:rPr>
                <w:sz w:val="16"/>
              </w:rPr>
              <w:t>1A: Work or play?</w:t>
            </w:r>
          </w:p>
        </w:tc>
        <w:tc>
          <w:tcPr>
            <w:tcW w:w="2835" w:type="dxa"/>
          </w:tcPr>
          <w:p w14:paraId="2C92A2D9" w14:textId="77777777" w:rsidR="00666F0A" w:rsidRDefault="00D9002E">
            <w:r>
              <w:rPr>
                <w:sz w:val="16"/>
              </w:rPr>
              <w:t>Gramatika - predprítomný čas jednoduchý, počúvanie, rozprávanie, práca s informáciami, písanie a prezentácia</w:t>
            </w:r>
          </w:p>
        </w:tc>
        <w:tc>
          <w:tcPr>
            <w:tcW w:w="3024" w:type="dxa"/>
          </w:tcPr>
          <w:p w14:paraId="107E2677" w14:textId="77777777" w:rsidR="00666F0A" w:rsidRDefault="00D9002E">
            <w:r>
              <w:rPr>
                <w:sz w:val="16"/>
              </w:rPr>
              <w:t>používať predprítomný čas jednoduchý v kladných a záporných vetách</w:t>
            </w:r>
            <w:r>
              <w:rPr>
                <w:sz w:val="16"/>
              </w:rPr>
              <w:br/>
              <w:t>správne používať časové výrazy ever, never, already, yet, just a before</w:t>
            </w:r>
            <w:r>
              <w:rPr>
                <w:sz w:val="16"/>
              </w:rPr>
              <w:br/>
              <w:t>prezentovať vlastné skúsenosti v ústnom a písomnom prejave</w:t>
            </w:r>
          </w:p>
        </w:tc>
        <w:tc>
          <w:tcPr>
            <w:tcW w:w="1840" w:type="dxa"/>
          </w:tcPr>
          <w:p w14:paraId="52966F95" w14:textId="77777777" w:rsidR="00666F0A" w:rsidRDefault="00D9002E">
            <w:r>
              <w:rPr>
                <w:sz w:val="16"/>
              </w:rPr>
              <w:t>Present Perfect Simple (ever, never, always, already, yet, once, twice, before, so far, just)</w:t>
            </w:r>
          </w:p>
        </w:tc>
        <w:tc>
          <w:tcPr>
            <w:tcW w:w="1840" w:type="dxa"/>
          </w:tcPr>
          <w:p w14:paraId="7043847D" w14:textId="77777777" w:rsidR="00666F0A" w:rsidRDefault="00666F0A"/>
        </w:tc>
        <w:tc>
          <w:tcPr>
            <w:tcW w:w="1840" w:type="dxa"/>
          </w:tcPr>
          <w:p w14:paraId="693E95AF" w14:textId="77777777" w:rsidR="00666F0A" w:rsidRDefault="00666F0A"/>
        </w:tc>
      </w:tr>
      <w:tr w:rsidR="00666F0A" w14:paraId="41855F78" w14:textId="77777777" w:rsidTr="007A2E62">
        <w:trPr>
          <w:jc w:val="center"/>
        </w:trPr>
        <w:tc>
          <w:tcPr>
            <w:tcW w:w="960" w:type="dxa"/>
          </w:tcPr>
          <w:p w14:paraId="4BAE19D8" w14:textId="77777777" w:rsidR="00666F0A" w:rsidRDefault="00666F0A"/>
        </w:tc>
        <w:tc>
          <w:tcPr>
            <w:tcW w:w="952" w:type="dxa"/>
          </w:tcPr>
          <w:p w14:paraId="71225566" w14:textId="77777777" w:rsidR="00666F0A" w:rsidRDefault="00D9002E">
            <w:r>
              <w:rPr>
                <w:sz w:val="16"/>
              </w:rPr>
              <w:t>5</w:t>
            </w:r>
          </w:p>
        </w:tc>
        <w:tc>
          <w:tcPr>
            <w:tcW w:w="1552" w:type="dxa"/>
          </w:tcPr>
          <w:p w14:paraId="4D331367" w14:textId="77777777" w:rsidR="00666F0A" w:rsidRDefault="00D9002E">
            <w:r>
              <w:rPr>
                <w:sz w:val="16"/>
              </w:rPr>
              <w:t>1B: Turn it off!</w:t>
            </w:r>
          </w:p>
        </w:tc>
        <w:tc>
          <w:tcPr>
            <w:tcW w:w="2835" w:type="dxa"/>
          </w:tcPr>
          <w:p w14:paraId="3B7C3F3E" w14:textId="77777777" w:rsidR="00666F0A" w:rsidRDefault="00D9002E">
            <w:r>
              <w:rPr>
                <w:sz w:val="16"/>
              </w:rPr>
              <w:t>Čítanie s porozumením, slovná zásoba - frázové slovesá s turn</w:t>
            </w:r>
          </w:p>
        </w:tc>
        <w:tc>
          <w:tcPr>
            <w:tcW w:w="3024" w:type="dxa"/>
          </w:tcPr>
          <w:p w14:paraId="28930BC9" w14:textId="77777777" w:rsidR="00666F0A" w:rsidRDefault="00D9002E">
            <w:r>
              <w:rPr>
                <w:sz w:val="16"/>
              </w:rPr>
              <w:t>porozumieť textu o sledovaní televízie a voľnočasových aktivitách</w:t>
            </w:r>
            <w:r>
              <w:rPr>
                <w:sz w:val="16"/>
              </w:rPr>
              <w:br/>
              <w:t>vyjadriť svoj názor a preferencie</w:t>
            </w:r>
            <w:r>
              <w:rPr>
                <w:sz w:val="16"/>
              </w:rPr>
              <w:br/>
            </w:r>
            <w:r>
              <w:rPr>
                <w:sz w:val="16"/>
              </w:rPr>
              <w:t>používať frázové slovesá so slovesom turn v bežnej komunikácii</w:t>
            </w:r>
          </w:p>
        </w:tc>
        <w:tc>
          <w:tcPr>
            <w:tcW w:w="1840" w:type="dxa"/>
          </w:tcPr>
          <w:p w14:paraId="2C37E4D4" w14:textId="77777777" w:rsidR="00666F0A" w:rsidRDefault="00666F0A"/>
        </w:tc>
        <w:tc>
          <w:tcPr>
            <w:tcW w:w="1840" w:type="dxa"/>
          </w:tcPr>
          <w:p w14:paraId="77526570" w14:textId="77777777" w:rsidR="00666F0A" w:rsidRDefault="00D9002E">
            <w:r>
              <w:rPr>
                <w:sz w:val="16"/>
              </w:rPr>
              <w:t>Are you joking?, Are you kidding?, as a matter of fact, bowling, change one’s mind, commercial, crazy, cross one’s mind, do sb a favour, entire, episode, Now you’re talking!, Phew!, prefer, remote control, series, Shhh!, touch, turn into, turn off, turn on, turn up, turn down, TV addict, volume, You’ve lost it.</w:t>
            </w:r>
          </w:p>
        </w:tc>
        <w:tc>
          <w:tcPr>
            <w:tcW w:w="1840" w:type="dxa"/>
          </w:tcPr>
          <w:p w14:paraId="2F0A8462" w14:textId="77777777" w:rsidR="00666F0A" w:rsidRDefault="00D9002E">
            <w:r>
              <w:rPr>
                <w:sz w:val="16"/>
              </w:rPr>
              <w:t>SB IWB &amp; IWB material or audio and audio player</w:t>
            </w:r>
          </w:p>
        </w:tc>
      </w:tr>
      <w:tr w:rsidR="00666F0A" w14:paraId="12E61601" w14:textId="77777777" w:rsidTr="007A2E62">
        <w:trPr>
          <w:jc w:val="center"/>
        </w:trPr>
        <w:tc>
          <w:tcPr>
            <w:tcW w:w="960" w:type="dxa"/>
          </w:tcPr>
          <w:p w14:paraId="34AC5D74" w14:textId="77777777" w:rsidR="00666F0A" w:rsidRDefault="00666F0A"/>
        </w:tc>
        <w:tc>
          <w:tcPr>
            <w:tcW w:w="952" w:type="dxa"/>
          </w:tcPr>
          <w:p w14:paraId="538A0355" w14:textId="77777777" w:rsidR="00666F0A" w:rsidRDefault="00D9002E">
            <w:r>
              <w:rPr>
                <w:sz w:val="16"/>
              </w:rPr>
              <w:t>6</w:t>
            </w:r>
          </w:p>
        </w:tc>
        <w:tc>
          <w:tcPr>
            <w:tcW w:w="1552" w:type="dxa"/>
          </w:tcPr>
          <w:p w14:paraId="70AEA5B3" w14:textId="77777777" w:rsidR="00666F0A" w:rsidRDefault="00D9002E">
            <w:r>
              <w:rPr>
                <w:sz w:val="16"/>
              </w:rPr>
              <w:t>1B: Turn it off!</w:t>
            </w:r>
          </w:p>
        </w:tc>
        <w:tc>
          <w:tcPr>
            <w:tcW w:w="2835" w:type="dxa"/>
          </w:tcPr>
          <w:p w14:paraId="7717AB5A" w14:textId="77777777" w:rsidR="00666F0A" w:rsidRDefault="00D9002E">
            <w:r>
              <w:rPr>
                <w:sz w:val="16"/>
              </w:rPr>
              <w:t>Gramatika - predprítomný čas jednoduchý vs minulý čas jednoduchý, rozprávanie</w:t>
            </w:r>
          </w:p>
        </w:tc>
        <w:tc>
          <w:tcPr>
            <w:tcW w:w="3024" w:type="dxa"/>
          </w:tcPr>
          <w:p w14:paraId="6215881D" w14:textId="77777777" w:rsidR="00666F0A" w:rsidRDefault="00D9002E">
            <w:r>
              <w:rPr>
                <w:sz w:val="16"/>
              </w:rPr>
              <w:t>rozlišovať použitie predprítomného a minulého času jednoduchého</w:t>
            </w:r>
            <w:r>
              <w:rPr>
                <w:sz w:val="16"/>
              </w:rPr>
              <w:br/>
              <w:t>hovoriť o minulých udalostiach a skúsenostiach</w:t>
            </w:r>
            <w:r>
              <w:rPr>
                <w:sz w:val="16"/>
              </w:rPr>
              <w:br/>
              <w:t>správne používať oba gramatické časy v komunikácii</w:t>
            </w:r>
          </w:p>
        </w:tc>
        <w:tc>
          <w:tcPr>
            <w:tcW w:w="1840" w:type="dxa"/>
          </w:tcPr>
          <w:p w14:paraId="6F13BA71" w14:textId="77777777" w:rsidR="00666F0A" w:rsidRDefault="00D9002E">
            <w:r>
              <w:rPr>
                <w:sz w:val="16"/>
              </w:rPr>
              <w:t>Present Perfect Simple vs Past Simple</w:t>
            </w:r>
          </w:p>
        </w:tc>
        <w:tc>
          <w:tcPr>
            <w:tcW w:w="1840" w:type="dxa"/>
          </w:tcPr>
          <w:p w14:paraId="62E46F32" w14:textId="77777777" w:rsidR="00666F0A" w:rsidRDefault="00666F0A"/>
        </w:tc>
        <w:tc>
          <w:tcPr>
            <w:tcW w:w="1840" w:type="dxa"/>
          </w:tcPr>
          <w:p w14:paraId="708AAB9A" w14:textId="77777777" w:rsidR="00666F0A" w:rsidRDefault="00666F0A"/>
        </w:tc>
      </w:tr>
      <w:tr w:rsidR="00666F0A" w14:paraId="182837CD" w14:textId="77777777" w:rsidTr="007A2E62">
        <w:trPr>
          <w:jc w:val="center"/>
        </w:trPr>
        <w:tc>
          <w:tcPr>
            <w:tcW w:w="960" w:type="dxa"/>
          </w:tcPr>
          <w:p w14:paraId="1FE6DCF0" w14:textId="77777777" w:rsidR="00666F0A" w:rsidRDefault="00666F0A"/>
        </w:tc>
        <w:tc>
          <w:tcPr>
            <w:tcW w:w="952" w:type="dxa"/>
          </w:tcPr>
          <w:p w14:paraId="76B69BFB" w14:textId="77777777" w:rsidR="00666F0A" w:rsidRDefault="00D9002E">
            <w:r>
              <w:rPr>
                <w:sz w:val="16"/>
              </w:rPr>
              <w:t>7</w:t>
            </w:r>
          </w:p>
        </w:tc>
        <w:tc>
          <w:tcPr>
            <w:tcW w:w="1552" w:type="dxa"/>
          </w:tcPr>
          <w:p w14:paraId="568AE03F" w14:textId="77777777" w:rsidR="00666F0A" w:rsidRDefault="00D9002E">
            <w:r>
              <w:rPr>
                <w:sz w:val="16"/>
              </w:rPr>
              <w:t>1C: On your marks</w:t>
            </w:r>
          </w:p>
        </w:tc>
        <w:tc>
          <w:tcPr>
            <w:tcW w:w="2835" w:type="dxa"/>
          </w:tcPr>
          <w:p w14:paraId="28C9B8AA" w14:textId="77777777" w:rsidR="00666F0A" w:rsidRDefault="00D9002E">
            <w:r>
              <w:rPr>
                <w:sz w:val="16"/>
              </w:rPr>
              <w:t>Čítanie s porozumením, slovná zásoba - vrcholový šport</w:t>
            </w:r>
          </w:p>
        </w:tc>
        <w:tc>
          <w:tcPr>
            <w:tcW w:w="3024" w:type="dxa"/>
          </w:tcPr>
          <w:p w14:paraId="5DBE1B30" w14:textId="77777777" w:rsidR="00666F0A" w:rsidRDefault="00D9002E">
            <w:r>
              <w:rPr>
                <w:sz w:val="16"/>
              </w:rPr>
              <w:t>porozumieť textu o vrcholovom športe</w:t>
            </w:r>
            <w:r>
              <w:rPr>
                <w:sz w:val="16"/>
              </w:rPr>
              <w:br/>
              <w:t>diskutovať o športových aktivitách a úspechoch</w:t>
            </w:r>
            <w:r>
              <w:rPr>
                <w:sz w:val="16"/>
              </w:rPr>
              <w:br/>
              <w:t>vyjadriť svoj názor na význam športu</w:t>
            </w:r>
          </w:p>
        </w:tc>
        <w:tc>
          <w:tcPr>
            <w:tcW w:w="1840" w:type="dxa"/>
          </w:tcPr>
          <w:p w14:paraId="6125DA93" w14:textId="77777777" w:rsidR="00666F0A" w:rsidRDefault="00666F0A"/>
        </w:tc>
        <w:tc>
          <w:tcPr>
            <w:tcW w:w="1840" w:type="dxa"/>
          </w:tcPr>
          <w:p w14:paraId="043F26F4" w14:textId="77777777" w:rsidR="00666F0A" w:rsidRDefault="00D9002E">
            <w:r>
              <w:rPr>
                <w:sz w:val="16"/>
              </w:rPr>
              <w:t>achieve, athlete, award, beat, break a record, champion, championship, continent, cross , cup, enter (e.g. a competition), final, finish line, gold, hold a record, hold an event, incredible, It takes..., keep on, long jump, major, marathon, match, medal, Olympics, perform, practise, prize, professional, race, runner, take part (in), take place, tough, train, truly, underwater, work out</w:t>
            </w:r>
          </w:p>
        </w:tc>
        <w:tc>
          <w:tcPr>
            <w:tcW w:w="1840" w:type="dxa"/>
          </w:tcPr>
          <w:p w14:paraId="05C60130" w14:textId="77777777" w:rsidR="00666F0A" w:rsidRDefault="00D9002E">
            <w:r>
              <w:rPr>
                <w:sz w:val="16"/>
              </w:rPr>
              <w:t>SB IWB &amp; IWB material or audio and audio player</w:t>
            </w:r>
          </w:p>
        </w:tc>
      </w:tr>
      <w:tr w:rsidR="00666F0A" w14:paraId="568E9FC1" w14:textId="77777777" w:rsidTr="007A2E62">
        <w:trPr>
          <w:jc w:val="center"/>
        </w:trPr>
        <w:tc>
          <w:tcPr>
            <w:tcW w:w="960" w:type="dxa"/>
          </w:tcPr>
          <w:p w14:paraId="59F17123" w14:textId="77777777" w:rsidR="00666F0A" w:rsidRDefault="00666F0A"/>
        </w:tc>
        <w:tc>
          <w:tcPr>
            <w:tcW w:w="952" w:type="dxa"/>
          </w:tcPr>
          <w:p w14:paraId="1E8E385D" w14:textId="77777777" w:rsidR="00666F0A" w:rsidRDefault="00D9002E">
            <w:r>
              <w:rPr>
                <w:sz w:val="16"/>
              </w:rPr>
              <w:t>8</w:t>
            </w:r>
          </w:p>
        </w:tc>
        <w:tc>
          <w:tcPr>
            <w:tcW w:w="1552" w:type="dxa"/>
          </w:tcPr>
          <w:p w14:paraId="511509CC" w14:textId="77777777" w:rsidR="00666F0A" w:rsidRDefault="00D9002E">
            <w:r>
              <w:rPr>
                <w:sz w:val="16"/>
              </w:rPr>
              <w:t>1C: On your marks</w:t>
            </w:r>
          </w:p>
        </w:tc>
        <w:tc>
          <w:tcPr>
            <w:tcW w:w="2835" w:type="dxa"/>
          </w:tcPr>
          <w:p w14:paraId="2F25B1EC" w14:textId="77777777" w:rsidR="00666F0A" w:rsidRDefault="00D9002E">
            <w:r>
              <w:rPr>
                <w:sz w:val="16"/>
              </w:rPr>
              <w:t>Gramatika - predprítomný čas priebehový,  písanie - článok o obľúbenej voľnočasovej aktivite</w:t>
            </w:r>
          </w:p>
        </w:tc>
        <w:tc>
          <w:tcPr>
            <w:tcW w:w="3024" w:type="dxa"/>
          </w:tcPr>
          <w:p w14:paraId="54278A44" w14:textId="77777777" w:rsidR="00666F0A" w:rsidRDefault="00D9002E">
            <w:r>
              <w:rPr>
                <w:sz w:val="16"/>
              </w:rPr>
              <w:t>používať predprítomný čas priebehový na opis činností trvajúcich do prítomnosti</w:t>
            </w:r>
            <w:r>
              <w:rPr>
                <w:sz w:val="16"/>
              </w:rPr>
              <w:br/>
              <w:t>rozlišovať použitie predprítomného času jednoduchého a priebehového</w:t>
            </w:r>
            <w:r>
              <w:rPr>
                <w:sz w:val="16"/>
              </w:rPr>
              <w:br/>
              <w:t>napísať článok o obľúbenej voľnočasovej aktivite</w:t>
            </w:r>
          </w:p>
        </w:tc>
        <w:tc>
          <w:tcPr>
            <w:tcW w:w="1840" w:type="dxa"/>
          </w:tcPr>
          <w:p w14:paraId="0BF04340" w14:textId="77777777" w:rsidR="00666F0A" w:rsidRDefault="00D9002E">
            <w:r>
              <w:rPr>
                <w:sz w:val="16"/>
              </w:rPr>
              <w:t>Present Perfect Progressive Present Perfect Simple – Present Perfect Progressive For/Since</w:t>
            </w:r>
          </w:p>
        </w:tc>
        <w:tc>
          <w:tcPr>
            <w:tcW w:w="1840" w:type="dxa"/>
          </w:tcPr>
          <w:p w14:paraId="1B509AFC" w14:textId="77777777" w:rsidR="00666F0A" w:rsidRDefault="00666F0A"/>
        </w:tc>
        <w:tc>
          <w:tcPr>
            <w:tcW w:w="1840" w:type="dxa"/>
          </w:tcPr>
          <w:p w14:paraId="7E5679E1" w14:textId="77777777" w:rsidR="00666F0A" w:rsidRDefault="00666F0A"/>
        </w:tc>
      </w:tr>
      <w:tr w:rsidR="00666F0A" w14:paraId="65D3307A" w14:textId="77777777" w:rsidTr="007A2E62">
        <w:trPr>
          <w:jc w:val="center"/>
        </w:trPr>
        <w:tc>
          <w:tcPr>
            <w:tcW w:w="960" w:type="dxa"/>
          </w:tcPr>
          <w:p w14:paraId="3893820F" w14:textId="77777777" w:rsidR="00666F0A" w:rsidRDefault="00666F0A"/>
        </w:tc>
        <w:tc>
          <w:tcPr>
            <w:tcW w:w="952" w:type="dxa"/>
          </w:tcPr>
          <w:p w14:paraId="0DF15637" w14:textId="77777777" w:rsidR="00666F0A" w:rsidRDefault="00D9002E">
            <w:r>
              <w:rPr>
                <w:sz w:val="16"/>
              </w:rPr>
              <w:t>9</w:t>
            </w:r>
          </w:p>
        </w:tc>
        <w:tc>
          <w:tcPr>
            <w:tcW w:w="1552" w:type="dxa"/>
          </w:tcPr>
          <w:p w14:paraId="7E852A82" w14:textId="77777777" w:rsidR="00666F0A" w:rsidRDefault="00D9002E">
            <w:r>
              <w:rPr>
                <w:sz w:val="16"/>
              </w:rPr>
              <w:t>1D: Healthy lifestyle</w:t>
            </w:r>
          </w:p>
        </w:tc>
        <w:tc>
          <w:tcPr>
            <w:tcW w:w="2835" w:type="dxa"/>
          </w:tcPr>
          <w:p w14:paraId="55BCB5B6" w14:textId="77777777" w:rsidR="00666F0A" w:rsidRDefault="00D9002E">
            <w:r>
              <w:rPr>
                <w:sz w:val="16"/>
              </w:rPr>
              <w:t>Čítanie s porozumením - aktívny životný štýl</w:t>
            </w:r>
          </w:p>
        </w:tc>
        <w:tc>
          <w:tcPr>
            <w:tcW w:w="3024" w:type="dxa"/>
          </w:tcPr>
          <w:p w14:paraId="4393E3F4" w14:textId="77777777" w:rsidR="00666F0A" w:rsidRDefault="00D9002E">
            <w:r>
              <w:rPr>
                <w:sz w:val="16"/>
              </w:rPr>
              <w:t>porozumieť textu o aktívnom životnom štýle</w:t>
            </w:r>
            <w:r>
              <w:rPr>
                <w:sz w:val="16"/>
              </w:rPr>
              <w:br/>
            </w:r>
            <w:r>
              <w:rPr>
                <w:sz w:val="16"/>
              </w:rPr>
              <w:t>diskutovať o každodenných návykoch a ich vplyve na zdravie</w:t>
            </w:r>
            <w:r>
              <w:rPr>
                <w:sz w:val="16"/>
              </w:rPr>
              <w:br/>
              <w:t>opísať svoj denný režim</w:t>
            </w:r>
          </w:p>
        </w:tc>
        <w:tc>
          <w:tcPr>
            <w:tcW w:w="1840" w:type="dxa"/>
          </w:tcPr>
          <w:p w14:paraId="1B9CE381" w14:textId="77777777" w:rsidR="00666F0A" w:rsidRDefault="00666F0A"/>
        </w:tc>
        <w:tc>
          <w:tcPr>
            <w:tcW w:w="1840" w:type="dxa"/>
          </w:tcPr>
          <w:p w14:paraId="6CD099DC" w14:textId="77777777" w:rsidR="00666F0A" w:rsidRDefault="00D9002E">
            <w:r>
              <w:rPr>
                <w:sz w:val="16"/>
              </w:rPr>
              <w:t>as a result, blood pressure, burn off, calories, carpet, disease, do aerobics, do housework, energetic, energy, exercise, flu, habit, heart, hoover, improve, instead of, keep fit, lead a busy life, lifestyle, lift, lift weights, lower , lungs, muscles, necessarily, physical activity, prevent, reduce, regular, serious, stairs, strengthen, stress, vacuum cleaner, whether... or, workout</w:t>
            </w:r>
          </w:p>
        </w:tc>
        <w:tc>
          <w:tcPr>
            <w:tcW w:w="1840" w:type="dxa"/>
          </w:tcPr>
          <w:p w14:paraId="19AB9080" w14:textId="77777777" w:rsidR="00666F0A" w:rsidRDefault="00D9002E">
            <w:r>
              <w:rPr>
                <w:sz w:val="16"/>
              </w:rPr>
              <w:t>SB IWB &amp; IWB material or audio and audio player</w:t>
            </w:r>
          </w:p>
        </w:tc>
      </w:tr>
      <w:tr w:rsidR="00666F0A" w14:paraId="219DC62D" w14:textId="77777777" w:rsidTr="007A2E62">
        <w:trPr>
          <w:jc w:val="center"/>
        </w:trPr>
        <w:tc>
          <w:tcPr>
            <w:tcW w:w="960" w:type="dxa"/>
          </w:tcPr>
          <w:p w14:paraId="71F79813" w14:textId="77777777" w:rsidR="00666F0A" w:rsidRDefault="00666F0A"/>
        </w:tc>
        <w:tc>
          <w:tcPr>
            <w:tcW w:w="952" w:type="dxa"/>
          </w:tcPr>
          <w:p w14:paraId="4292165A" w14:textId="77777777" w:rsidR="00666F0A" w:rsidRDefault="00D9002E">
            <w:r>
              <w:rPr>
                <w:sz w:val="16"/>
              </w:rPr>
              <w:t>10</w:t>
            </w:r>
          </w:p>
        </w:tc>
        <w:tc>
          <w:tcPr>
            <w:tcW w:w="1552" w:type="dxa"/>
          </w:tcPr>
          <w:p w14:paraId="79704180" w14:textId="77777777" w:rsidR="00666F0A" w:rsidRDefault="00D9002E">
            <w:r>
              <w:rPr>
                <w:sz w:val="16"/>
              </w:rPr>
              <w:t>1D: Healthy lifestyle</w:t>
            </w:r>
          </w:p>
        </w:tc>
        <w:tc>
          <w:tcPr>
            <w:tcW w:w="2835" w:type="dxa"/>
          </w:tcPr>
          <w:p w14:paraId="628DBE4A" w14:textId="77777777" w:rsidR="00666F0A" w:rsidRDefault="00D9002E">
            <w:r>
              <w:rPr>
                <w:sz w:val="16"/>
              </w:rPr>
              <w:t>Gramatika -vedľajšie vety následkové, počúvanie s porozumením, rozprávanie, písanie - denný režim</w:t>
            </w:r>
          </w:p>
        </w:tc>
        <w:tc>
          <w:tcPr>
            <w:tcW w:w="3024" w:type="dxa"/>
          </w:tcPr>
          <w:p w14:paraId="72CA0136" w14:textId="77777777" w:rsidR="00666F0A" w:rsidRDefault="00D9002E">
            <w:r>
              <w:rPr>
                <w:sz w:val="16"/>
              </w:rPr>
              <w:t>používať vedľajšie vety vyjadrujúce následok</w:t>
            </w:r>
            <w:r>
              <w:rPr>
                <w:sz w:val="16"/>
              </w:rPr>
              <w:br/>
              <w:t>vyjadriť následok v ústnom prejave</w:t>
            </w:r>
            <w:r>
              <w:rPr>
                <w:sz w:val="16"/>
              </w:rPr>
              <w:br/>
              <w:t>napísať text o svojom dennom režime</w:t>
            </w:r>
          </w:p>
        </w:tc>
        <w:tc>
          <w:tcPr>
            <w:tcW w:w="1840" w:type="dxa"/>
          </w:tcPr>
          <w:p w14:paraId="4A9D56C6" w14:textId="77777777" w:rsidR="00666F0A" w:rsidRDefault="00D9002E">
            <w:r>
              <w:rPr>
                <w:sz w:val="16"/>
              </w:rPr>
              <w:t>Clauses of result</w:t>
            </w:r>
          </w:p>
        </w:tc>
        <w:tc>
          <w:tcPr>
            <w:tcW w:w="1840" w:type="dxa"/>
          </w:tcPr>
          <w:p w14:paraId="1116C1F9" w14:textId="77777777" w:rsidR="00666F0A" w:rsidRDefault="00666F0A"/>
        </w:tc>
        <w:tc>
          <w:tcPr>
            <w:tcW w:w="1840" w:type="dxa"/>
          </w:tcPr>
          <w:p w14:paraId="311C3158" w14:textId="77777777" w:rsidR="00666F0A" w:rsidRDefault="00666F0A"/>
        </w:tc>
      </w:tr>
      <w:tr w:rsidR="00666F0A" w14:paraId="3BA9F46E" w14:textId="77777777" w:rsidTr="007A2E62">
        <w:trPr>
          <w:jc w:val="center"/>
        </w:trPr>
        <w:tc>
          <w:tcPr>
            <w:tcW w:w="960" w:type="dxa"/>
          </w:tcPr>
          <w:p w14:paraId="3CC87195" w14:textId="77777777" w:rsidR="00666F0A" w:rsidRDefault="00666F0A"/>
        </w:tc>
        <w:tc>
          <w:tcPr>
            <w:tcW w:w="952" w:type="dxa"/>
          </w:tcPr>
          <w:p w14:paraId="70BA34AC" w14:textId="77777777" w:rsidR="00666F0A" w:rsidRDefault="00D9002E">
            <w:r>
              <w:rPr>
                <w:sz w:val="16"/>
              </w:rPr>
              <w:t>11</w:t>
            </w:r>
          </w:p>
        </w:tc>
        <w:tc>
          <w:tcPr>
            <w:tcW w:w="1552" w:type="dxa"/>
          </w:tcPr>
          <w:p w14:paraId="328398A1" w14:textId="77777777" w:rsidR="00666F0A" w:rsidRDefault="00D9002E">
            <w:r>
              <w:rPr>
                <w:sz w:val="16"/>
              </w:rPr>
              <w:t>Top Skills – Sports round-up</w:t>
            </w:r>
          </w:p>
        </w:tc>
        <w:tc>
          <w:tcPr>
            <w:tcW w:w="2835" w:type="dxa"/>
          </w:tcPr>
          <w:p w14:paraId="7D8332EC" w14:textId="77777777" w:rsidR="00666F0A" w:rsidRDefault="00D9002E">
            <w:r>
              <w:rPr>
                <w:sz w:val="16"/>
              </w:rPr>
              <w:t>Slovná zásoba- šport, počúvanie a čítanie s porozumením</w:t>
            </w:r>
          </w:p>
        </w:tc>
        <w:tc>
          <w:tcPr>
            <w:tcW w:w="3024" w:type="dxa"/>
          </w:tcPr>
          <w:p w14:paraId="2D459128" w14:textId="77777777" w:rsidR="00666F0A" w:rsidRDefault="00D9002E">
            <w:r>
              <w:rPr>
                <w:sz w:val="16"/>
              </w:rPr>
              <w:t>porozumieť textu a nahrávke o športových udalostiach</w:t>
            </w:r>
            <w:r>
              <w:rPr>
                <w:sz w:val="16"/>
              </w:rPr>
              <w:br/>
            </w:r>
            <w:r>
              <w:rPr>
                <w:sz w:val="16"/>
              </w:rPr>
              <w:t>rozprávať o športových aktivitách a udalostiach</w:t>
            </w:r>
            <w:r>
              <w:rPr>
                <w:sz w:val="16"/>
              </w:rPr>
              <w:br/>
              <w:t>používať slovnú zásobu z oblasti športu</w:t>
            </w:r>
          </w:p>
        </w:tc>
        <w:tc>
          <w:tcPr>
            <w:tcW w:w="1840" w:type="dxa"/>
          </w:tcPr>
          <w:p w14:paraId="60DE641A" w14:textId="77777777" w:rsidR="00666F0A" w:rsidRDefault="00666F0A"/>
        </w:tc>
        <w:tc>
          <w:tcPr>
            <w:tcW w:w="1840" w:type="dxa"/>
          </w:tcPr>
          <w:p w14:paraId="4EB3189B" w14:textId="77777777" w:rsidR="00666F0A" w:rsidRDefault="00D9002E">
            <w:r>
              <w:rPr>
                <w:sz w:val="16"/>
              </w:rPr>
              <w:t xml:space="preserve">as you can see, bounce, catch, court, extra time, goal, goggles, head , Here’s the latest., hero, heroine, hit, kick, knee pad, make it to the final, net, pass, pitch, plan , pool, racquet, score , shin pad, shoot, </w:t>
            </w:r>
            <w:r>
              <w:rPr>
                <w:sz w:val="16"/>
              </w:rPr>
              <w:lastRenderedPageBreak/>
              <w:t>so long, swimwear, That’s all for now., throw, Waiting for your reply. , water polo, whole</w:t>
            </w:r>
          </w:p>
        </w:tc>
        <w:tc>
          <w:tcPr>
            <w:tcW w:w="1840" w:type="dxa"/>
          </w:tcPr>
          <w:p w14:paraId="47C3C002" w14:textId="77777777" w:rsidR="00666F0A" w:rsidRDefault="00D9002E">
            <w:r>
              <w:rPr>
                <w:sz w:val="16"/>
              </w:rPr>
              <w:lastRenderedPageBreak/>
              <w:t>SB IWB &amp; IWB material or audio and audio player</w:t>
            </w:r>
          </w:p>
        </w:tc>
      </w:tr>
      <w:tr w:rsidR="00666F0A" w14:paraId="120ED914" w14:textId="77777777" w:rsidTr="007A2E62">
        <w:trPr>
          <w:jc w:val="center"/>
        </w:trPr>
        <w:tc>
          <w:tcPr>
            <w:tcW w:w="960" w:type="dxa"/>
          </w:tcPr>
          <w:p w14:paraId="0212E26D" w14:textId="77777777" w:rsidR="00666F0A" w:rsidRDefault="00666F0A"/>
        </w:tc>
        <w:tc>
          <w:tcPr>
            <w:tcW w:w="952" w:type="dxa"/>
          </w:tcPr>
          <w:p w14:paraId="2985277F" w14:textId="77777777" w:rsidR="00666F0A" w:rsidRDefault="00D9002E">
            <w:r>
              <w:rPr>
                <w:sz w:val="16"/>
              </w:rPr>
              <w:t>12</w:t>
            </w:r>
          </w:p>
        </w:tc>
        <w:tc>
          <w:tcPr>
            <w:tcW w:w="1552" w:type="dxa"/>
          </w:tcPr>
          <w:p w14:paraId="7448F9F2" w14:textId="77777777" w:rsidR="00666F0A" w:rsidRDefault="00D9002E">
            <w:r>
              <w:rPr>
                <w:sz w:val="16"/>
              </w:rPr>
              <w:t>Top Skills – Sports round-up</w:t>
            </w:r>
          </w:p>
        </w:tc>
        <w:tc>
          <w:tcPr>
            <w:tcW w:w="2835" w:type="dxa"/>
          </w:tcPr>
          <w:p w14:paraId="2EA99C58" w14:textId="77777777" w:rsidR="00666F0A" w:rsidRDefault="00D9002E">
            <w:r>
              <w:rPr>
                <w:sz w:val="16"/>
              </w:rPr>
              <w:t>Rozprávanie, písanie - neformálny e-mail oznamujúci novinku</w:t>
            </w:r>
          </w:p>
        </w:tc>
        <w:tc>
          <w:tcPr>
            <w:tcW w:w="3024" w:type="dxa"/>
          </w:tcPr>
          <w:p w14:paraId="3BDFB74F" w14:textId="77777777" w:rsidR="00666F0A" w:rsidRDefault="00D9002E">
            <w:r>
              <w:rPr>
                <w:sz w:val="16"/>
              </w:rPr>
              <w:t>viesť rozhovor o športových udalostiach</w:t>
            </w:r>
            <w:r>
              <w:rPr>
                <w:sz w:val="16"/>
              </w:rPr>
              <w:br/>
              <w:t>napísať neformálny e-mail oznamujúci novinky</w:t>
            </w:r>
            <w:r>
              <w:rPr>
                <w:sz w:val="16"/>
              </w:rPr>
              <w:br/>
              <w:t>vhodne používať neformálny jazyk v písomnom prejave</w:t>
            </w:r>
          </w:p>
        </w:tc>
        <w:tc>
          <w:tcPr>
            <w:tcW w:w="1840" w:type="dxa"/>
          </w:tcPr>
          <w:p w14:paraId="1088154A" w14:textId="77777777" w:rsidR="00666F0A" w:rsidRDefault="00666F0A"/>
        </w:tc>
        <w:tc>
          <w:tcPr>
            <w:tcW w:w="1840" w:type="dxa"/>
          </w:tcPr>
          <w:p w14:paraId="4FA56537" w14:textId="77777777" w:rsidR="00666F0A" w:rsidRDefault="00666F0A"/>
        </w:tc>
        <w:tc>
          <w:tcPr>
            <w:tcW w:w="1840" w:type="dxa"/>
          </w:tcPr>
          <w:p w14:paraId="1728C4B4" w14:textId="77777777" w:rsidR="00666F0A" w:rsidRDefault="00666F0A"/>
        </w:tc>
      </w:tr>
      <w:tr w:rsidR="00666F0A" w14:paraId="01A4DFB6" w14:textId="77777777" w:rsidTr="007A2E62">
        <w:trPr>
          <w:jc w:val="center"/>
        </w:trPr>
        <w:tc>
          <w:tcPr>
            <w:tcW w:w="960" w:type="dxa"/>
          </w:tcPr>
          <w:p w14:paraId="5EAA83C5" w14:textId="77777777" w:rsidR="00666F0A" w:rsidRDefault="00666F0A"/>
        </w:tc>
        <w:tc>
          <w:tcPr>
            <w:tcW w:w="952" w:type="dxa"/>
          </w:tcPr>
          <w:p w14:paraId="4E8DFC8D" w14:textId="77777777" w:rsidR="00666F0A" w:rsidRDefault="00D9002E">
            <w:r>
              <w:rPr>
                <w:sz w:val="16"/>
              </w:rPr>
              <w:t>13</w:t>
            </w:r>
          </w:p>
        </w:tc>
        <w:tc>
          <w:tcPr>
            <w:tcW w:w="1552" w:type="dxa"/>
          </w:tcPr>
          <w:p w14:paraId="381E7AD9" w14:textId="77777777" w:rsidR="00666F0A" w:rsidRDefault="00D9002E">
            <w:r>
              <w:rPr>
                <w:sz w:val="16"/>
              </w:rPr>
              <w:t>Revision module 1</w:t>
            </w:r>
          </w:p>
        </w:tc>
        <w:tc>
          <w:tcPr>
            <w:tcW w:w="2835" w:type="dxa"/>
          </w:tcPr>
          <w:p w14:paraId="045BB792" w14:textId="77777777" w:rsidR="00666F0A" w:rsidRDefault="00D9002E">
            <w:r>
              <w:rPr>
                <w:sz w:val="16"/>
              </w:rPr>
              <w:t>Zhrnutie učiva</w:t>
            </w:r>
          </w:p>
        </w:tc>
        <w:tc>
          <w:tcPr>
            <w:tcW w:w="3024" w:type="dxa"/>
          </w:tcPr>
          <w:p w14:paraId="4D9DFC42"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40E34DDD" w14:textId="77777777" w:rsidR="00666F0A" w:rsidRDefault="00666F0A"/>
        </w:tc>
        <w:tc>
          <w:tcPr>
            <w:tcW w:w="1840" w:type="dxa"/>
          </w:tcPr>
          <w:p w14:paraId="6B2EE19D" w14:textId="77777777" w:rsidR="00666F0A" w:rsidRDefault="00666F0A"/>
        </w:tc>
        <w:tc>
          <w:tcPr>
            <w:tcW w:w="1840" w:type="dxa"/>
          </w:tcPr>
          <w:p w14:paraId="00922512" w14:textId="77777777" w:rsidR="00666F0A" w:rsidRDefault="00D9002E">
            <w:r>
              <w:rPr>
                <w:sz w:val="16"/>
              </w:rPr>
              <w:t>SB IWB &amp; IWB material or audio and audio player If necessary, WB (extra grammar practice)</w:t>
            </w:r>
          </w:p>
        </w:tc>
      </w:tr>
      <w:tr w:rsidR="00666F0A" w14:paraId="4B413A82" w14:textId="77777777" w:rsidTr="007A2E62">
        <w:trPr>
          <w:jc w:val="center"/>
        </w:trPr>
        <w:tc>
          <w:tcPr>
            <w:tcW w:w="960" w:type="dxa"/>
          </w:tcPr>
          <w:p w14:paraId="2D26F720" w14:textId="77777777" w:rsidR="00666F0A" w:rsidRDefault="00666F0A"/>
        </w:tc>
        <w:tc>
          <w:tcPr>
            <w:tcW w:w="952" w:type="dxa"/>
          </w:tcPr>
          <w:p w14:paraId="4AE359D5" w14:textId="77777777" w:rsidR="00666F0A" w:rsidRDefault="00D9002E">
            <w:r>
              <w:rPr>
                <w:sz w:val="16"/>
              </w:rPr>
              <w:t>14</w:t>
            </w:r>
          </w:p>
        </w:tc>
        <w:tc>
          <w:tcPr>
            <w:tcW w:w="1552" w:type="dxa"/>
          </w:tcPr>
          <w:p w14:paraId="0EFA0B59" w14:textId="77777777" w:rsidR="00666F0A" w:rsidRDefault="00D9002E">
            <w:r>
              <w:rPr>
                <w:sz w:val="16"/>
              </w:rPr>
              <w:t>Revision module 1</w:t>
            </w:r>
          </w:p>
        </w:tc>
        <w:tc>
          <w:tcPr>
            <w:tcW w:w="2835" w:type="dxa"/>
          </w:tcPr>
          <w:p w14:paraId="299211BA" w14:textId="77777777" w:rsidR="00666F0A" w:rsidRDefault="00D9002E">
            <w:r>
              <w:rPr>
                <w:sz w:val="16"/>
              </w:rPr>
              <w:t>Sebahodnotenie</w:t>
            </w:r>
          </w:p>
        </w:tc>
        <w:tc>
          <w:tcPr>
            <w:tcW w:w="3024" w:type="dxa"/>
          </w:tcPr>
          <w:p w14:paraId="63BECF7B" w14:textId="77777777" w:rsidR="00666F0A" w:rsidRDefault="00D9002E">
            <w:r>
              <w:rPr>
                <w:sz w:val="16"/>
              </w:rPr>
              <w:t>zhodnotiť úroveň svojich vedomostí</w:t>
            </w:r>
            <w:r>
              <w:rPr>
                <w:sz w:val="16"/>
              </w:rPr>
              <w:br/>
              <w:t>identifikovať oblasti, ktoré je potrebné zlepšiť</w:t>
            </w:r>
            <w:r>
              <w:rPr>
                <w:sz w:val="16"/>
              </w:rPr>
              <w:br/>
              <w:t>pripraviť sa na priebežné overenie vedomostí</w:t>
            </w:r>
          </w:p>
        </w:tc>
        <w:tc>
          <w:tcPr>
            <w:tcW w:w="1840" w:type="dxa"/>
          </w:tcPr>
          <w:p w14:paraId="2A2A8364" w14:textId="77777777" w:rsidR="00666F0A" w:rsidRDefault="00666F0A"/>
        </w:tc>
        <w:tc>
          <w:tcPr>
            <w:tcW w:w="1840" w:type="dxa"/>
          </w:tcPr>
          <w:p w14:paraId="3BFF67C6" w14:textId="77777777" w:rsidR="00666F0A" w:rsidRDefault="00666F0A"/>
        </w:tc>
        <w:tc>
          <w:tcPr>
            <w:tcW w:w="1840" w:type="dxa"/>
          </w:tcPr>
          <w:p w14:paraId="503CE59B" w14:textId="77777777" w:rsidR="00666F0A" w:rsidRDefault="00666F0A"/>
        </w:tc>
      </w:tr>
      <w:tr w:rsidR="00666F0A" w14:paraId="038B867D" w14:textId="77777777" w:rsidTr="007A2E62">
        <w:trPr>
          <w:jc w:val="center"/>
        </w:trPr>
        <w:tc>
          <w:tcPr>
            <w:tcW w:w="960" w:type="dxa"/>
          </w:tcPr>
          <w:p w14:paraId="206E66D8" w14:textId="77777777" w:rsidR="00666F0A" w:rsidRDefault="00666F0A"/>
        </w:tc>
        <w:tc>
          <w:tcPr>
            <w:tcW w:w="952" w:type="dxa"/>
          </w:tcPr>
          <w:p w14:paraId="466C293C" w14:textId="77777777" w:rsidR="00666F0A" w:rsidRDefault="00D9002E">
            <w:r>
              <w:rPr>
                <w:sz w:val="16"/>
              </w:rPr>
              <w:t>15</w:t>
            </w:r>
          </w:p>
        </w:tc>
        <w:tc>
          <w:tcPr>
            <w:tcW w:w="1552" w:type="dxa"/>
          </w:tcPr>
          <w:p w14:paraId="3E76C88D" w14:textId="77777777" w:rsidR="00666F0A" w:rsidRDefault="00D9002E">
            <w:r>
              <w:rPr>
                <w:sz w:val="16"/>
              </w:rPr>
              <w:t>Me and My country project 1 – Rugby</w:t>
            </w:r>
          </w:p>
        </w:tc>
        <w:tc>
          <w:tcPr>
            <w:tcW w:w="2835" w:type="dxa"/>
          </w:tcPr>
          <w:p w14:paraId="6DF89652" w14:textId="77777777" w:rsidR="00666F0A" w:rsidRDefault="00D9002E">
            <w:r>
              <w:rPr>
                <w:sz w:val="16"/>
              </w:rPr>
              <w:t>Národné športy</w:t>
            </w:r>
          </w:p>
        </w:tc>
        <w:tc>
          <w:tcPr>
            <w:tcW w:w="3024" w:type="dxa"/>
          </w:tcPr>
          <w:p w14:paraId="74ABC478" w14:textId="77777777" w:rsidR="00666F0A" w:rsidRDefault="00D9002E">
            <w:r>
              <w:rPr>
                <w:sz w:val="16"/>
              </w:rPr>
              <w:t>získať informácie o národných športoch</w:t>
            </w:r>
            <w:r>
              <w:rPr>
                <w:sz w:val="16"/>
              </w:rPr>
              <w:br/>
              <w:t>vytvoriť športový kvíz</w:t>
            </w:r>
            <w:r>
              <w:rPr>
                <w:sz w:val="16"/>
              </w:rPr>
              <w:br/>
              <w:t>prezentovať výsledky svojej práce</w:t>
            </w:r>
          </w:p>
        </w:tc>
        <w:tc>
          <w:tcPr>
            <w:tcW w:w="1840" w:type="dxa"/>
          </w:tcPr>
          <w:p w14:paraId="7C9D1305" w14:textId="77777777" w:rsidR="00666F0A" w:rsidRDefault="00666F0A"/>
        </w:tc>
        <w:tc>
          <w:tcPr>
            <w:tcW w:w="1840" w:type="dxa"/>
          </w:tcPr>
          <w:p w14:paraId="30EFA885" w14:textId="77777777" w:rsidR="00666F0A" w:rsidRDefault="00666F0A"/>
        </w:tc>
        <w:tc>
          <w:tcPr>
            <w:tcW w:w="1840" w:type="dxa"/>
          </w:tcPr>
          <w:p w14:paraId="7520B9F9" w14:textId="77777777" w:rsidR="00666F0A" w:rsidRDefault="00D9002E">
            <w:r>
              <w:rPr>
                <w:sz w:val="16"/>
              </w:rPr>
              <w:t>Worksheets (teacher’s assistant)</w:t>
            </w:r>
          </w:p>
        </w:tc>
      </w:tr>
      <w:tr w:rsidR="00666F0A" w14:paraId="19C98506" w14:textId="77777777" w:rsidTr="007A2E62">
        <w:trPr>
          <w:jc w:val="center"/>
        </w:trPr>
        <w:tc>
          <w:tcPr>
            <w:tcW w:w="960" w:type="dxa"/>
          </w:tcPr>
          <w:p w14:paraId="1AB314CC" w14:textId="77777777" w:rsidR="00666F0A" w:rsidRDefault="00666F0A"/>
        </w:tc>
        <w:tc>
          <w:tcPr>
            <w:tcW w:w="952" w:type="dxa"/>
          </w:tcPr>
          <w:p w14:paraId="6331901A" w14:textId="77777777" w:rsidR="00666F0A" w:rsidRDefault="00D9002E">
            <w:r>
              <w:rPr>
                <w:sz w:val="16"/>
              </w:rPr>
              <w:t>16</w:t>
            </w:r>
          </w:p>
        </w:tc>
        <w:tc>
          <w:tcPr>
            <w:tcW w:w="1552" w:type="dxa"/>
          </w:tcPr>
          <w:p w14:paraId="7F7225E9" w14:textId="77777777" w:rsidR="00666F0A" w:rsidRDefault="00D9002E">
            <w:r>
              <w:rPr>
                <w:sz w:val="16"/>
              </w:rPr>
              <w:t>Test Module 1</w:t>
            </w:r>
          </w:p>
        </w:tc>
        <w:tc>
          <w:tcPr>
            <w:tcW w:w="2835" w:type="dxa"/>
          </w:tcPr>
          <w:p w14:paraId="59254E22" w14:textId="77777777" w:rsidR="00666F0A" w:rsidRDefault="00D9002E">
            <w:r>
              <w:rPr>
                <w:sz w:val="16"/>
              </w:rPr>
              <w:t>Hodnotenie pokroku žiakov</w:t>
            </w:r>
          </w:p>
        </w:tc>
        <w:tc>
          <w:tcPr>
            <w:tcW w:w="3024" w:type="dxa"/>
          </w:tcPr>
          <w:p w14:paraId="07335D2D" w14:textId="77777777" w:rsidR="00666F0A" w:rsidRDefault="00D9002E">
            <w:r>
              <w:rPr>
                <w:sz w:val="16"/>
              </w:rPr>
              <w:t>preukázať osvojenie slovnej zásoby a gramatiky modulu</w:t>
            </w:r>
            <w:r>
              <w:rPr>
                <w:sz w:val="16"/>
              </w:rPr>
              <w:br/>
              <w:t>aplikovať získané vedomosti pri riešení úloh</w:t>
            </w:r>
            <w:r>
              <w:rPr>
                <w:sz w:val="16"/>
              </w:rPr>
              <w:br/>
              <w:t>samostatne riešiť testové zadania</w:t>
            </w:r>
          </w:p>
        </w:tc>
        <w:tc>
          <w:tcPr>
            <w:tcW w:w="1840" w:type="dxa"/>
          </w:tcPr>
          <w:p w14:paraId="588A2D43" w14:textId="77777777" w:rsidR="00666F0A" w:rsidRDefault="00666F0A"/>
        </w:tc>
        <w:tc>
          <w:tcPr>
            <w:tcW w:w="1840" w:type="dxa"/>
          </w:tcPr>
          <w:p w14:paraId="47F739BB" w14:textId="77777777" w:rsidR="00666F0A" w:rsidRDefault="00666F0A"/>
        </w:tc>
        <w:tc>
          <w:tcPr>
            <w:tcW w:w="1840" w:type="dxa"/>
          </w:tcPr>
          <w:p w14:paraId="726EA554" w14:textId="77777777" w:rsidR="00666F0A" w:rsidRDefault="00D9002E">
            <w:r>
              <w:rPr>
                <w:sz w:val="16"/>
              </w:rPr>
              <w:t>Module tests (teacher’s assistant)</w:t>
            </w:r>
          </w:p>
        </w:tc>
      </w:tr>
      <w:tr w:rsidR="00666F0A" w14:paraId="15C34E69" w14:textId="77777777" w:rsidTr="007A2E62">
        <w:trPr>
          <w:jc w:val="center"/>
        </w:trPr>
        <w:tc>
          <w:tcPr>
            <w:tcW w:w="960" w:type="dxa"/>
          </w:tcPr>
          <w:p w14:paraId="6300F43F" w14:textId="77777777" w:rsidR="00666F0A" w:rsidRDefault="00666F0A"/>
        </w:tc>
        <w:tc>
          <w:tcPr>
            <w:tcW w:w="952" w:type="dxa"/>
          </w:tcPr>
          <w:p w14:paraId="36A6F026" w14:textId="77777777" w:rsidR="00666F0A" w:rsidRDefault="00D9002E">
            <w:r>
              <w:rPr>
                <w:sz w:val="16"/>
              </w:rPr>
              <w:t>17</w:t>
            </w:r>
          </w:p>
        </w:tc>
        <w:tc>
          <w:tcPr>
            <w:tcW w:w="1552" w:type="dxa"/>
          </w:tcPr>
          <w:p w14:paraId="3D57C4C9" w14:textId="77777777" w:rsidR="00666F0A" w:rsidRDefault="00D9002E">
            <w:r>
              <w:rPr>
                <w:sz w:val="16"/>
              </w:rPr>
              <w:t>Video Module 1 &amp; Cover Page Module 2</w:t>
            </w:r>
          </w:p>
        </w:tc>
        <w:tc>
          <w:tcPr>
            <w:tcW w:w="2835" w:type="dxa"/>
          </w:tcPr>
          <w:p w14:paraId="6B252AD5" w14:textId="77777777" w:rsidR="00666F0A" w:rsidRDefault="00D9002E">
            <w:r>
              <w:rPr>
                <w:sz w:val="16"/>
              </w:rPr>
              <w:t>Videolekcia - ferdinand Magellan</w:t>
            </w:r>
          </w:p>
        </w:tc>
        <w:tc>
          <w:tcPr>
            <w:tcW w:w="3024" w:type="dxa"/>
          </w:tcPr>
          <w:p w14:paraId="0BE92917" w14:textId="77777777" w:rsidR="00666F0A" w:rsidRDefault="00D9002E">
            <w:r>
              <w:rPr>
                <w:sz w:val="16"/>
              </w:rPr>
              <w:t>porozumieť obsahu videa o Ferdinandovi Magellanovi</w:t>
            </w:r>
            <w:r>
              <w:rPr>
                <w:sz w:val="16"/>
              </w:rPr>
              <w:br/>
              <w:t>upevniť slovnú zásobu a gramatické štruktúry v autentickom kontexte</w:t>
            </w:r>
            <w:r>
              <w:rPr>
                <w:sz w:val="16"/>
              </w:rPr>
              <w:br/>
              <w:t>pripraviť sa na tému nasledujúceho modulu</w:t>
            </w:r>
          </w:p>
        </w:tc>
        <w:tc>
          <w:tcPr>
            <w:tcW w:w="1840" w:type="dxa"/>
          </w:tcPr>
          <w:p w14:paraId="0ADA06A4" w14:textId="77777777" w:rsidR="00666F0A" w:rsidRDefault="00666F0A"/>
        </w:tc>
        <w:tc>
          <w:tcPr>
            <w:tcW w:w="1840" w:type="dxa"/>
          </w:tcPr>
          <w:p w14:paraId="693D664A" w14:textId="77777777" w:rsidR="00666F0A" w:rsidRDefault="00666F0A"/>
        </w:tc>
        <w:tc>
          <w:tcPr>
            <w:tcW w:w="1840" w:type="dxa"/>
          </w:tcPr>
          <w:p w14:paraId="738A253B" w14:textId="77777777" w:rsidR="00666F0A" w:rsidRDefault="00D9002E">
            <w:r>
              <w:rPr>
                <w:sz w:val="16"/>
              </w:rPr>
              <w:t>SB IWB &amp; IWB material</w:t>
            </w:r>
          </w:p>
        </w:tc>
      </w:tr>
      <w:tr w:rsidR="00666F0A" w14:paraId="433E3138" w14:textId="77777777" w:rsidTr="007A2E62">
        <w:trPr>
          <w:jc w:val="center"/>
        </w:trPr>
        <w:tc>
          <w:tcPr>
            <w:tcW w:w="960" w:type="dxa"/>
          </w:tcPr>
          <w:p w14:paraId="00A3BCEF" w14:textId="77777777" w:rsidR="00666F0A" w:rsidRDefault="00666F0A"/>
        </w:tc>
        <w:tc>
          <w:tcPr>
            <w:tcW w:w="952" w:type="dxa"/>
          </w:tcPr>
          <w:p w14:paraId="2493C570" w14:textId="77777777" w:rsidR="00666F0A" w:rsidRDefault="00666F0A"/>
        </w:tc>
        <w:tc>
          <w:tcPr>
            <w:tcW w:w="1552" w:type="dxa"/>
          </w:tcPr>
          <w:p w14:paraId="540A1E66" w14:textId="77777777" w:rsidR="00666F0A" w:rsidRDefault="00666F0A"/>
        </w:tc>
        <w:tc>
          <w:tcPr>
            <w:tcW w:w="2835" w:type="dxa"/>
            <w:shd w:val="clear" w:color="auto" w:fill="FFFF00"/>
          </w:tcPr>
          <w:p w14:paraId="233D03B0" w14:textId="77777777" w:rsidR="00666F0A" w:rsidRPr="007A2E62" w:rsidRDefault="00D9002E">
            <w:pPr>
              <w:rPr>
                <w:b/>
                <w:bCs/>
              </w:rPr>
            </w:pPr>
            <w:r w:rsidRPr="007A2E62">
              <w:rPr>
                <w:b/>
                <w:bCs/>
                <w:sz w:val="16"/>
              </w:rPr>
              <w:t>Module 2: The unexplained</w:t>
            </w:r>
          </w:p>
        </w:tc>
        <w:tc>
          <w:tcPr>
            <w:tcW w:w="3024" w:type="dxa"/>
            <w:shd w:val="clear" w:color="auto" w:fill="FFFF00"/>
          </w:tcPr>
          <w:p w14:paraId="76C343D0" w14:textId="77777777" w:rsidR="00666F0A" w:rsidRPr="007A2E62" w:rsidRDefault="00666F0A">
            <w:pPr>
              <w:rPr>
                <w:b/>
                <w:bCs/>
              </w:rPr>
            </w:pPr>
          </w:p>
        </w:tc>
        <w:tc>
          <w:tcPr>
            <w:tcW w:w="1840" w:type="dxa"/>
            <w:shd w:val="clear" w:color="auto" w:fill="FFFF00"/>
          </w:tcPr>
          <w:p w14:paraId="3C0D6A57" w14:textId="77777777" w:rsidR="00666F0A" w:rsidRPr="007A2E62" w:rsidRDefault="00666F0A">
            <w:pPr>
              <w:rPr>
                <w:b/>
                <w:bCs/>
              </w:rPr>
            </w:pPr>
          </w:p>
        </w:tc>
        <w:tc>
          <w:tcPr>
            <w:tcW w:w="1840" w:type="dxa"/>
            <w:shd w:val="clear" w:color="auto" w:fill="FFFF00"/>
          </w:tcPr>
          <w:p w14:paraId="69B5551C" w14:textId="77777777" w:rsidR="00666F0A" w:rsidRPr="007A2E62" w:rsidRDefault="00666F0A">
            <w:pPr>
              <w:rPr>
                <w:b/>
                <w:bCs/>
              </w:rPr>
            </w:pPr>
          </w:p>
        </w:tc>
        <w:tc>
          <w:tcPr>
            <w:tcW w:w="1840" w:type="dxa"/>
            <w:shd w:val="clear" w:color="auto" w:fill="FFFF00"/>
          </w:tcPr>
          <w:p w14:paraId="6C8EF447" w14:textId="77777777" w:rsidR="00666F0A" w:rsidRPr="007A2E62" w:rsidRDefault="00666F0A">
            <w:pPr>
              <w:rPr>
                <w:b/>
                <w:bCs/>
              </w:rPr>
            </w:pPr>
          </w:p>
        </w:tc>
      </w:tr>
      <w:tr w:rsidR="00666F0A" w14:paraId="5FD5F975" w14:textId="77777777" w:rsidTr="007A2E62">
        <w:trPr>
          <w:jc w:val="center"/>
        </w:trPr>
        <w:tc>
          <w:tcPr>
            <w:tcW w:w="960" w:type="dxa"/>
          </w:tcPr>
          <w:p w14:paraId="43F2FAB3" w14:textId="77777777" w:rsidR="00666F0A" w:rsidRDefault="00666F0A"/>
        </w:tc>
        <w:tc>
          <w:tcPr>
            <w:tcW w:w="952" w:type="dxa"/>
          </w:tcPr>
          <w:p w14:paraId="5B887832" w14:textId="77777777" w:rsidR="00666F0A" w:rsidRDefault="00D9002E">
            <w:r>
              <w:rPr>
                <w:sz w:val="16"/>
              </w:rPr>
              <w:t>18</w:t>
            </w:r>
          </w:p>
        </w:tc>
        <w:tc>
          <w:tcPr>
            <w:tcW w:w="1552" w:type="dxa"/>
          </w:tcPr>
          <w:p w14:paraId="1D7807D5" w14:textId="77777777" w:rsidR="00666F0A" w:rsidRDefault="00D9002E">
            <w:r>
              <w:rPr>
                <w:sz w:val="16"/>
              </w:rPr>
              <w:t>2A: Is there anybody out there?</w:t>
            </w:r>
          </w:p>
        </w:tc>
        <w:tc>
          <w:tcPr>
            <w:tcW w:w="2835" w:type="dxa"/>
          </w:tcPr>
          <w:p w14:paraId="20D13EE9" w14:textId="77777777" w:rsidR="00666F0A" w:rsidRDefault="00D9002E">
            <w:r>
              <w:rPr>
                <w:sz w:val="16"/>
              </w:rPr>
              <w:t>Čítanie s porozumením, slovná zásoba - príslovky</w:t>
            </w:r>
          </w:p>
        </w:tc>
        <w:tc>
          <w:tcPr>
            <w:tcW w:w="3024" w:type="dxa"/>
          </w:tcPr>
          <w:p w14:paraId="166743E5" w14:textId="77777777" w:rsidR="00666F0A" w:rsidRDefault="00D9002E">
            <w:r>
              <w:rPr>
                <w:sz w:val="16"/>
              </w:rPr>
              <w:t>porozumieť textu o záhadných udalostiach</w:t>
            </w:r>
            <w:r>
              <w:rPr>
                <w:sz w:val="16"/>
              </w:rPr>
              <w:br/>
            </w:r>
            <w:r>
              <w:rPr>
                <w:sz w:val="16"/>
              </w:rPr>
              <w:t>rozprávať o minulých udalostiach a zážitkoch</w:t>
            </w:r>
            <w:r>
              <w:rPr>
                <w:sz w:val="16"/>
              </w:rPr>
              <w:br/>
              <w:t>používať slovnú zásobu súvisiacu so záhadami a nevysvetliteľnými javmi</w:t>
            </w:r>
          </w:p>
        </w:tc>
        <w:tc>
          <w:tcPr>
            <w:tcW w:w="1840" w:type="dxa"/>
          </w:tcPr>
          <w:p w14:paraId="12A4541A" w14:textId="77777777" w:rsidR="00666F0A" w:rsidRDefault="00666F0A"/>
        </w:tc>
        <w:tc>
          <w:tcPr>
            <w:tcW w:w="1840" w:type="dxa"/>
          </w:tcPr>
          <w:p w14:paraId="453B2DDB" w14:textId="77777777" w:rsidR="00666F0A" w:rsidRDefault="00D9002E">
            <w:r>
              <w:rPr>
                <w:sz w:val="16"/>
              </w:rPr>
              <w:t>alien, all of a sudden, amazingly, at the time, blurred, bright, by accident, clue, creature, deafening sound, disappear, evidence, examine, exist, expert, fortunately, ghost, grab, hover, huge, I couldn’t believe my eyes!, I hate to disappoint you., luckily, metal, monster, mystery, notice, object, obvious, prove, solve, sound , to my surprise, UFO (Unidentified Flying Object), unfortunately, unluckily</w:t>
            </w:r>
          </w:p>
        </w:tc>
        <w:tc>
          <w:tcPr>
            <w:tcW w:w="1840" w:type="dxa"/>
          </w:tcPr>
          <w:p w14:paraId="0A5AFE2F" w14:textId="77777777" w:rsidR="00666F0A" w:rsidRDefault="00D9002E">
            <w:r>
              <w:rPr>
                <w:sz w:val="16"/>
              </w:rPr>
              <w:t>SB IWB &amp; IWB material or audio and audio player</w:t>
            </w:r>
          </w:p>
        </w:tc>
      </w:tr>
      <w:tr w:rsidR="00666F0A" w14:paraId="520F0F29" w14:textId="77777777" w:rsidTr="007A2E62">
        <w:trPr>
          <w:jc w:val="center"/>
        </w:trPr>
        <w:tc>
          <w:tcPr>
            <w:tcW w:w="960" w:type="dxa"/>
          </w:tcPr>
          <w:p w14:paraId="2ECFFA09" w14:textId="77777777" w:rsidR="00666F0A" w:rsidRDefault="00666F0A"/>
        </w:tc>
        <w:tc>
          <w:tcPr>
            <w:tcW w:w="952" w:type="dxa"/>
          </w:tcPr>
          <w:p w14:paraId="7BB800C2" w14:textId="77777777" w:rsidR="00666F0A" w:rsidRDefault="00D9002E">
            <w:r>
              <w:rPr>
                <w:sz w:val="16"/>
              </w:rPr>
              <w:t>19</w:t>
            </w:r>
          </w:p>
        </w:tc>
        <w:tc>
          <w:tcPr>
            <w:tcW w:w="1552" w:type="dxa"/>
          </w:tcPr>
          <w:p w14:paraId="5D021C58" w14:textId="77777777" w:rsidR="00666F0A" w:rsidRDefault="00D9002E">
            <w:r>
              <w:rPr>
                <w:sz w:val="16"/>
              </w:rPr>
              <w:t>2A: Is there anybody out there?</w:t>
            </w:r>
          </w:p>
        </w:tc>
        <w:tc>
          <w:tcPr>
            <w:tcW w:w="2835" w:type="dxa"/>
          </w:tcPr>
          <w:p w14:paraId="35063E33" w14:textId="77777777" w:rsidR="00666F0A" w:rsidRDefault="00D9002E">
            <w:r>
              <w:rPr>
                <w:sz w:val="16"/>
              </w:rPr>
              <w:t>Gramatika - minulý čas jednoduchý vs priebehový, rozprávanie, písanie - narrácia</w:t>
            </w:r>
          </w:p>
        </w:tc>
        <w:tc>
          <w:tcPr>
            <w:tcW w:w="3024" w:type="dxa"/>
          </w:tcPr>
          <w:p w14:paraId="4B8D0963" w14:textId="77777777" w:rsidR="00666F0A" w:rsidRDefault="00D9002E">
            <w:r>
              <w:rPr>
                <w:sz w:val="16"/>
              </w:rPr>
              <w:t>rozlišovať použitie minulého času jednoduchého a priebehového</w:t>
            </w:r>
            <w:r>
              <w:rPr>
                <w:sz w:val="16"/>
              </w:rPr>
              <w:br/>
              <w:t>používať časové spojky when, while, as a as soon as</w:t>
            </w:r>
            <w:r>
              <w:rPr>
                <w:sz w:val="16"/>
              </w:rPr>
              <w:br/>
            </w:r>
            <w:r>
              <w:rPr>
                <w:sz w:val="16"/>
              </w:rPr>
              <w:lastRenderedPageBreak/>
              <w:t>napísať rozprávanie o minulých udalostiach</w:t>
            </w:r>
          </w:p>
        </w:tc>
        <w:tc>
          <w:tcPr>
            <w:tcW w:w="1840" w:type="dxa"/>
          </w:tcPr>
          <w:p w14:paraId="7CADF327" w14:textId="77777777" w:rsidR="00666F0A" w:rsidRDefault="00D9002E">
            <w:r>
              <w:rPr>
                <w:sz w:val="16"/>
              </w:rPr>
              <w:lastRenderedPageBreak/>
              <w:t>Past Simple – Past Progressive Time Clauses: when, while, as , as soon as</w:t>
            </w:r>
          </w:p>
        </w:tc>
        <w:tc>
          <w:tcPr>
            <w:tcW w:w="1840" w:type="dxa"/>
          </w:tcPr>
          <w:p w14:paraId="3856175B" w14:textId="77777777" w:rsidR="00666F0A" w:rsidRDefault="00666F0A"/>
        </w:tc>
        <w:tc>
          <w:tcPr>
            <w:tcW w:w="1840" w:type="dxa"/>
          </w:tcPr>
          <w:p w14:paraId="59CABF05" w14:textId="77777777" w:rsidR="00666F0A" w:rsidRDefault="00666F0A"/>
        </w:tc>
      </w:tr>
      <w:tr w:rsidR="00666F0A" w14:paraId="0CFF6AE0" w14:textId="77777777" w:rsidTr="007A2E62">
        <w:trPr>
          <w:jc w:val="center"/>
        </w:trPr>
        <w:tc>
          <w:tcPr>
            <w:tcW w:w="960" w:type="dxa"/>
          </w:tcPr>
          <w:p w14:paraId="26C58AC3" w14:textId="77777777" w:rsidR="00666F0A" w:rsidRDefault="00666F0A"/>
        </w:tc>
        <w:tc>
          <w:tcPr>
            <w:tcW w:w="952" w:type="dxa"/>
          </w:tcPr>
          <w:p w14:paraId="03691FC7" w14:textId="77777777" w:rsidR="00666F0A" w:rsidRDefault="00D9002E">
            <w:r>
              <w:rPr>
                <w:sz w:val="16"/>
              </w:rPr>
              <w:t>20</w:t>
            </w:r>
          </w:p>
        </w:tc>
        <w:tc>
          <w:tcPr>
            <w:tcW w:w="1552" w:type="dxa"/>
          </w:tcPr>
          <w:p w14:paraId="72F4CCF6" w14:textId="77777777" w:rsidR="00666F0A" w:rsidRDefault="00D9002E">
            <w:r>
              <w:rPr>
                <w:sz w:val="16"/>
              </w:rPr>
              <w:t>2B: Are you superstitious?</w:t>
            </w:r>
          </w:p>
        </w:tc>
        <w:tc>
          <w:tcPr>
            <w:tcW w:w="2835" w:type="dxa"/>
          </w:tcPr>
          <w:p w14:paraId="3467F7FF" w14:textId="77777777" w:rsidR="00666F0A" w:rsidRDefault="00D9002E">
            <w:r>
              <w:rPr>
                <w:sz w:val="16"/>
              </w:rPr>
              <w:t>Slovná zásoba-  povery, čítanie s porozumením</w:t>
            </w:r>
          </w:p>
        </w:tc>
        <w:tc>
          <w:tcPr>
            <w:tcW w:w="3024" w:type="dxa"/>
          </w:tcPr>
          <w:p w14:paraId="13A1CA94" w14:textId="77777777" w:rsidR="00666F0A" w:rsidRDefault="00D9002E">
            <w:r>
              <w:rPr>
                <w:sz w:val="16"/>
              </w:rPr>
              <w:t>porozumieť textu o poverách a tradíciách</w:t>
            </w:r>
            <w:r>
              <w:rPr>
                <w:sz w:val="16"/>
              </w:rPr>
              <w:br/>
              <w:t>vyjadriť svoj názor na povery</w:t>
            </w:r>
            <w:r>
              <w:rPr>
                <w:sz w:val="16"/>
              </w:rPr>
              <w:br/>
            </w:r>
            <w:r>
              <w:rPr>
                <w:sz w:val="16"/>
              </w:rPr>
              <w:t>diskutovať o kultúrnych zvykoch a presvedčeniach</w:t>
            </w:r>
          </w:p>
        </w:tc>
        <w:tc>
          <w:tcPr>
            <w:tcW w:w="1840" w:type="dxa"/>
          </w:tcPr>
          <w:p w14:paraId="40E55A8B" w14:textId="77777777" w:rsidR="00666F0A" w:rsidRDefault="00666F0A"/>
        </w:tc>
        <w:tc>
          <w:tcPr>
            <w:tcW w:w="1840" w:type="dxa"/>
          </w:tcPr>
          <w:p w14:paraId="39CF6AFA" w14:textId="77777777" w:rsidR="00666F0A" w:rsidRDefault="00D9002E">
            <w:r>
              <w:rPr>
                <w:sz w:val="16"/>
              </w:rPr>
              <w:t>a couple of, bring luck, crash into, direction, feel like, four-leaf clover, Give me a break., horseshoe, I don’t believe in all that., in the middle of, mirror, path, run over, skatepark, So what?, sock, superstition, superstitious, That’s a load of rubbish., That’s disgusting., That’s nonsense., Whoa!, Yep., Yuck!</w:t>
            </w:r>
          </w:p>
        </w:tc>
        <w:tc>
          <w:tcPr>
            <w:tcW w:w="1840" w:type="dxa"/>
          </w:tcPr>
          <w:p w14:paraId="6547C28C" w14:textId="77777777" w:rsidR="00666F0A" w:rsidRDefault="00D9002E">
            <w:r>
              <w:rPr>
                <w:sz w:val="16"/>
              </w:rPr>
              <w:t>SB IWB &amp; IWB material or audio and audio player</w:t>
            </w:r>
          </w:p>
        </w:tc>
      </w:tr>
      <w:tr w:rsidR="00666F0A" w14:paraId="0B475CE9" w14:textId="77777777" w:rsidTr="007A2E62">
        <w:trPr>
          <w:jc w:val="center"/>
        </w:trPr>
        <w:tc>
          <w:tcPr>
            <w:tcW w:w="960" w:type="dxa"/>
          </w:tcPr>
          <w:p w14:paraId="3DB3CA13" w14:textId="77777777" w:rsidR="00666F0A" w:rsidRDefault="00666F0A"/>
        </w:tc>
        <w:tc>
          <w:tcPr>
            <w:tcW w:w="952" w:type="dxa"/>
          </w:tcPr>
          <w:p w14:paraId="355C054F" w14:textId="77777777" w:rsidR="00666F0A" w:rsidRDefault="00D9002E">
            <w:r>
              <w:rPr>
                <w:sz w:val="16"/>
              </w:rPr>
              <w:t>21</w:t>
            </w:r>
          </w:p>
        </w:tc>
        <w:tc>
          <w:tcPr>
            <w:tcW w:w="1552" w:type="dxa"/>
          </w:tcPr>
          <w:p w14:paraId="26446957" w14:textId="77777777" w:rsidR="00666F0A" w:rsidRDefault="00D9002E">
            <w:r>
              <w:rPr>
                <w:sz w:val="16"/>
              </w:rPr>
              <w:t>2B: Are you superstitious?</w:t>
            </w:r>
          </w:p>
        </w:tc>
        <w:tc>
          <w:tcPr>
            <w:tcW w:w="2835" w:type="dxa"/>
          </w:tcPr>
          <w:p w14:paraId="2989E694" w14:textId="77777777" w:rsidR="00666F0A" w:rsidRDefault="00D9002E">
            <w:r>
              <w:rPr>
                <w:sz w:val="16"/>
              </w:rPr>
              <w:t>Gramatika - prídavné otázky, rozprávanie</w:t>
            </w:r>
          </w:p>
        </w:tc>
        <w:tc>
          <w:tcPr>
            <w:tcW w:w="3024" w:type="dxa"/>
          </w:tcPr>
          <w:p w14:paraId="2A5F898B" w14:textId="77777777" w:rsidR="00666F0A" w:rsidRDefault="00D9002E">
            <w:r>
              <w:rPr>
                <w:sz w:val="16"/>
              </w:rPr>
              <w:t>používať prídavné otázky na overenie informácií</w:t>
            </w:r>
            <w:r>
              <w:rPr>
                <w:sz w:val="16"/>
              </w:rPr>
              <w:br/>
              <w:t>vyjadriť súhlas alebo nesúhlas v rozhovore</w:t>
            </w:r>
            <w:r>
              <w:rPr>
                <w:sz w:val="16"/>
              </w:rPr>
              <w:br/>
              <w:t>viesť krátky dialóg s použitím prídavných otázok</w:t>
            </w:r>
          </w:p>
        </w:tc>
        <w:tc>
          <w:tcPr>
            <w:tcW w:w="1840" w:type="dxa"/>
          </w:tcPr>
          <w:p w14:paraId="2E2C61CE" w14:textId="77777777" w:rsidR="00666F0A" w:rsidRDefault="00D9002E">
            <w:r>
              <w:rPr>
                <w:sz w:val="16"/>
              </w:rPr>
              <w:t>Question tags</w:t>
            </w:r>
          </w:p>
        </w:tc>
        <w:tc>
          <w:tcPr>
            <w:tcW w:w="1840" w:type="dxa"/>
          </w:tcPr>
          <w:p w14:paraId="77B0DA2C" w14:textId="77777777" w:rsidR="00666F0A" w:rsidRDefault="00666F0A"/>
        </w:tc>
        <w:tc>
          <w:tcPr>
            <w:tcW w:w="1840" w:type="dxa"/>
          </w:tcPr>
          <w:p w14:paraId="56AECEFB" w14:textId="77777777" w:rsidR="00666F0A" w:rsidRDefault="00666F0A"/>
        </w:tc>
      </w:tr>
      <w:tr w:rsidR="00666F0A" w14:paraId="0FBB1F28" w14:textId="77777777" w:rsidTr="007A2E62">
        <w:trPr>
          <w:jc w:val="center"/>
        </w:trPr>
        <w:tc>
          <w:tcPr>
            <w:tcW w:w="960" w:type="dxa"/>
          </w:tcPr>
          <w:p w14:paraId="4BC4156F" w14:textId="77777777" w:rsidR="00666F0A" w:rsidRDefault="00666F0A"/>
        </w:tc>
        <w:tc>
          <w:tcPr>
            <w:tcW w:w="952" w:type="dxa"/>
          </w:tcPr>
          <w:p w14:paraId="3C772568" w14:textId="77777777" w:rsidR="00666F0A" w:rsidRDefault="00D9002E">
            <w:r>
              <w:rPr>
                <w:sz w:val="16"/>
              </w:rPr>
              <w:t>22</w:t>
            </w:r>
          </w:p>
        </w:tc>
        <w:tc>
          <w:tcPr>
            <w:tcW w:w="1552" w:type="dxa"/>
          </w:tcPr>
          <w:p w14:paraId="41E2D7B4" w14:textId="77777777" w:rsidR="00666F0A" w:rsidRDefault="00D9002E">
            <w:r>
              <w:rPr>
                <w:sz w:val="16"/>
              </w:rPr>
              <w:t>2C: Whodunit?</w:t>
            </w:r>
          </w:p>
        </w:tc>
        <w:tc>
          <w:tcPr>
            <w:tcW w:w="2835" w:type="dxa"/>
          </w:tcPr>
          <w:p w14:paraId="3679F4D3" w14:textId="77777777" w:rsidR="00666F0A" w:rsidRDefault="00D9002E">
            <w:r>
              <w:rPr>
                <w:sz w:val="16"/>
              </w:rPr>
              <w:t>Slovná zásoba - zločin, čítanie s porozumením</w:t>
            </w:r>
          </w:p>
        </w:tc>
        <w:tc>
          <w:tcPr>
            <w:tcW w:w="3024" w:type="dxa"/>
          </w:tcPr>
          <w:p w14:paraId="7FB213B9" w14:textId="77777777" w:rsidR="00666F0A" w:rsidRDefault="00D9002E">
            <w:r>
              <w:rPr>
                <w:sz w:val="16"/>
              </w:rPr>
              <w:t>porozumieť textu o zločine a vyšetrovaní</w:t>
            </w:r>
            <w:r>
              <w:rPr>
                <w:sz w:val="16"/>
              </w:rPr>
              <w:br/>
              <w:t>rozprávať o udalostiach v logickom slede</w:t>
            </w:r>
            <w:r>
              <w:rPr>
                <w:sz w:val="16"/>
              </w:rPr>
              <w:br/>
              <w:t>používať slovnú zásobu z oblasti kriminalistiky</w:t>
            </w:r>
          </w:p>
        </w:tc>
        <w:tc>
          <w:tcPr>
            <w:tcW w:w="1840" w:type="dxa"/>
          </w:tcPr>
          <w:p w14:paraId="6DAB8E93" w14:textId="77777777" w:rsidR="00666F0A" w:rsidRDefault="00666F0A"/>
        </w:tc>
        <w:tc>
          <w:tcPr>
            <w:tcW w:w="1840" w:type="dxa"/>
          </w:tcPr>
          <w:p w14:paraId="69898CAB" w14:textId="77777777" w:rsidR="00666F0A" w:rsidRDefault="00D9002E">
            <w:r>
              <w:rPr>
                <w:sz w:val="16"/>
              </w:rPr>
              <w:t>arrest , artwork, be allowed , burglar, burglary, by the time, crime, criminal, detective, dollar, dress , empty, false, investigation, kidnap, kidnapper, kidnapping, leave sth behind, local, masterpiece, million, missing, moustache, offer, pickpocket, pickpocketing, piece of art, reward, rip out, rob, robber, robbery, rule , security guard, shoplift, shoplifter, shoplifting, steal, surprisingly, theft, thief, tie up, valuable</w:t>
            </w:r>
          </w:p>
        </w:tc>
        <w:tc>
          <w:tcPr>
            <w:tcW w:w="1840" w:type="dxa"/>
          </w:tcPr>
          <w:p w14:paraId="5CE67248" w14:textId="77777777" w:rsidR="00666F0A" w:rsidRDefault="00D9002E">
            <w:r>
              <w:rPr>
                <w:sz w:val="16"/>
              </w:rPr>
              <w:t>SB IWB &amp; IWB material or audio and audio player</w:t>
            </w:r>
          </w:p>
        </w:tc>
      </w:tr>
      <w:tr w:rsidR="00666F0A" w14:paraId="60967B0E" w14:textId="77777777" w:rsidTr="007A2E62">
        <w:trPr>
          <w:jc w:val="center"/>
        </w:trPr>
        <w:tc>
          <w:tcPr>
            <w:tcW w:w="960" w:type="dxa"/>
          </w:tcPr>
          <w:p w14:paraId="18A703B2" w14:textId="77777777" w:rsidR="00666F0A" w:rsidRDefault="00666F0A"/>
        </w:tc>
        <w:tc>
          <w:tcPr>
            <w:tcW w:w="952" w:type="dxa"/>
          </w:tcPr>
          <w:p w14:paraId="5A45860D" w14:textId="77777777" w:rsidR="00666F0A" w:rsidRDefault="00D9002E">
            <w:r>
              <w:rPr>
                <w:sz w:val="16"/>
              </w:rPr>
              <w:t>23</w:t>
            </w:r>
          </w:p>
        </w:tc>
        <w:tc>
          <w:tcPr>
            <w:tcW w:w="1552" w:type="dxa"/>
          </w:tcPr>
          <w:p w14:paraId="38347804" w14:textId="77777777" w:rsidR="00666F0A" w:rsidRDefault="00D9002E">
            <w:r>
              <w:rPr>
                <w:sz w:val="16"/>
              </w:rPr>
              <w:t>2C: Whodunit?</w:t>
            </w:r>
          </w:p>
        </w:tc>
        <w:tc>
          <w:tcPr>
            <w:tcW w:w="2835" w:type="dxa"/>
          </w:tcPr>
          <w:p w14:paraId="4FECFC61" w14:textId="77777777" w:rsidR="00666F0A" w:rsidRDefault="00D9002E">
            <w:r>
              <w:rPr>
                <w:sz w:val="16"/>
              </w:rPr>
              <w:t>Gramatika predminulý čas jednoduchý, počúvanie s porozumením,  písanie - opis zločinu</w:t>
            </w:r>
          </w:p>
        </w:tc>
        <w:tc>
          <w:tcPr>
            <w:tcW w:w="3024" w:type="dxa"/>
          </w:tcPr>
          <w:p w14:paraId="519B07A7" w14:textId="77777777" w:rsidR="00666F0A" w:rsidRDefault="00D9002E">
            <w:r>
              <w:rPr>
                <w:sz w:val="16"/>
              </w:rPr>
              <w:t>používať predminulý čas jednoduchý pri opise minulých udalostí</w:t>
            </w:r>
            <w:r>
              <w:rPr>
                <w:sz w:val="16"/>
              </w:rPr>
              <w:br/>
              <w:t>rozlišovať postupnosť minulých dejov</w:t>
            </w:r>
            <w:r>
              <w:rPr>
                <w:sz w:val="16"/>
              </w:rPr>
              <w:br/>
              <w:t>napísať opis zločinu</w:t>
            </w:r>
          </w:p>
        </w:tc>
        <w:tc>
          <w:tcPr>
            <w:tcW w:w="1840" w:type="dxa"/>
          </w:tcPr>
          <w:p w14:paraId="43817985" w14:textId="77777777" w:rsidR="00666F0A" w:rsidRDefault="00D9002E">
            <w:r>
              <w:rPr>
                <w:sz w:val="16"/>
              </w:rPr>
              <w:t>Past Perfect Simple</w:t>
            </w:r>
          </w:p>
        </w:tc>
        <w:tc>
          <w:tcPr>
            <w:tcW w:w="1840" w:type="dxa"/>
          </w:tcPr>
          <w:p w14:paraId="591FB3B7" w14:textId="77777777" w:rsidR="00666F0A" w:rsidRDefault="00666F0A"/>
        </w:tc>
        <w:tc>
          <w:tcPr>
            <w:tcW w:w="1840" w:type="dxa"/>
          </w:tcPr>
          <w:p w14:paraId="303E4980" w14:textId="77777777" w:rsidR="00666F0A" w:rsidRDefault="00666F0A"/>
        </w:tc>
      </w:tr>
      <w:tr w:rsidR="00666F0A" w14:paraId="6F51860B" w14:textId="77777777" w:rsidTr="007A2E62">
        <w:trPr>
          <w:jc w:val="center"/>
        </w:trPr>
        <w:tc>
          <w:tcPr>
            <w:tcW w:w="960" w:type="dxa"/>
          </w:tcPr>
          <w:p w14:paraId="07FBB3D6" w14:textId="77777777" w:rsidR="00666F0A" w:rsidRDefault="00666F0A"/>
        </w:tc>
        <w:tc>
          <w:tcPr>
            <w:tcW w:w="952" w:type="dxa"/>
          </w:tcPr>
          <w:p w14:paraId="5E2ED3DC" w14:textId="77777777" w:rsidR="00666F0A" w:rsidRDefault="00D9002E">
            <w:r>
              <w:rPr>
                <w:sz w:val="16"/>
              </w:rPr>
              <w:t>24</w:t>
            </w:r>
          </w:p>
        </w:tc>
        <w:tc>
          <w:tcPr>
            <w:tcW w:w="1552" w:type="dxa"/>
          </w:tcPr>
          <w:p w14:paraId="458284D3" w14:textId="77777777" w:rsidR="00666F0A" w:rsidRDefault="00D9002E">
            <w:r>
              <w:rPr>
                <w:sz w:val="16"/>
              </w:rPr>
              <w:t>2D: Fact or fiction?</w:t>
            </w:r>
          </w:p>
        </w:tc>
        <w:tc>
          <w:tcPr>
            <w:tcW w:w="2835" w:type="dxa"/>
          </w:tcPr>
          <w:p w14:paraId="3B2E6DB1" w14:textId="77777777" w:rsidR="00666F0A" w:rsidRDefault="00D9002E">
            <w:r>
              <w:rPr>
                <w:sz w:val="16"/>
              </w:rPr>
              <w:t>Čítanie s porozumením - záhada Bermudského trojuholníka</w:t>
            </w:r>
          </w:p>
        </w:tc>
        <w:tc>
          <w:tcPr>
            <w:tcW w:w="3024" w:type="dxa"/>
          </w:tcPr>
          <w:p w14:paraId="7F32ED5F" w14:textId="77777777" w:rsidR="00666F0A" w:rsidRDefault="00D9002E">
            <w:r>
              <w:rPr>
                <w:sz w:val="16"/>
              </w:rPr>
              <w:t>porozumieť textu o Bermudskom trojuholníku</w:t>
            </w:r>
            <w:r>
              <w:rPr>
                <w:sz w:val="16"/>
              </w:rPr>
              <w:br/>
              <w:t>diskutovať o faktoch a teóriách</w:t>
            </w:r>
            <w:r>
              <w:rPr>
                <w:sz w:val="16"/>
              </w:rPr>
              <w:br/>
              <w:t>vyjadriť svoj názor na záhadné udalosti</w:t>
            </w:r>
          </w:p>
        </w:tc>
        <w:tc>
          <w:tcPr>
            <w:tcW w:w="1840" w:type="dxa"/>
          </w:tcPr>
          <w:p w14:paraId="5FC9600D" w14:textId="77777777" w:rsidR="00666F0A" w:rsidRDefault="00666F0A"/>
        </w:tc>
        <w:tc>
          <w:tcPr>
            <w:tcW w:w="1840" w:type="dxa"/>
          </w:tcPr>
          <w:p w14:paraId="4B76CD61" w14:textId="77777777" w:rsidR="00666F0A" w:rsidRDefault="00D9002E">
            <w:r>
              <w:rPr>
                <w:sz w:val="16"/>
              </w:rPr>
              <w:t xml:space="preserve">according to, cause , depend on, disappearance, explanation, fact or fiction, flight, god, incident, investigate, leader, mission, mysterious, real-life mystery, related to, report, responsible for, sail, seem, set out, </w:t>
            </w:r>
            <w:r>
              <w:rPr>
                <w:sz w:val="16"/>
              </w:rPr>
              <w:lastRenderedPageBreak/>
              <w:t>suggest, the late 15th century, theory, truth, up until now</w:t>
            </w:r>
          </w:p>
        </w:tc>
        <w:tc>
          <w:tcPr>
            <w:tcW w:w="1840" w:type="dxa"/>
          </w:tcPr>
          <w:p w14:paraId="27B1E957" w14:textId="77777777" w:rsidR="00666F0A" w:rsidRDefault="00D9002E">
            <w:r>
              <w:rPr>
                <w:sz w:val="16"/>
              </w:rPr>
              <w:lastRenderedPageBreak/>
              <w:t>SB IWB &amp; IWB material or audio and audio player</w:t>
            </w:r>
          </w:p>
        </w:tc>
      </w:tr>
      <w:tr w:rsidR="00666F0A" w14:paraId="0F43D8DE" w14:textId="77777777" w:rsidTr="007A2E62">
        <w:trPr>
          <w:jc w:val="center"/>
        </w:trPr>
        <w:tc>
          <w:tcPr>
            <w:tcW w:w="960" w:type="dxa"/>
          </w:tcPr>
          <w:p w14:paraId="2590533A" w14:textId="77777777" w:rsidR="00666F0A" w:rsidRDefault="00666F0A"/>
        </w:tc>
        <w:tc>
          <w:tcPr>
            <w:tcW w:w="952" w:type="dxa"/>
          </w:tcPr>
          <w:p w14:paraId="2CD59C08" w14:textId="77777777" w:rsidR="00666F0A" w:rsidRDefault="00D9002E">
            <w:r>
              <w:rPr>
                <w:sz w:val="16"/>
              </w:rPr>
              <w:t>25</w:t>
            </w:r>
          </w:p>
        </w:tc>
        <w:tc>
          <w:tcPr>
            <w:tcW w:w="1552" w:type="dxa"/>
          </w:tcPr>
          <w:p w14:paraId="19CFAF15" w14:textId="77777777" w:rsidR="00666F0A" w:rsidRDefault="00D9002E">
            <w:r>
              <w:rPr>
                <w:sz w:val="16"/>
              </w:rPr>
              <w:t>2D: Fact or fiction?</w:t>
            </w:r>
          </w:p>
        </w:tc>
        <w:tc>
          <w:tcPr>
            <w:tcW w:w="2835" w:type="dxa"/>
          </w:tcPr>
          <w:p w14:paraId="4F7C79BE" w14:textId="77777777" w:rsidR="00666F0A" w:rsidRDefault="00D9002E">
            <w:r>
              <w:rPr>
                <w:sz w:val="16"/>
              </w:rPr>
              <w:t xml:space="preserve">Gramatika - predložky času, miesta a pohybu, počúvanie  s porozumením, práca s informáciami, písanie a prezentácia </w:t>
            </w:r>
          </w:p>
        </w:tc>
        <w:tc>
          <w:tcPr>
            <w:tcW w:w="3024" w:type="dxa"/>
          </w:tcPr>
          <w:p w14:paraId="755741F1" w14:textId="77777777" w:rsidR="00666F0A" w:rsidRDefault="00D9002E">
            <w:r>
              <w:rPr>
                <w:sz w:val="16"/>
              </w:rPr>
              <w:t>správne používať predložky času, miesta a pohybu</w:t>
            </w:r>
            <w:r>
              <w:rPr>
                <w:sz w:val="16"/>
              </w:rPr>
              <w:br/>
              <w:t>opísať polohu a pohyb osôb alebo predmetov</w:t>
            </w:r>
            <w:r>
              <w:rPr>
                <w:sz w:val="16"/>
              </w:rPr>
              <w:br/>
              <w:t>prezentovať informácie o záhadných miestach</w:t>
            </w:r>
          </w:p>
        </w:tc>
        <w:tc>
          <w:tcPr>
            <w:tcW w:w="1840" w:type="dxa"/>
          </w:tcPr>
          <w:p w14:paraId="2F89A52D" w14:textId="77777777" w:rsidR="00666F0A" w:rsidRDefault="00D9002E">
            <w:r>
              <w:rPr>
                <w:sz w:val="16"/>
              </w:rPr>
              <w:t>Prepositions of Time Prepositions of Place Prepositions of Movement</w:t>
            </w:r>
          </w:p>
        </w:tc>
        <w:tc>
          <w:tcPr>
            <w:tcW w:w="1840" w:type="dxa"/>
          </w:tcPr>
          <w:p w14:paraId="4E92751B" w14:textId="77777777" w:rsidR="00666F0A" w:rsidRDefault="00666F0A"/>
        </w:tc>
        <w:tc>
          <w:tcPr>
            <w:tcW w:w="1840" w:type="dxa"/>
          </w:tcPr>
          <w:p w14:paraId="63A36AC4" w14:textId="77777777" w:rsidR="00666F0A" w:rsidRDefault="00666F0A"/>
        </w:tc>
      </w:tr>
      <w:tr w:rsidR="00666F0A" w14:paraId="5DB5D613" w14:textId="77777777" w:rsidTr="007A2E62">
        <w:trPr>
          <w:jc w:val="center"/>
        </w:trPr>
        <w:tc>
          <w:tcPr>
            <w:tcW w:w="960" w:type="dxa"/>
          </w:tcPr>
          <w:p w14:paraId="38E37332" w14:textId="77777777" w:rsidR="00666F0A" w:rsidRDefault="00666F0A"/>
        </w:tc>
        <w:tc>
          <w:tcPr>
            <w:tcW w:w="952" w:type="dxa"/>
          </w:tcPr>
          <w:p w14:paraId="08C72800" w14:textId="77777777" w:rsidR="00666F0A" w:rsidRDefault="00D9002E">
            <w:r>
              <w:rPr>
                <w:sz w:val="16"/>
              </w:rPr>
              <w:t>26</w:t>
            </w:r>
          </w:p>
        </w:tc>
        <w:tc>
          <w:tcPr>
            <w:tcW w:w="1552" w:type="dxa"/>
          </w:tcPr>
          <w:p w14:paraId="5B562B84" w14:textId="77777777" w:rsidR="00666F0A" w:rsidRDefault="00D9002E">
            <w:r>
              <w:rPr>
                <w:sz w:val="16"/>
              </w:rPr>
              <w:t>Top Skills: That’s spooky!</w:t>
            </w:r>
          </w:p>
        </w:tc>
        <w:tc>
          <w:tcPr>
            <w:tcW w:w="2835" w:type="dxa"/>
          </w:tcPr>
          <w:p w14:paraId="13D0448B" w14:textId="77777777" w:rsidR="00666F0A" w:rsidRDefault="00D9002E">
            <w:r>
              <w:rPr>
                <w:sz w:val="16"/>
              </w:rPr>
              <w:t>Slovná zásoba - prídavné mená končiace sa na -ed/-ing, , čítanie a počúvanie s porozumením</w:t>
            </w:r>
          </w:p>
        </w:tc>
        <w:tc>
          <w:tcPr>
            <w:tcW w:w="3024" w:type="dxa"/>
          </w:tcPr>
          <w:p w14:paraId="37E236F4" w14:textId="77777777" w:rsidR="00666F0A" w:rsidRDefault="00D9002E">
            <w:r>
              <w:rPr>
                <w:sz w:val="16"/>
              </w:rPr>
              <w:t>porozumieť textu a nahrávke o strašidelných udalostiach</w:t>
            </w:r>
            <w:r>
              <w:rPr>
                <w:sz w:val="16"/>
              </w:rPr>
              <w:br/>
              <w:t>opísať pocity a reakcie pomocou prídavných mien</w:t>
            </w:r>
            <w:r>
              <w:rPr>
                <w:sz w:val="16"/>
              </w:rPr>
              <w:br/>
              <w:t>rozprávať príbeh v logickom slede</w:t>
            </w:r>
          </w:p>
        </w:tc>
        <w:tc>
          <w:tcPr>
            <w:tcW w:w="1840" w:type="dxa"/>
          </w:tcPr>
          <w:p w14:paraId="7C62F9CA" w14:textId="77777777" w:rsidR="00666F0A" w:rsidRDefault="00666F0A"/>
        </w:tc>
        <w:tc>
          <w:tcPr>
            <w:tcW w:w="1840" w:type="dxa"/>
          </w:tcPr>
          <w:p w14:paraId="7C15C1B3" w14:textId="77777777" w:rsidR="00666F0A" w:rsidRDefault="00D9002E">
            <w:r>
              <w:rPr>
                <w:sz w:val="16"/>
              </w:rPr>
              <w:t>disappointed, disappointing, exam hall, exhausted, exhausting, for this reason, frightened, frightening, hand out, haunted, hurt, make sense, make sure, My mind is a complete blank., shocked, shocking, slip, spooky, surprised, surprising, swear, symbol, voice</w:t>
            </w:r>
          </w:p>
        </w:tc>
        <w:tc>
          <w:tcPr>
            <w:tcW w:w="1840" w:type="dxa"/>
          </w:tcPr>
          <w:p w14:paraId="69B4F207" w14:textId="77777777" w:rsidR="00666F0A" w:rsidRDefault="00D9002E">
            <w:r>
              <w:rPr>
                <w:sz w:val="16"/>
              </w:rPr>
              <w:t>SB IWB &amp; IWB material or audio and audio player</w:t>
            </w:r>
          </w:p>
        </w:tc>
      </w:tr>
      <w:tr w:rsidR="00666F0A" w14:paraId="1895F8A9" w14:textId="77777777" w:rsidTr="007A2E62">
        <w:trPr>
          <w:jc w:val="center"/>
        </w:trPr>
        <w:tc>
          <w:tcPr>
            <w:tcW w:w="960" w:type="dxa"/>
          </w:tcPr>
          <w:p w14:paraId="23E28772" w14:textId="77777777" w:rsidR="00666F0A" w:rsidRDefault="00666F0A"/>
        </w:tc>
        <w:tc>
          <w:tcPr>
            <w:tcW w:w="952" w:type="dxa"/>
          </w:tcPr>
          <w:p w14:paraId="4472F382" w14:textId="77777777" w:rsidR="00666F0A" w:rsidRDefault="00D9002E">
            <w:r>
              <w:rPr>
                <w:sz w:val="16"/>
              </w:rPr>
              <w:t>27</w:t>
            </w:r>
          </w:p>
        </w:tc>
        <w:tc>
          <w:tcPr>
            <w:tcW w:w="1552" w:type="dxa"/>
          </w:tcPr>
          <w:p w14:paraId="08F4ACEE" w14:textId="77777777" w:rsidR="00666F0A" w:rsidRDefault="00D9002E">
            <w:r>
              <w:rPr>
                <w:sz w:val="16"/>
              </w:rPr>
              <w:t>Top Skills: That’s spooky!</w:t>
            </w:r>
          </w:p>
        </w:tc>
        <w:tc>
          <w:tcPr>
            <w:tcW w:w="2835" w:type="dxa"/>
          </w:tcPr>
          <w:p w14:paraId="2D9ACCC0" w14:textId="77777777" w:rsidR="00666F0A" w:rsidRDefault="00D9002E">
            <w:r>
              <w:rPr>
                <w:sz w:val="16"/>
              </w:rPr>
              <w:t>Rozprávanie, písanie - príbeh</w:t>
            </w:r>
          </w:p>
        </w:tc>
        <w:tc>
          <w:tcPr>
            <w:tcW w:w="3024" w:type="dxa"/>
          </w:tcPr>
          <w:p w14:paraId="26ADB49F" w14:textId="77777777" w:rsidR="00666F0A" w:rsidRDefault="00D9002E">
            <w:r>
              <w:rPr>
                <w:sz w:val="16"/>
              </w:rPr>
              <w:t>rozprávať strašidelný príbeh</w:t>
            </w:r>
            <w:r>
              <w:rPr>
                <w:sz w:val="16"/>
              </w:rPr>
              <w:br/>
              <w:t>napísať príbeh s využitím vhodnej slovnej zásoby</w:t>
            </w:r>
            <w:r>
              <w:rPr>
                <w:sz w:val="16"/>
              </w:rPr>
              <w:br/>
              <w:t>používať prídavné mená zakončené na -ed a -ing</w:t>
            </w:r>
          </w:p>
        </w:tc>
        <w:tc>
          <w:tcPr>
            <w:tcW w:w="1840" w:type="dxa"/>
          </w:tcPr>
          <w:p w14:paraId="70F70D8D" w14:textId="77777777" w:rsidR="00666F0A" w:rsidRDefault="00666F0A"/>
        </w:tc>
        <w:tc>
          <w:tcPr>
            <w:tcW w:w="1840" w:type="dxa"/>
          </w:tcPr>
          <w:p w14:paraId="50CFD99A" w14:textId="77777777" w:rsidR="00666F0A" w:rsidRDefault="00666F0A"/>
        </w:tc>
        <w:tc>
          <w:tcPr>
            <w:tcW w:w="1840" w:type="dxa"/>
          </w:tcPr>
          <w:p w14:paraId="50DBBAB1" w14:textId="77777777" w:rsidR="00666F0A" w:rsidRDefault="00666F0A"/>
        </w:tc>
      </w:tr>
      <w:tr w:rsidR="00666F0A" w14:paraId="70A5BDE4" w14:textId="77777777" w:rsidTr="007A2E62">
        <w:trPr>
          <w:jc w:val="center"/>
        </w:trPr>
        <w:tc>
          <w:tcPr>
            <w:tcW w:w="960" w:type="dxa"/>
          </w:tcPr>
          <w:p w14:paraId="4C713580" w14:textId="77777777" w:rsidR="00666F0A" w:rsidRDefault="00666F0A"/>
        </w:tc>
        <w:tc>
          <w:tcPr>
            <w:tcW w:w="952" w:type="dxa"/>
          </w:tcPr>
          <w:p w14:paraId="2E1E3BA1" w14:textId="77777777" w:rsidR="00666F0A" w:rsidRDefault="00D9002E">
            <w:r>
              <w:rPr>
                <w:sz w:val="16"/>
              </w:rPr>
              <w:t>28</w:t>
            </w:r>
          </w:p>
        </w:tc>
        <w:tc>
          <w:tcPr>
            <w:tcW w:w="1552" w:type="dxa"/>
          </w:tcPr>
          <w:p w14:paraId="58E257F1" w14:textId="77777777" w:rsidR="00666F0A" w:rsidRDefault="00D9002E">
            <w:r>
              <w:rPr>
                <w:sz w:val="16"/>
              </w:rPr>
              <w:t>Revision module 2</w:t>
            </w:r>
          </w:p>
        </w:tc>
        <w:tc>
          <w:tcPr>
            <w:tcW w:w="2835" w:type="dxa"/>
          </w:tcPr>
          <w:p w14:paraId="7E54AB30" w14:textId="77777777" w:rsidR="00666F0A" w:rsidRDefault="00D9002E">
            <w:r>
              <w:rPr>
                <w:sz w:val="16"/>
              </w:rPr>
              <w:t>Zhrnutie učiva</w:t>
            </w:r>
          </w:p>
        </w:tc>
        <w:tc>
          <w:tcPr>
            <w:tcW w:w="3024" w:type="dxa"/>
          </w:tcPr>
          <w:p w14:paraId="11384D32"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37F63B46" w14:textId="77777777" w:rsidR="00666F0A" w:rsidRDefault="00666F0A"/>
        </w:tc>
        <w:tc>
          <w:tcPr>
            <w:tcW w:w="1840" w:type="dxa"/>
          </w:tcPr>
          <w:p w14:paraId="7C4CCA89" w14:textId="77777777" w:rsidR="00666F0A" w:rsidRDefault="00666F0A"/>
        </w:tc>
        <w:tc>
          <w:tcPr>
            <w:tcW w:w="1840" w:type="dxa"/>
          </w:tcPr>
          <w:p w14:paraId="2902EF5E" w14:textId="77777777" w:rsidR="00666F0A" w:rsidRDefault="00D9002E">
            <w:r>
              <w:rPr>
                <w:sz w:val="16"/>
              </w:rPr>
              <w:t>SB IWB &amp; IWB material or audio and audio player If necessary, WB (extra grammar practice)</w:t>
            </w:r>
          </w:p>
        </w:tc>
      </w:tr>
      <w:tr w:rsidR="00666F0A" w14:paraId="0C7735A0" w14:textId="77777777" w:rsidTr="007A2E62">
        <w:trPr>
          <w:jc w:val="center"/>
        </w:trPr>
        <w:tc>
          <w:tcPr>
            <w:tcW w:w="960" w:type="dxa"/>
          </w:tcPr>
          <w:p w14:paraId="2172BE61" w14:textId="77777777" w:rsidR="00666F0A" w:rsidRDefault="00666F0A"/>
        </w:tc>
        <w:tc>
          <w:tcPr>
            <w:tcW w:w="952" w:type="dxa"/>
          </w:tcPr>
          <w:p w14:paraId="49FE4E1A" w14:textId="77777777" w:rsidR="00666F0A" w:rsidRDefault="00D9002E">
            <w:r>
              <w:rPr>
                <w:sz w:val="16"/>
              </w:rPr>
              <w:t>29</w:t>
            </w:r>
          </w:p>
        </w:tc>
        <w:tc>
          <w:tcPr>
            <w:tcW w:w="1552" w:type="dxa"/>
          </w:tcPr>
          <w:p w14:paraId="3C07247F" w14:textId="77777777" w:rsidR="00666F0A" w:rsidRDefault="00D9002E">
            <w:r>
              <w:rPr>
                <w:sz w:val="16"/>
              </w:rPr>
              <w:t>Revision module 2</w:t>
            </w:r>
          </w:p>
        </w:tc>
        <w:tc>
          <w:tcPr>
            <w:tcW w:w="2835" w:type="dxa"/>
          </w:tcPr>
          <w:p w14:paraId="790FE8EF" w14:textId="77777777" w:rsidR="00666F0A" w:rsidRDefault="00D9002E">
            <w:r>
              <w:rPr>
                <w:sz w:val="16"/>
              </w:rPr>
              <w:t>Sebahodnotenie</w:t>
            </w:r>
          </w:p>
        </w:tc>
        <w:tc>
          <w:tcPr>
            <w:tcW w:w="3024" w:type="dxa"/>
          </w:tcPr>
          <w:p w14:paraId="72681FFE" w14:textId="77777777" w:rsidR="00666F0A" w:rsidRDefault="00D9002E">
            <w:r>
              <w:rPr>
                <w:sz w:val="16"/>
              </w:rPr>
              <w:t>zhodnotiť úroveň svojich vedomostí</w:t>
            </w:r>
            <w:r>
              <w:rPr>
                <w:sz w:val="16"/>
              </w:rPr>
              <w:br/>
              <w:t>identifikovať oblasti, ktoré je potrebné zlepšiť</w:t>
            </w:r>
            <w:r>
              <w:rPr>
                <w:sz w:val="16"/>
              </w:rPr>
              <w:br/>
              <w:t>pripraviť sa na priebežné overenie vedomostí</w:t>
            </w:r>
          </w:p>
        </w:tc>
        <w:tc>
          <w:tcPr>
            <w:tcW w:w="1840" w:type="dxa"/>
          </w:tcPr>
          <w:p w14:paraId="1FA04731" w14:textId="77777777" w:rsidR="00666F0A" w:rsidRDefault="00666F0A"/>
        </w:tc>
        <w:tc>
          <w:tcPr>
            <w:tcW w:w="1840" w:type="dxa"/>
          </w:tcPr>
          <w:p w14:paraId="62D7D646" w14:textId="77777777" w:rsidR="00666F0A" w:rsidRDefault="00666F0A"/>
        </w:tc>
        <w:tc>
          <w:tcPr>
            <w:tcW w:w="1840" w:type="dxa"/>
          </w:tcPr>
          <w:p w14:paraId="0D443378" w14:textId="77777777" w:rsidR="00666F0A" w:rsidRDefault="00666F0A"/>
        </w:tc>
      </w:tr>
      <w:tr w:rsidR="00666F0A" w14:paraId="178DA09D" w14:textId="77777777" w:rsidTr="007A2E62">
        <w:trPr>
          <w:jc w:val="center"/>
        </w:trPr>
        <w:tc>
          <w:tcPr>
            <w:tcW w:w="960" w:type="dxa"/>
          </w:tcPr>
          <w:p w14:paraId="5450E2FC" w14:textId="77777777" w:rsidR="00666F0A" w:rsidRDefault="00666F0A"/>
        </w:tc>
        <w:tc>
          <w:tcPr>
            <w:tcW w:w="952" w:type="dxa"/>
          </w:tcPr>
          <w:p w14:paraId="3E20CFAA" w14:textId="77777777" w:rsidR="00666F0A" w:rsidRDefault="00D9002E">
            <w:r>
              <w:rPr>
                <w:sz w:val="16"/>
              </w:rPr>
              <w:t>30</w:t>
            </w:r>
          </w:p>
        </w:tc>
        <w:tc>
          <w:tcPr>
            <w:tcW w:w="1552" w:type="dxa"/>
          </w:tcPr>
          <w:p w14:paraId="0BCB78BD" w14:textId="77777777" w:rsidR="00666F0A" w:rsidRDefault="00D9002E">
            <w:r>
              <w:rPr>
                <w:sz w:val="16"/>
              </w:rPr>
              <w:t>Culture Page 1 &amp; Song 1</w:t>
            </w:r>
          </w:p>
        </w:tc>
        <w:tc>
          <w:tcPr>
            <w:tcW w:w="2835" w:type="dxa"/>
          </w:tcPr>
          <w:p w14:paraId="17E3A52F" w14:textId="77777777" w:rsidR="00666F0A" w:rsidRDefault="00D9002E">
            <w:r>
              <w:rPr>
                <w:sz w:val="16"/>
              </w:rPr>
              <w:t>Futbal. Pieseň- Give me a break</w:t>
            </w:r>
          </w:p>
        </w:tc>
        <w:tc>
          <w:tcPr>
            <w:tcW w:w="3024" w:type="dxa"/>
          </w:tcPr>
          <w:p w14:paraId="1344AA3C" w14:textId="77777777" w:rsidR="00666F0A" w:rsidRDefault="00D9002E">
            <w:r>
              <w:rPr>
                <w:sz w:val="16"/>
              </w:rPr>
              <w:t>spoznať kultúrne súvislosti spojené s futbalom</w:t>
            </w:r>
            <w:r>
              <w:rPr>
                <w:sz w:val="16"/>
              </w:rPr>
              <w:br/>
              <w:t>rozvíjať posluchové porozumenie prostredníctvom piesne</w:t>
            </w:r>
            <w:r>
              <w:rPr>
                <w:sz w:val="16"/>
              </w:rPr>
              <w:br/>
              <w:t>porovnať kultúrne zvyklosti rôznych krajín</w:t>
            </w:r>
          </w:p>
        </w:tc>
        <w:tc>
          <w:tcPr>
            <w:tcW w:w="1840" w:type="dxa"/>
          </w:tcPr>
          <w:p w14:paraId="4C436F14" w14:textId="77777777" w:rsidR="00666F0A" w:rsidRDefault="00666F0A"/>
        </w:tc>
        <w:tc>
          <w:tcPr>
            <w:tcW w:w="1840" w:type="dxa"/>
          </w:tcPr>
          <w:p w14:paraId="52091D58" w14:textId="77777777" w:rsidR="00666F0A" w:rsidRDefault="00666F0A"/>
        </w:tc>
        <w:tc>
          <w:tcPr>
            <w:tcW w:w="1840" w:type="dxa"/>
          </w:tcPr>
          <w:p w14:paraId="42B792F5" w14:textId="77777777" w:rsidR="00666F0A" w:rsidRDefault="00D9002E">
            <w:r>
              <w:rPr>
                <w:sz w:val="16"/>
              </w:rPr>
              <w:t>SB IWB &amp; IWB material or audio and audio player</w:t>
            </w:r>
          </w:p>
        </w:tc>
      </w:tr>
      <w:tr w:rsidR="00666F0A" w14:paraId="6C97B0C0" w14:textId="77777777" w:rsidTr="007A2E62">
        <w:trPr>
          <w:jc w:val="center"/>
        </w:trPr>
        <w:tc>
          <w:tcPr>
            <w:tcW w:w="960" w:type="dxa"/>
          </w:tcPr>
          <w:p w14:paraId="2F57782F" w14:textId="77777777" w:rsidR="00666F0A" w:rsidRDefault="00666F0A"/>
        </w:tc>
        <w:tc>
          <w:tcPr>
            <w:tcW w:w="952" w:type="dxa"/>
          </w:tcPr>
          <w:p w14:paraId="49AA720C" w14:textId="77777777" w:rsidR="00666F0A" w:rsidRDefault="00D9002E">
            <w:r>
              <w:rPr>
                <w:sz w:val="16"/>
              </w:rPr>
              <w:t>31</w:t>
            </w:r>
          </w:p>
        </w:tc>
        <w:tc>
          <w:tcPr>
            <w:tcW w:w="1552" w:type="dxa"/>
          </w:tcPr>
          <w:p w14:paraId="2AE6216F" w14:textId="77777777" w:rsidR="00666F0A" w:rsidRDefault="00D9002E">
            <w:r>
              <w:rPr>
                <w:sz w:val="16"/>
              </w:rPr>
              <w:t>Me and My country project 2 – Loch Ness</w:t>
            </w:r>
          </w:p>
        </w:tc>
        <w:tc>
          <w:tcPr>
            <w:tcW w:w="2835" w:type="dxa"/>
          </w:tcPr>
          <w:p w14:paraId="599D6874" w14:textId="77777777" w:rsidR="00666F0A" w:rsidRDefault="00D9002E">
            <w:r>
              <w:rPr>
                <w:sz w:val="16"/>
              </w:rPr>
              <w:t>Mystické miestá</w:t>
            </w:r>
          </w:p>
        </w:tc>
        <w:tc>
          <w:tcPr>
            <w:tcW w:w="3024" w:type="dxa"/>
          </w:tcPr>
          <w:p w14:paraId="06BD0EC6" w14:textId="77777777" w:rsidR="00666F0A" w:rsidRDefault="00D9002E">
            <w:r>
              <w:rPr>
                <w:sz w:val="16"/>
              </w:rPr>
              <w:t>získať informácie o mystických miestach</w:t>
            </w:r>
            <w:r>
              <w:rPr>
                <w:sz w:val="16"/>
              </w:rPr>
              <w:br/>
              <w:t>spracovať získané informácie do projektu</w:t>
            </w:r>
            <w:r>
              <w:rPr>
                <w:sz w:val="16"/>
              </w:rPr>
              <w:br/>
              <w:t>prezentovať výsledky svojej práce</w:t>
            </w:r>
          </w:p>
        </w:tc>
        <w:tc>
          <w:tcPr>
            <w:tcW w:w="1840" w:type="dxa"/>
          </w:tcPr>
          <w:p w14:paraId="1DEC733C" w14:textId="77777777" w:rsidR="00666F0A" w:rsidRDefault="00666F0A"/>
        </w:tc>
        <w:tc>
          <w:tcPr>
            <w:tcW w:w="1840" w:type="dxa"/>
          </w:tcPr>
          <w:p w14:paraId="130D8C35" w14:textId="77777777" w:rsidR="00666F0A" w:rsidRDefault="00666F0A"/>
        </w:tc>
        <w:tc>
          <w:tcPr>
            <w:tcW w:w="1840" w:type="dxa"/>
          </w:tcPr>
          <w:p w14:paraId="09C884B4" w14:textId="77777777" w:rsidR="00666F0A" w:rsidRDefault="00D9002E">
            <w:r>
              <w:rPr>
                <w:sz w:val="16"/>
              </w:rPr>
              <w:t>Paper, Cover (teacher’s assistant)</w:t>
            </w:r>
          </w:p>
        </w:tc>
      </w:tr>
      <w:tr w:rsidR="00666F0A" w14:paraId="7023A977" w14:textId="77777777" w:rsidTr="007A2E62">
        <w:trPr>
          <w:jc w:val="center"/>
        </w:trPr>
        <w:tc>
          <w:tcPr>
            <w:tcW w:w="960" w:type="dxa"/>
          </w:tcPr>
          <w:p w14:paraId="12649AE8" w14:textId="77777777" w:rsidR="00666F0A" w:rsidRDefault="00666F0A"/>
        </w:tc>
        <w:tc>
          <w:tcPr>
            <w:tcW w:w="952" w:type="dxa"/>
          </w:tcPr>
          <w:p w14:paraId="38977226" w14:textId="77777777" w:rsidR="00666F0A" w:rsidRDefault="00D9002E">
            <w:r>
              <w:rPr>
                <w:sz w:val="16"/>
              </w:rPr>
              <w:t>32</w:t>
            </w:r>
          </w:p>
        </w:tc>
        <w:tc>
          <w:tcPr>
            <w:tcW w:w="1552" w:type="dxa"/>
          </w:tcPr>
          <w:p w14:paraId="2502FAAA" w14:textId="77777777" w:rsidR="00666F0A" w:rsidRDefault="00D9002E">
            <w:r>
              <w:rPr>
                <w:sz w:val="16"/>
              </w:rPr>
              <w:t>Test Module 2</w:t>
            </w:r>
          </w:p>
        </w:tc>
        <w:tc>
          <w:tcPr>
            <w:tcW w:w="2835" w:type="dxa"/>
          </w:tcPr>
          <w:p w14:paraId="7E5723F2" w14:textId="77777777" w:rsidR="00666F0A" w:rsidRDefault="00D9002E">
            <w:r>
              <w:rPr>
                <w:sz w:val="16"/>
              </w:rPr>
              <w:t>Hodnotenie pokroku žiakov</w:t>
            </w:r>
          </w:p>
        </w:tc>
        <w:tc>
          <w:tcPr>
            <w:tcW w:w="3024" w:type="dxa"/>
          </w:tcPr>
          <w:p w14:paraId="700AF319" w14:textId="77777777" w:rsidR="00666F0A" w:rsidRDefault="00D9002E">
            <w:r>
              <w:rPr>
                <w:sz w:val="16"/>
              </w:rPr>
              <w:t>preukázať osvojenie slovnej zásoby a gramatiky modulu</w:t>
            </w:r>
            <w:r>
              <w:rPr>
                <w:sz w:val="16"/>
              </w:rPr>
              <w:br/>
              <w:t>aplikovať získané vedomosti pri riešení úloh</w:t>
            </w:r>
            <w:r>
              <w:rPr>
                <w:sz w:val="16"/>
              </w:rPr>
              <w:br/>
              <w:t>samostatne riešiť testové zadania</w:t>
            </w:r>
          </w:p>
        </w:tc>
        <w:tc>
          <w:tcPr>
            <w:tcW w:w="1840" w:type="dxa"/>
          </w:tcPr>
          <w:p w14:paraId="6F1CED68" w14:textId="77777777" w:rsidR="00666F0A" w:rsidRDefault="00666F0A"/>
        </w:tc>
        <w:tc>
          <w:tcPr>
            <w:tcW w:w="1840" w:type="dxa"/>
          </w:tcPr>
          <w:p w14:paraId="43CC9B34" w14:textId="77777777" w:rsidR="00666F0A" w:rsidRDefault="00666F0A"/>
        </w:tc>
        <w:tc>
          <w:tcPr>
            <w:tcW w:w="1840" w:type="dxa"/>
          </w:tcPr>
          <w:p w14:paraId="1B6AED70" w14:textId="77777777" w:rsidR="00666F0A" w:rsidRDefault="00D9002E">
            <w:r>
              <w:rPr>
                <w:sz w:val="16"/>
              </w:rPr>
              <w:t>Module tests (teacher’s assistant)</w:t>
            </w:r>
          </w:p>
        </w:tc>
      </w:tr>
      <w:tr w:rsidR="00666F0A" w14:paraId="731A3BF1" w14:textId="77777777" w:rsidTr="007A2E62">
        <w:trPr>
          <w:jc w:val="center"/>
        </w:trPr>
        <w:tc>
          <w:tcPr>
            <w:tcW w:w="960" w:type="dxa"/>
          </w:tcPr>
          <w:p w14:paraId="23293AE2" w14:textId="77777777" w:rsidR="00666F0A" w:rsidRDefault="00666F0A"/>
        </w:tc>
        <w:tc>
          <w:tcPr>
            <w:tcW w:w="952" w:type="dxa"/>
          </w:tcPr>
          <w:p w14:paraId="7FC4C54B" w14:textId="77777777" w:rsidR="00666F0A" w:rsidRDefault="00D9002E">
            <w:r>
              <w:rPr>
                <w:sz w:val="16"/>
              </w:rPr>
              <w:t>33</w:t>
            </w:r>
          </w:p>
        </w:tc>
        <w:tc>
          <w:tcPr>
            <w:tcW w:w="1552" w:type="dxa"/>
          </w:tcPr>
          <w:p w14:paraId="3AD1BC3E" w14:textId="77777777" w:rsidR="00666F0A" w:rsidRDefault="00D9002E">
            <w:r>
              <w:rPr>
                <w:sz w:val="16"/>
              </w:rPr>
              <w:t>Video Module 2 &amp; Cover Page Module 3</w:t>
            </w:r>
          </w:p>
        </w:tc>
        <w:tc>
          <w:tcPr>
            <w:tcW w:w="2835" w:type="dxa"/>
          </w:tcPr>
          <w:p w14:paraId="1B2F62E1" w14:textId="77777777" w:rsidR="00666F0A" w:rsidRDefault="00D9002E">
            <w:r>
              <w:rPr>
                <w:sz w:val="16"/>
              </w:rPr>
              <w:t>Videolekcia - 5 najnebezpečnejších zvierat</w:t>
            </w:r>
          </w:p>
        </w:tc>
        <w:tc>
          <w:tcPr>
            <w:tcW w:w="3024" w:type="dxa"/>
          </w:tcPr>
          <w:p w14:paraId="03F108BD" w14:textId="77777777" w:rsidR="00666F0A" w:rsidRDefault="00D9002E">
            <w:r>
              <w:rPr>
                <w:sz w:val="16"/>
              </w:rPr>
              <w:t>porozumieť obsahu videa o najnebezpečnejších zvieratách</w:t>
            </w:r>
            <w:r>
              <w:rPr>
                <w:sz w:val="16"/>
              </w:rPr>
              <w:br/>
              <w:t>upevniť slovnú zásobu a gramatické štruktúry v autentickom kontexte</w:t>
            </w:r>
            <w:r>
              <w:rPr>
                <w:sz w:val="16"/>
              </w:rPr>
              <w:br/>
              <w:t>pripraviť sa na tému nasledujúceho modulu</w:t>
            </w:r>
          </w:p>
        </w:tc>
        <w:tc>
          <w:tcPr>
            <w:tcW w:w="1840" w:type="dxa"/>
          </w:tcPr>
          <w:p w14:paraId="50E8FA93" w14:textId="77777777" w:rsidR="00666F0A" w:rsidRDefault="00666F0A"/>
        </w:tc>
        <w:tc>
          <w:tcPr>
            <w:tcW w:w="1840" w:type="dxa"/>
          </w:tcPr>
          <w:p w14:paraId="14E1B0EC" w14:textId="77777777" w:rsidR="00666F0A" w:rsidRDefault="00666F0A"/>
        </w:tc>
        <w:tc>
          <w:tcPr>
            <w:tcW w:w="1840" w:type="dxa"/>
          </w:tcPr>
          <w:p w14:paraId="314D0735" w14:textId="77777777" w:rsidR="00666F0A" w:rsidRDefault="00D9002E">
            <w:r>
              <w:rPr>
                <w:sz w:val="16"/>
              </w:rPr>
              <w:t>SB IWB &amp; IWB material</w:t>
            </w:r>
          </w:p>
        </w:tc>
      </w:tr>
      <w:tr w:rsidR="00666F0A" w14:paraId="0A8A8967" w14:textId="77777777" w:rsidTr="007A2E62">
        <w:trPr>
          <w:jc w:val="center"/>
        </w:trPr>
        <w:tc>
          <w:tcPr>
            <w:tcW w:w="960" w:type="dxa"/>
          </w:tcPr>
          <w:p w14:paraId="507A7586" w14:textId="77777777" w:rsidR="00666F0A" w:rsidRDefault="00666F0A"/>
        </w:tc>
        <w:tc>
          <w:tcPr>
            <w:tcW w:w="952" w:type="dxa"/>
          </w:tcPr>
          <w:p w14:paraId="04FB81F4" w14:textId="77777777" w:rsidR="00666F0A" w:rsidRDefault="00666F0A"/>
        </w:tc>
        <w:tc>
          <w:tcPr>
            <w:tcW w:w="1552" w:type="dxa"/>
          </w:tcPr>
          <w:p w14:paraId="3FB5332D" w14:textId="77777777" w:rsidR="00666F0A" w:rsidRDefault="00666F0A"/>
        </w:tc>
        <w:tc>
          <w:tcPr>
            <w:tcW w:w="2835" w:type="dxa"/>
            <w:shd w:val="clear" w:color="auto" w:fill="FFFF00"/>
          </w:tcPr>
          <w:p w14:paraId="25790E68" w14:textId="77777777" w:rsidR="00666F0A" w:rsidRPr="007A2E62" w:rsidRDefault="00D9002E">
            <w:pPr>
              <w:rPr>
                <w:b/>
                <w:bCs/>
              </w:rPr>
            </w:pPr>
            <w:r w:rsidRPr="007A2E62">
              <w:rPr>
                <w:b/>
                <w:bCs/>
                <w:sz w:val="16"/>
              </w:rPr>
              <w:t>Module 3: Let’s communicate</w:t>
            </w:r>
          </w:p>
        </w:tc>
        <w:tc>
          <w:tcPr>
            <w:tcW w:w="3024" w:type="dxa"/>
            <w:shd w:val="clear" w:color="auto" w:fill="FFFF00"/>
          </w:tcPr>
          <w:p w14:paraId="302A6314" w14:textId="77777777" w:rsidR="00666F0A" w:rsidRPr="007A2E62" w:rsidRDefault="00666F0A">
            <w:pPr>
              <w:rPr>
                <w:b/>
                <w:bCs/>
              </w:rPr>
            </w:pPr>
          </w:p>
        </w:tc>
        <w:tc>
          <w:tcPr>
            <w:tcW w:w="1840" w:type="dxa"/>
            <w:shd w:val="clear" w:color="auto" w:fill="FFFF00"/>
          </w:tcPr>
          <w:p w14:paraId="6527D20D" w14:textId="77777777" w:rsidR="00666F0A" w:rsidRPr="007A2E62" w:rsidRDefault="00666F0A">
            <w:pPr>
              <w:rPr>
                <w:b/>
                <w:bCs/>
              </w:rPr>
            </w:pPr>
          </w:p>
        </w:tc>
        <w:tc>
          <w:tcPr>
            <w:tcW w:w="1840" w:type="dxa"/>
            <w:shd w:val="clear" w:color="auto" w:fill="FFFF00"/>
          </w:tcPr>
          <w:p w14:paraId="43B22A1E" w14:textId="77777777" w:rsidR="00666F0A" w:rsidRPr="007A2E62" w:rsidRDefault="00666F0A">
            <w:pPr>
              <w:rPr>
                <w:b/>
                <w:bCs/>
              </w:rPr>
            </w:pPr>
          </w:p>
        </w:tc>
        <w:tc>
          <w:tcPr>
            <w:tcW w:w="1840" w:type="dxa"/>
            <w:shd w:val="clear" w:color="auto" w:fill="FFFF00"/>
          </w:tcPr>
          <w:p w14:paraId="2506A23B" w14:textId="77777777" w:rsidR="00666F0A" w:rsidRPr="007A2E62" w:rsidRDefault="00666F0A">
            <w:pPr>
              <w:rPr>
                <w:b/>
                <w:bCs/>
              </w:rPr>
            </w:pPr>
          </w:p>
        </w:tc>
      </w:tr>
      <w:tr w:rsidR="00666F0A" w14:paraId="1FCD3E40" w14:textId="77777777" w:rsidTr="007A2E62">
        <w:trPr>
          <w:jc w:val="center"/>
        </w:trPr>
        <w:tc>
          <w:tcPr>
            <w:tcW w:w="960" w:type="dxa"/>
          </w:tcPr>
          <w:p w14:paraId="7FC5F155" w14:textId="77777777" w:rsidR="00666F0A" w:rsidRDefault="00666F0A"/>
        </w:tc>
        <w:tc>
          <w:tcPr>
            <w:tcW w:w="952" w:type="dxa"/>
          </w:tcPr>
          <w:p w14:paraId="67C83D91" w14:textId="77777777" w:rsidR="00666F0A" w:rsidRDefault="00D9002E">
            <w:r>
              <w:rPr>
                <w:sz w:val="16"/>
              </w:rPr>
              <w:t>34</w:t>
            </w:r>
          </w:p>
        </w:tc>
        <w:tc>
          <w:tcPr>
            <w:tcW w:w="1552" w:type="dxa"/>
          </w:tcPr>
          <w:p w14:paraId="07EECEE7" w14:textId="77777777" w:rsidR="00666F0A" w:rsidRDefault="00D9002E">
            <w:r>
              <w:rPr>
                <w:sz w:val="16"/>
              </w:rPr>
              <w:t>3A: Leave a message</w:t>
            </w:r>
          </w:p>
        </w:tc>
        <w:tc>
          <w:tcPr>
            <w:tcW w:w="2835" w:type="dxa"/>
          </w:tcPr>
          <w:p w14:paraId="6F84249E" w14:textId="77777777" w:rsidR="00666F0A" w:rsidRDefault="00D9002E">
            <w:r>
              <w:rPr>
                <w:sz w:val="16"/>
              </w:rPr>
              <w:t>Čítanie s porozumením, slovná zásoba - telefonovanie</w:t>
            </w:r>
          </w:p>
        </w:tc>
        <w:tc>
          <w:tcPr>
            <w:tcW w:w="3024" w:type="dxa"/>
          </w:tcPr>
          <w:p w14:paraId="3B7DC426" w14:textId="77777777" w:rsidR="00666F0A" w:rsidRDefault="00D9002E">
            <w:r>
              <w:rPr>
                <w:sz w:val="16"/>
              </w:rPr>
              <w:t>porozumieť textu o telefonickej komunikácii</w:t>
            </w:r>
            <w:r>
              <w:rPr>
                <w:sz w:val="16"/>
              </w:rPr>
              <w:br/>
              <w:t>telefonovať a zanechať odkaz</w:t>
            </w:r>
            <w:r>
              <w:rPr>
                <w:sz w:val="16"/>
              </w:rPr>
              <w:br/>
              <w:t>používať slovnú zásobu súvisiacu s telefonovaním</w:t>
            </w:r>
          </w:p>
        </w:tc>
        <w:tc>
          <w:tcPr>
            <w:tcW w:w="1840" w:type="dxa"/>
          </w:tcPr>
          <w:p w14:paraId="62DABE4B" w14:textId="77777777" w:rsidR="00666F0A" w:rsidRDefault="00666F0A"/>
        </w:tc>
        <w:tc>
          <w:tcPr>
            <w:tcW w:w="1840" w:type="dxa"/>
          </w:tcPr>
          <w:p w14:paraId="7CC330F0" w14:textId="77777777" w:rsidR="00666F0A" w:rsidRDefault="00D9002E">
            <w:r>
              <w:rPr>
                <w:sz w:val="16"/>
              </w:rPr>
              <w:t>answer the phone, broken , call back, change of plan, dial, Get with it!, hang up, I’m afraid..., leave a message, meeting, note, out of order, pick up (phone), right away, ring , take long, telephone, text, voicemail</w:t>
            </w:r>
          </w:p>
        </w:tc>
        <w:tc>
          <w:tcPr>
            <w:tcW w:w="1840" w:type="dxa"/>
          </w:tcPr>
          <w:p w14:paraId="67396464" w14:textId="77777777" w:rsidR="00666F0A" w:rsidRDefault="00D9002E">
            <w:r>
              <w:rPr>
                <w:sz w:val="16"/>
              </w:rPr>
              <w:t>SB IWB &amp; IWB material or audio and audio player</w:t>
            </w:r>
          </w:p>
        </w:tc>
      </w:tr>
      <w:tr w:rsidR="00666F0A" w14:paraId="1D7B6A66" w14:textId="77777777" w:rsidTr="007A2E62">
        <w:trPr>
          <w:jc w:val="center"/>
        </w:trPr>
        <w:tc>
          <w:tcPr>
            <w:tcW w:w="960" w:type="dxa"/>
          </w:tcPr>
          <w:p w14:paraId="1FD9E2A3" w14:textId="77777777" w:rsidR="00666F0A" w:rsidRDefault="00666F0A"/>
        </w:tc>
        <w:tc>
          <w:tcPr>
            <w:tcW w:w="952" w:type="dxa"/>
          </w:tcPr>
          <w:p w14:paraId="04D84256" w14:textId="77777777" w:rsidR="00666F0A" w:rsidRDefault="00D9002E">
            <w:r>
              <w:rPr>
                <w:sz w:val="16"/>
              </w:rPr>
              <w:t>35</w:t>
            </w:r>
          </w:p>
        </w:tc>
        <w:tc>
          <w:tcPr>
            <w:tcW w:w="1552" w:type="dxa"/>
          </w:tcPr>
          <w:p w14:paraId="77759CC7" w14:textId="77777777" w:rsidR="00666F0A" w:rsidRDefault="00D9002E">
            <w:r>
              <w:rPr>
                <w:sz w:val="16"/>
              </w:rPr>
              <w:t>3A: Leave a message</w:t>
            </w:r>
          </w:p>
        </w:tc>
        <w:tc>
          <w:tcPr>
            <w:tcW w:w="2835" w:type="dxa"/>
          </w:tcPr>
          <w:p w14:paraId="760C7FB1" w14:textId="77777777" w:rsidR="00666F0A" w:rsidRDefault="00D9002E">
            <w:r>
              <w:rPr>
                <w:sz w:val="16"/>
              </w:rPr>
              <w:t>Gramatika - modálne slovesá, rozprávanie, písanie</w:t>
            </w:r>
          </w:p>
        </w:tc>
        <w:tc>
          <w:tcPr>
            <w:tcW w:w="3024" w:type="dxa"/>
          </w:tcPr>
          <w:p w14:paraId="588B9DD0" w14:textId="77777777" w:rsidR="00666F0A" w:rsidRDefault="00D9002E">
            <w:r>
              <w:rPr>
                <w:sz w:val="16"/>
              </w:rPr>
              <w:t>používať modálne slovesá na vyjadrenie dovolenia, povinnosti a žiadosti</w:t>
            </w:r>
            <w:r>
              <w:rPr>
                <w:sz w:val="16"/>
              </w:rPr>
              <w:br/>
              <w:t>vhodne formulovať ponuky a prosby</w:t>
            </w:r>
            <w:r>
              <w:rPr>
                <w:sz w:val="16"/>
              </w:rPr>
              <w:br/>
              <w:t>napísať krátky odkaz alebo správu</w:t>
            </w:r>
          </w:p>
        </w:tc>
        <w:tc>
          <w:tcPr>
            <w:tcW w:w="1840" w:type="dxa"/>
          </w:tcPr>
          <w:p w14:paraId="7F321FC8" w14:textId="77777777" w:rsidR="00666F0A" w:rsidRDefault="00D9002E">
            <w:r>
              <w:rPr>
                <w:sz w:val="16"/>
              </w:rPr>
              <w:t>Can / Could / May / Will / Would Must / Have to / Need (to) / Can’t</w:t>
            </w:r>
          </w:p>
        </w:tc>
        <w:tc>
          <w:tcPr>
            <w:tcW w:w="1840" w:type="dxa"/>
          </w:tcPr>
          <w:p w14:paraId="40FA3916" w14:textId="77777777" w:rsidR="00666F0A" w:rsidRDefault="00666F0A"/>
        </w:tc>
        <w:tc>
          <w:tcPr>
            <w:tcW w:w="1840" w:type="dxa"/>
          </w:tcPr>
          <w:p w14:paraId="5A6CDD87" w14:textId="77777777" w:rsidR="00666F0A" w:rsidRDefault="00666F0A"/>
        </w:tc>
      </w:tr>
      <w:tr w:rsidR="00666F0A" w14:paraId="4AB8D9B2" w14:textId="77777777" w:rsidTr="007A2E62">
        <w:trPr>
          <w:jc w:val="center"/>
        </w:trPr>
        <w:tc>
          <w:tcPr>
            <w:tcW w:w="960" w:type="dxa"/>
          </w:tcPr>
          <w:p w14:paraId="22AD832E" w14:textId="77777777" w:rsidR="00666F0A" w:rsidRDefault="00666F0A"/>
        </w:tc>
        <w:tc>
          <w:tcPr>
            <w:tcW w:w="952" w:type="dxa"/>
          </w:tcPr>
          <w:p w14:paraId="758E310F" w14:textId="77777777" w:rsidR="00666F0A" w:rsidRDefault="00D9002E">
            <w:r>
              <w:rPr>
                <w:sz w:val="16"/>
              </w:rPr>
              <w:t>36</w:t>
            </w:r>
          </w:p>
        </w:tc>
        <w:tc>
          <w:tcPr>
            <w:tcW w:w="1552" w:type="dxa"/>
          </w:tcPr>
          <w:p w14:paraId="6AFCF2E0" w14:textId="77777777" w:rsidR="00666F0A" w:rsidRDefault="00D9002E">
            <w:r>
              <w:rPr>
                <w:sz w:val="16"/>
              </w:rPr>
              <w:t>3B: Sign language</w:t>
            </w:r>
          </w:p>
        </w:tc>
        <w:tc>
          <w:tcPr>
            <w:tcW w:w="2835" w:type="dxa"/>
          </w:tcPr>
          <w:p w14:paraId="04FE60E8" w14:textId="77777777" w:rsidR="00666F0A" w:rsidRDefault="00D9002E">
            <w:r>
              <w:rPr>
                <w:sz w:val="16"/>
              </w:rPr>
              <w:t>Čítanie s porozumením, slovná zásoba - výrazy s way</w:t>
            </w:r>
          </w:p>
        </w:tc>
        <w:tc>
          <w:tcPr>
            <w:tcW w:w="3024" w:type="dxa"/>
          </w:tcPr>
          <w:p w14:paraId="2DD85C8E" w14:textId="77777777" w:rsidR="00666F0A" w:rsidRDefault="00D9002E">
            <w:r>
              <w:rPr>
                <w:sz w:val="16"/>
              </w:rPr>
              <w:t>porozumieť textu o posunkovom jazyku</w:t>
            </w:r>
            <w:r>
              <w:rPr>
                <w:sz w:val="16"/>
              </w:rPr>
              <w:br/>
              <w:t>diskutovať o spôsoboch komunikácie</w:t>
            </w:r>
            <w:r>
              <w:rPr>
                <w:sz w:val="16"/>
              </w:rPr>
              <w:br/>
              <w:t>vyjadriť svoj názor na význam neverbálnej komunikácie</w:t>
            </w:r>
          </w:p>
        </w:tc>
        <w:tc>
          <w:tcPr>
            <w:tcW w:w="1840" w:type="dxa"/>
          </w:tcPr>
          <w:p w14:paraId="606376DF" w14:textId="77777777" w:rsidR="00666F0A" w:rsidRDefault="00666F0A"/>
        </w:tc>
        <w:tc>
          <w:tcPr>
            <w:tcW w:w="1840" w:type="dxa"/>
          </w:tcPr>
          <w:p w14:paraId="62D42732" w14:textId="77777777" w:rsidR="00666F0A" w:rsidRDefault="00D9002E">
            <w:r>
              <w:rPr>
                <w:sz w:val="16"/>
              </w:rPr>
              <w:t>as long as, be stuck in, by the way, chin, communicate, complain, deaf, fist, forward, I’m starving!, in one’s way, know one’s way around, lose one’s way, on one’s way, patient , read lips, sign, sign language, situation, slightly, speech, the other way round, traffic</w:t>
            </w:r>
          </w:p>
        </w:tc>
        <w:tc>
          <w:tcPr>
            <w:tcW w:w="1840" w:type="dxa"/>
          </w:tcPr>
          <w:p w14:paraId="7FF08F5D" w14:textId="77777777" w:rsidR="00666F0A" w:rsidRDefault="00D9002E">
            <w:r>
              <w:rPr>
                <w:sz w:val="16"/>
              </w:rPr>
              <w:t>SB IWB &amp; IWB material or audio and audio player</w:t>
            </w:r>
          </w:p>
        </w:tc>
      </w:tr>
      <w:tr w:rsidR="00666F0A" w14:paraId="7EB03D0E" w14:textId="77777777" w:rsidTr="007A2E62">
        <w:trPr>
          <w:jc w:val="center"/>
        </w:trPr>
        <w:tc>
          <w:tcPr>
            <w:tcW w:w="960" w:type="dxa"/>
          </w:tcPr>
          <w:p w14:paraId="308465B2" w14:textId="77777777" w:rsidR="00666F0A" w:rsidRDefault="00666F0A"/>
        </w:tc>
        <w:tc>
          <w:tcPr>
            <w:tcW w:w="952" w:type="dxa"/>
          </w:tcPr>
          <w:p w14:paraId="623E23F2" w14:textId="77777777" w:rsidR="00666F0A" w:rsidRDefault="00D9002E">
            <w:r>
              <w:rPr>
                <w:sz w:val="16"/>
              </w:rPr>
              <w:t>37</w:t>
            </w:r>
          </w:p>
        </w:tc>
        <w:tc>
          <w:tcPr>
            <w:tcW w:w="1552" w:type="dxa"/>
          </w:tcPr>
          <w:p w14:paraId="04F5E34B" w14:textId="77777777" w:rsidR="00666F0A" w:rsidRDefault="00D9002E">
            <w:r>
              <w:rPr>
                <w:sz w:val="16"/>
              </w:rPr>
              <w:t>3B: Sign language</w:t>
            </w:r>
          </w:p>
        </w:tc>
        <w:tc>
          <w:tcPr>
            <w:tcW w:w="2835" w:type="dxa"/>
          </w:tcPr>
          <w:p w14:paraId="681D68B2" w14:textId="77777777" w:rsidR="00666F0A" w:rsidRDefault="00D9002E">
            <w:r>
              <w:rPr>
                <w:sz w:val="16"/>
              </w:rPr>
              <w:t xml:space="preserve">Gramatika - vyjadrenie schopností, rozprávanie, práca s informáciami, písanie a prezentácia </w:t>
            </w:r>
          </w:p>
        </w:tc>
        <w:tc>
          <w:tcPr>
            <w:tcW w:w="3024" w:type="dxa"/>
          </w:tcPr>
          <w:p w14:paraId="4B465433" w14:textId="77777777" w:rsidR="00666F0A" w:rsidRDefault="00D9002E">
            <w:r>
              <w:rPr>
                <w:sz w:val="16"/>
              </w:rPr>
              <w:t>používať gramatické prostriedky na vyjadrenie schopnosti a možnosti</w:t>
            </w:r>
            <w:r>
              <w:rPr>
                <w:sz w:val="16"/>
              </w:rPr>
              <w:br/>
            </w:r>
            <w:r>
              <w:rPr>
                <w:sz w:val="16"/>
              </w:rPr>
              <w:t>rozlišovať použitie slovies can, could a be able to</w:t>
            </w:r>
            <w:r>
              <w:rPr>
                <w:sz w:val="16"/>
              </w:rPr>
              <w:br/>
              <w:t>prezentovať informácie o rôznych spôsoboch komunikácie</w:t>
            </w:r>
          </w:p>
        </w:tc>
        <w:tc>
          <w:tcPr>
            <w:tcW w:w="1840" w:type="dxa"/>
          </w:tcPr>
          <w:p w14:paraId="6418F2B4" w14:textId="77777777" w:rsidR="00666F0A" w:rsidRDefault="00D9002E">
            <w:r>
              <w:rPr>
                <w:sz w:val="16"/>
              </w:rPr>
              <w:t>Can / Could / Be able to Could / May / Might Must / Can’t</w:t>
            </w:r>
          </w:p>
        </w:tc>
        <w:tc>
          <w:tcPr>
            <w:tcW w:w="1840" w:type="dxa"/>
          </w:tcPr>
          <w:p w14:paraId="2C23DCDA" w14:textId="77777777" w:rsidR="00666F0A" w:rsidRDefault="00666F0A"/>
        </w:tc>
        <w:tc>
          <w:tcPr>
            <w:tcW w:w="1840" w:type="dxa"/>
          </w:tcPr>
          <w:p w14:paraId="76DC5B87" w14:textId="77777777" w:rsidR="00666F0A" w:rsidRDefault="00666F0A"/>
        </w:tc>
      </w:tr>
      <w:tr w:rsidR="00666F0A" w14:paraId="598CFC7C" w14:textId="77777777" w:rsidTr="007A2E62">
        <w:trPr>
          <w:jc w:val="center"/>
        </w:trPr>
        <w:tc>
          <w:tcPr>
            <w:tcW w:w="960" w:type="dxa"/>
          </w:tcPr>
          <w:p w14:paraId="4A233B65" w14:textId="77777777" w:rsidR="00666F0A" w:rsidRDefault="00666F0A"/>
        </w:tc>
        <w:tc>
          <w:tcPr>
            <w:tcW w:w="952" w:type="dxa"/>
          </w:tcPr>
          <w:p w14:paraId="44AA6E87" w14:textId="77777777" w:rsidR="00666F0A" w:rsidRDefault="00D9002E">
            <w:r>
              <w:rPr>
                <w:sz w:val="16"/>
              </w:rPr>
              <w:t>38</w:t>
            </w:r>
          </w:p>
        </w:tc>
        <w:tc>
          <w:tcPr>
            <w:tcW w:w="1552" w:type="dxa"/>
          </w:tcPr>
          <w:p w14:paraId="595F0CE7" w14:textId="77777777" w:rsidR="00666F0A" w:rsidRDefault="00D9002E">
            <w:r>
              <w:rPr>
                <w:sz w:val="16"/>
              </w:rPr>
              <w:t>3C: Between the lines</w:t>
            </w:r>
          </w:p>
        </w:tc>
        <w:tc>
          <w:tcPr>
            <w:tcW w:w="2835" w:type="dxa"/>
          </w:tcPr>
          <w:p w14:paraId="2E7EEE48" w14:textId="77777777" w:rsidR="00666F0A" w:rsidRDefault="00D9002E">
            <w:r>
              <w:rPr>
                <w:sz w:val="16"/>
              </w:rPr>
              <w:t>Čítanie s porozumením - rôzne spôsoby komunikácie</w:t>
            </w:r>
          </w:p>
        </w:tc>
        <w:tc>
          <w:tcPr>
            <w:tcW w:w="3024" w:type="dxa"/>
          </w:tcPr>
          <w:p w14:paraId="56881D5E" w14:textId="77777777" w:rsidR="00666F0A" w:rsidRDefault="00D9002E">
            <w:r>
              <w:rPr>
                <w:sz w:val="16"/>
              </w:rPr>
              <w:t>porozumieť textu o spôsoboch komunikácie v minulosti a súčasnosti</w:t>
            </w:r>
            <w:r>
              <w:rPr>
                <w:sz w:val="16"/>
              </w:rPr>
              <w:br/>
              <w:t>diskutovať o vývoji komunikačných prostriedkov</w:t>
            </w:r>
            <w:r>
              <w:rPr>
                <w:sz w:val="16"/>
              </w:rPr>
              <w:br/>
              <w:t>používať slovnú zásobu z oblasti komunikácie</w:t>
            </w:r>
          </w:p>
        </w:tc>
        <w:tc>
          <w:tcPr>
            <w:tcW w:w="1840" w:type="dxa"/>
          </w:tcPr>
          <w:p w14:paraId="3EDB777D" w14:textId="77777777" w:rsidR="00666F0A" w:rsidRDefault="00666F0A"/>
        </w:tc>
        <w:tc>
          <w:tcPr>
            <w:tcW w:w="1840" w:type="dxa"/>
          </w:tcPr>
          <w:p w14:paraId="0483D62C" w14:textId="77777777" w:rsidR="00666F0A" w:rsidRDefault="00D9002E">
            <w:r>
              <w:rPr>
                <w:sz w:val="16"/>
              </w:rPr>
              <w:t>actual, amount, ancient times, appear, basement, BC (Before Christ), code, communication, cupboard, digital photo, document, dot, file , full stop, hide, ink, invent, invisible, iron, keep sth secret, lower case, meaning, microscope, music clip, possible, printed, reveal, several, shape , shave, size, store , tattoo, the naked eye, typed, World War II</w:t>
            </w:r>
          </w:p>
        </w:tc>
        <w:tc>
          <w:tcPr>
            <w:tcW w:w="1840" w:type="dxa"/>
          </w:tcPr>
          <w:p w14:paraId="50BC0EB4" w14:textId="77777777" w:rsidR="00666F0A" w:rsidRDefault="00D9002E">
            <w:r>
              <w:rPr>
                <w:sz w:val="16"/>
              </w:rPr>
              <w:t>SB IWB &amp; IWB material or audio and audio player</w:t>
            </w:r>
          </w:p>
        </w:tc>
      </w:tr>
      <w:tr w:rsidR="00666F0A" w14:paraId="03655873" w14:textId="77777777" w:rsidTr="007A2E62">
        <w:trPr>
          <w:jc w:val="center"/>
        </w:trPr>
        <w:tc>
          <w:tcPr>
            <w:tcW w:w="960" w:type="dxa"/>
          </w:tcPr>
          <w:p w14:paraId="10BF0CDF" w14:textId="77777777" w:rsidR="00666F0A" w:rsidRDefault="00666F0A"/>
        </w:tc>
        <w:tc>
          <w:tcPr>
            <w:tcW w:w="952" w:type="dxa"/>
          </w:tcPr>
          <w:p w14:paraId="0C5D891A" w14:textId="77777777" w:rsidR="00666F0A" w:rsidRDefault="00D9002E">
            <w:r>
              <w:rPr>
                <w:sz w:val="16"/>
              </w:rPr>
              <w:t>39</w:t>
            </w:r>
          </w:p>
        </w:tc>
        <w:tc>
          <w:tcPr>
            <w:tcW w:w="1552" w:type="dxa"/>
          </w:tcPr>
          <w:p w14:paraId="7B6165DC" w14:textId="77777777" w:rsidR="00666F0A" w:rsidRDefault="00D9002E">
            <w:r>
              <w:rPr>
                <w:sz w:val="16"/>
              </w:rPr>
              <w:t>3C: Between the lines</w:t>
            </w:r>
          </w:p>
        </w:tc>
        <w:tc>
          <w:tcPr>
            <w:tcW w:w="2835" w:type="dxa"/>
          </w:tcPr>
          <w:p w14:paraId="628DAAB2" w14:textId="77777777" w:rsidR="00666F0A" w:rsidRDefault="00D9002E">
            <w:r>
              <w:rPr>
                <w:sz w:val="16"/>
              </w:rPr>
              <w:t>Gramatika - infinitív s to a holý infinitív, počúvanie s porozumením</w:t>
            </w:r>
          </w:p>
        </w:tc>
        <w:tc>
          <w:tcPr>
            <w:tcW w:w="3024" w:type="dxa"/>
          </w:tcPr>
          <w:p w14:paraId="6FDA5F94" w14:textId="77777777" w:rsidR="00666F0A" w:rsidRDefault="00D9002E">
            <w:r>
              <w:rPr>
                <w:sz w:val="16"/>
              </w:rPr>
              <w:t>používať infinitív s to a holý infinitív vo vetách</w:t>
            </w:r>
            <w:r>
              <w:rPr>
                <w:sz w:val="16"/>
              </w:rPr>
              <w:br/>
              <w:t>vyjadriť účel pomocou vhodných gramatických prostriedkov</w:t>
            </w:r>
            <w:r>
              <w:rPr>
                <w:sz w:val="16"/>
              </w:rPr>
              <w:br/>
              <w:t>rozlišovať použitie oboch typov infinitívu</w:t>
            </w:r>
          </w:p>
        </w:tc>
        <w:tc>
          <w:tcPr>
            <w:tcW w:w="1840" w:type="dxa"/>
          </w:tcPr>
          <w:p w14:paraId="2791A6B4" w14:textId="77777777" w:rsidR="00666F0A" w:rsidRDefault="00D9002E">
            <w:r>
              <w:rPr>
                <w:sz w:val="16"/>
              </w:rPr>
              <w:t>Full infinitive Bare infinitive</w:t>
            </w:r>
          </w:p>
        </w:tc>
        <w:tc>
          <w:tcPr>
            <w:tcW w:w="1840" w:type="dxa"/>
          </w:tcPr>
          <w:p w14:paraId="19B51DA3" w14:textId="77777777" w:rsidR="00666F0A" w:rsidRDefault="00666F0A"/>
        </w:tc>
        <w:tc>
          <w:tcPr>
            <w:tcW w:w="1840" w:type="dxa"/>
          </w:tcPr>
          <w:p w14:paraId="543EAC50" w14:textId="77777777" w:rsidR="00666F0A" w:rsidRDefault="00666F0A"/>
        </w:tc>
      </w:tr>
      <w:tr w:rsidR="00666F0A" w14:paraId="098712A7" w14:textId="77777777" w:rsidTr="007A2E62">
        <w:trPr>
          <w:jc w:val="center"/>
        </w:trPr>
        <w:tc>
          <w:tcPr>
            <w:tcW w:w="960" w:type="dxa"/>
          </w:tcPr>
          <w:p w14:paraId="61FEF005" w14:textId="77777777" w:rsidR="00666F0A" w:rsidRDefault="00666F0A"/>
        </w:tc>
        <w:tc>
          <w:tcPr>
            <w:tcW w:w="952" w:type="dxa"/>
          </w:tcPr>
          <w:p w14:paraId="0C4ACB28" w14:textId="77777777" w:rsidR="00666F0A" w:rsidRDefault="00D9002E">
            <w:r>
              <w:rPr>
                <w:sz w:val="16"/>
              </w:rPr>
              <w:t>40</w:t>
            </w:r>
          </w:p>
        </w:tc>
        <w:tc>
          <w:tcPr>
            <w:tcW w:w="1552" w:type="dxa"/>
          </w:tcPr>
          <w:p w14:paraId="2C60811E" w14:textId="77777777" w:rsidR="00666F0A" w:rsidRDefault="00D9002E">
            <w:r>
              <w:rPr>
                <w:sz w:val="16"/>
              </w:rPr>
              <w:t>3D: Gestures</w:t>
            </w:r>
          </w:p>
        </w:tc>
        <w:tc>
          <w:tcPr>
            <w:tcW w:w="2835" w:type="dxa"/>
          </w:tcPr>
          <w:p w14:paraId="0D462F99" w14:textId="77777777" w:rsidR="00666F0A" w:rsidRDefault="00D9002E">
            <w:r>
              <w:rPr>
                <w:sz w:val="16"/>
              </w:rPr>
              <w:t>Čítanie s porozumením, slovná zásoba - gestá a neverbálna komunikácia</w:t>
            </w:r>
          </w:p>
        </w:tc>
        <w:tc>
          <w:tcPr>
            <w:tcW w:w="3024" w:type="dxa"/>
          </w:tcPr>
          <w:p w14:paraId="589CAFEF" w14:textId="77777777" w:rsidR="00666F0A" w:rsidRDefault="00D9002E">
            <w:r>
              <w:rPr>
                <w:sz w:val="16"/>
              </w:rPr>
              <w:t>porozumieť textu o gestách a neverbálnej komunikácii</w:t>
            </w:r>
            <w:r>
              <w:rPr>
                <w:sz w:val="16"/>
              </w:rPr>
              <w:br/>
              <w:t>opísať význam gest v rôznych krajinách</w:t>
            </w:r>
            <w:r>
              <w:rPr>
                <w:sz w:val="16"/>
              </w:rPr>
              <w:br/>
              <w:t>diskutovať o kultúrnych rozdieloch v komunikácii</w:t>
            </w:r>
          </w:p>
        </w:tc>
        <w:tc>
          <w:tcPr>
            <w:tcW w:w="1840" w:type="dxa"/>
          </w:tcPr>
          <w:p w14:paraId="0E165C3D" w14:textId="77777777" w:rsidR="00666F0A" w:rsidRDefault="00666F0A"/>
        </w:tc>
        <w:tc>
          <w:tcPr>
            <w:tcW w:w="1840" w:type="dxa"/>
          </w:tcPr>
          <w:p w14:paraId="0ADD3FAB" w14:textId="77777777" w:rsidR="00666F0A" w:rsidRDefault="00D9002E">
            <w:r>
              <w:rPr>
                <w:sz w:val="16"/>
              </w:rPr>
              <w:t>abroad, action, against the law, be out of one’s mind, bow, cheek, common, completely, criticise, eyebrows, finger, gesture, greet, hip, hug, kiss, make a fool of oneself, motorway, nod, owe, particular, point , raise, shake hands, smile, tap , That should do the trick., tip , wave, wiggle</w:t>
            </w:r>
          </w:p>
        </w:tc>
        <w:tc>
          <w:tcPr>
            <w:tcW w:w="1840" w:type="dxa"/>
          </w:tcPr>
          <w:p w14:paraId="64E03CBD" w14:textId="77777777" w:rsidR="00666F0A" w:rsidRDefault="00D9002E">
            <w:r>
              <w:rPr>
                <w:sz w:val="16"/>
              </w:rPr>
              <w:t>SB IWB &amp; IWB material or audio and audio player</w:t>
            </w:r>
          </w:p>
        </w:tc>
      </w:tr>
      <w:tr w:rsidR="00666F0A" w14:paraId="68B76D18" w14:textId="77777777" w:rsidTr="007A2E62">
        <w:trPr>
          <w:jc w:val="center"/>
        </w:trPr>
        <w:tc>
          <w:tcPr>
            <w:tcW w:w="960" w:type="dxa"/>
          </w:tcPr>
          <w:p w14:paraId="1DE34B0A" w14:textId="77777777" w:rsidR="00666F0A" w:rsidRDefault="00666F0A"/>
        </w:tc>
        <w:tc>
          <w:tcPr>
            <w:tcW w:w="952" w:type="dxa"/>
          </w:tcPr>
          <w:p w14:paraId="33C28537" w14:textId="77777777" w:rsidR="00666F0A" w:rsidRDefault="00D9002E">
            <w:r>
              <w:rPr>
                <w:sz w:val="16"/>
              </w:rPr>
              <w:t>41</w:t>
            </w:r>
          </w:p>
        </w:tc>
        <w:tc>
          <w:tcPr>
            <w:tcW w:w="1552" w:type="dxa"/>
          </w:tcPr>
          <w:p w14:paraId="487D6CDE" w14:textId="77777777" w:rsidR="00666F0A" w:rsidRDefault="00D9002E">
            <w:r>
              <w:rPr>
                <w:sz w:val="16"/>
              </w:rPr>
              <w:t>3D: Gestures</w:t>
            </w:r>
          </w:p>
        </w:tc>
        <w:tc>
          <w:tcPr>
            <w:tcW w:w="2835" w:type="dxa"/>
          </w:tcPr>
          <w:p w14:paraId="0EC64AFB" w14:textId="77777777" w:rsidR="00666F0A" w:rsidRDefault="00D9002E">
            <w:r>
              <w:rPr>
                <w:sz w:val="16"/>
              </w:rPr>
              <w:t>Gramatika - ing forma slovesa, rozprávanie, písanie - komunikačné gestá v mojej krajine</w:t>
            </w:r>
          </w:p>
        </w:tc>
        <w:tc>
          <w:tcPr>
            <w:tcW w:w="3024" w:type="dxa"/>
          </w:tcPr>
          <w:p w14:paraId="683739DA" w14:textId="77777777" w:rsidR="00666F0A" w:rsidRDefault="00D9002E">
            <w:r>
              <w:rPr>
                <w:sz w:val="16"/>
              </w:rPr>
              <w:t>používať slovesá s tvarom -ing v správnom kontexte</w:t>
            </w:r>
            <w:r>
              <w:rPr>
                <w:sz w:val="16"/>
              </w:rPr>
              <w:br/>
            </w:r>
            <w:r>
              <w:rPr>
                <w:sz w:val="16"/>
              </w:rPr>
              <w:t>hovoriť o komunikačných gestách vo svojej krajine</w:t>
            </w:r>
            <w:r>
              <w:rPr>
                <w:sz w:val="16"/>
              </w:rPr>
              <w:br/>
              <w:t>napísať krátky text o neverbálnej komunikácii</w:t>
            </w:r>
          </w:p>
        </w:tc>
        <w:tc>
          <w:tcPr>
            <w:tcW w:w="1840" w:type="dxa"/>
          </w:tcPr>
          <w:p w14:paraId="29B342A7" w14:textId="77777777" w:rsidR="00666F0A" w:rsidRDefault="00D9002E">
            <w:r>
              <w:rPr>
                <w:sz w:val="16"/>
              </w:rPr>
              <w:t>-ing form</w:t>
            </w:r>
          </w:p>
        </w:tc>
        <w:tc>
          <w:tcPr>
            <w:tcW w:w="1840" w:type="dxa"/>
          </w:tcPr>
          <w:p w14:paraId="5D10CE11" w14:textId="77777777" w:rsidR="00666F0A" w:rsidRDefault="00666F0A"/>
        </w:tc>
        <w:tc>
          <w:tcPr>
            <w:tcW w:w="1840" w:type="dxa"/>
          </w:tcPr>
          <w:p w14:paraId="68BE545D" w14:textId="77777777" w:rsidR="00666F0A" w:rsidRDefault="00666F0A"/>
        </w:tc>
      </w:tr>
      <w:tr w:rsidR="00666F0A" w14:paraId="2ED28AD8" w14:textId="77777777" w:rsidTr="007A2E62">
        <w:trPr>
          <w:jc w:val="center"/>
        </w:trPr>
        <w:tc>
          <w:tcPr>
            <w:tcW w:w="960" w:type="dxa"/>
          </w:tcPr>
          <w:p w14:paraId="5FE10E7A" w14:textId="77777777" w:rsidR="00666F0A" w:rsidRDefault="00666F0A"/>
        </w:tc>
        <w:tc>
          <w:tcPr>
            <w:tcW w:w="952" w:type="dxa"/>
          </w:tcPr>
          <w:p w14:paraId="57F55994" w14:textId="77777777" w:rsidR="00666F0A" w:rsidRDefault="00D9002E">
            <w:r>
              <w:rPr>
                <w:sz w:val="16"/>
              </w:rPr>
              <w:t>42</w:t>
            </w:r>
          </w:p>
        </w:tc>
        <w:tc>
          <w:tcPr>
            <w:tcW w:w="1552" w:type="dxa"/>
          </w:tcPr>
          <w:p w14:paraId="7A7A54E2" w14:textId="77777777" w:rsidR="00666F0A" w:rsidRDefault="00D9002E">
            <w:r>
              <w:rPr>
                <w:sz w:val="16"/>
              </w:rPr>
              <w:t>Top Skills: Connecting people</w:t>
            </w:r>
          </w:p>
        </w:tc>
        <w:tc>
          <w:tcPr>
            <w:tcW w:w="2835" w:type="dxa"/>
          </w:tcPr>
          <w:p w14:paraId="4217654D" w14:textId="77777777" w:rsidR="00666F0A" w:rsidRDefault="00D9002E">
            <w:r>
              <w:rPr>
                <w:sz w:val="16"/>
              </w:rPr>
              <w:t>Čítanie a počúvanie s porozumením</w:t>
            </w:r>
          </w:p>
        </w:tc>
        <w:tc>
          <w:tcPr>
            <w:tcW w:w="3024" w:type="dxa"/>
          </w:tcPr>
          <w:p w14:paraId="169616EA" w14:textId="77777777" w:rsidR="00666F0A" w:rsidRDefault="00D9002E">
            <w:r>
              <w:rPr>
                <w:sz w:val="16"/>
              </w:rPr>
              <w:t>porozumieť textu a nahrávke o moderných spôsoboch komunikácie</w:t>
            </w:r>
            <w:r>
              <w:rPr>
                <w:sz w:val="16"/>
              </w:rPr>
              <w:br/>
              <w:t>diskutovať o výhodách a nevýhodách sociálnych médií</w:t>
            </w:r>
            <w:r>
              <w:rPr>
                <w:sz w:val="16"/>
              </w:rPr>
              <w:br/>
              <w:t>používať slovnú zásobu z oblasti informačných technológií</w:t>
            </w:r>
          </w:p>
        </w:tc>
        <w:tc>
          <w:tcPr>
            <w:tcW w:w="1840" w:type="dxa"/>
          </w:tcPr>
          <w:p w14:paraId="16F9BD9E" w14:textId="77777777" w:rsidR="00666F0A" w:rsidRDefault="00666F0A"/>
        </w:tc>
        <w:tc>
          <w:tcPr>
            <w:tcW w:w="1840" w:type="dxa"/>
          </w:tcPr>
          <w:p w14:paraId="05EC0921" w14:textId="77777777" w:rsidR="00666F0A" w:rsidRDefault="00D9002E">
            <w:r>
              <w:rPr>
                <w:sz w:val="16"/>
              </w:rPr>
              <w:t>access , addicted, adult, advantage, be at risk, computer literate, connect, damage, delete, destroy, disadvantage, download, firstly, harmful, in conclusion, keep in touch, lastly, On the one hand, On the other hand, personally, screen, secondly, social media, to begin with, to sum up, useful, user, virus, What is more..., wisely</w:t>
            </w:r>
          </w:p>
        </w:tc>
        <w:tc>
          <w:tcPr>
            <w:tcW w:w="1840" w:type="dxa"/>
          </w:tcPr>
          <w:p w14:paraId="4B26E957" w14:textId="77777777" w:rsidR="00666F0A" w:rsidRDefault="00D9002E">
            <w:r>
              <w:rPr>
                <w:sz w:val="16"/>
              </w:rPr>
              <w:t>SB IWB &amp; IWB material or audio and audio player</w:t>
            </w:r>
          </w:p>
        </w:tc>
      </w:tr>
      <w:tr w:rsidR="00666F0A" w14:paraId="2271EADF" w14:textId="77777777" w:rsidTr="007A2E62">
        <w:trPr>
          <w:jc w:val="center"/>
        </w:trPr>
        <w:tc>
          <w:tcPr>
            <w:tcW w:w="960" w:type="dxa"/>
          </w:tcPr>
          <w:p w14:paraId="5E254AF2" w14:textId="77777777" w:rsidR="00666F0A" w:rsidRDefault="00666F0A"/>
        </w:tc>
        <w:tc>
          <w:tcPr>
            <w:tcW w:w="952" w:type="dxa"/>
          </w:tcPr>
          <w:p w14:paraId="57B914E2" w14:textId="77777777" w:rsidR="00666F0A" w:rsidRDefault="00D9002E">
            <w:r>
              <w:rPr>
                <w:sz w:val="16"/>
              </w:rPr>
              <w:t>43</w:t>
            </w:r>
          </w:p>
        </w:tc>
        <w:tc>
          <w:tcPr>
            <w:tcW w:w="1552" w:type="dxa"/>
          </w:tcPr>
          <w:p w14:paraId="7262FC50" w14:textId="77777777" w:rsidR="00666F0A" w:rsidRDefault="00D9002E">
            <w:r>
              <w:rPr>
                <w:sz w:val="16"/>
              </w:rPr>
              <w:t>Top Skills: Connecting people</w:t>
            </w:r>
          </w:p>
        </w:tc>
        <w:tc>
          <w:tcPr>
            <w:tcW w:w="2835" w:type="dxa"/>
          </w:tcPr>
          <w:p w14:paraId="5A767D93" w14:textId="77777777" w:rsidR="00666F0A" w:rsidRDefault="00D9002E">
            <w:r>
              <w:rPr>
                <w:sz w:val="16"/>
              </w:rPr>
              <w:t>Rozprávanie - diskusia, písanie - argumentačná esej</w:t>
            </w:r>
          </w:p>
        </w:tc>
        <w:tc>
          <w:tcPr>
            <w:tcW w:w="3024" w:type="dxa"/>
          </w:tcPr>
          <w:p w14:paraId="0EBC5BA1" w14:textId="77777777" w:rsidR="00666F0A" w:rsidRDefault="00D9002E">
            <w:r>
              <w:rPr>
                <w:sz w:val="16"/>
              </w:rPr>
              <w:t>diskutovať o výhodách a nevýhodách moderných technológií</w:t>
            </w:r>
            <w:r>
              <w:rPr>
                <w:sz w:val="16"/>
              </w:rPr>
              <w:br/>
              <w:t>vyjadriť a zdôvodniť svoj názor</w:t>
            </w:r>
            <w:r>
              <w:rPr>
                <w:sz w:val="16"/>
              </w:rPr>
              <w:br/>
              <w:t>napísať argumentačnú esej</w:t>
            </w:r>
          </w:p>
        </w:tc>
        <w:tc>
          <w:tcPr>
            <w:tcW w:w="1840" w:type="dxa"/>
          </w:tcPr>
          <w:p w14:paraId="6B13E030" w14:textId="77777777" w:rsidR="00666F0A" w:rsidRDefault="00666F0A"/>
        </w:tc>
        <w:tc>
          <w:tcPr>
            <w:tcW w:w="1840" w:type="dxa"/>
          </w:tcPr>
          <w:p w14:paraId="748C942F" w14:textId="77777777" w:rsidR="00666F0A" w:rsidRDefault="00666F0A"/>
        </w:tc>
        <w:tc>
          <w:tcPr>
            <w:tcW w:w="1840" w:type="dxa"/>
          </w:tcPr>
          <w:p w14:paraId="501DCDED" w14:textId="77777777" w:rsidR="00666F0A" w:rsidRDefault="00666F0A"/>
        </w:tc>
      </w:tr>
      <w:tr w:rsidR="00666F0A" w14:paraId="3A053E53" w14:textId="77777777" w:rsidTr="007A2E62">
        <w:trPr>
          <w:jc w:val="center"/>
        </w:trPr>
        <w:tc>
          <w:tcPr>
            <w:tcW w:w="960" w:type="dxa"/>
          </w:tcPr>
          <w:p w14:paraId="074C2476" w14:textId="77777777" w:rsidR="00666F0A" w:rsidRDefault="00666F0A"/>
        </w:tc>
        <w:tc>
          <w:tcPr>
            <w:tcW w:w="952" w:type="dxa"/>
          </w:tcPr>
          <w:p w14:paraId="0F1F863B" w14:textId="77777777" w:rsidR="00666F0A" w:rsidRDefault="00D9002E">
            <w:r>
              <w:rPr>
                <w:sz w:val="16"/>
              </w:rPr>
              <w:t>44</w:t>
            </w:r>
          </w:p>
        </w:tc>
        <w:tc>
          <w:tcPr>
            <w:tcW w:w="1552" w:type="dxa"/>
          </w:tcPr>
          <w:p w14:paraId="476D4439" w14:textId="77777777" w:rsidR="00666F0A" w:rsidRDefault="00D9002E">
            <w:r>
              <w:rPr>
                <w:sz w:val="16"/>
              </w:rPr>
              <w:t>Revision module 3</w:t>
            </w:r>
          </w:p>
        </w:tc>
        <w:tc>
          <w:tcPr>
            <w:tcW w:w="2835" w:type="dxa"/>
          </w:tcPr>
          <w:p w14:paraId="45DF20CA" w14:textId="77777777" w:rsidR="00666F0A" w:rsidRDefault="00D9002E">
            <w:r>
              <w:rPr>
                <w:sz w:val="16"/>
              </w:rPr>
              <w:t>Zhrnutie učiva</w:t>
            </w:r>
          </w:p>
        </w:tc>
        <w:tc>
          <w:tcPr>
            <w:tcW w:w="3024" w:type="dxa"/>
          </w:tcPr>
          <w:p w14:paraId="1BF9B64F"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55D3AEC5" w14:textId="77777777" w:rsidR="00666F0A" w:rsidRDefault="00666F0A"/>
        </w:tc>
        <w:tc>
          <w:tcPr>
            <w:tcW w:w="1840" w:type="dxa"/>
          </w:tcPr>
          <w:p w14:paraId="34E48CA4" w14:textId="77777777" w:rsidR="00666F0A" w:rsidRDefault="00666F0A"/>
        </w:tc>
        <w:tc>
          <w:tcPr>
            <w:tcW w:w="1840" w:type="dxa"/>
          </w:tcPr>
          <w:p w14:paraId="3EF43796" w14:textId="77777777" w:rsidR="00666F0A" w:rsidRDefault="00D9002E">
            <w:r>
              <w:rPr>
                <w:sz w:val="16"/>
              </w:rPr>
              <w:t>SB IWB &amp; IWB material or audio and audio player If necessary, WB (extra grammar practice)</w:t>
            </w:r>
          </w:p>
        </w:tc>
      </w:tr>
      <w:tr w:rsidR="00666F0A" w14:paraId="297D9971" w14:textId="77777777" w:rsidTr="007A2E62">
        <w:trPr>
          <w:jc w:val="center"/>
        </w:trPr>
        <w:tc>
          <w:tcPr>
            <w:tcW w:w="960" w:type="dxa"/>
          </w:tcPr>
          <w:p w14:paraId="7634BEE8" w14:textId="77777777" w:rsidR="00666F0A" w:rsidRDefault="00666F0A"/>
        </w:tc>
        <w:tc>
          <w:tcPr>
            <w:tcW w:w="952" w:type="dxa"/>
          </w:tcPr>
          <w:p w14:paraId="608CB26E" w14:textId="77777777" w:rsidR="00666F0A" w:rsidRDefault="00D9002E">
            <w:r>
              <w:rPr>
                <w:sz w:val="16"/>
              </w:rPr>
              <w:t>45</w:t>
            </w:r>
          </w:p>
        </w:tc>
        <w:tc>
          <w:tcPr>
            <w:tcW w:w="1552" w:type="dxa"/>
          </w:tcPr>
          <w:p w14:paraId="10A61263" w14:textId="77777777" w:rsidR="00666F0A" w:rsidRDefault="00D9002E">
            <w:r>
              <w:rPr>
                <w:sz w:val="16"/>
              </w:rPr>
              <w:t>Revision module 3</w:t>
            </w:r>
          </w:p>
        </w:tc>
        <w:tc>
          <w:tcPr>
            <w:tcW w:w="2835" w:type="dxa"/>
          </w:tcPr>
          <w:p w14:paraId="4E1C0D12" w14:textId="77777777" w:rsidR="00666F0A" w:rsidRDefault="00D9002E">
            <w:r>
              <w:rPr>
                <w:sz w:val="16"/>
              </w:rPr>
              <w:t>Sebahodnotenie</w:t>
            </w:r>
          </w:p>
        </w:tc>
        <w:tc>
          <w:tcPr>
            <w:tcW w:w="3024" w:type="dxa"/>
          </w:tcPr>
          <w:p w14:paraId="252E52B8" w14:textId="77777777" w:rsidR="00666F0A" w:rsidRDefault="00D9002E">
            <w:r>
              <w:rPr>
                <w:sz w:val="16"/>
              </w:rPr>
              <w:t>zhodnotiť úroveň svojich vedomostí</w:t>
            </w:r>
            <w:r>
              <w:rPr>
                <w:sz w:val="16"/>
              </w:rPr>
              <w:br/>
              <w:t>identifikovať oblasti, ktoré je potrebné zlepšiť</w:t>
            </w:r>
            <w:r>
              <w:rPr>
                <w:sz w:val="16"/>
              </w:rPr>
              <w:br/>
            </w:r>
            <w:r>
              <w:rPr>
                <w:sz w:val="16"/>
              </w:rPr>
              <w:t>pripraviť sa na priebežné overenie vedomostí</w:t>
            </w:r>
          </w:p>
        </w:tc>
        <w:tc>
          <w:tcPr>
            <w:tcW w:w="1840" w:type="dxa"/>
          </w:tcPr>
          <w:p w14:paraId="7D2814E3" w14:textId="77777777" w:rsidR="00666F0A" w:rsidRDefault="00666F0A"/>
        </w:tc>
        <w:tc>
          <w:tcPr>
            <w:tcW w:w="1840" w:type="dxa"/>
          </w:tcPr>
          <w:p w14:paraId="05B64393" w14:textId="77777777" w:rsidR="00666F0A" w:rsidRDefault="00666F0A"/>
        </w:tc>
        <w:tc>
          <w:tcPr>
            <w:tcW w:w="1840" w:type="dxa"/>
          </w:tcPr>
          <w:p w14:paraId="3C4B22AA" w14:textId="77777777" w:rsidR="00666F0A" w:rsidRDefault="00666F0A"/>
        </w:tc>
      </w:tr>
      <w:tr w:rsidR="00666F0A" w14:paraId="1E3864C7" w14:textId="77777777" w:rsidTr="007A2E62">
        <w:trPr>
          <w:jc w:val="center"/>
        </w:trPr>
        <w:tc>
          <w:tcPr>
            <w:tcW w:w="960" w:type="dxa"/>
          </w:tcPr>
          <w:p w14:paraId="52745B0B" w14:textId="77777777" w:rsidR="00666F0A" w:rsidRDefault="00666F0A"/>
        </w:tc>
        <w:tc>
          <w:tcPr>
            <w:tcW w:w="952" w:type="dxa"/>
          </w:tcPr>
          <w:p w14:paraId="54D58A6A" w14:textId="77777777" w:rsidR="00666F0A" w:rsidRDefault="00D9002E">
            <w:r>
              <w:rPr>
                <w:sz w:val="16"/>
              </w:rPr>
              <w:t>46</w:t>
            </w:r>
          </w:p>
        </w:tc>
        <w:tc>
          <w:tcPr>
            <w:tcW w:w="1552" w:type="dxa"/>
          </w:tcPr>
          <w:p w14:paraId="1F2BE10C" w14:textId="77777777" w:rsidR="00666F0A" w:rsidRDefault="00D9002E">
            <w:r>
              <w:rPr>
                <w:sz w:val="16"/>
              </w:rPr>
              <w:t>Me and My country project 3 – School rules</w:t>
            </w:r>
          </w:p>
        </w:tc>
        <w:tc>
          <w:tcPr>
            <w:tcW w:w="2835" w:type="dxa"/>
          </w:tcPr>
          <w:p w14:paraId="71654958" w14:textId="77777777" w:rsidR="00666F0A" w:rsidRDefault="00D9002E">
            <w:r>
              <w:rPr>
                <w:sz w:val="16"/>
              </w:rPr>
              <w:t>Školské pravidlá</w:t>
            </w:r>
          </w:p>
        </w:tc>
        <w:tc>
          <w:tcPr>
            <w:tcW w:w="3024" w:type="dxa"/>
          </w:tcPr>
          <w:p w14:paraId="55BBB9D1" w14:textId="77777777" w:rsidR="00666F0A" w:rsidRDefault="00D9002E">
            <w:r>
              <w:rPr>
                <w:sz w:val="16"/>
              </w:rPr>
              <w:t>porovnať školské pravidlá v rôznych krajinách</w:t>
            </w:r>
            <w:r>
              <w:rPr>
                <w:sz w:val="16"/>
              </w:rPr>
              <w:br/>
              <w:t>vytvoriť pravidlá školy v anglickom jazyku</w:t>
            </w:r>
            <w:r>
              <w:rPr>
                <w:sz w:val="16"/>
              </w:rPr>
              <w:br/>
              <w:t>prezentovať výsledky svojej práce</w:t>
            </w:r>
          </w:p>
        </w:tc>
        <w:tc>
          <w:tcPr>
            <w:tcW w:w="1840" w:type="dxa"/>
          </w:tcPr>
          <w:p w14:paraId="1DD462B7" w14:textId="77777777" w:rsidR="00666F0A" w:rsidRDefault="00666F0A"/>
        </w:tc>
        <w:tc>
          <w:tcPr>
            <w:tcW w:w="1840" w:type="dxa"/>
          </w:tcPr>
          <w:p w14:paraId="77DBCD82" w14:textId="77777777" w:rsidR="00666F0A" w:rsidRDefault="00666F0A"/>
        </w:tc>
        <w:tc>
          <w:tcPr>
            <w:tcW w:w="1840" w:type="dxa"/>
          </w:tcPr>
          <w:p w14:paraId="4667FBEC" w14:textId="77777777" w:rsidR="00666F0A" w:rsidRDefault="00D9002E">
            <w:r>
              <w:rPr>
                <w:sz w:val="16"/>
              </w:rPr>
              <w:t>Worksheets (teacher’s assistant)</w:t>
            </w:r>
          </w:p>
        </w:tc>
      </w:tr>
      <w:tr w:rsidR="00666F0A" w14:paraId="79271AFA" w14:textId="77777777" w:rsidTr="007A2E62">
        <w:trPr>
          <w:jc w:val="center"/>
        </w:trPr>
        <w:tc>
          <w:tcPr>
            <w:tcW w:w="960" w:type="dxa"/>
          </w:tcPr>
          <w:p w14:paraId="747EEA2D" w14:textId="77777777" w:rsidR="00666F0A" w:rsidRDefault="00666F0A"/>
        </w:tc>
        <w:tc>
          <w:tcPr>
            <w:tcW w:w="952" w:type="dxa"/>
          </w:tcPr>
          <w:p w14:paraId="43EAAFEA" w14:textId="77777777" w:rsidR="00666F0A" w:rsidRDefault="00D9002E">
            <w:r>
              <w:rPr>
                <w:sz w:val="16"/>
              </w:rPr>
              <w:t>47</w:t>
            </w:r>
          </w:p>
        </w:tc>
        <w:tc>
          <w:tcPr>
            <w:tcW w:w="1552" w:type="dxa"/>
          </w:tcPr>
          <w:p w14:paraId="1D6B8FAF" w14:textId="77777777" w:rsidR="00666F0A" w:rsidRDefault="00D9002E">
            <w:r>
              <w:rPr>
                <w:sz w:val="16"/>
              </w:rPr>
              <w:t>Test Module 3</w:t>
            </w:r>
          </w:p>
        </w:tc>
        <w:tc>
          <w:tcPr>
            <w:tcW w:w="2835" w:type="dxa"/>
          </w:tcPr>
          <w:p w14:paraId="4273E0B9" w14:textId="77777777" w:rsidR="00666F0A" w:rsidRDefault="00D9002E">
            <w:r>
              <w:rPr>
                <w:sz w:val="16"/>
              </w:rPr>
              <w:t>Hodnotenie pokroku žiakov</w:t>
            </w:r>
          </w:p>
        </w:tc>
        <w:tc>
          <w:tcPr>
            <w:tcW w:w="3024" w:type="dxa"/>
          </w:tcPr>
          <w:p w14:paraId="7281033A" w14:textId="77777777" w:rsidR="00666F0A" w:rsidRDefault="00D9002E">
            <w:r>
              <w:rPr>
                <w:sz w:val="16"/>
              </w:rPr>
              <w:t>preukázať osvojenie slovnej zásoby a gramatiky modulu</w:t>
            </w:r>
            <w:r>
              <w:rPr>
                <w:sz w:val="16"/>
              </w:rPr>
              <w:br/>
              <w:t>aplikovať získané vedomosti pri riešení úloh</w:t>
            </w:r>
            <w:r>
              <w:rPr>
                <w:sz w:val="16"/>
              </w:rPr>
              <w:br/>
            </w:r>
            <w:r>
              <w:rPr>
                <w:sz w:val="16"/>
              </w:rPr>
              <w:lastRenderedPageBreak/>
              <w:t>samostatne riešiť testové zadania</w:t>
            </w:r>
          </w:p>
        </w:tc>
        <w:tc>
          <w:tcPr>
            <w:tcW w:w="1840" w:type="dxa"/>
          </w:tcPr>
          <w:p w14:paraId="5A65C918" w14:textId="77777777" w:rsidR="00666F0A" w:rsidRDefault="00666F0A"/>
        </w:tc>
        <w:tc>
          <w:tcPr>
            <w:tcW w:w="1840" w:type="dxa"/>
          </w:tcPr>
          <w:p w14:paraId="0DE095D5" w14:textId="77777777" w:rsidR="00666F0A" w:rsidRDefault="00666F0A"/>
        </w:tc>
        <w:tc>
          <w:tcPr>
            <w:tcW w:w="1840" w:type="dxa"/>
          </w:tcPr>
          <w:p w14:paraId="7BE0C65F" w14:textId="77777777" w:rsidR="00666F0A" w:rsidRDefault="00D9002E">
            <w:r>
              <w:rPr>
                <w:sz w:val="16"/>
              </w:rPr>
              <w:t>Module tests (teacher’s assistant)</w:t>
            </w:r>
          </w:p>
        </w:tc>
      </w:tr>
      <w:tr w:rsidR="00666F0A" w14:paraId="29EB6F12" w14:textId="77777777" w:rsidTr="007A2E62">
        <w:trPr>
          <w:jc w:val="center"/>
        </w:trPr>
        <w:tc>
          <w:tcPr>
            <w:tcW w:w="960" w:type="dxa"/>
          </w:tcPr>
          <w:p w14:paraId="6C42DB62" w14:textId="77777777" w:rsidR="00666F0A" w:rsidRDefault="00666F0A"/>
        </w:tc>
        <w:tc>
          <w:tcPr>
            <w:tcW w:w="952" w:type="dxa"/>
          </w:tcPr>
          <w:p w14:paraId="5BE73476" w14:textId="77777777" w:rsidR="00666F0A" w:rsidRDefault="00D9002E">
            <w:r>
              <w:rPr>
                <w:sz w:val="16"/>
              </w:rPr>
              <w:t>48</w:t>
            </w:r>
          </w:p>
        </w:tc>
        <w:tc>
          <w:tcPr>
            <w:tcW w:w="1552" w:type="dxa"/>
          </w:tcPr>
          <w:p w14:paraId="4FD4886E" w14:textId="77777777" w:rsidR="00666F0A" w:rsidRDefault="00D9002E">
            <w:r>
              <w:rPr>
                <w:sz w:val="16"/>
              </w:rPr>
              <w:t>Video Module 3 &amp; Cover Page Module 4</w:t>
            </w:r>
          </w:p>
        </w:tc>
        <w:tc>
          <w:tcPr>
            <w:tcW w:w="2835" w:type="dxa"/>
          </w:tcPr>
          <w:p w14:paraId="2782BD94" w14:textId="77777777" w:rsidR="00666F0A" w:rsidRDefault="00D9002E">
            <w:r>
              <w:rPr>
                <w:sz w:val="16"/>
              </w:rPr>
              <w:t>Videolekcia - Mesiac</w:t>
            </w:r>
          </w:p>
        </w:tc>
        <w:tc>
          <w:tcPr>
            <w:tcW w:w="3024" w:type="dxa"/>
          </w:tcPr>
          <w:p w14:paraId="5DAF9388" w14:textId="77777777" w:rsidR="00666F0A" w:rsidRDefault="00D9002E">
            <w:r>
              <w:rPr>
                <w:sz w:val="16"/>
              </w:rPr>
              <w:t>porozumieť obsahu videa o Mesiaci</w:t>
            </w:r>
            <w:r>
              <w:rPr>
                <w:sz w:val="16"/>
              </w:rPr>
              <w:br/>
              <w:t>upevniť slovnú zásobu a gramatické štruktúry v autentickom kontexte</w:t>
            </w:r>
            <w:r>
              <w:rPr>
                <w:sz w:val="16"/>
              </w:rPr>
              <w:br/>
              <w:t>pripraviť sa na tému nasledujúceho modulu</w:t>
            </w:r>
          </w:p>
        </w:tc>
        <w:tc>
          <w:tcPr>
            <w:tcW w:w="1840" w:type="dxa"/>
          </w:tcPr>
          <w:p w14:paraId="33BBAE29" w14:textId="77777777" w:rsidR="00666F0A" w:rsidRDefault="00666F0A"/>
        </w:tc>
        <w:tc>
          <w:tcPr>
            <w:tcW w:w="1840" w:type="dxa"/>
          </w:tcPr>
          <w:p w14:paraId="421527FF" w14:textId="77777777" w:rsidR="00666F0A" w:rsidRDefault="00666F0A"/>
        </w:tc>
        <w:tc>
          <w:tcPr>
            <w:tcW w:w="1840" w:type="dxa"/>
          </w:tcPr>
          <w:p w14:paraId="40AC37F4" w14:textId="77777777" w:rsidR="00666F0A" w:rsidRDefault="00D9002E">
            <w:r>
              <w:rPr>
                <w:sz w:val="16"/>
              </w:rPr>
              <w:t>SB IWB &amp; IWB material</w:t>
            </w:r>
          </w:p>
        </w:tc>
      </w:tr>
      <w:tr w:rsidR="00666F0A" w14:paraId="2205907B" w14:textId="77777777" w:rsidTr="007A2E62">
        <w:trPr>
          <w:jc w:val="center"/>
        </w:trPr>
        <w:tc>
          <w:tcPr>
            <w:tcW w:w="960" w:type="dxa"/>
          </w:tcPr>
          <w:p w14:paraId="4810E0CD" w14:textId="77777777" w:rsidR="00666F0A" w:rsidRDefault="00666F0A"/>
        </w:tc>
        <w:tc>
          <w:tcPr>
            <w:tcW w:w="952" w:type="dxa"/>
          </w:tcPr>
          <w:p w14:paraId="4A8CFB74" w14:textId="77777777" w:rsidR="00666F0A" w:rsidRDefault="00666F0A"/>
        </w:tc>
        <w:tc>
          <w:tcPr>
            <w:tcW w:w="1552" w:type="dxa"/>
          </w:tcPr>
          <w:p w14:paraId="1D9768F6" w14:textId="77777777" w:rsidR="00666F0A" w:rsidRDefault="00666F0A"/>
        </w:tc>
        <w:tc>
          <w:tcPr>
            <w:tcW w:w="2835" w:type="dxa"/>
            <w:shd w:val="clear" w:color="auto" w:fill="FFFF00"/>
          </w:tcPr>
          <w:p w14:paraId="54A25459" w14:textId="77777777" w:rsidR="00666F0A" w:rsidRPr="007A2E62" w:rsidRDefault="00D9002E">
            <w:pPr>
              <w:rPr>
                <w:b/>
                <w:bCs/>
              </w:rPr>
            </w:pPr>
            <w:r w:rsidRPr="007A2E62">
              <w:rPr>
                <w:b/>
                <w:bCs/>
                <w:sz w:val="16"/>
              </w:rPr>
              <w:t>Module 4: H2O</w:t>
            </w:r>
          </w:p>
        </w:tc>
        <w:tc>
          <w:tcPr>
            <w:tcW w:w="3024" w:type="dxa"/>
            <w:shd w:val="clear" w:color="auto" w:fill="FFFF00"/>
          </w:tcPr>
          <w:p w14:paraId="728AAFE6" w14:textId="77777777" w:rsidR="00666F0A" w:rsidRPr="007A2E62" w:rsidRDefault="00666F0A">
            <w:pPr>
              <w:rPr>
                <w:b/>
                <w:bCs/>
              </w:rPr>
            </w:pPr>
          </w:p>
        </w:tc>
        <w:tc>
          <w:tcPr>
            <w:tcW w:w="1840" w:type="dxa"/>
            <w:shd w:val="clear" w:color="auto" w:fill="FFFF00"/>
          </w:tcPr>
          <w:p w14:paraId="4D8AF507" w14:textId="77777777" w:rsidR="00666F0A" w:rsidRPr="007A2E62" w:rsidRDefault="00666F0A">
            <w:pPr>
              <w:rPr>
                <w:b/>
                <w:bCs/>
              </w:rPr>
            </w:pPr>
          </w:p>
        </w:tc>
        <w:tc>
          <w:tcPr>
            <w:tcW w:w="1840" w:type="dxa"/>
            <w:shd w:val="clear" w:color="auto" w:fill="FFFF00"/>
          </w:tcPr>
          <w:p w14:paraId="66E6EBBA" w14:textId="77777777" w:rsidR="00666F0A" w:rsidRPr="007A2E62" w:rsidRDefault="00666F0A">
            <w:pPr>
              <w:rPr>
                <w:b/>
                <w:bCs/>
              </w:rPr>
            </w:pPr>
          </w:p>
        </w:tc>
        <w:tc>
          <w:tcPr>
            <w:tcW w:w="1840" w:type="dxa"/>
            <w:shd w:val="clear" w:color="auto" w:fill="FFFF00"/>
          </w:tcPr>
          <w:p w14:paraId="43EE24C6" w14:textId="77777777" w:rsidR="00666F0A" w:rsidRPr="007A2E62" w:rsidRDefault="00666F0A">
            <w:pPr>
              <w:rPr>
                <w:b/>
                <w:bCs/>
              </w:rPr>
            </w:pPr>
          </w:p>
        </w:tc>
      </w:tr>
      <w:tr w:rsidR="00666F0A" w14:paraId="7A2DC0CE" w14:textId="77777777" w:rsidTr="007A2E62">
        <w:trPr>
          <w:jc w:val="center"/>
        </w:trPr>
        <w:tc>
          <w:tcPr>
            <w:tcW w:w="960" w:type="dxa"/>
          </w:tcPr>
          <w:p w14:paraId="4A847C46" w14:textId="77777777" w:rsidR="00666F0A" w:rsidRDefault="00666F0A"/>
        </w:tc>
        <w:tc>
          <w:tcPr>
            <w:tcW w:w="952" w:type="dxa"/>
          </w:tcPr>
          <w:p w14:paraId="57A06F1B" w14:textId="77777777" w:rsidR="00666F0A" w:rsidRDefault="00D9002E">
            <w:r>
              <w:rPr>
                <w:sz w:val="16"/>
              </w:rPr>
              <w:t>49</w:t>
            </w:r>
          </w:p>
        </w:tc>
        <w:tc>
          <w:tcPr>
            <w:tcW w:w="1552" w:type="dxa"/>
          </w:tcPr>
          <w:p w14:paraId="40D34B4E" w14:textId="77777777" w:rsidR="00666F0A" w:rsidRDefault="00D9002E">
            <w:r>
              <w:rPr>
                <w:sz w:val="16"/>
              </w:rPr>
              <w:t>4A: A source of life</w:t>
            </w:r>
          </w:p>
        </w:tc>
        <w:tc>
          <w:tcPr>
            <w:tcW w:w="2835" w:type="dxa"/>
          </w:tcPr>
          <w:p w14:paraId="04FCC9C7" w14:textId="77777777" w:rsidR="00666F0A" w:rsidRDefault="00D9002E">
            <w:r>
              <w:rPr>
                <w:sz w:val="16"/>
              </w:rPr>
              <w:t>Čítanie s porozumením - voda</w:t>
            </w:r>
          </w:p>
        </w:tc>
        <w:tc>
          <w:tcPr>
            <w:tcW w:w="3024" w:type="dxa"/>
          </w:tcPr>
          <w:p w14:paraId="70D593FB" w14:textId="77777777" w:rsidR="00666F0A" w:rsidRDefault="00D9002E">
            <w:r>
              <w:rPr>
                <w:sz w:val="16"/>
              </w:rPr>
              <w:t>porozumieť textu o význame vody pre život na Zemi</w:t>
            </w:r>
            <w:r>
              <w:rPr>
                <w:sz w:val="16"/>
              </w:rPr>
              <w:br/>
              <w:t>diskutovať o geografických útvaroch a prírodných javoch</w:t>
            </w:r>
            <w:r>
              <w:rPr>
                <w:sz w:val="16"/>
              </w:rPr>
              <w:br/>
              <w:t>porovnávať údaje a fakty o planéte Zem</w:t>
            </w:r>
          </w:p>
        </w:tc>
        <w:tc>
          <w:tcPr>
            <w:tcW w:w="1840" w:type="dxa"/>
          </w:tcPr>
          <w:p w14:paraId="4C9B0955" w14:textId="77777777" w:rsidR="00666F0A" w:rsidRDefault="00666F0A"/>
        </w:tc>
        <w:tc>
          <w:tcPr>
            <w:tcW w:w="1840" w:type="dxa"/>
          </w:tcPr>
          <w:p w14:paraId="72C1D32C" w14:textId="77777777" w:rsidR="00666F0A" w:rsidRDefault="00D9002E">
            <w:r>
              <w:rPr>
                <w:sz w:val="16"/>
              </w:rPr>
              <w:t>approximately, blurred vision, contain, deep , dizzy, dry, human, per cent (%), planet, point , pole, solar system, surface, weigh</w:t>
            </w:r>
          </w:p>
        </w:tc>
        <w:tc>
          <w:tcPr>
            <w:tcW w:w="1840" w:type="dxa"/>
          </w:tcPr>
          <w:p w14:paraId="10CF4243" w14:textId="77777777" w:rsidR="00666F0A" w:rsidRDefault="00D9002E">
            <w:r>
              <w:rPr>
                <w:sz w:val="16"/>
              </w:rPr>
              <w:t>SB IWB &amp; IWB material or audio and audio player</w:t>
            </w:r>
          </w:p>
        </w:tc>
      </w:tr>
      <w:tr w:rsidR="00666F0A" w14:paraId="3D43E66F" w14:textId="77777777" w:rsidTr="007A2E62">
        <w:trPr>
          <w:jc w:val="center"/>
        </w:trPr>
        <w:tc>
          <w:tcPr>
            <w:tcW w:w="960" w:type="dxa"/>
          </w:tcPr>
          <w:p w14:paraId="484A8F14" w14:textId="77777777" w:rsidR="00666F0A" w:rsidRDefault="00666F0A"/>
        </w:tc>
        <w:tc>
          <w:tcPr>
            <w:tcW w:w="952" w:type="dxa"/>
          </w:tcPr>
          <w:p w14:paraId="6F5FD000" w14:textId="77777777" w:rsidR="00666F0A" w:rsidRDefault="00D9002E">
            <w:r>
              <w:rPr>
                <w:sz w:val="16"/>
              </w:rPr>
              <w:t>50</w:t>
            </w:r>
          </w:p>
        </w:tc>
        <w:tc>
          <w:tcPr>
            <w:tcW w:w="1552" w:type="dxa"/>
          </w:tcPr>
          <w:p w14:paraId="49BB72C1" w14:textId="77777777" w:rsidR="00666F0A" w:rsidRDefault="00D9002E">
            <w:r>
              <w:rPr>
                <w:sz w:val="16"/>
              </w:rPr>
              <w:t>4A: A source of life</w:t>
            </w:r>
          </w:p>
        </w:tc>
        <w:tc>
          <w:tcPr>
            <w:tcW w:w="2835" w:type="dxa"/>
          </w:tcPr>
          <w:p w14:paraId="372E3F8A" w14:textId="77777777" w:rsidR="00666F0A" w:rsidRDefault="00D9002E">
            <w:r>
              <w:rPr>
                <w:sz w:val="16"/>
              </w:rPr>
              <w:t>Gramatika určitý člen the, počúvanie s porozumením, písanie - moja krajiny</w:t>
            </w:r>
          </w:p>
        </w:tc>
        <w:tc>
          <w:tcPr>
            <w:tcW w:w="3024" w:type="dxa"/>
          </w:tcPr>
          <w:p w14:paraId="04485A6B" w14:textId="77777777" w:rsidR="00666F0A" w:rsidRDefault="00D9002E">
            <w:r>
              <w:rPr>
                <w:sz w:val="16"/>
              </w:rPr>
              <w:t>správne používať určitý člen the</w:t>
            </w:r>
            <w:r>
              <w:rPr>
                <w:sz w:val="16"/>
              </w:rPr>
              <w:br/>
              <w:t>opísať svoju krajinu s použitím geografických názvov</w:t>
            </w:r>
            <w:r>
              <w:rPr>
                <w:sz w:val="16"/>
              </w:rPr>
              <w:br/>
              <w:t>napísať krátky text o svojej krajine</w:t>
            </w:r>
          </w:p>
        </w:tc>
        <w:tc>
          <w:tcPr>
            <w:tcW w:w="1840" w:type="dxa"/>
          </w:tcPr>
          <w:p w14:paraId="66C160B5" w14:textId="77777777" w:rsidR="00666F0A" w:rsidRDefault="00D9002E">
            <w:r>
              <w:rPr>
                <w:sz w:val="16"/>
              </w:rPr>
              <w:t>The article ‘the’</w:t>
            </w:r>
          </w:p>
        </w:tc>
        <w:tc>
          <w:tcPr>
            <w:tcW w:w="1840" w:type="dxa"/>
          </w:tcPr>
          <w:p w14:paraId="23A7F58B" w14:textId="77777777" w:rsidR="00666F0A" w:rsidRDefault="00666F0A"/>
        </w:tc>
        <w:tc>
          <w:tcPr>
            <w:tcW w:w="1840" w:type="dxa"/>
          </w:tcPr>
          <w:p w14:paraId="7D839DA6" w14:textId="77777777" w:rsidR="00666F0A" w:rsidRDefault="00666F0A"/>
        </w:tc>
      </w:tr>
      <w:tr w:rsidR="00666F0A" w14:paraId="59809815" w14:textId="77777777" w:rsidTr="007A2E62">
        <w:trPr>
          <w:jc w:val="center"/>
        </w:trPr>
        <w:tc>
          <w:tcPr>
            <w:tcW w:w="960" w:type="dxa"/>
          </w:tcPr>
          <w:p w14:paraId="70EC1759" w14:textId="77777777" w:rsidR="00666F0A" w:rsidRDefault="00666F0A"/>
        </w:tc>
        <w:tc>
          <w:tcPr>
            <w:tcW w:w="952" w:type="dxa"/>
          </w:tcPr>
          <w:p w14:paraId="2C48A82B" w14:textId="77777777" w:rsidR="00666F0A" w:rsidRDefault="00D9002E">
            <w:r>
              <w:rPr>
                <w:sz w:val="16"/>
              </w:rPr>
              <w:t>51</w:t>
            </w:r>
          </w:p>
        </w:tc>
        <w:tc>
          <w:tcPr>
            <w:tcW w:w="1552" w:type="dxa"/>
          </w:tcPr>
          <w:p w14:paraId="7A6856C1" w14:textId="77777777" w:rsidR="00666F0A" w:rsidRDefault="00D9002E">
            <w:r>
              <w:rPr>
                <w:sz w:val="16"/>
              </w:rPr>
              <w:t>4B: All aboard</w:t>
            </w:r>
          </w:p>
        </w:tc>
        <w:tc>
          <w:tcPr>
            <w:tcW w:w="2835" w:type="dxa"/>
          </w:tcPr>
          <w:p w14:paraId="0FD521DA" w14:textId="77777777" w:rsidR="00666F0A" w:rsidRDefault="00D9002E">
            <w:r>
              <w:rPr>
                <w:sz w:val="16"/>
              </w:rPr>
              <w:t>Čítanie s porozumením, slovná zásoba - plachtenie</w:t>
            </w:r>
          </w:p>
        </w:tc>
        <w:tc>
          <w:tcPr>
            <w:tcW w:w="3024" w:type="dxa"/>
          </w:tcPr>
          <w:p w14:paraId="7E8065DC" w14:textId="77777777" w:rsidR="00666F0A" w:rsidRDefault="00D9002E">
            <w:r>
              <w:rPr>
                <w:sz w:val="16"/>
              </w:rPr>
              <w:t>porozumieť textu o plachtení a vodných športoch</w:t>
            </w:r>
            <w:r>
              <w:rPr>
                <w:sz w:val="16"/>
              </w:rPr>
              <w:br/>
              <w:t>vyjadriť súhlas, nesúhlas a vlastné preferencie</w:t>
            </w:r>
            <w:r>
              <w:rPr>
                <w:sz w:val="16"/>
              </w:rPr>
              <w:br/>
              <w:t>navrhnúť spoločnú aktivitu a dohodnúť sa na jej organizácii</w:t>
            </w:r>
          </w:p>
        </w:tc>
        <w:tc>
          <w:tcPr>
            <w:tcW w:w="1840" w:type="dxa"/>
          </w:tcPr>
          <w:p w14:paraId="1ED09592" w14:textId="77777777" w:rsidR="00666F0A" w:rsidRDefault="00666F0A"/>
        </w:tc>
        <w:tc>
          <w:tcPr>
            <w:tcW w:w="1840" w:type="dxa"/>
          </w:tcPr>
          <w:p w14:paraId="4306C433" w14:textId="77777777" w:rsidR="00666F0A" w:rsidRDefault="00D9002E">
            <w:r>
              <w:rPr>
                <w:sz w:val="16"/>
              </w:rPr>
              <w:t>All aboard!, cabin, canoeing, deck, enthusiastic (about), jet skiing, knot, life jacket, lunchtime, Not to worry, on board, pack bags, packed lunch, resort, rope, rough, sail, sailing instructor, scuba diving, sea legs, seasick, steer , steering wheel, Stop moaning., tie, Trust me., waterskiing</w:t>
            </w:r>
          </w:p>
        </w:tc>
        <w:tc>
          <w:tcPr>
            <w:tcW w:w="1840" w:type="dxa"/>
          </w:tcPr>
          <w:p w14:paraId="75A1C146" w14:textId="77777777" w:rsidR="00666F0A" w:rsidRDefault="00D9002E">
            <w:r>
              <w:rPr>
                <w:sz w:val="16"/>
              </w:rPr>
              <w:t>SB IWB &amp; IWB material or audio and audio player</w:t>
            </w:r>
          </w:p>
        </w:tc>
      </w:tr>
      <w:tr w:rsidR="00666F0A" w14:paraId="0BC20652" w14:textId="77777777" w:rsidTr="007A2E62">
        <w:trPr>
          <w:jc w:val="center"/>
        </w:trPr>
        <w:tc>
          <w:tcPr>
            <w:tcW w:w="960" w:type="dxa"/>
          </w:tcPr>
          <w:p w14:paraId="35574EFF" w14:textId="77777777" w:rsidR="00666F0A" w:rsidRDefault="00666F0A"/>
        </w:tc>
        <w:tc>
          <w:tcPr>
            <w:tcW w:w="952" w:type="dxa"/>
          </w:tcPr>
          <w:p w14:paraId="717E5FA8" w14:textId="77777777" w:rsidR="00666F0A" w:rsidRDefault="00D9002E">
            <w:r>
              <w:rPr>
                <w:sz w:val="16"/>
              </w:rPr>
              <w:t>52</w:t>
            </w:r>
          </w:p>
        </w:tc>
        <w:tc>
          <w:tcPr>
            <w:tcW w:w="1552" w:type="dxa"/>
          </w:tcPr>
          <w:p w14:paraId="182893C3" w14:textId="77777777" w:rsidR="00666F0A" w:rsidRDefault="00D9002E">
            <w:r>
              <w:rPr>
                <w:sz w:val="16"/>
              </w:rPr>
              <w:t>4B: All aboard</w:t>
            </w:r>
          </w:p>
        </w:tc>
        <w:tc>
          <w:tcPr>
            <w:tcW w:w="2835" w:type="dxa"/>
          </w:tcPr>
          <w:p w14:paraId="67B970AF" w14:textId="77777777" w:rsidR="00666F0A" w:rsidRDefault="00D9002E">
            <w:r>
              <w:rPr>
                <w:sz w:val="16"/>
              </w:rPr>
              <w:t>Gramatika - so/neither/too/either, rozprávanie, písanie - pozvánka</w:t>
            </w:r>
          </w:p>
        </w:tc>
        <w:tc>
          <w:tcPr>
            <w:tcW w:w="3024" w:type="dxa"/>
          </w:tcPr>
          <w:p w14:paraId="5024E967" w14:textId="77777777" w:rsidR="00666F0A" w:rsidRDefault="00D9002E">
            <w:r>
              <w:rPr>
                <w:sz w:val="16"/>
              </w:rPr>
              <w:t>používať výrazy so, neither, too a either v komunikácii</w:t>
            </w:r>
            <w:r>
              <w:rPr>
                <w:sz w:val="16"/>
              </w:rPr>
              <w:br/>
              <w:t>reagovať na výroky partnera v rozhovore</w:t>
            </w:r>
            <w:r>
              <w:rPr>
                <w:sz w:val="16"/>
              </w:rPr>
              <w:br/>
              <w:t>napísať pozvánku na spoločnú aktivitu</w:t>
            </w:r>
          </w:p>
        </w:tc>
        <w:tc>
          <w:tcPr>
            <w:tcW w:w="1840" w:type="dxa"/>
          </w:tcPr>
          <w:p w14:paraId="331AE99D" w14:textId="77777777" w:rsidR="00666F0A" w:rsidRDefault="00D9002E">
            <w:r>
              <w:rPr>
                <w:sz w:val="16"/>
              </w:rPr>
              <w:t>so/neither/too/either</w:t>
            </w:r>
          </w:p>
        </w:tc>
        <w:tc>
          <w:tcPr>
            <w:tcW w:w="1840" w:type="dxa"/>
          </w:tcPr>
          <w:p w14:paraId="2A80F3AB" w14:textId="77777777" w:rsidR="00666F0A" w:rsidRDefault="00666F0A"/>
        </w:tc>
        <w:tc>
          <w:tcPr>
            <w:tcW w:w="1840" w:type="dxa"/>
          </w:tcPr>
          <w:p w14:paraId="3010B379" w14:textId="77777777" w:rsidR="00666F0A" w:rsidRDefault="00666F0A"/>
        </w:tc>
      </w:tr>
      <w:tr w:rsidR="00666F0A" w14:paraId="56A15CA1" w14:textId="77777777" w:rsidTr="007A2E62">
        <w:trPr>
          <w:jc w:val="center"/>
        </w:trPr>
        <w:tc>
          <w:tcPr>
            <w:tcW w:w="960" w:type="dxa"/>
          </w:tcPr>
          <w:p w14:paraId="2D7937B4" w14:textId="77777777" w:rsidR="00666F0A" w:rsidRDefault="00666F0A"/>
        </w:tc>
        <w:tc>
          <w:tcPr>
            <w:tcW w:w="952" w:type="dxa"/>
          </w:tcPr>
          <w:p w14:paraId="1E5ACBE9" w14:textId="77777777" w:rsidR="00666F0A" w:rsidRDefault="00D9002E">
            <w:r>
              <w:rPr>
                <w:sz w:val="16"/>
              </w:rPr>
              <w:t>53</w:t>
            </w:r>
          </w:p>
        </w:tc>
        <w:tc>
          <w:tcPr>
            <w:tcW w:w="1552" w:type="dxa"/>
          </w:tcPr>
          <w:p w14:paraId="1C4D631E" w14:textId="77777777" w:rsidR="00666F0A" w:rsidRDefault="00D9002E">
            <w:r>
              <w:rPr>
                <w:sz w:val="16"/>
              </w:rPr>
              <w:t>4C: Under the sea</w:t>
            </w:r>
          </w:p>
        </w:tc>
        <w:tc>
          <w:tcPr>
            <w:tcW w:w="2835" w:type="dxa"/>
          </w:tcPr>
          <w:p w14:paraId="5FE03596" w14:textId="77777777" w:rsidR="00666F0A" w:rsidRDefault="00D9002E">
            <w:r>
              <w:rPr>
                <w:sz w:val="16"/>
              </w:rPr>
              <w:t>Slovná zásoba - geografické útvary, čítanie s porozumením</w:t>
            </w:r>
          </w:p>
        </w:tc>
        <w:tc>
          <w:tcPr>
            <w:tcW w:w="3024" w:type="dxa"/>
          </w:tcPr>
          <w:p w14:paraId="3774A478" w14:textId="77777777" w:rsidR="00666F0A" w:rsidRDefault="00D9002E">
            <w:r>
              <w:rPr>
                <w:sz w:val="16"/>
              </w:rPr>
              <w:t>porozumieť textu o podmorskom svete a koralových útesoch</w:t>
            </w:r>
            <w:r>
              <w:rPr>
                <w:sz w:val="16"/>
              </w:rPr>
              <w:br/>
              <w:t>diskutovať o geografických útvaroch a ochrane prírody</w:t>
            </w:r>
            <w:r>
              <w:rPr>
                <w:sz w:val="16"/>
              </w:rPr>
              <w:br/>
              <w:t>používať slovnú zásobu z oblasti životného prostredia</w:t>
            </w:r>
          </w:p>
        </w:tc>
        <w:tc>
          <w:tcPr>
            <w:tcW w:w="1840" w:type="dxa"/>
          </w:tcPr>
          <w:p w14:paraId="10D6556E" w14:textId="77777777" w:rsidR="00666F0A" w:rsidRDefault="00666F0A"/>
        </w:tc>
        <w:tc>
          <w:tcPr>
            <w:tcW w:w="1840" w:type="dxa"/>
          </w:tcPr>
          <w:p w14:paraId="09981B88" w14:textId="77777777" w:rsidR="00666F0A" w:rsidRDefault="00D9002E">
            <w:r>
              <w:rPr>
                <w:sz w:val="16"/>
              </w:rPr>
              <w:t>a number of, aircraft, artificial, attract, bamboo, below, cave, coastal area, colourful, coral, deliberately, diver, documentary, environmentally safe, form , grow, habitat, in fact, in this way, lack of, lead, line, location, man-made, material, natural, reef, research, researcher, rock, sand, shelter, sink , sponge, stable, tropical, tyre, wreck</w:t>
            </w:r>
          </w:p>
        </w:tc>
        <w:tc>
          <w:tcPr>
            <w:tcW w:w="1840" w:type="dxa"/>
          </w:tcPr>
          <w:p w14:paraId="2B64D738" w14:textId="77777777" w:rsidR="00666F0A" w:rsidRDefault="00D9002E">
            <w:r>
              <w:rPr>
                <w:sz w:val="16"/>
              </w:rPr>
              <w:t>SB IWB &amp; IWB material or audio and audio player</w:t>
            </w:r>
          </w:p>
        </w:tc>
      </w:tr>
      <w:tr w:rsidR="00666F0A" w14:paraId="689E867E" w14:textId="77777777" w:rsidTr="007A2E62">
        <w:trPr>
          <w:jc w:val="center"/>
        </w:trPr>
        <w:tc>
          <w:tcPr>
            <w:tcW w:w="960" w:type="dxa"/>
          </w:tcPr>
          <w:p w14:paraId="076B6BCD" w14:textId="77777777" w:rsidR="00666F0A" w:rsidRDefault="00666F0A"/>
        </w:tc>
        <w:tc>
          <w:tcPr>
            <w:tcW w:w="952" w:type="dxa"/>
          </w:tcPr>
          <w:p w14:paraId="3F134CBF" w14:textId="77777777" w:rsidR="00666F0A" w:rsidRDefault="00D9002E">
            <w:r>
              <w:rPr>
                <w:sz w:val="16"/>
              </w:rPr>
              <w:t>54</w:t>
            </w:r>
          </w:p>
        </w:tc>
        <w:tc>
          <w:tcPr>
            <w:tcW w:w="1552" w:type="dxa"/>
          </w:tcPr>
          <w:p w14:paraId="62741AD8" w14:textId="77777777" w:rsidR="00666F0A" w:rsidRDefault="00D9002E">
            <w:r>
              <w:rPr>
                <w:sz w:val="16"/>
              </w:rPr>
              <w:t>4C: Under the sea</w:t>
            </w:r>
          </w:p>
        </w:tc>
        <w:tc>
          <w:tcPr>
            <w:tcW w:w="2835" w:type="dxa"/>
          </w:tcPr>
          <w:p w14:paraId="1B36BA0C" w14:textId="77777777" w:rsidR="00666F0A" w:rsidRDefault="00D9002E">
            <w:r>
              <w:rPr>
                <w:sz w:val="16"/>
              </w:rPr>
              <w:t xml:space="preserve">Gramatika - troný rod (prítomný a minulý čas), počúvanie s porozumením, rozprávanie, práca s informáciami, písanie a prezentácia </w:t>
            </w:r>
          </w:p>
        </w:tc>
        <w:tc>
          <w:tcPr>
            <w:tcW w:w="3024" w:type="dxa"/>
          </w:tcPr>
          <w:p w14:paraId="1D8C0F37" w14:textId="77777777" w:rsidR="00666F0A" w:rsidRDefault="00D9002E">
            <w:r>
              <w:rPr>
                <w:sz w:val="16"/>
              </w:rPr>
              <w:t>používať trpný rod v prítomnom a minulom čase</w:t>
            </w:r>
            <w:r>
              <w:rPr>
                <w:sz w:val="16"/>
              </w:rPr>
              <w:br/>
              <w:t>opísať prírodné a človekom vytvorené objekty</w:t>
            </w:r>
            <w:r>
              <w:rPr>
                <w:sz w:val="16"/>
              </w:rPr>
              <w:br/>
              <w:t>prezentovať informácie o podmorskom svete</w:t>
            </w:r>
          </w:p>
        </w:tc>
        <w:tc>
          <w:tcPr>
            <w:tcW w:w="1840" w:type="dxa"/>
          </w:tcPr>
          <w:p w14:paraId="213074F1" w14:textId="77777777" w:rsidR="00666F0A" w:rsidRDefault="00D9002E">
            <w:r>
              <w:rPr>
                <w:sz w:val="16"/>
              </w:rPr>
              <w:t>Passive Voice (Present Simple – Past Simple)</w:t>
            </w:r>
          </w:p>
        </w:tc>
        <w:tc>
          <w:tcPr>
            <w:tcW w:w="1840" w:type="dxa"/>
          </w:tcPr>
          <w:p w14:paraId="5B0311B9" w14:textId="77777777" w:rsidR="00666F0A" w:rsidRDefault="00666F0A"/>
        </w:tc>
        <w:tc>
          <w:tcPr>
            <w:tcW w:w="1840" w:type="dxa"/>
          </w:tcPr>
          <w:p w14:paraId="1FCBCDAF" w14:textId="77777777" w:rsidR="00666F0A" w:rsidRDefault="00666F0A"/>
        </w:tc>
      </w:tr>
      <w:tr w:rsidR="00666F0A" w14:paraId="4B6E0B14" w14:textId="77777777" w:rsidTr="007A2E62">
        <w:trPr>
          <w:jc w:val="center"/>
        </w:trPr>
        <w:tc>
          <w:tcPr>
            <w:tcW w:w="960" w:type="dxa"/>
          </w:tcPr>
          <w:p w14:paraId="249A7A66" w14:textId="77777777" w:rsidR="00666F0A" w:rsidRDefault="00666F0A"/>
        </w:tc>
        <w:tc>
          <w:tcPr>
            <w:tcW w:w="952" w:type="dxa"/>
          </w:tcPr>
          <w:p w14:paraId="555660BD" w14:textId="77777777" w:rsidR="00666F0A" w:rsidRDefault="00D9002E">
            <w:r>
              <w:rPr>
                <w:sz w:val="16"/>
              </w:rPr>
              <w:t>55</w:t>
            </w:r>
          </w:p>
        </w:tc>
        <w:tc>
          <w:tcPr>
            <w:tcW w:w="1552" w:type="dxa"/>
          </w:tcPr>
          <w:p w14:paraId="6DCA09A6" w14:textId="77777777" w:rsidR="00666F0A" w:rsidRDefault="00D9002E">
            <w:r>
              <w:rPr>
                <w:sz w:val="16"/>
              </w:rPr>
              <w:t>4D: Save our planet</w:t>
            </w:r>
          </w:p>
        </w:tc>
        <w:tc>
          <w:tcPr>
            <w:tcW w:w="2835" w:type="dxa"/>
          </w:tcPr>
          <w:p w14:paraId="7AE12115" w14:textId="77777777" w:rsidR="00666F0A" w:rsidRDefault="00D9002E">
            <w:r>
              <w:rPr>
                <w:sz w:val="16"/>
              </w:rPr>
              <w:t>Čítanie s porozumením, slovná zásoba - ochrana životného prostredia</w:t>
            </w:r>
          </w:p>
        </w:tc>
        <w:tc>
          <w:tcPr>
            <w:tcW w:w="3024" w:type="dxa"/>
          </w:tcPr>
          <w:p w14:paraId="29BF2588" w14:textId="77777777" w:rsidR="00666F0A" w:rsidRDefault="00D9002E">
            <w:r>
              <w:rPr>
                <w:sz w:val="16"/>
              </w:rPr>
              <w:t>porozumieť textu o environmentálnych problémoch</w:t>
            </w:r>
            <w:r>
              <w:rPr>
                <w:sz w:val="16"/>
              </w:rPr>
              <w:br/>
            </w:r>
            <w:r>
              <w:rPr>
                <w:sz w:val="16"/>
              </w:rPr>
              <w:t>diskutovať o príčinách a dôsledkoch znečisťovania životného prostredia</w:t>
            </w:r>
            <w:r>
              <w:rPr>
                <w:sz w:val="16"/>
              </w:rPr>
              <w:br/>
              <w:t>navrhovať riešenia na ochranu prírody</w:t>
            </w:r>
          </w:p>
        </w:tc>
        <w:tc>
          <w:tcPr>
            <w:tcW w:w="1840" w:type="dxa"/>
          </w:tcPr>
          <w:p w14:paraId="250F9279" w14:textId="77777777" w:rsidR="00666F0A" w:rsidRDefault="00666F0A"/>
        </w:tc>
        <w:tc>
          <w:tcPr>
            <w:tcW w:w="1840" w:type="dxa"/>
          </w:tcPr>
          <w:p w14:paraId="6172EB0C" w14:textId="77777777" w:rsidR="00666F0A" w:rsidRDefault="00D9002E">
            <w:r>
              <w:rPr>
                <w:sz w:val="16"/>
              </w:rPr>
              <w:t>acid rain, afterwards, allow, car fumes, cause, chemicals, cotton wool, drop , environmental problem, essential, experiment, extremely, factory gases, feather, fine, fog, government, half full, harm , in twenty years’ time, involve, leak , main, marine life, no longer, oil spill, oil tanker, oily, organisation, pollute, pollution, predict, protect, pump sth into sth, recycle, rub, smog, smoke , soap, spread , take measures, time-consuming, ton, toxic, unpolluted, waste , wave</w:t>
            </w:r>
          </w:p>
        </w:tc>
        <w:tc>
          <w:tcPr>
            <w:tcW w:w="1840" w:type="dxa"/>
          </w:tcPr>
          <w:p w14:paraId="10B002F4" w14:textId="77777777" w:rsidR="00666F0A" w:rsidRDefault="00D9002E">
            <w:r>
              <w:rPr>
                <w:sz w:val="16"/>
              </w:rPr>
              <w:t>SB IWB &amp; IWB material or audio and audio player</w:t>
            </w:r>
          </w:p>
        </w:tc>
      </w:tr>
      <w:tr w:rsidR="00666F0A" w14:paraId="05746A39" w14:textId="77777777" w:rsidTr="007A2E62">
        <w:trPr>
          <w:jc w:val="center"/>
        </w:trPr>
        <w:tc>
          <w:tcPr>
            <w:tcW w:w="960" w:type="dxa"/>
          </w:tcPr>
          <w:p w14:paraId="57ABE032" w14:textId="77777777" w:rsidR="00666F0A" w:rsidRDefault="00666F0A"/>
        </w:tc>
        <w:tc>
          <w:tcPr>
            <w:tcW w:w="952" w:type="dxa"/>
          </w:tcPr>
          <w:p w14:paraId="77C4C783" w14:textId="77777777" w:rsidR="00666F0A" w:rsidRDefault="00D9002E">
            <w:r>
              <w:rPr>
                <w:sz w:val="16"/>
              </w:rPr>
              <w:t>56</w:t>
            </w:r>
          </w:p>
        </w:tc>
        <w:tc>
          <w:tcPr>
            <w:tcW w:w="1552" w:type="dxa"/>
          </w:tcPr>
          <w:p w14:paraId="5326D544" w14:textId="77777777" w:rsidR="00666F0A" w:rsidRDefault="00D9002E">
            <w:r>
              <w:rPr>
                <w:sz w:val="16"/>
              </w:rPr>
              <w:t>4D: Save our planet</w:t>
            </w:r>
          </w:p>
        </w:tc>
        <w:tc>
          <w:tcPr>
            <w:tcW w:w="2835" w:type="dxa"/>
          </w:tcPr>
          <w:p w14:paraId="13D0621B" w14:textId="77777777" w:rsidR="00666F0A" w:rsidRDefault="00D9002E">
            <w:r>
              <w:rPr>
                <w:sz w:val="16"/>
              </w:rPr>
              <w:t>Gramatika - trpný rod (predprítomný čas, budúci čas, modálne slovesá), rozprávanie - environmentálne problémy</w:t>
            </w:r>
          </w:p>
        </w:tc>
        <w:tc>
          <w:tcPr>
            <w:tcW w:w="3024" w:type="dxa"/>
          </w:tcPr>
          <w:p w14:paraId="3C505577" w14:textId="77777777" w:rsidR="00666F0A" w:rsidRDefault="00D9002E">
            <w:r>
              <w:rPr>
                <w:sz w:val="16"/>
              </w:rPr>
              <w:t>používať trpný rod v rôznych časoch a s modálnymi slovesami</w:t>
            </w:r>
            <w:r>
              <w:rPr>
                <w:sz w:val="16"/>
              </w:rPr>
              <w:br/>
              <w:t>hovoriť o ochrane životného prostredia</w:t>
            </w:r>
            <w:r>
              <w:rPr>
                <w:sz w:val="16"/>
              </w:rPr>
              <w:br/>
              <w:t>vyjadriť návrhy na riešenie environmentálnych problémov</w:t>
            </w:r>
          </w:p>
        </w:tc>
        <w:tc>
          <w:tcPr>
            <w:tcW w:w="1840" w:type="dxa"/>
          </w:tcPr>
          <w:p w14:paraId="70EB7DC9" w14:textId="77777777" w:rsidR="00666F0A" w:rsidRDefault="00D9002E">
            <w:r>
              <w:rPr>
                <w:sz w:val="16"/>
              </w:rPr>
              <w:t>Passive Voice (Present Perfect Simple, Future will, future be going to, modal verbs))</w:t>
            </w:r>
          </w:p>
        </w:tc>
        <w:tc>
          <w:tcPr>
            <w:tcW w:w="1840" w:type="dxa"/>
          </w:tcPr>
          <w:p w14:paraId="154573C5" w14:textId="77777777" w:rsidR="00666F0A" w:rsidRDefault="00666F0A"/>
        </w:tc>
        <w:tc>
          <w:tcPr>
            <w:tcW w:w="1840" w:type="dxa"/>
          </w:tcPr>
          <w:p w14:paraId="247707D6" w14:textId="77777777" w:rsidR="00666F0A" w:rsidRDefault="00666F0A"/>
        </w:tc>
      </w:tr>
      <w:tr w:rsidR="00666F0A" w14:paraId="16E0E8FD" w14:textId="77777777" w:rsidTr="007A2E62">
        <w:trPr>
          <w:jc w:val="center"/>
        </w:trPr>
        <w:tc>
          <w:tcPr>
            <w:tcW w:w="960" w:type="dxa"/>
          </w:tcPr>
          <w:p w14:paraId="5E1BB923" w14:textId="77777777" w:rsidR="00666F0A" w:rsidRDefault="00666F0A"/>
        </w:tc>
        <w:tc>
          <w:tcPr>
            <w:tcW w:w="952" w:type="dxa"/>
          </w:tcPr>
          <w:p w14:paraId="689A68E7" w14:textId="77777777" w:rsidR="00666F0A" w:rsidRDefault="00D9002E">
            <w:r>
              <w:rPr>
                <w:sz w:val="16"/>
              </w:rPr>
              <w:t>57</w:t>
            </w:r>
          </w:p>
        </w:tc>
        <w:tc>
          <w:tcPr>
            <w:tcW w:w="1552" w:type="dxa"/>
          </w:tcPr>
          <w:p w14:paraId="06B7430F" w14:textId="77777777" w:rsidR="00666F0A" w:rsidRDefault="00D9002E">
            <w:r>
              <w:rPr>
                <w:sz w:val="16"/>
              </w:rPr>
              <w:t>Top Skills: Natural disasters</w:t>
            </w:r>
          </w:p>
        </w:tc>
        <w:tc>
          <w:tcPr>
            <w:tcW w:w="2835" w:type="dxa"/>
          </w:tcPr>
          <w:p w14:paraId="3F944175" w14:textId="77777777" w:rsidR="00666F0A" w:rsidRDefault="00D9002E">
            <w:r>
              <w:rPr>
                <w:sz w:val="16"/>
              </w:rPr>
              <w:t>Slovná zásoba - prírodné katastrofy, čítanie a počúvanie porozumením</w:t>
            </w:r>
          </w:p>
        </w:tc>
        <w:tc>
          <w:tcPr>
            <w:tcW w:w="3024" w:type="dxa"/>
          </w:tcPr>
          <w:p w14:paraId="35A00962" w14:textId="77777777" w:rsidR="00666F0A" w:rsidRDefault="00D9002E">
            <w:r>
              <w:rPr>
                <w:sz w:val="16"/>
              </w:rPr>
              <w:t>porozumieť textu a nahrávke o prírodných katastrofách</w:t>
            </w:r>
            <w:r>
              <w:rPr>
                <w:sz w:val="16"/>
              </w:rPr>
              <w:br/>
              <w:t>opísať priebeh mimoriadnych udalostí</w:t>
            </w:r>
            <w:r>
              <w:rPr>
                <w:sz w:val="16"/>
              </w:rPr>
              <w:br/>
              <w:t>používať slovnú zásobu z oblasti prírodných katastrof</w:t>
            </w:r>
          </w:p>
        </w:tc>
        <w:tc>
          <w:tcPr>
            <w:tcW w:w="1840" w:type="dxa"/>
          </w:tcPr>
          <w:p w14:paraId="5794D34F" w14:textId="77777777" w:rsidR="00666F0A" w:rsidRDefault="00666F0A"/>
        </w:tc>
        <w:tc>
          <w:tcPr>
            <w:tcW w:w="1840" w:type="dxa"/>
          </w:tcPr>
          <w:p w14:paraId="037B6E52" w14:textId="77777777" w:rsidR="00666F0A" w:rsidRDefault="00D9002E">
            <w:r>
              <w:rPr>
                <w:sz w:val="16"/>
              </w:rPr>
              <w:t>authorities, break out, category, collapse, damage, drown, earthquake, evacuate, fight against sth, fire, flood , homeless, hope, hurricane, in time, injured, lightning, natural disaster, nature, neighbouring, news article, panic , put out, rescue team, resident, roof, shake, strike , terrified, trapped, tsunami, victim</w:t>
            </w:r>
          </w:p>
        </w:tc>
        <w:tc>
          <w:tcPr>
            <w:tcW w:w="1840" w:type="dxa"/>
          </w:tcPr>
          <w:p w14:paraId="3143F37E" w14:textId="77777777" w:rsidR="00666F0A" w:rsidRDefault="00D9002E">
            <w:r>
              <w:rPr>
                <w:sz w:val="16"/>
              </w:rPr>
              <w:t>SB IWB &amp; IWB material or audio and audio player</w:t>
            </w:r>
          </w:p>
        </w:tc>
      </w:tr>
      <w:tr w:rsidR="00666F0A" w14:paraId="1365A8C0" w14:textId="77777777" w:rsidTr="007A2E62">
        <w:trPr>
          <w:jc w:val="center"/>
        </w:trPr>
        <w:tc>
          <w:tcPr>
            <w:tcW w:w="960" w:type="dxa"/>
          </w:tcPr>
          <w:p w14:paraId="4D56FEF0" w14:textId="77777777" w:rsidR="00666F0A" w:rsidRDefault="00666F0A"/>
        </w:tc>
        <w:tc>
          <w:tcPr>
            <w:tcW w:w="952" w:type="dxa"/>
          </w:tcPr>
          <w:p w14:paraId="1D7F0C8A" w14:textId="77777777" w:rsidR="00666F0A" w:rsidRDefault="00D9002E">
            <w:r>
              <w:rPr>
                <w:sz w:val="16"/>
              </w:rPr>
              <w:t>58</w:t>
            </w:r>
          </w:p>
        </w:tc>
        <w:tc>
          <w:tcPr>
            <w:tcW w:w="1552" w:type="dxa"/>
          </w:tcPr>
          <w:p w14:paraId="2E10CB52" w14:textId="77777777" w:rsidR="00666F0A" w:rsidRDefault="00D9002E">
            <w:r>
              <w:rPr>
                <w:sz w:val="16"/>
              </w:rPr>
              <w:t>Top Skills: Natural disasters</w:t>
            </w:r>
          </w:p>
        </w:tc>
        <w:tc>
          <w:tcPr>
            <w:tcW w:w="2835" w:type="dxa"/>
          </w:tcPr>
          <w:p w14:paraId="5554E3AD" w14:textId="77777777" w:rsidR="00666F0A" w:rsidRDefault="00D9002E">
            <w:r>
              <w:rPr>
                <w:sz w:val="16"/>
              </w:rPr>
              <w:t>Rozprávanie, písanie - článok do novín</w:t>
            </w:r>
          </w:p>
        </w:tc>
        <w:tc>
          <w:tcPr>
            <w:tcW w:w="3024" w:type="dxa"/>
          </w:tcPr>
          <w:p w14:paraId="34AF4A5A" w14:textId="77777777" w:rsidR="00666F0A" w:rsidRDefault="00D9002E">
            <w:r>
              <w:rPr>
                <w:sz w:val="16"/>
              </w:rPr>
              <w:t>diskutovať o prírodných katastrofách a ich dôsledkoch</w:t>
            </w:r>
            <w:r>
              <w:rPr>
                <w:sz w:val="16"/>
              </w:rPr>
              <w:br/>
            </w:r>
            <w:r>
              <w:rPr>
                <w:sz w:val="16"/>
              </w:rPr>
              <w:t>simulovať rozhovor reportéra a očitého svedka</w:t>
            </w:r>
            <w:r>
              <w:rPr>
                <w:sz w:val="16"/>
              </w:rPr>
              <w:br/>
              <w:t>napísať novinový článok o mimoriadnej udalosti</w:t>
            </w:r>
          </w:p>
        </w:tc>
        <w:tc>
          <w:tcPr>
            <w:tcW w:w="1840" w:type="dxa"/>
          </w:tcPr>
          <w:p w14:paraId="43C424C1" w14:textId="77777777" w:rsidR="00666F0A" w:rsidRDefault="00666F0A"/>
        </w:tc>
        <w:tc>
          <w:tcPr>
            <w:tcW w:w="1840" w:type="dxa"/>
          </w:tcPr>
          <w:p w14:paraId="56C2D395" w14:textId="77777777" w:rsidR="00666F0A" w:rsidRDefault="00666F0A"/>
        </w:tc>
        <w:tc>
          <w:tcPr>
            <w:tcW w:w="1840" w:type="dxa"/>
          </w:tcPr>
          <w:p w14:paraId="0B3BE24F" w14:textId="77777777" w:rsidR="00666F0A" w:rsidRDefault="00666F0A"/>
        </w:tc>
      </w:tr>
      <w:tr w:rsidR="00666F0A" w14:paraId="4048EFA6" w14:textId="77777777" w:rsidTr="007A2E62">
        <w:trPr>
          <w:jc w:val="center"/>
        </w:trPr>
        <w:tc>
          <w:tcPr>
            <w:tcW w:w="960" w:type="dxa"/>
          </w:tcPr>
          <w:p w14:paraId="3E077C22" w14:textId="77777777" w:rsidR="00666F0A" w:rsidRDefault="00666F0A"/>
        </w:tc>
        <w:tc>
          <w:tcPr>
            <w:tcW w:w="952" w:type="dxa"/>
          </w:tcPr>
          <w:p w14:paraId="4031E889" w14:textId="77777777" w:rsidR="00666F0A" w:rsidRDefault="00D9002E">
            <w:r>
              <w:rPr>
                <w:sz w:val="16"/>
              </w:rPr>
              <w:t>59</w:t>
            </w:r>
          </w:p>
        </w:tc>
        <w:tc>
          <w:tcPr>
            <w:tcW w:w="1552" w:type="dxa"/>
          </w:tcPr>
          <w:p w14:paraId="55B2B4D9" w14:textId="77777777" w:rsidR="00666F0A" w:rsidRDefault="00D9002E">
            <w:r>
              <w:rPr>
                <w:sz w:val="16"/>
              </w:rPr>
              <w:t>Revision module 4</w:t>
            </w:r>
          </w:p>
        </w:tc>
        <w:tc>
          <w:tcPr>
            <w:tcW w:w="2835" w:type="dxa"/>
          </w:tcPr>
          <w:p w14:paraId="43D0C3F2" w14:textId="77777777" w:rsidR="00666F0A" w:rsidRDefault="00D9002E">
            <w:r>
              <w:rPr>
                <w:sz w:val="16"/>
              </w:rPr>
              <w:t>Zhrnutie učiva</w:t>
            </w:r>
          </w:p>
        </w:tc>
        <w:tc>
          <w:tcPr>
            <w:tcW w:w="3024" w:type="dxa"/>
          </w:tcPr>
          <w:p w14:paraId="3AF9EFF5"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21776A10" w14:textId="77777777" w:rsidR="00666F0A" w:rsidRDefault="00666F0A"/>
        </w:tc>
        <w:tc>
          <w:tcPr>
            <w:tcW w:w="1840" w:type="dxa"/>
          </w:tcPr>
          <w:p w14:paraId="7D2CBC67" w14:textId="77777777" w:rsidR="00666F0A" w:rsidRDefault="00666F0A"/>
        </w:tc>
        <w:tc>
          <w:tcPr>
            <w:tcW w:w="1840" w:type="dxa"/>
          </w:tcPr>
          <w:p w14:paraId="3844BE65" w14:textId="77777777" w:rsidR="00666F0A" w:rsidRDefault="00D9002E">
            <w:r>
              <w:rPr>
                <w:sz w:val="16"/>
              </w:rPr>
              <w:t>SB IWB &amp; IWB material or audio and audio player If necessary, WB (extra grammar practice)</w:t>
            </w:r>
          </w:p>
        </w:tc>
      </w:tr>
      <w:tr w:rsidR="00666F0A" w14:paraId="5706732B" w14:textId="77777777" w:rsidTr="007A2E62">
        <w:trPr>
          <w:jc w:val="center"/>
        </w:trPr>
        <w:tc>
          <w:tcPr>
            <w:tcW w:w="960" w:type="dxa"/>
          </w:tcPr>
          <w:p w14:paraId="491E8DAB" w14:textId="77777777" w:rsidR="00666F0A" w:rsidRDefault="00666F0A"/>
        </w:tc>
        <w:tc>
          <w:tcPr>
            <w:tcW w:w="952" w:type="dxa"/>
          </w:tcPr>
          <w:p w14:paraId="342DB536" w14:textId="77777777" w:rsidR="00666F0A" w:rsidRDefault="00D9002E">
            <w:r>
              <w:rPr>
                <w:sz w:val="16"/>
              </w:rPr>
              <w:t>60</w:t>
            </w:r>
          </w:p>
        </w:tc>
        <w:tc>
          <w:tcPr>
            <w:tcW w:w="1552" w:type="dxa"/>
          </w:tcPr>
          <w:p w14:paraId="588D9528" w14:textId="77777777" w:rsidR="00666F0A" w:rsidRDefault="00D9002E">
            <w:r>
              <w:rPr>
                <w:sz w:val="16"/>
              </w:rPr>
              <w:t>Revision module 4</w:t>
            </w:r>
          </w:p>
        </w:tc>
        <w:tc>
          <w:tcPr>
            <w:tcW w:w="2835" w:type="dxa"/>
          </w:tcPr>
          <w:p w14:paraId="4AA016BE" w14:textId="77777777" w:rsidR="00666F0A" w:rsidRDefault="00D9002E">
            <w:r>
              <w:rPr>
                <w:sz w:val="16"/>
              </w:rPr>
              <w:t>Sebahodnotenie</w:t>
            </w:r>
          </w:p>
        </w:tc>
        <w:tc>
          <w:tcPr>
            <w:tcW w:w="3024" w:type="dxa"/>
          </w:tcPr>
          <w:p w14:paraId="7A95507C" w14:textId="77777777" w:rsidR="00666F0A" w:rsidRDefault="00D9002E">
            <w:r>
              <w:rPr>
                <w:sz w:val="16"/>
              </w:rPr>
              <w:t>zhodnotiť úroveň svojich vedomostí</w:t>
            </w:r>
            <w:r>
              <w:rPr>
                <w:sz w:val="16"/>
              </w:rPr>
              <w:br/>
              <w:t>identifikovať oblasti, ktoré je potrebné zlepšiť</w:t>
            </w:r>
            <w:r>
              <w:rPr>
                <w:sz w:val="16"/>
              </w:rPr>
              <w:br/>
              <w:t xml:space="preserve">pripraviť sa na priebežné overenie </w:t>
            </w:r>
            <w:r>
              <w:rPr>
                <w:sz w:val="16"/>
              </w:rPr>
              <w:lastRenderedPageBreak/>
              <w:t>vedomostí</w:t>
            </w:r>
          </w:p>
        </w:tc>
        <w:tc>
          <w:tcPr>
            <w:tcW w:w="1840" w:type="dxa"/>
          </w:tcPr>
          <w:p w14:paraId="4D3DA09A" w14:textId="77777777" w:rsidR="00666F0A" w:rsidRDefault="00666F0A"/>
        </w:tc>
        <w:tc>
          <w:tcPr>
            <w:tcW w:w="1840" w:type="dxa"/>
          </w:tcPr>
          <w:p w14:paraId="50472204" w14:textId="77777777" w:rsidR="00666F0A" w:rsidRDefault="00666F0A"/>
        </w:tc>
        <w:tc>
          <w:tcPr>
            <w:tcW w:w="1840" w:type="dxa"/>
          </w:tcPr>
          <w:p w14:paraId="53F0C6C6" w14:textId="77777777" w:rsidR="00666F0A" w:rsidRDefault="00666F0A"/>
        </w:tc>
      </w:tr>
      <w:tr w:rsidR="00666F0A" w14:paraId="0C5A7011" w14:textId="77777777" w:rsidTr="007A2E62">
        <w:trPr>
          <w:jc w:val="center"/>
        </w:trPr>
        <w:tc>
          <w:tcPr>
            <w:tcW w:w="960" w:type="dxa"/>
          </w:tcPr>
          <w:p w14:paraId="2D7D1F46" w14:textId="77777777" w:rsidR="00666F0A" w:rsidRDefault="00666F0A"/>
        </w:tc>
        <w:tc>
          <w:tcPr>
            <w:tcW w:w="952" w:type="dxa"/>
          </w:tcPr>
          <w:p w14:paraId="3425946D" w14:textId="77777777" w:rsidR="00666F0A" w:rsidRDefault="00D9002E">
            <w:r>
              <w:rPr>
                <w:sz w:val="16"/>
              </w:rPr>
              <w:t>61</w:t>
            </w:r>
          </w:p>
        </w:tc>
        <w:tc>
          <w:tcPr>
            <w:tcW w:w="1552" w:type="dxa"/>
          </w:tcPr>
          <w:p w14:paraId="20BBE4D4" w14:textId="77777777" w:rsidR="00666F0A" w:rsidRDefault="00D9002E">
            <w:r>
              <w:rPr>
                <w:sz w:val="16"/>
              </w:rPr>
              <w:t>Culture Page 2 &amp; Song 2</w:t>
            </w:r>
          </w:p>
        </w:tc>
        <w:tc>
          <w:tcPr>
            <w:tcW w:w="2835" w:type="dxa"/>
          </w:tcPr>
          <w:p w14:paraId="63465A93" w14:textId="77777777" w:rsidR="00666F0A" w:rsidRDefault="00D9002E">
            <w:r>
              <w:rPr>
                <w:sz w:val="16"/>
              </w:rPr>
              <w:t>Šoférovanie, Pieseň - Feel the Flow</w:t>
            </w:r>
          </w:p>
        </w:tc>
        <w:tc>
          <w:tcPr>
            <w:tcW w:w="3024" w:type="dxa"/>
          </w:tcPr>
          <w:p w14:paraId="1D0DB722" w14:textId="77777777" w:rsidR="00666F0A" w:rsidRDefault="00D9002E">
            <w:r>
              <w:rPr>
                <w:sz w:val="16"/>
              </w:rPr>
              <w:t>spoznať kultúrne zaujímavosti spojené so šoférovaním</w:t>
            </w:r>
            <w:r>
              <w:rPr>
                <w:sz w:val="16"/>
              </w:rPr>
              <w:br/>
              <w:t>rozvíjať posluchové porozumenie prostredníctvom piesne</w:t>
            </w:r>
            <w:r>
              <w:rPr>
                <w:sz w:val="16"/>
              </w:rPr>
              <w:br/>
              <w:t>porovnať dopravné zvyklosti rôznych krajín</w:t>
            </w:r>
          </w:p>
        </w:tc>
        <w:tc>
          <w:tcPr>
            <w:tcW w:w="1840" w:type="dxa"/>
          </w:tcPr>
          <w:p w14:paraId="32376540" w14:textId="77777777" w:rsidR="00666F0A" w:rsidRDefault="00666F0A"/>
        </w:tc>
        <w:tc>
          <w:tcPr>
            <w:tcW w:w="1840" w:type="dxa"/>
          </w:tcPr>
          <w:p w14:paraId="1234102F" w14:textId="77777777" w:rsidR="00666F0A" w:rsidRDefault="00666F0A"/>
        </w:tc>
        <w:tc>
          <w:tcPr>
            <w:tcW w:w="1840" w:type="dxa"/>
          </w:tcPr>
          <w:p w14:paraId="725D9CEF" w14:textId="77777777" w:rsidR="00666F0A" w:rsidRDefault="00D9002E">
            <w:r>
              <w:rPr>
                <w:sz w:val="16"/>
              </w:rPr>
              <w:t>SB IWB &amp; IWB material or audio and audio player</w:t>
            </w:r>
          </w:p>
        </w:tc>
      </w:tr>
      <w:tr w:rsidR="00666F0A" w14:paraId="1C9376A6" w14:textId="77777777" w:rsidTr="007A2E62">
        <w:trPr>
          <w:jc w:val="center"/>
        </w:trPr>
        <w:tc>
          <w:tcPr>
            <w:tcW w:w="960" w:type="dxa"/>
          </w:tcPr>
          <w:p w14:paraId="0489FDBE" w14:textId="77777777" w:rsidR="00666F0A" w:rsidRDefault="00666F0A"/>
        </w:tc>
        <w:tc>
          <w:tcPr>
            <w:tcW w:w="952" w:type="dxa"/>
          </w:tcPr>
          <w:p w14:paraId="3CD81307" w14:textId="77777777" w:rsidR="00666F0A" w:rsidRDefault="00D9002E">
            <w:r>
              <w:rPr>
                <w:sz w:val="16"/>
              </w:rPr>
              <w:t>62</w:t>
            </w:r>
          </w:p>
        </w:tc>
        <w:tc>
          <w:tcPr>
            <w:tcW w:w="1552" w:type="dxa"/>
          </w:tcPr>
          <w:p w14:paraId="485EC570" w14:textId="77777777" w:rsidR="00666F0A" w:rsidRDefault="00D9002E">
            <w:r>
              <w:rPr>
                <w:sz w:val="16"/>
              </w:rPr>
              <w:t>Me and My country project 4 – Loughton Lake</w:t>
            </w:r>
          </w:p>
        </w:tc>
        <w:tc>
          <w:tcPr>
            <w:tcW w:w="2835" w:type="dxa"/>
          </w:tcPr>
          <w:p w14:paraId="76C947FB" w14:textId="77777777" w:rsidR="00666F0A" w:rsidRDefault="00D9002E">
            <w:r>
              <w:rPr>
                <w:sz w:val="16"/>
              </w:rPr>
              <w:t>Jazerá v mojej krajine</w:t>
            </w:r>
          </w:p>
        </w:tc>
        <w:tc>
          <w:tcPr>
            <w:tcW w:w="3024" w:type="dxa"/>
          </w:tcPr>
          <w:p w14:paraId="22DB5069" w14:textId="77777777" w:rsidR="00666F0A" w:rsidRDefault="00D9002E">
            <w:r>
              <w:rPr>
                <w:sz w:val="16"/>
              </w:rPr>
              <w:t>získať informácie o jazerách vo svojej krajine</w:t>
            </w:r>
            <w:r>
              <w:rPr>
                <w:sz w:val="16"/>
              </w:rPr>
              <w:br/>
              <w:t>spracovať získané informácie do projektu</w:t>
            </w:r>
            <w:r>
              <w:rPr>
                <w:sz w:val="16"/>
              </w:rPr>
              <w:br/>
              <w:t>prezentovať výsledky svojej práce</w:t>
            </w:r>
          </w:p>
        </w:tc>
        <w:tc>
          <w:tcPr>
            <w:tcW w:w="1840" w:type="dxa"/>
          </w:tcPr>
          <w:p w14:paraId="52A89918" w14:textId="77777777" w:rsidR="00666F0A" w:rsidRDefault="00666F0A"/>
        </w:tc>
        <w:tc>
          <w:tcPr>
            <w:tcW w:w="1840" w:type="dxa"/>
          </w:tcPr>
          <w:p w14:paraId="29061C77" w14:textId="77777777" w:rsidR="00666F0A" w:rsidRDefault="00666F0A"/>
        </w:tc>
        <w:tc>
          <w:tcPr>
            <w:tcW w:w="1840" w:type="dxa"/>
          </w:tcPr>
          <w:p w14:paraId="6A7EC689" w14:textId="77777777" w:rsidR="00666F0A" w:rsidRDefault="00666F0A"/>
        </w:tc>
      </w:tr>
      <w:tr w:rsidR="00666F0A" w14:paraId="7057F789" w14:textId="77777777" w:rsidTr="007A2E62">
        <w:trPr>
          <w:jc w:val="center"/>
        </w:trPr>
        <w:tc>
          <w:tcPr>
            <w:tcW w:w="960" w:type="dxa"/>
          </w:tcPr>
          <w:p w14:paraId="603B81F7" w14:textId="77777777" w:rsidR="00666F0A" w:rsidRDefault="00666F0A"/>
        </w:tc>
        <w:tc>
          <w:tcPr>
            <w:tcW w:w="952" w:type="dxa"/>
          </w:tcPr>
          <w:p w14:paraId="65F5BB64" w14:textId="77777777" w:rsidR="00666F0A" w:rsidRDefault="00D9002E">
            <w:r>
              <w:rPr>
                <w:sz w:val="16"/>
              </w:rPr>
              <w:t>63</w:t>
            </w:r>
          </w:p>
        </w:tc>
        <w:tc>
          <w:tcPr>
            <w:tcW w:w="1552" w:type="dxa"/>
          </w:tcPr>
          <w:p w14:paraId="1F22E34A" w14:textId="77777777" w:rsidR="00666F0A" w:rsidRDefault="00D9002E">
            <w:r>
              <w:rPr>
                <w:sz w:val="16"/>
              </w:rPr>
              <w:t>Test Module 4</w:t>
            </w:r>
          </w:p>
        </w:tc>
        <w:tc>
          <w:tcPr>
            <w:tcW w:w="2835" w:type="dxa"/>
          </w:tcPr>
          <w:p w14:paraId="1876604F" w14:textId="77777777" w:rsidR="00666F0A" w:rsidRDefault="00D9002E">
            <w:r>
              <w:rPr>
                <w:sz w:val="16"/>
              </w:rPr>
              <w:t>Hodnotenie pokroku žiakov</w:t>
            </w:r>
          </w:p>
        </w:tc>
        <w:tc>
          <w:tcPr>
            <w:tcW w:w="3024" w:type="dxa"/>
          </w:tcPr>
          <w:p w14:paraId="105962AF" w14:textId="77777777" w:rsidR="00666F0A" w:rsidRDefault="00D9002E">
            <w:r>
              <w:rPr>
                <w:sz w:val="16"/>
              </w:rPr>
              <w:t>preukázať osvojenie slovnej zásoby a gramatiky modulu</w:t>
            </w:r>
            <w:r>
              <w:rPr>
                <w:sz w:val="16"/>
              </w:rPr>
              <w:br/>
              <w:t>aplikovať získané vedomosti pri riešení úloh</w:t>
            </w:r>
            <w:r>
              <w:rPr>
                <w:sz w:val="16"/>
              </w:rPr>
              <w:br/>
              <w:t>samostatne riešiť testové zadania</w:t>
            </w:r>
          </w:p>
        </w:tc>
        <w:tc>
          <w:tcPr>
            <w:tcW w:w="1840" w:type="dxa"/>
          </w:tcPr>
          <w:p w14:paraId="502B9EF4" w14:textId="77777777" w:rsidR="00666F0A" w:rsidRDefault="00666F0A"/>
        </w:tc>
        <w:tc>
          <w:tcPr>
            <w:tcW w:w="1840" w:type="dxa"/>
          </w:tcPr>
          <w:p w14:paraId="347DC624" w14:textId="77777777" w:rsidR="00666F0A" w:rsidRDefault="00666F0A"/>
        </w:tc>
        <w:tc>
          <w:tcPr>
            <w:tcW w:w="1840" w:type="dxa"/>
          </w:tcPr>
          <w:p w14:paraId="58272234" w14:textId="77777777" w:rsidR="00666F0A" w:rsidRDefault="00D9002E">
            <w:r>
              <w:rPr>
                <w:sz w:val="16"/>
              </w:rPr>
              <w:t>Module tests (teacher’s assistant)</w:t>
            </w:r>
          </w:p>
        </w:tc>
      </w:tr>
      <w:tr w:rsidR="00666F0A" w14:paraId="08652A80" w14:textId="77777777" w:rsidTr="007A2E62">
        <w:trPr>
          <w:jc w:val="center"/>
        </w:trPr>
        <w:tc>
          <w:tcPr>
            <w:tcW w:w="960" w:type="dxa"/>
          </w:tcPr>
          <w:p w14:paraId="79C02A04" w14:textId="77777777" w:rsidR="00666F0A" w:rsidRDefault="00666F0A"/>
        </w:tc>
        <w:tc>
          <w:tcPr>
            <w:tcW w:w="952" w:type="dxa"/>
          </w:tcPr>
          <w:p w14:paraId="5C18E758" w14:textId="77777777" w:rsidR="00666F0A" w:rsidRDefault="00D9002E">
            <w:r>
              <w:rPr>
                <w:sz w:val="16"/>
              </w:rPr>
              <w:t>64</w:t>
            </w:r>
          </w:p>
        </w:tc>
        <w:tc>
          <w:tcPr>
            <w:tcW w:w="1552" w:type="dxa"/>
          </w:tcPr>
          <w:p w14:paraId="426FF99A" w14:textId="77777777" w:rsidR="00666F0A" w:rsidRDefault="00D9002E">
            <w:r>
              <w:rPr>
                <w:sz w:val="16"/>
              </w:rPr>
              <w:t>Video Module 4 &amp; Cover Page Module 5</w:t>
            </w:r>
          </w:p>
        </w:tc>
        <w:tc>
          <w:tcPr>
            <w:tcW w:w="2835" w:type="dxa"/>
          </w:tcPr>
          <w:p w14:paraId="5CC77298" w14:textId="77777777" w:rsidR="00666F0A" w:rsidRDefault="00D9002E">
            <w:r>
              <w:rPr>
                <w:sz w:val="16"/>
              </w:rPr>
              <w:t>Videolekcia - recyklácia</w:t>
            </w:r>
          </w:p>
        </w:tc>
        <w:tc>
          <w:tcPr>
            <w:tcW w:w="3024" w:type="dxa"/>
          </w:tcPr>
          <w:p w14:paraId="6A840F67" w14:textId="77777777" w:rsidR="00666F0A" w:rsidRDefault="00D9002E">
            <w:r>
              <w:rPr>
                <w:sz w:val="16"/>
              </w:rPr>
              <w:t>porozumieť obsahu videa o recyklácii</w:t>
            </w:r>
            <w:r>
              <w:rPr>
                <w:sz w:val="16"/>
              </w:rPr>
              <w:br/>
              <w:t>upevniť slovnú zásobu a gramatické štruktúry v autentickom kontexte</w:t>
            </w:r>
            <w:r>
              <w:rPr>
                <w:sz w:val="16"/>
              </w:rPr>
              <w:br/>
              <w:t>pripraviť sa na tému nasledujúceho modulu</w:t>
            </w:r>
          </w:p>
        </w:tc>
        <w:tc>
          <w:tcPr>
            <w:tcW w:w="1840" w:type="dxa"/>
          </w:tcPr>
          <w:p w14:paraId="674FC89E" w14:textId="77777777" w:rsidR="00666F0A" w:rsidRDefault="00666F0A"/>
        </w:tc>
        <w:tc>
          <w:tcPr>
            <w:tcW w:w="1840" w:type="dxa"/>
          </w:tcPr>
          <w:p w14:paraId="7AD04C4E" w14:textId="77777777" w:rsidR="00666F0A" w:rsidRDefault="00666F0A"/>
        </w:tc>
        <w:tc>
          <w:tcPr>
            <w:tcW w:w="1840" w:type="dxa"/>
          </w:tcPr>
          <w:p w14:paraId="240C56A8" w14:textId="77777777" w:rsidR="00666F0A" w:rsidRDefault="00D9002E">
            <w:r>
              <w:rPr>
                <w:sz w:val="16"/>
              </w:rPr>
              <w:t>SB IWB &amp; IWB material</w:t>
            </w:r>
          </w:p>
        </w:tc>
      </w:tr>
      <w:tr w:rsidR="00666F0A" w14:paraId="5E113637" w14:textId="77777777" w:rsidTr="007A2E62">
        <w:trPr>
          <w:jc w:val="center"/>
        </w:trPr>
        <w:tc>
          <w:tcPr>
            <w:tcW w:w="960" w:type="dxa"/>
          </w:tcPr>
          <w:p w14:paraId="2C1C1E35" w14:textId="77777777" w:rsidR="00666F0A" w:rsidRDefault="00666F0A"/>
        </w:tc>
        <w:tc>
          <w:tcPr>
            <w:tcW w:w="952" w:type="dxa"/>
          </w:tcPr>
          <w:p w14:paraId="4DBFA973" w14:textId="77777777" w:rsidR="00666F0A" w:rsidRDefault="00666F0A"/>
        </w:tc>
        <w:tc>
          <w:tcPr>
            <w:tcW w:w="1552" w:type="dxa"/>
          </w:tcPr>
          <w:p w14:paraId="4CD48495" w14:textId="77777777" w:rsidR="00666F0A" w:rsidRDefault="00666F0A"/>
        </w:tc>
        <w:tc>
          <w:tcPr>
            <w:tcW w:w="2835" w:type="dxa"/>
            <w:shd w:val="clear" w:color="auto" w:fill="FFFF00"/>
          </w:tcPr>
          <w:p w14:paraId="0FEF1FE0" w14:textId="77777777" w:rsidR="00666F0A" w:rsidRPr="007A2E62" w:rsidRDefault="00D9002E">
            <w:pPr>
              <w:rPr>
                <w:b/>
                <w:bCs/>
              </w:rPr>
            </w:pPr>
            <w:r w:rsidRPr="007A2E62">
              <w:rPr>
                <w:b/>
                <w:bCs/>
                <w:sz w:val="16"/>
              </w:rPr>
              <w:t>Module 5: Stand by me</w:t>
            </w:r>
          </w:p>
        </w:tc>
        <w:tc>
          <w:tcPr>
            <w:tcW w:w="3024" w:type="dxa"/>
            <w:shd w:val="clear" w:color="auto" w:fill="FFFF00"/>
          </w:tcPr>
          <w:p w14:paraId="63A67C63" w14:textId="77777777" w:rsidR="00666F0A" w:rsidRPr="007A2E62" w:rsidRDefault="00666F0A">
            <w:pPr>
              <w:rPr>
                <w:b/>
                <w:bCs/>
              </w:rPr>
            </w:pPr>
          </w:p>
        </w:tc>
        <w:tc>
          <w:tcPr>
            <w:tcW w:w="1840" w:type="dxa"/>
            <w:shd w:val="clear" w:color="auto" w:fill="FFFF00"/>
          </w:tcPr>
          <w:p w14:paraId="04FEBBA8" w14:textId="77777777" w:rsidR="00666F0A" w:rsidRPr="007A2E62" w:rsidRDefault="00666F0A">
            <w:pPr>
              <w:rPr>
                <w:b/>
                <w:bCs/>
              </w:rPr>
            </w:pPr>
          </w:p>
        </w:tc>
        <w:tc>
          <w:tcPr>
            <w:tcW w:w="1840" w:type="dxa"/>
            <w:shd w:val="clear" w:color="auto" w:fill="FFFF00"/>
          </w:tcPr>
          <w:p w14:paraId="3B71DFC4" w14:textId="77777777" w:rsidR="00666F0A" w:rsidRPr="007A2E62" w:rsidRDefault="00666F0A">
            <w:pPr>
              <w:rPr>
                <w:b/>
                <w:bCs/>
              </w:rPr>
            </w:pPr>
          </w:p>
        </w:tc>
        <w:tc>
          <w:tcPr>
            <w:tcW w:w="1840" w:type="dxa"/>
            <w:shd w:val="clear" w:color="auto" w:fill="FFFF00"/>
          </w:tcPr>
          <w:p w14:paraId="1AA243D6" w14:textId="77777777" w:rsidR="00666F0A" w:rsidRPr="007A2E62" w:rsidRDefault="00666F0A">
            <w:pPr>
              <w:rPr>
                <w:b/>
                <w:bCs/>
              </w:rPr>
            </w:pPr>
          </w:p>
        </w:tc>
      </w:tr>
      <w:tr w:rsidR="00666F0A" w14:paraId="00F6C7E6" w14:textId="77777777" w:rsidTr="007A2E62">
        <w:trPr>
          <w:jc w:val="center"/>
        </w:trPr>
        <w:tc>
          <w:tcPr>
            <w:tcW w:w="960" w:type="dxa"/>
          </w:tcPr>
          <w:p w14:paraId="5559D523" w14:textId="77777777" w:rsidR="00666F0A" w:rsidRDefault="00666F0A"/>
        </w:tc>
        <w:tc>
          <w:tcPr>
            <w:tcW w:w="952" w:type="dxa"/>
          </w:tcPr>
          <w:p w14:paraId="725294E6" w14:textId="77777777" w:rsidR="00666F0A" w:rsidRDefault="00D9002E">
            <w:r>
              <w:rPr>
                <w:sz w:val="16"/>
              </w:rPr>
              <w:t>65</w:t>
            </w:r>
          </w:p>
        </w:tc>
        <w:tc>
          <w:tcPr>
            <w:tcW w:w="1552" w:type="dxa"/>
          </w:tcPr>
          <w:p w14:paraId="65273F0D" w14:textId="77777777" w:rsidR="00666F0A" w:rsidRDefault="00D9002E">
            <w:r>
              <w:rPr>
                <w:sz w:val="16"/>
              </w:rPr>
              <w:t>5A: It’s an emergency!</w:t>
            </w:r>
          </w:p>
        </w:tc>
        <w:tc>
          <w:tcPr>
            <w:tcW w:w="2835" w:type="dxa"/>
          </w:tcPr>
          <w:p w14:paraId="2DAACD89" w14:textId="77777777" w:rsidR="00666F0A" w:rsidRDefault="00D9002E">
            <w:r>
              <w:rPr>
                <w:sz w:val="16"/>
              </w:rPr>
              <w:t>čítanie s porozumením, slovná zásoba - mimoriadne situácie</w:t>
            </w:r>
          </w:p>
        </w:tc>
        <w:tc>
          <w:tcPr>
            <w:tcW w:w="3024" w:type="dxa"/>
          </w:tcPr>
          <w:p w14:paraId="0C9BC542" w14:textId="77777777" w:rsidR="00666F0A" w:rsidRDefault="00D9002E">
            <w:r>
              <w:rPr>
                <w:sz w:val="16"/>
              </w:rPr>
              <w:t>porozumieť textu o mimoriadnych situáciách</w:t>
            </w:r>
            <w:r>
              <w:rPr>
                <w:sz w:val="16"/>
              </w:rPr>
              <w:br/>
              <w:t>poskytnúť a získať informácie pri tiesňovom volaní</w:t>
            </w:r>
            <w:r>
              <w:rPr>
                <w:sz w:val="16"/>
              </w:rPr>
              <w:br/>
              <w:t>používať slovnú zásobu súvisiacu s mimoriadnymi situáciami a záchrannými zložkami</w:t>
            </w:r>
          </w:p>
        </w:tc>
        <w:tc>
          <w:tcPr>
            <w:tcW w:w="1840" w:type="dxa"/>
          </w:tcPr>
          <w:p w14:paraId="4EEB2933" w14:textId="77777777" w:rsidR="00666F0A" w:rsidRDefault="00666F0A"/>
        </w:tc>
        <w:tc>
          <w:tcPr>
            <w:tcW w:w="1840" w:type="dxa"/>
          </w:tcPr>
          <w:p w14:paraId="2E987A85" w14:textId="77777777" w:rsidR="00666F0A" w:rsidRDefault="00D9002E">
            <w:r>
              <w:rPr>
                <w:sz w:val="16"/>
              </w:rPr>
              <w:t>alarm, ambulance, average, call for (an ambulance), caller, calm down, catch fire, complete, conscious, delay , detail, emergency services, even if, exactly, fire brigade, fire engine, get away, go off (alarm), have nothing to do with, hurry , injury, It’s an emergency!, last, locked, medical history, notify, operator, patient , shortly, sounds like, stay away</w:t>
            </w:r>
          </w:p>
        </w:tc>
        <w:tc>
          <w:tcPr>
            <w:tcW w:w="1840" w:type="dxa"/>
          </w:tcPr>
          <w:p w14:paraId="2AA116DC" w14:textId="77777777" w:rsidR="00666F0A" w:rsidRDefault="00D9002E">
            <w:r>
              <w:rPr>
                <w:sz w:val="16"/>
              </w:rPr>
              <w:t>SB IWB &amp; IWB material or audio and audio player</w:t>
            </w:r>
          </w:p>
        </w:tc>
      </w:tr>
      <w:tr w:rsidR="00666F0A" w14:paraId="189C0A23" w14:textId="77777777" w:rsidTr="007A2E62">
        <w:trPr>
          <w:jc w:val="center"/>
        </w:trPr>
        <w:tc>
          <w:tcPr>
            <w:tcW w:w="960" w:type="dxa"/>
          </w:tcPr>
          <w:p w14:paraId="165F6B18" w14:textId="77777777" w:rsidR="00666F0A" w:rsidRDefault="00666F0A"/>
        </w:tc>
        <w:tc>
          <w:tcPr>
            <w:tcW w:w="952" w:type="dxa"/>
          </w:tcPr>
          <w:p w14:paraId="659C3575" w14:textId="77777777" w:rsidR="00666F0A" w:rsidRDefault="00D9002E">
            <w:r>
              <w:rPr>
                <w:sz w:val="16"/>
              </w:rPr>
              <w:t>66</w:t>
            </w:r>
          </w:p>
        </w:tc>
        <w:tc>
          <w:tcPr>
            <w:tcW w:w="1552" w:type="dxa"/>
          </w:tcPr>
          <w:p w14:paraId="34BBC89F" w14:textId="77777777" w:rsidR="00666F0A" w:rsidRDefault="00D9002E">
            <w:r>
              <w:rPr>
                <w:sz w:val="16"/>
              </w:rPr>
              <w:t>5A: It’s an emergency!</w:t>
            </w:r>
          </w:p>
        </w:tc>
        <w:tc>
          <w:tcPr>
            <w:tcW w:w="2835" w:type="dxa"/>
          </w:tcPr>
          <w:p w14:paraId="230C4857" w14:textId="77777777" w:rsidR="00666F0A" w:rsidRDefault="00D9002E">
            <w:r>
              <w:rPr>
                <w:sz w:val="16"/>
              </w:rPr>
              <w:t xml:space="preserve">Gramatika -podmetové a predmetové otázky,  rozprávanie, práca s informáciami, písanie a prezentácia </w:t>
            </w:r>
          </w:p>
        </w:tc>
        <w:tc>
          <w:tcPr>
            <w:tcW w:w="3024" w:type="dxa"/>
          </w:tcPr>
          <w:p w14:paraId="293FFD82" w14:textId="77777777" w:rsidR="00666F0A" w:rsidRDefault="00D9002E">
            <w:r>
              <w:rPr>
                <w:sz w:val="16"/>
              </w:rPr>
              <w:t>tvoriť podmetové a predmetové otázky</w:t>
            </w:r>
            <w:r>
              <w:rPr>
                <w:sz w:val="16"/>
              </w:rPr>
              <w:br/>
              <w:t>používať záporné otázky v komunikácii</w:t>
            </w:r>
            <w:r>
              <w:rPr>
                <w:sz w:val="16"/>
              </w:rPr>
              <w:br/>
              <w:t>prezentovať informácie o mimoriadnych situáciách</w:t>
            </w:r>
          </w:p>
        </w:tc>
        <w:tc>
          <w:tcPr>
            <w:tcW w:w="1840" w:type="dxa"/>
          </w:tcPr>
          <w:p w14:paraId="16ED3E25" w14:textId="77777777" w:rsidR="00666F0A" w:rsidRDefault="00D9002E">
            <w:r>
              <w:rPr>
                <w:sz w:val="16"/>
              </w:rPr>
              <w:t>Subject – Object Questions Negative Questions</w:t>
            </w:r>
          </w:p>
        </w:tc>
        <w:tc>
          <w:tcPr>
            <w:tcW w:w="1840" w:type="dxa"/>
          </w:tcPr>
          <w:p w14:paraId="2675C3B8" w14:textId="77777777" w:rsidR="00666F0A" w:rsidRDefault="00666F0A"/>
        </w:tc>
        <w:tc>
          <w:tcPr>
            <w:tcW w:w="1840" w:type="dxa"/>
          </w:tcPr>
          <w:p w14:paraId="0EE23F1E" w14:textId="77777777" w:rsidR="00666F0A" w:rsidRDefault="00666F0A"/>
        </w:tc>
      </w:tr>
      <w:tr w:rsidR="00666F0A" w14:paraId="39491CD0" w14:textId="77777777" w:rsidTr="007A2E62">
        <w:trPr>
          <w:jc w:val="center"/>
        </w:trPr>
        <w:tc>
          <w:tcPr>
            <w:tcW w:w="960" w:type="dxa"/>
          </w:tcPr>
          <w:p w14:paraId="353DA8F2" w14:textId="77777777" w:rsidR="00666F0A" w:rsidRDefault="00666F0A"/>
        </w:tc>
        <w:tc>
          <w:tcPr>
            <w:tcW w:w="952" w:type="dxa"/>
          </w:tcPr>
          <w:p w14:paraId="198729A7" w14:textId="77777777" w:rsidR="00666F0A" w:rsidRDefault="00D9002E">
            <w:r>
              <w:rPr>
                <w:sz w:val="16"/>
              </w:rPr>
              <w:t>67</w:t>
            </w:r>
          </w:p>
        </w:tc>
        <w:tc>
          <w:tcPr>
            <w:tcW w:w="1552" w:type="dxa"/>
          </w:tcPr>
          <w:p w14:paraId="7155A80F" w14:textId="77777777" w:rsidR="00666F0A" w:rsidRDefault="00D9002E">
            <w:r>
              <w:rPr>
                <w:sz w:val="16"/>
              </w:rPr>
              <w:t>5B: Watch out!</w:t>
            </w:r>
          </w:p>
        </w:tc>
        <w:tc>
          <w:tcPr>
            <w:tcW w:w="2835" w:type="dxa"/>
          </w:tcPr>
          <w:p w14:paraId="7E1D30B8" w14:textId="77777777" w:rsidR="00666F0A" w:rsidRDefault="00D9002E">
            <w:r>
              <w:rPr>
                <w:sz w:val="16"/>
              </w:rPr>
              <w:t>Čítanie s porozumením, slovná zásoba - zranenia</w:t>
            </w:r>
          </w:p>
        </w:tc>
        <w:tc>
          <w:tcPr>
            <w:tcW w:w="3024" w:type="dxa"/>
          </w:tcPr>
          <w:p w14:paraId="40E30AFD" w14:textId="77777777" w:rsidR="00666F0A" w:rsidRDefault="00D9002E">
            <w:r>
              <w:rPr>
                <w:sz w:val="16"/>
              </w:rPr>
              <w:t>porozumieť textu o úrazoch a zraneniach</w:t>
            </w:r>
            <w:r>
              <w:rPr>
                <w:sz w:val="16"/>
              </w:rPr>
              <w:br/>
              <w:t>opísať nehodu a jej následky</w:t>
            </w:r>
            <w:r>
              <w:rPr>
                <w:sz w:val="16"/>
              </w:rPr>
              <w:br/>
              <w:t>používať slovnú zásobu z oblasti prvej pomoci</w:t>
            </w:r>
          </w:p>
        </w:tc>
        <w:tc>
          <w:tcPr>
            <w:tcW w:w="1840" w:type="dxa"/>
          </w:tcPr>
          <w:p w14:paraId="61296765" w14:textId="77777777" w:rsidR="00666F0A" w:rsidRDefault="00666F0A"/>
        </w:tc>
        <w:tc>
          <w:tcPr>
            <w:tcW w:w="1840" w:type="dxa"/>
          </w:tcPr>
          <w:p w14:paraId="0C708595" w14:textId="77777777" w:rsidR="00666F0A" w:rsidRDefault="00D9002E">
            <w:r>
              <w:rPr>
                <w:sz w:val="16"/>
              </w:rPr>
              <w:t>antiseptic cream, bandage, bang, bleed, blood, burn, course, elastic bandage, first aid, for a while, for ages, forward, hold onto, I suppose so., light switch, make fun of, medicine, obviously, Ouch!, pinch , plaster, scissors, scratch, shine, Sit still., sprain, Stay put., sunburn, torch, Watch out!</w:t>
            </w:r>
          </w:p>
        </w:tc>
        <w:tc>
          <w:tcPr>
            <w:tcW w:w="1840" w:type="dxa"/>
          </w:tcPr>
          <w:p w14:paraId="53C14A38" w14:textId="77777777" w:rsidR="00666F0A" w:rsidRDefault="00D9002E">
            <w:r>
              <w:rPr>
                <w:sz w:val="16"/>
              </w:rPr>
              <w:t>SB IWB &amp; IWB material or audio and audio player</w:t>
            </w:r>
          </w:p>
        </w:tc>
      </w:tr>
      <w:tr w:rsidR="00666F0A" w14:paraId="4091023B" w14:textId="77777777" w:rsidTr="007A2E62">
        <w:trPr>
          <w:jc w:val="center"/>
        </w:trPr>
        <w:tc>
          <w:tcPr>
            <w:tcW w:w="960" w:type="dxa"/>
          </w:tcPr>
          <w:p w14:paraId="44E32291" w14:textId="77777777" w:rsidR="00666F0A" w:rsidRDefault="00666F0A"/>
        </w:tc>
        <w:tc>
          <w:tcPr>
            <w:tcW w:w="952" w:type="dxa"/>
          </w:tcPr>
          <w:p w14:paraId="58B1E7B2" w14:textId="77777777" w:rsidR="00666F0A" w:rsidRDefault="00D9002E">
            <w:r>
              <w:rPr>
                <w:sz w:val="16"/>
              </w:rPr>
              <w:t>68</w:t>
            </w:r>
          </w:p>
        </w:tc>
        <w:tc>
          <w:tcPr>
            <w:tcW w:w="1552" w:type="dxa"/>
          </w:tcPr>
          <w:p w14:paraId="3C127B65" w14:textId="77777777" w:rsidR="00666F0A" w:rsidRDefault="00D9002E">
            <w:r>
              <w:rPr>
                <w:sz w:val="16"/>
              </w:rPr>
              <w:t>5B: Watch out!</w:t>
            </w:r>
          </w:p>
        </w:tc>
        <w:tc>
          <w:tcPr>
            <w:tcW w:w="2835" w:type="dxa"/>
          </w:tcPr>
          <w:p w14:paraId="2C14A277" w14:textId="77777777" w:rsidR="00666F0A" w:rsidRDefault="00D9002E">
            <w:r>
              <w:rPr>
                <w:sz w:val="16"/>
              </w:rPr>
              <w:t>Gramatika - osobné a zvratné zámená, rozprávanie, písanie - úraz, nehoda</w:t>
            </w:r>
          </w:p>
        </w:tc>
        <w:tc>
          <w:tcPr>
            <w:tcW w:w="3024" w:type="dxa"/>
          </w:tcPr>
          <w:p w14:paraId="2EA981BA" w14:textId="77777777" w:rsidR="00666F0A" w:rsidRDefault="00D9002E">
            <w:r>
              <w:rPr>
                <w:sz w:val="16"/>
              </w:rPr>
              <w:t>správne používať osobné a zvratné zámená</w:t>
            </w:r>
            <w:r>
              <w:rPr>
                <w:sz w:val="16"/>
              </w:rPr>
              <w:br/>
            </w:r>
            <w:r>
              <w:rPr>
                <w:sz w:val="16"/>
              </w:rPr>
              <w:t>opísať úraz alebo nehodu</w:t>
            </w:r>
            <w:r>
              <w:rPr>
                <w:sz w:val="16"/>
              </w:rPr>
              <w:br/>
              <w:t>napísať krátky opis nehody</w:t>
            </w:r>
          </w:p>
        </w:tc>
        <w:tc>
          <w:tcPr>
            <w:tcW w:w="1840" w:type="dxa"/>
          </w:tcPr>
          <w:p w14:paraId="37E295E3" w14:textId="77777777" w:rsidR="00666F0A" w:rsidRDefault="00D9002E">
            <w:r>
              <w:rPr>
                <w:sz w:val="16"/>
              </w:rPr>
              <w:t>Reflexive Pronouns</w:t>
            </w:r>
          </w:p>
        </w:tc>
        <w:tc>
          <w:tcPr>
            <w:tcW w:w="1840" w:type="dxa"/>
          </w:tcPr>
          <w:p w14:paraId="0A9CECBA" w14:textId="77777777" w:rsidR="00666F0A" w:rsidRDefault="00666F0A"/>
        </w:tc>
        <w:tc>
          <w:tcPr>
            <w:tcW w:w="1840" w:type="dxa"/>
          </w:tcPr>
          <w:p w14:paraId="41324515" w14:textId="77777777" w:rsidR="00666F0A" w:rsidRDefault="00666F0A"/>
        </w:tc>
      </w:tr>
      <w:tr w:rsidR="00666F0A" w14:paraId="00C0DCF2" w14:textId="77777777" w:rsidTr="007A2E62">
        <w:trPr>
          <w:jc w:val="center"/>
        </w:trPr>
        <w:tc>
          <w:tcPr>
            <w:tcW w:w="960" w:type="dxa"/>
          </w:tcPr>
          <w:p w14:paraId="160F75D7" w14:textId="77777777" w:rsidR="00666F0A" w:rsidRDefault="00666F0A"/>
        </w:tc>
        <w:tc>
          <w:tcPr>
            <w:tcW w:w="952" w:type="dxa"/>
          </w:tcPr>
          <w:p w14:paraId="6A287BDD" w14:textId="77777777" w:rsidR="00666F0A" w:rsidRDefault="00D9002E">
            <w:r>
              <w:rPr>
                <w:sz w:val="16"/>
              </w:rPr>
              <w:t>69</w:t>
            </w:r>
          </w:p>
        </w:tc>
        <w:tc>
          <w:tcPr>
            <w:tcW w:w="1552" w:type="dxa"/>
          </w:tcPr>
          <w:p w14:paraId="2E24C76B" w14:textId="77777777" w:rsidR="00666F0A" w:rsidRDefault="00D9002E">
            <w:r>
              <w:rPr>
                <w:sz w:val="16"/>
              </w:rPr>
              <w:t>5C: Teen problems</w:t>
            </w:r>
          </w:p>
        </w:tc>
        <w:tc>
          <w:tcPr>
            <w:tcW w:w="2835" w:type="dxa"/>
          </w:tcPr>
          <w:p w14:paraId="5403308E" w14:textId="77777777" w:rsidR="00666F0A" w:rsidRDefault="00D9002E">
            <w:r>
              <w:rPr>
                <w:sz w:val="16"/>
              </w:rPr>
              <w:t>Čítanie a počúvanie s  porozumením</w:t>
            </w:r>
          </w:p>
        </w:tc>
        <w:tc>
          <w:tcPr>
            <w:tcW w:w="3024" w:type="dxa"/>
          </w:tcPr>
          <w:p w14:paraId="196AABE1" w14:textId="77777777" w:rsidR="00666F0A" w:rsidRDefault="00D9002E">
            <w:r>
              <w:rPr>
                <w:sz w:val="16"/>
              </w:rPr>
              <w:t>porozumieť textu o problémoch dospievajúcich</w:t>
            </w:r>
            <w:r>
              <w:rPr>
                <w:sz w:val="16"/>
              </w:rPr>
              <w:br/>
              <w:t>opísať problém a vyjadriť svoje pocity</w:t>
            </w:r>
            <w:r>
              <w:rPr>
                <w:sz w:val="16"/>
              </w:rPr>
              <w:br/>
              <w:t>požiadať o radu a poskytnúť odporúčanie</w:t>
            </w:r>
          </w:p>
        </w:tc>
        <w:tc>
          <w:tcPr>
            <w:tcW w:w="1840" w:type="dxa"/>
          </w:tcPr>
          <w:p w14:paraId="2C50869E" w14:textId="77777777" w:rsidR="00666F0A" w:rsidRDefault="00666F0A"/>
        </w:tc>
        <w:tc>
          <w:tcPr>
            <w:tcW w:w="1840" w:type="dxa"/>
          </w:tcPr>
          <w:p w14:paraId="284937DD" w14:textId="77777777" w:rsidR="00666F0A" w:rsidRDefault="00D9002E">
            <w:r>
              <w:rPr>
                <w:sz w:val="16"/>
              </w:rPr>
              <w:t>advice, bookworm, bully, bullying, deal with, fed up with, feel helpless, fond of, head towards, I doubt it., I hope everything goes well., I hope I haven’t troubled you., I’ve been through the same thing., ignore, librarian, notice, noticeboard, on time, sort out, tease, There’s no need to panic., type, typewriter, whoever</w:t>
            </w:r>
          </w:p>
        </w:tc>
        <w:tc>
          <w:tcPr>
            <w:tcW w:w="1840" w:type="dxa"/>
          </w:tcPr>
          <w:p w14:paraId="1BF0D24F" w14:textId="77777777" w:rsidR="00666F0A" w:rsidRDefault="00D9002E">
            <w:r>
              <w:rPr>
                <w:sz w:val="16"/>
              </w:rPr>
              <w:t>SB IWB &amp; IWB material or audio and audio player</w:t>
            </w:r>
          </w:p>
        </w:tc>
      </w:tr>
      <w:tr w:rsidR="00666F0A" w14:paraId="5AF986D2" w14:textId="77777777" w:rsidTr="007A2E62">
        <w:trPr>
          <w:jc w:val="center"/>
        </w:trPr>
        <w:tc>
          <w:tcPr>
            <w:tcW w:w="960" w:type="dxa"/>
          </w:tcPr>
          <w:p w14:paraId="01E8E4E4" w14:textId="77777777" w:rsidR="00666F0A" w:rsidRDefault="00666F0A"/>
        </w:tc>
        <w:tc>
          <w:tcPr>
            <w:tcW w:w="952" w:type="dxa"/>
          </w:tcPr>
          <w:p w14:paraId="5EA1C26A" w14:textId="77777777" w:rsidR="00666F0A" w:rsidRDefault="00D9002E">
            <w:r>
              <w:rPr>
                <w:sz w:val="16"/>
              </w:rPr>
              <w:t>70</w:t>
            </w:r>
          </w:p>
        </w:tc>
        <w:tc>
          <w:tcPr>
            <w:tcW w:w="1552" w:type="dxa"/>
          </w:tcPr>
          <w:p w14:paraId="7EAC3BB3" w14:textId="77777777" w:rsidR="00666F0A" w:rsidRDefault="00D9002E">
            <w:r>
              <w:rPr>
                <w:sz w:val="16"/>
              </w:rPr>
              <w:t>5C: Teen problems</w:t>
            </w:r>
          </w:p>
        </w:tc>
        <w:tc>
          <w:tcPr>
            <w:tcW w:w="2835" w:type="dxa"/>
          </w:tcPr>
          <w:p w14:paraId="307B35CB" w14:textId="77777777" w:rsidR="00666F0A" w:rsidRDefault="00D9002E">
            <w:r>
              <w:rPr>
                <w:sz w:val="16"/>
              </w:rPr>
              <w:t>Gramatika - podmienkové vety typu 2, rozprávanie, písanie - pýtať si a dávať rady</w:t>
            </w:r>
          </w:p>
        </w:tc>
        <w:tc>
          <w:tcPr>
            <w:tcW w:w="3024" w:type="dxa"/>
          </w:tcPr>
          <w:p w14:paraId="01CB78A7" w14:textId="77777777" w:rsidR="00666F0A" w:rsidRDefault="00D9002E">
            <w:r>
              <w:rPr>
                <w:sz w:val="16"/>
              </w:rPr>
              <w:t>používať podmienkové vety druhého typu pri vyjadrovaní hypotetických situácií</w:t>
            </w:r>
            <w:r>
              <w:rPr>
                <w:sz w:val="16"/>
              </w:rPr>
              <w:br/>
              <w:t>diskutovať o možných riešeniach problémov</w:t>
            </w:r>
            <w:r>
              <w:rPr>
                <w:sz w:val="16"/>
              </w:rPr>
              <w:br/>
              <w:t>napísať text so žiadosťou o radu alebo s odporúčaním</w:t>
            </w:r>
          </w:p>
        </w:tc>
        <w:tc>
          <w:tcPr>
            <w:tcW w:w="1840" w:type="dxa"/>
          </w:tcPr>
          <w:p w14:paraId="75E05237" w14:textId="77777777" w:rsidR="00666F0A" w:rsidRDefault="00D9002E">
            <w:r>
              <w:rPr>
                <w:sz w:val="16"/>
              </w:rPr>
              <w:t>Conditional Sentences Type 2</w:t>
            </w:r>
          </w:p>
        </w:tc>
        <w:tc>
          <w:tcPr>
            <w:tcW w:w="1840" w:type="dxa"/>
          </w:tcPr>
          <w:p w14:paraId="39BF06FD" w14:textId="77777777" w:rsidR="00666F0A" w:rsidRDefault="00666F0A"/>
        </w:tc>
        <w:tc>
          <w:tcPr>
            <w:tcW w:w="1840" w:type="dxa"/>
          </w:tcPr>
          <w:p w14:paraId="707BDDD1" w14:textId="77777777" w:rsidR="00666F0A" w:rsidRDefault="00666F0A"/>
        </w:tc>
      </w:tr>
      <w:tr w:rsidR="00666F0A" w14:paraId="349B16D3" w14:textId="77777777" w:rsidTr="007A2E62">
        <w:trPr>
          <w:jc w:val="center"/>
        </w:trPr>
        <w:tc>
          <w:tcPr>
            <w:tcW w:w="960" w:type="dxa"/>
          </w:tcPr>
          <w:p w14:paraId="31B615B5" w14:textId="77777777" w:rsidR="00666F0A" w:rsidRDefault="00666F0A"/>
        </w:tc>
        <w:tc>
          <w:tcPr>
            <w:tcW w:w="952" w:type="dxa"/>
          </w:tcPr>
          <w:p w14:paraId="316B9E6A" w14:textId="77777777" w:rsidR="00666F0A" w:rsidRDefault="00D9002E">
            <w:r>
              <w:rPr>
                <w:sz w:val="16"/>
              </w:rPr>
              <w:t>71</w:t>
            </w:r>
          </w:p>
        </w:tc>
        <w:tc>
          <w:tcPr>
            <w:tcW w:w="1552" w:type="dxa"/>
          </w:tcPr>
          <w:p w14:paraId="08A9244C" w14:textId="77777777" w:rsidR="00666F0A" w:rsidRDefault="00D9002E">
            <w:r>
              <w:rPr>
                <w:sz w:val="16"/>
              </w:rPr>
              <w:t>5D: I wish…</w:t>
            </w:r>
          </w:p>
        </w:tc>
        <w:tc>
          <w:tcPr>
            <w:tcW w:w="2835" w:type="dxa"/>
          </w:tcPr>
          <w:p w14:paraId="5BE23EA4" w14:textId="77777777" w:rsidR="00666F0A" w:rsidRDefault="00D9002E">
            <w:r>
              <w:rPr>
                <w:sz w:val="16"/>
              </w:rPr>
              <w:t>Čítanie s porozumením - dobrovoľnícka práca</w:t>
            </w:r>
          </w:p>
        </w:tc>
        <w:tc>
          <w:tcPr>
            <w:tcW w:w="3024" w:type="dxa"/>
          </w:tcPr>
          <w:p w14:paraId="1189FAEA" w14:textId="77777777" w:rsidR="00666F0A" w:rsidRDefault="00D9002E">
            <w:r>
              <w:rPr>
                <w:sz w:val="16"/>
              </w:rPr>
              <w:t>porozumieť textu o dobrovoľníckej práci</w:t>
            </w:r>
            <w:r>
              <w:rPr>
                <w:sz w:val="16"/>
              </w:rPr>
              <w:br/>
              <w:t>hovoriť o želaniach a predstavách</w:t>
            </w:r>
            <w:r>
              <w:rPr>
                <w:sz w:val="16"/>
              </w:rPr>
              <w:br/>
              <w:t>diskutovať o význame dobrovoľníctva</w:t>
            </w:r>
          </w:p>
        </w:tc>
        <w:tc>
          <w:tcPr>
            <w:tcW w:w="1840" w:type="dxa"/>
          </w:tcPr>
          <w:p w14:paraId="756B949B" w14:textId="77777777" w:rsidR="00666F0A" w:rsidRDefault="00666F0A"/>
        </w:tc>
        <w:tc>
          <w:tcPr>
            <w:tcW w:w="1840" w:type="dxa"/>
          </w:tcPr>
          <w:p w14:paraId="3B3107F4" w14:textId="77777777" w:rsidR="00666F0A" w:rsidRDefault="00D9002E">
            <w:r>
              <w:rPr>
                <w:sz w:val="16"/>
              </w:rPr>
              <w:t>attend, be under + age, businessman, by chance, charity, come across, condition, depressed, diagnose, donation, expenses, for instance, gift, let sb down, life-threatening, make a wish come true, raise money, some years back, volunteer, wish</w:t>
            </w:r>
          </w:p>
        </w:tc>
        <w:tc>
          <w:tcPr>
            <w:tcW w:w="1840" w:type="dxa"/>
          </w:tcPr>
          <w:p w14:paraId="630AE90A" w14:textId="77777777" w:rsidR="00666F0A" w:rsidRDefault="00D9002E">
            <w:r>
              <w:rPr>
                <w:sz w:val="16"/>
              </w:rPr>
              <w:t>SB IWB &amp; IWB material or audio and audio player</w:t>
            </w:r>
          </w:p>
        </w:tc>
      </w:tr>
      <w:tr w:rsidR="00666F0A" w14:paraId="026ED80D" w14:textId="77777777" w:rsidTr="007A2E62">
        <w:trPr>
          <w:jc w:val="center"/>
        </w:trPr>
        <w:tc>
          <w:tcPr>
            <w:tcW w:w="960" w:type="dxa"/>
          </w:tcPr>
          <w:p w14:paraId="3CC76F99" w14:textId="77777777" w:rsidR="00666F0A" w:rsidRDefault="00666F0A"/>
        </w:tc>
        <w:tc>
          <w:tcPr>
            <w:tcW w:w="952" w:type="dxa"/>
          </w:tcPr>
          <w:p w14:paraId="4A111D58" w14:textId="77777777" w:rsidR="00666F0A" w:rsidRDefault="00D9002E">
            <w:r>
              <w:rPr>
                <w:sz w:val="16"/>
              </w:rPr>
              <w:t>72</w:t>
            </w:r>
          </w:p>
        </w:tc>
        <w:tc>
          <w:tcPr>
            <w:tcW w:w="1552" w:type="dxa"/>
          </w:tcPr>
          <w:p w14:paraId="0D9F8DDE" w14:textId="77777777" w:rsidR="00666F0A" w:rsidRDefault="00D9002E">
            <w:r>
              <w:rPr>
                <w:sz w:val="16"/>
              </w:rPr>
              <w:t>5D: I wish…</w:t>
            </w:r>
          </w:p>
        </w:tc>
        <w:tc>
          <w:tcPr>
            <w:tcW w:w="2835" w:type="dxa"/>
          </w:tcPr>
          <w:p w14:paraId="3D122968" w14:textId="77777777" w:rsidR="00666F0A" w:rsidRDefault="00D9002E">
            <w:r>
              <w:rPr>
                <w:sz w:val="16"/>
              </w:rPr>
              <w:t>Gramatika - želacie vety,  písanie - zoznam prianí</w:t>
            </w:r>
          </w:p>
        </w:tc>
        <w:tc>
          <w:tcPr>
            <w:tcW w:w="3024" w:type="dxa"/>
          </w:tcPr>
          <w:p w14:paraId="7CCB579D" w14:textId="77777777" w:rsidR="00666F0A" w:rsidRDefault="00D9002E">
            <w:r>
              <w:rPr>
                <w:sz w:val="16"/>
              </w:rPr>
              <w:t>používať želacie vety so slovesom wish</w:t>
            </w:r>
            <w:r>
              <w:rPr>
                <w:sz w:val="16"/>
              </w:rPr>
              <w:br/>
              <w:t>vyjadriť želania a hypotetické situácie</w:t>
            </w:r>
            <w:r>
              <w:rPr>
                <w:sz w:val="16"/>
              </w:rPr>
              <w:br/>
              <w:t>napísať zoznam osobných želaní</w:t>
            </w:r>
          </w:p>
        </w:tc>
        <w:tc>
          <w:tcPr>
            <w:tcW w:w="1840" w:type="dxa"/>
          </w:tcPr>
          <w:p w14:paraId="1FED2443" w14:textId="77777777" w:rsidR="00666F0A" w:rsidRDefault="00D9002E">
            <w:r>
              <w:rPr>
                <w:sz w:val="16"/>
              </w:rPr>
              <w:t>Unreal Past (wish + Past Simple)</w:t>
            </w:r>
          </w:p>
        </w:tc>
        <w:tc>
          <w:tcPr>
            <w:tcW w:w="1840" w:type="dxa"/>
          </w:tcPr>
          <w:p w14:paraId="6794EC7D" w14:textId="77777777" w:rsidR="00666F0A" w:rsidRDefault="00666F0A"/>
        </w:tc>
        <w:tc>
          <w:tcPr>
            <w:tcW w:w="1840" w:type="dxa"/>
          </w:tcPr>
          <w:p w14:paraId="5741628E" w14:textId="77777777" w:rsidR="00666F0A" w:rsidRDefault="00666F0A"/>
        </w:tc>
      </w:tr>
      <w:tr w:rsidR="00666F0A" w14:paraId="21116E21" w14:textId="77777777" w:rsidTr="007A2E62">
        <w:trPr>
          <w:jc w:val="center"/>
        </w:trPr>
        <w:tc>
          <w:tcPr>
            <w:tcW w:w="960" w:type="dxa"/>
          </w:tcPr>
          <w:p w14:paraId="716324DD" w14:textId="77777777" w:rsidR="00666F0A" w:rsidRDefault="00666F0A"/>
        </w:tc>
        <w:tc>
          <w:tcPr>
            <w:tcW w:w="952" w:type="dxa"/>
          </w:tcPr>
          <w:p w14:paraId="038A30B2" w14:textId="77777777" w:rsidR="00666F0A" w:rsidRDefault="00D9002E">
            <w:r>
              <w:rPr>
                <w:sz w:val="16"/>
              </w:rPr>
              <w:t>73</w:t>
            </w:r>
          </w:p>
        </w:tc>
        <w:tc>
          <w:tcPr>
            <w:tcW w:w="1552" w:type="dxa"/>
          </w:tcPr>
          <w:p w14:paraId="677AD130" w14:textId="77777777" w:rsidR="00666F0A" w:rsidRDefault="00D9002E">
            <w:r>
              <w:rPr>
                <w:sz w:val="16"/>
              </w:rPr>
              <w:t>Top Skills: Helping out</w:t>
            </w:r>
          </w:p>
        </w:tc>
        <w:tc>
          <w:tcPr>
            <w:tcW w:w="2835" w:type="dxa"/>
          </w:tcPr>
          <w:p w14:paraId="6DB804F0" w14:textId="77777777" w:rsidR="00666F0A" w:rsidRDefault="00D9002E">
            <w:r>
              <w:rPr>
                <w:sz w:val="16"/>
              </w:rPr>
              <w:t>Čítanie s porozumením, rozprávanie - situačná hra</w:t>
            </w:r>
          </w:p>
        </w:tc>
        <w:tc>
          <w:tcPr>
            <w:tcW w:w="3024" w:type="dxa"/>
          </w:tcPr>
          <w:p w14:paraId="47A2579C" w14:textId="77777777" w:rsidR="00666F0A" w:rsidRDefault="00D9002E">
            <w:r>
              <w:rPr>
                <w:sz w:val="16"/>
              </w:rPr>
              <w:t>porozumieť textu o dobrovoľníckych aktivitách</w:t>
            </w:r>
            <w:r>
              <w:rPr>
                <w:sz w:val="16"/>
              </w:rPr>
              <w:br/>
              <w:t>rozlišovať formálny a neformálny štýl komunikácie</w:t>
            </w:r>
            <w:r>
              <w:rPr>
                <w:sz w:val="16"/>
              </w:rPr>
              <w:br/>
              <w:t>získať a poskytnúť informácie o dobrovoľníckej činnosti</w:t>
            </w:r>
          </w:p>
        </w:tc>
        <w:tc>
          <w:tcPr>
            <w:tcW w:w="1840" w:type="dxa"/>
          </w:tcPr>
          <w:p w14:paraId="3A07CF38" w14:textId="77777777" w:rsidR="00666F0A" w:rsidRDefault="00666F0A"/>
        </w:tc>
        <w:tc>
          <w:tcPr>
            <w:tcW w:w="1840" w:type="dxa"/>
          </w:tcPr>
          <w:p w14:paraId="58A55F20" w14:textId="77777777" w:rsidR="00666F0A" w:rsidRDefault="00D9002E">
            <w:r>
              <w:rPr>
                <w:sz w:val="16"/>
              </w:rPr>
              <w:t>animal care, animal shelter, assistance, consider, fundraising, furthermore, get involved in, in advance, inform, minimum (age), unwanted, Yours faithfully,…, Yours sincerely,…</w:t>
            </w:r>
          </w:p>
        </w:tc>
        <w:tc>
          <w:tcPr>
            <w:tcW w:w="1840" w:type="dxa"/>
          </w:tcPr>
          <w:p w14:paraId="5B3F28EA" w14:textId="77777777" w:rsidR="00666F0A" w:rsidRDefault="00D9002E">
            <w:r>
              <w:rPr>
                <w:sz w:val="16"/>
              </w:rPr>
              <w:t>SB IWB &amp; IWB material or audio and audio player</w:t>
            </w:r>
          </w:p>
        </w:tc>
      </w:tr>
      <w:tr w:rsidR="00666F0A" w14:paraId="08363198" w14:textId="77777777" w:rsidTr="007A2E62">
        <w:trPr>
          <w:jc w:val="center"/>
        </w:trPr>
        <w:tc>
          <w:tcPr>
            <w:tcW w:w="960" w:type="dxa"/>
          </w:tcPr>
          <w:p w14:paraId="34BAA8A7" w14:textId="77777777" w:rsidR="00666F0A" w:rsidRDefault="00666F0A"/>
        </w:tc>
        <w:tc>
          <w:tcPr>
            <w:tcW w:w="952" w:type="dxa"/>
          </w:tcPr>
          <w:p w14:paraId="77E4DF23" w14:textId="77777777" w:rsidR="00666F0A" w:rsidRDefault="00D9002E">
            <w:r>
              <w:rPr>
                <w:sz w:val="16"/>
              </w:rPr>
              <w:t>74</w:t>
            </w:r>
          </w:p>
        </w:tc>
        <w:tc>
          <w:tcPr>
            <w:tcW w:w="1552" w:type="dxa"/>
          </w:tcPr>
          <w:p w14:paraId="22514511" w14:textId="77777777" w:rsidR="00666F0A" w:rsidRDefault="00D9002E">
            <w:r>
              <w:rPr>
                <w:sz w:val="16"/>
              </w:rPr>
              <w:t>Top Skills: Helping out</w:t>
            </w:r>
          </w:p>
        </w:tc>
        <w:tc>
          <w:tcPr>
            <w:tcW w:w="2835" w:type="dxa"/>
          </w:tcPr>
          <w:p w14:paraId="22D360B0" w14:textId="77777777" w:rsidR="00666F0A" w:rsidRDefault="00D9002E">
            <w:r>
              <w:rPr>
                <w:sz w:val="16"/>
              </w:rPr>
              <w:t>Počúvanie  sporozumením, písanie - formálny list/e-mail</w:t>
            </w:r>
          </w:p>
        </w:tc>
        <w:tc>
          <w:tcPr>
            <w:tcW w:w="3024" w:type="dxa"/>
          </w:tcPr>
          <w:p w14:paraId="22310CAB" w14:textId="77777777" w:rsidR="00666F0A" w:rsidRDefault="00D9002E">
            <w:r>
              <w:rPr>
                <w:sz w:val="16"/>
              </w:rPr>
              <w:t>porozumieť nahrávke o dobrovoľníckej práci</w:t>
            </w:r>
            <w:r>
              <w:rPr>
                <w:sz w:val="16"/>
              </w:rPr>
              <w:br/>
              <w:t>napísať formálny list alebo e-mail</w:t>
            </w:r>
            <w:r>
              <w:rPr>
                <w:sz w:val="16"/>
              </w:rPr>
              <w:br/>
              <w:t>používať formálny jazyk v písomnom prejave</w:t>
            </w:r>
          </w:p>
        </w:tc>
        <w:tc>
          <w:tcPr>
            <w:tcW w:w="1840" w:type="dxa"/>
          </w:tcPr>
          <w:p w14:paraId="4EBFAF99" w14:textId="77777777" w:rsidR="00666F0A" w:rsidRDefault="00666F0A"/>
        </w:tc>
        <w:tc>
          <w:tcPr>
            <w:tcW w:w="1840" w:type="dxa"/>
          </w:tcPr>
          <w:p w14:paraId="2AC05241" w14:textId="77777777" w:rsidR="00666F0A" w:rsidRDefault="00666F0A"/>
        </w:tc>
        <w:tc>
          <w:tcPr>
            <w:tcW w:w="1840" w:type="dxa"/>
          </w:tcPr>
          <w:p w14:paraId="2F206101" w14:textId="77777777" w:rsidR="00666F0A" w:rsidRDefault="00666F0A"/>
        </w:tc>
      </w:tr>
      <w:tr w:rsidR="00666F0A" w14:paraId="4B184961" w14:textId="77777777" w:rsidTr="007A2E62">
        <w:trPr>
          <w:jc w:val="center"/>
        </w:trPr>
        <w:tc>
          <w:tcPr>
            <w:tcW w:w="960" w:type="dxa"/>
          </w:tcPr>
          <w:p w14:paraId="2219399C" w14:textId="77777777" w:rsidR="00666F0A" w:rsidRDefault="00666F0A"/>
        </w:tc>
        <w:tc>
          <w:tcPr>
            <w:tcW w:w="952" w:type="dxa"/>
          </w:tcPr>
          <w:p w14:paraId="3CC3E1A6" w14:textId="77777777" w:rsidR="00666F0A" w:rsidRDefault="00D9002E">
            <w:r>
              <w:rPr>
                <w:sz w:val="16"/>
              </w:rPr>
              <w:t>75</w:t>
            </w:r>
          </w:p>
        </w:tc>
        <w:tc>
          <w:tcPr>
            <w:tcW w:w="1552" w:type="dxa"/>
          </w:tcPr>
          <w:p w14:paraId="41B47E30" w14:textId="77777777" w:rsidR="00666F0A" w:rsidRDefault="00D9002E">
            <w:r>
              <w:rPr>
                <w:sz w:val="16"/>
              </w:rPr>
              <w:t>Revision module 5</w:t>
            </w:r>
          </w:p>
        </w:tc>
        <w:tc>
          <w:tcPr>
            <w:tcW w:w="2835" w:type="dxa"/>
          </w:tcPr>
          <w:p w14:paraId="4459CBF5" w14:textId="77777777" w:rsidR="00666F0A" w:rsidRDefault="00D9002E">
            <w:r>
              <w:rPr>
                <w:sz w:val="16"/>
              </w:rPr>
              <w:t>Zhrnutie učiva</w:t>
            </w:r>
          </w:p>
        </w:tc>
        <w:tc>
          <w:tcPr>
            <w:tcW w:w="3024" w:type="dxa"/>
          </w:tcPr>
          <w:p w14:paraId="43F24BA6"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414CEA62" w14:textId="77777777" w:rsidR="00666F0A" w:rsidRDefault="00666F0A"/>
        </w:tc>
        <w:tc>
          <w:tcPr>
            <w:tcW w:w="1840" w:type="dxa"/>
          </w:tcPr>
          <w:p w14:paraId="3EC88B97" w14:textId="77777777" w:rsidR="00666F0A" w:rsidRDefault="00666F0A"/>
        </w:tc>
        <w:tc>
          <w:tcPr>
            <w:tcW w:w="1840" w:type="dxa"/>
          </w:tcPr>
          <w:p w14:paraId="2E9FFF77" w14:textId="77777777" w:rsidR="00666F0A" w:rsidRDefault="00D9002E">
            <w:r>
              <w:rPr>
                <w:sz w:val="16"/>
              </w:rPr>
              <w:t xml:space="preserve">SB IWB &amp; IWB material or audio and audio player If necessary, WB </w:t>
            </w:r>
            <w:r>
              <w:rPr>
                <w:sz w:val="16"/>
              </w:rPr>
              <w:lastRenderedPageBreak/>
              <w:t>(extra grammar practice)</w:t>
            </w:r>
          </w:p>
        </w:tc>
      </w:tr>
      <w:tr w:rsidR="00666F0A" w14:paraId="1B7E106B" w14:textId="77777777" w:rsidTr="007A2E62">
        <w:trPr>
          <w:jc w:val="center"/>
        </w:trPr>
        <w:tc>
          <w:tcPr>
            <w:tcW w:w="960" w:type="dxa"/>
          </w:tcPr>
          <w:p w14:paraId="7DC3DD36" w14:textId="77777777" w:rsidR="00666F0A" w:rsidRDefault="00666F0A"/>
        </w:tc>
        <w:tc>
          <w:tcPr>
            <w:tcW w:w="952" w:type="dxa"/>
          </w:tcPr>
          <w:p w14:paraId="5E0A4BB0" w14:textId="77777777" w:rsidR="00666F0A" w:rsidRDefault="00D9002E">
            <w:r>
              <w:rPr>
                <w:sz w:val="16"/>
              </w:rPr>
              <w:t>76</w:t>
            </w:r>
          </w:p>
        </w:tc>
        <w:tc>
          <w:tcPr>
            <w:tcW w:w="1552" w:type="dxa"/>
          </w:tcPr>
          <w:p w14:paraId="4C068E81" w14:textId="77777777" w:rsidR="00666F0A" w:rsidRDefault="00D9002E">
            <w:r>
              <w:rPr>
                <w:sz w:val="16"/>
              </w:rPr>
              <w:t>Revision module 5</w:t>
            </w:r>
          </w:p>
        </w:tc>
        <w:tc>
          <w:tcPr>
            <w:tcW w:w="2835" w:type="dxa"/>
          </w:tcPr>
          <w:p w14:paraId="3295D676" w14:textId="77777777" w:rsidR="00666F0A" w:rsidRDefault="00D9002E">
            <w:r>
              <w:rPr>
                <w:sz w:val="16"/>
              </w:rPr>
              <w:t>Sebahodnotenie</w:t>
            </w:r>
          </w:p>
        </w:tc>
        <w:tc>
          <w:tcPr>
            <w:tcW w:w="3024" w:type="dxa"/>
          </w:tcPr>
          <w:p w14:paraId="3951406A" w14:textId="77777777" w:rsidR="00666F0A" w:rsidRDefault="00D9002E">
            <w:r>
              <w:rPr>
                <w:sz w:val="16"/>
              </w:rPr>
              <w:t>zhodnotiť úroveň svojich vedomostí</w:t>
            </w:r>
            <w:r>
              <w:rPr>
                <w:sz w:val="16"/>
              </w:rPr>
              <w:br/>
            </w:r>
            <w:r>
              <w:rPr>
                <w:sz w:val="16"/>
              </w:rPr>
              <w:t>identifikovať oblasti, ktoré je potrebné zlepšiť</w:t>
            </w:r>
            <w:r>
              <w:rPr>
                <w:sz w:val="16"/>
              </w:rPr>
              <w:br/>
              <w:t>pripraviť sa na priebežné overenie vedomostí</w:t>
            </w:r>
          </w:p>
        </w:tc>
        <w:tc>
          <w:tcPr>
            <w:tcW w:w="1840" w:type="dxa"/>
          </w:tcPr>
          <w:p w14:paraId="7D20EA49" w14:textId="77777777" w:rsidR="00666F0A" w:rsidRDefault="00666F0A"/>
        </w:tc>
        <w:tc>
          <w:tcPr>
            <w:tcW w:w="1840" w:type="dxa"/>
          </w:tcPr>
          <w:p w14:paraId="72C8F32B" w14:textId="77777777" w:rsidR="00666F0A" w:rsidRDefault="00666F0A"/>
        </w:tc>
        <w:tc>
          <w:tcPr>
            <w:tcW w:w="1840" w:type="dxa"/>
          </w:tcPr>
          <w:p w14:paraId="2225B42E" w14:textId="77777777" w:rsidR="00666F0A" w:rsidRDefault="00666F0A"/>
        </w:tc>
      </w:tr>
      <w:tr w:rsidR="00666F0A" w14:paraId="6440A08C" w14:textId="77777777" w:rsidTr="007A2E62">
        <w:trPr>
          <w:jc w:val="center"/>
        </w:trPr>
        <w:tc>
          <w:tcPr>
            <w:tcW w:w="960" w:type="dxa"/>
          </w:tcPr>
          <w:p w14:paraId="4E48AC31" w14:textId="77777777" w:rsidR="00666F0A" w:rsidRDefault="00666F0A"/>
        </w:tc>
        <w:tc>
          <w:tcPr>
            <w:tcW w:w="952" w:type="dxa"/>
          </w:tcPr>
          <w:p w14:paraId="5502AD0A" w14:textId="77777777" w:rsidR="00666F0A" w:rsidRDefault="00D9002E">
            <w:r>
              <w:rPr>
                <w:sz w:val="16"/>
              </w:rPr>
              <w:t>77</w:t>
            </w:r>
          </w:p>
        </w:tc>
        <w:tc>
          <w:tcPr>
            <w:tcW w:w="1552" w:type="dxa"/>
          </w:tcPr>
          <w:p w14:paraId="62B53F48" w14:textId="77777777" w:rsidR="00666F0A" w:rsidRDefault="00D9002E">
            <w:r>
              <w:rPr>
                <w:sz w:val="16"/>
              </w:rPr>
              <w:t>Me and My country project 5 – Wishes</w:t>
            </w:r>
          </w:p>
        </w:tc>
        <w:tc>
          <w:tcPr>
            <w:tcW w:w="2835" w:type="dxa"/>
          </w:tcPr>
          <w:p w14:paraId="5E49A783" w14:textId="77777777" w:rsidR="00666F0A" w:rsidRDefault="00D9002E">
            <w:r>
              <w:rPr>
                <w:sz w:val="16"/>
              </w:rPr>
              <w:t>Túžby a želania</w:t>
            </w:r>
          </w:p>
        </w:tc>
        <w:tc>
          <w:tcPr>
            <w:tcW w:w="3024" w:type="dxa"/>
          </w:tcPr>
          <w:p w14:paraId="4AAC3E2E" w14:textId="77777777" w:rsidR="00666F0A" w:rsidRDefault="00D9002E">
            <w:r>
              <w:rPr>
                <w:sz w:val="16"/>
              </w:rPr>
              <w:t>diskutovať o túžbach a želaniach</w:t>
            </w:r>
            <w:r>
              <w:rPr>
                <w:sz w:val="16"/>
              </w:rPr>
              <w:br/>
              <w:t>pripraviť vlastný projekt</w:t>
            </w:r>
            <w:r>
              <w:rPr>
                <w:sz w:val="16"/>
              </w:rPr>
              <w:br/>
              <w:t>prezentovať výsledky svojej práce</w:t>
            </w:r>
          </w:p>
        </w:tc>
        <w:tc>
          <w:tcPr>
            <w:tcW w:w="1840" w:type="dxa"/>
          </w:tcPr>
          <w:p w14:paraId="4CDA52A3" w14:textId="77777777" w:rsidR="00666F0A" w:rsidRDefault="00666F0A"/>
        </w:tc>
        <w:tc>
          <w:tcPr>
            <w:tcW w:w="1840" w:type="dxa"/>
          </w:tcPr>
          <w:p w14:paraId="6EA10E94" w14:textId="77777777" w:rsidR="00666F0A" w:rsidRDefault="00666F0A"/>
        </w:tc>
        <w:tc>
          <w:tcPr>
            <w:tcW w:w="1840" w:type="dxa"/>
          </w:tcPr>
          <w:p w14:paraId="33B93C07" w14:textId="77777777" w:rsidR="00666F0A" w:rsidRDefault="00D9002E">
            <w:r>
              <w:rPr>
                <w:sz w:val="16"/>
              </w:rPr>
              <w:t>Worksheets (teacher’s assistant)</w:t>
            </w:r>
          </w:p>
        </w:tc>
      </w:tr>
      <w:tr w:rsidR="00666F0A" w14:paraId="7E6FFDAC" w14:textId="77777777" w:rsidTr="007A2E62">
        <w:trPr>
          <w:jc w:val="center"/>
        </w:trPr>
        <w:tc>
          <w:tcPr>
            <w:tcW w:w="960" w:type="dxa"/>
          </w:tcPr>
          <w:p w14:paraId="1E5C0A0E" w14:textId="77777777" w:rsidR="00666F0A" w:rsidRDefault="00666F0A"/>
        </w:tc>
        <w:tc>
          <w:tcPr>
            <w:tcW w:w="952" w:type="dxa"/>
          </w:tcPr>
          <w:p w14:paraId="4BFA83D7" w14:textId="77777777" w:rsidR="00666F0A" w:rsidRDefault="00D9002E">
            <w:r>
              <w:rPr>
                <w:sz w:val="16"/>
              </w:rPr>
              <w:t>78</w:t>
            </w:r>
          </w:p>
        </w:tc>
        <w:tc>
          <w:tcPr>
            <w:tcW w:w="1552" w:type="dxa"/>
          </w:tcPr>
          <w:p w14:paraId="64A0B741" w14:textId="77777777" w:rsidR="00666F0A" w:rsidRDefault="00D9002E">
            <w:r>
              <w:rPr>
                <w:sz w:val="16"/>
              </w:rPr>
              <w:t>Test Module 5</w:t>
            </w:r>
          </w:p>
        </w:tc>
        <w:tc>
          <w:tcPr>
            <w:tcW w:w="2835" w:type="dxa"/>
          </w:tcPr>
          <w:p w14:paraId="04A324E3" w14:textId="77777777" w:rsidR="00666F0A" w:rsidRDefault="00D9002E">
            <w:r>
              <w:rPr>
                <w:sz w:val="16"/>
              </w:rPr>
              <w:t>Hodnotenie pokroku žiakov</w:t>
            </w:r>
          </w:p>
        </w:tc>
        <w:tc>
          <w:tcPr>
            <w:tcW w:w="3024" w:type="dxa"/>
          </w:tcPr>
          <w:p w14:paraId="01CADE01" w14:textId="77777777" w:rsidR="00666F0A" w:rsidRDefault="00D9002E">
            <w:r>
              <w:rPr>
                <w:sz w:val="16"/>
              </w:rPr>
              <w:t>preukázať osvojenie slovnej zásoby a gramatiky modulu</w:t>
            </w:r>
            <w:r>
              <w:rPr>
                <w:sz w:val="16"/>
              </w:rPr>
              <w:br/>
              <w:t>aplikovať získané vedomosti pri riešení úloh</w:t>
            </w:r>
            <w:r>
              <w:rPr>
                <w:sz w:val="16"/>
              </w:rPr>
              <w:br/>
              <w:t>samostatne riešiť testové zadania</w:t>
            </w:r>
          </w:p>
        </w:tc>
        <w:tc>
          <w:tcPr>
            <w:tcW w:w="1840" w:type="dxa"/>
          </w:tcPr>
          <w:p w14:paraId="5EB36F0E" w14:textId="77777777" w:rsidR="00666F0A" w:rsidRDefault="00666F0A"/>
        </w:tc>
        <w:tc>
          <w:tcPr>
            <w:tcW w:w="1840" w:type="dxa"/>
          </w:tcPr>
          <w:p w14:paraId="24B849C0" w14:textId="77777777" w:rsidR="00666F0A" w:rsidRDefault="00666F0A"/>
        </w:tc>
        <w:tc>
          <w:tcPr>
            <w:tcW w:w="1840" w:type="dxa"/>
          </w:tcPr>
          <w:p w14:paraId="4CF2172D" w14:textId="77777777" w:rsidR="00666F0A" w:rsidRDefault="00D9002E">
            <w:r>
              <w:rPr>
                <w:sz w:val="16"/>
              </w:rPr>
              <w:t>Module tests (teacher’s assistant)</w:t>
            </w:r>
          </w:p>
        </w:tc>
      </w:tr>
      <w:tr w:rsidR="00666F0A" w14:paraId="2D5C4555" w14:textId="77777777" w:rsidTr="007A2E62">
        <w:trPr>
          <w:jc w:val="center"/>
        </w:trPr>
        <w:tc>
          <w:tcPr>
            <w:tcW w:w="960" w:type="dxa"/>
          </w:tcPr>
          <w:p w14:paraId="2963B801" w14:textId="77777777" w:rsidR="00666F0A" w:rsidRDefault="00666F0A"/>
        </w:tc>
        <w:tc>
          <w:tcPr>
            <w:tcW w:w="952" w:type="dxa"/>
          </w:tcPr>
          <w:p w14:paraId="7196D667" w14:textId="77777777" w:rsidR="00666F0A" w:rsidRDefault="00D9002E">
            <w:r>
              <w:rPr>
                <w:sz w:val="16"/>
              </w:rPr>
              <w:t>79</w:t>
            </w:r>
          </w:p>
        </w:tc>
        <w:tc>
          <w:tcPr>
            <w:tcW w:w="1552" w:type="dxa"/>
          </w:tcPr>
          <w:p w14:paraId="42AC17AB" w14:textId="77777777" w:rsidR="00666F0A" w:rsidRDefault="00D9002E">
            <w:r>
              <w:rPr>
                <w:sz w:val="16"/>
              </w:rPr>
              <w:t>Video Module 5 &amp; Cover Page Module 6</w:t>
            </w:r>
          </w:p>
        </w:tc>
        <w:tc>
          <w:tcPr>
            <w:tcW w:w="2835" w:type="dxa"/>
          </w:tcPr>
          <w:p w14:paraId="5F14C479" w14:textId="77777777" w:rsidR="00666F0A" w:rsidRDefault="00D9002E">
            <w:r>
              <w:rPr>
                <w:sz w:val="16"/>
              </w:rPr>
              <w:t>Videolekcia - Scottova expedícia do Antarktídy</w:t>
            </w:r>
          </w:p>
        </w:tc>
        <w:tc>
          <w:tcPr>
            <w:tcW w:w="3024" w:type="dxa"/>
          </w:tcPr>
          <w:p w14:paraId="3AC24F7E" w14:textId="77777777" w:rsidR="00666F0A" w:rsidRDefault="00D9002E">
            <w:r>
              <w:rPr>
                <w:sz w:val="16"/>
              </w:rPr>
              <w:t>porozumieť obsahu videa o Scottovej expedícii do Antarktídy</w:t>
            </w:r>
            <w:r>
              <w:rPr>
                <w:sz w:val="16"/>
              </w:rPr>
              <w:br/>
              <w:t>upevniť slovnú zásobu a gramatické štruktúry v autentickom kontexte</w:t>
            </w:r>
            <w:r>
              <w:rPr>
                <w:sz w:val="16"/>
              </w:rPr>
              <w:br/>
              <w:t>pripraviť sa na tému nasledujúceho modulu</w:t>
            </w:r>
          </w:p>
        </w:tc>
        <w:tc>
          <w:tcPr>
            <w:tcW w:w="1840" w:type="dxa"/>
          </w:tcPr>
          <w:p w14:paraId="4B706013" w14:textId="77777777" w:rsidR="00666F0A" w:rsidRDefault="00666F0A"/>
        </w:tc>
        <w:tc>
          <w:tcPr>
            <w:tcW w:w="1840" w:type="dxa"/>
          </w:tcPr>
          <w:p w14:paraId="3122A7CC" w14:textId="77777777" w:rsidR="00666F0A" w:rsidRDefault="00666F0A"/>
        </w:tc>
        <w:tc>
          <w:tcPr>
            <w:tcW w:w="1840" w:type="dxa"/>
          </w:tcPr>
          <w:p w14:paraId="198C105B" w14:textId="77777777" w:rsidR="00666F0A" w:rsidRDefault="00D9002E">
            <w:r>
              <w:rPr>
                <w:sz w:val="16"/>
              </w:rPr>
              <w:t>SB IWB &amp; IWB material</w:t>
            </w:r>
          </w:p>
        </w:tc>
      </w:tr>
      <w:tr w:rsidR="00666F0A" w14:paraId="74E907DE" w14:textId="77777777" w:rsidTr="007A2E62">
        <w:trPr>
          <w:jc w:val="center"/>
        </w:trPr>
        <w:tc>
          <w:tcPr>
            <w:tcW w:w="960" w:type="dxa"/>
          </w:tcPr>
          <w:p w14:paraId="47DC924A" w14:textId="77777777" w:rsidR="00666F0A" w:rsidRDefault="00666F0A"/>
        </w:tc>
        <w:tc>
          <w:tcPr>
            <w:tcW w:w="952" w:type="dxa"/>
          </w:tcPr>
          <w:p w14:paraId="73E4F480" w14:textId="77777777" w:rsidR="00666F0A" w:rsidRDefault="00666F0A"/>
        </w:tc>
        <w:tc>
          <w:tcPr>
            <w:tcW w:w="1552" w:type="dxa"/>
          </w:tcPr>
          <w:p w14:paraId="3184C79D" w14:textId="77777777" w:rsidR="00666F0A" w:rsidRDefault="00666F0A"/>
        </w:tc>
        <w:tc>
          <w:tcPr>
            <w:tcW w:w="2835" w:type="dxa"/>
            <w:shd w:val="clear" w:color="auto" w:fill="FFFF00"/>
          </w:tcPr>
          <w:p w14:paraId="4DEAA847" w14:textId="77777777" w:rsidR="00666F0A" w:rsidRPr="007A2E62" w:rsidRDefault="00D9002E">
            <w:pPr>
              <w:rPr>
                <w:b/>
                <w:bCs/>
              </w:rPr>
            </w:pPr>
            <w:r w:rsidRPr="007A2E62">
              <w:rPr>
                <w:b/>
                <w:bCs/>
                <w:sz w:val="16"/>
              </w:rPr>
              <w:t>Module 6: No limits</w:t>
            </w:r>
          </w:p>
        </w:tc>
        <w:tc>
          <w:tcPr>
            <w:tcW w:w="3024" w:type="dxa"/>
            <w:shd w:val="clear" w:color="auto" w:fill="FFFF00"/>
          </w:tcPr>
          <w:p w14:paraId="3E468841" w14:textId="77777777" w:rsidR="00666F0A" w:rsidRPr="007A2E62" w:rsidRDefault="00666F0A">
            <w:pPr>
              <w:rPr>
                <w:b/>
                <w:bCs/>
              </w:rPr>
            </w:pPr>
          </w:p>
        </w:tc>
        <w:tc>
          <w:tcPr>
            <w:tcW w:w="1840" w:type="dxa"/>
            <w:shd w:val="clear" w:color="auto" w:fill="FFFF00"/>
          </w:tcPr>
          <w:p w14:paraId="32E60500" w14:textId="77777777" w:rsidR="00666F0A" w:rsidRPr="007A2E62" w:rsidRDefault="00666F0A">
            <w:pPr>
              <w:rPr>
                <w:b/>
                <w:bCs/>
              </w:rPr>
            </w:pPr>
          </w:p>
        </w:tc>
        <w:tc>
          <w:tcPr>
            <w:tcW w:w="1840" w:type="dxa"/>
            <w:shd w:val="clear" w:color="auto" w:fill="FFFF00"/>
          </w:tcPr>
          <w:p w14:paraId="3D5A8D3E" w14:textId="77777777" w:rsidR="00666F0A" w:rsidRPr="007A2E62" w:rsidRDefault="00666F0A">
            <w:pPr>
              <w:rPr>
                <w:b/>
                <w:bCs/>
              </w:rPr>
            </w:pPr>
          </w:p>
        </w:tc>
        <w:tc>
          <w:tcPr>
            <w:tcW w:w="1840" w:type="dxa"/>
            <w:shd w:val="clear" w:color="auto" w:fill="FFFF00"/>
          </w:tcPr>
          <w:p w14:paraId="55E95EDC" w14:textId="77777777" w:rsidR="00666F0A" w:rsidRPr="007A2E62" w:rsidRDefault="00666F0A">
            <w:pPr>
              <w:rPr>
                <w:b/>
                <w:bCs/>
              </w:rPr>
            </w:pPr>
          </w:p>
        </w:tc>
      </w:tr>
      <w:tr w:rsidR="00666F0A" w14:paraId="68DD1E6E" w14:textId="77777777" w:rsidTr="007A2E62">
        <w:trPr>
          <w:jc w:val="center"/>
        </w:trPr>
        <w:tc>
          <w:tcPr>
            <w:tcW w:w="960" w:type="dxa"/>
          </w:tcPr>
          <w:p w14:paraId="2ADFC9B5" w14:textId="77777777" w:rsidR="00666F0A" w:rsidRDefault="00666F0A"/>
        </w:tc>
        <w:tc>
          <w:tcPr>
            <w:tcW w:w="952" w:type="dxa"/>
          </w:tcPr>
          <w:p w14:paraId="6649FA8B" w14:textId="77777777" w:rsidR="00666F0A" w:rsidRDefault="00D9002E">
            <w:r>
              <w:rPr>
                <w:sz w:val="16"/>
              </w:rPr>
              <w:t>80</w:t>
            </w:r>
          </w:p>
        </w:tc>
        <w:tc>
          <w:tcPr>
            <w:tcW w:w="1552" w:type="dxa"/>
          </w:tcPr>
          <w:p w14:paraId="3F1DA5E0" w14:textId="77777777" w:rsidR="00666F0A" w:rsidRDefault="00D9002E">
            <w:r>
              <w:rPr>
                <w:sz w:val="16"/>
              </w:rPr>
              <w:t>6A: Eccentric people</w:t>
            </w:r>
          </w:p>
        </w:tc>
        <w:tc>
          <w:tcPr>
            <w:tcW w:w="2835" w:type="dxa"/>
          </w:tcPr>
          <w:p w14:paraId="6F71541F" w14:textId="77777777" w:rsidR="00666F0A" w:rsidRDefault="00D9002E">
            <w:r>
              <w:rPr>
                <w:sz w:val="16"/>
              </w:rPr>
              <w:t>Čítanie s porozumením - neobyčajní ľudia</w:t>
            </w:r>
          </w:p>
        </w:tc>
        <w:tc>
          <w:tcPr>
            <w:tcW w:w="3024" w:type="dxa"/>
          </w:tcPr>
          <w:p w14:paraId="69B5099E" w14:textId="77777777" w:rsidR="00666F0A" w:rsidRDefault="00D9002E">
            <w:r>
              <w:rPr>
                <w:sz w:val="16"/>
              </w:rPr>
              <w:t>porozumieť textu o neobyčajných ľuďoch</w:t>
            </w:r>
            <w:r>
              <w:rPr>
                <w:sz w:val="16"/>
              </w:rPr>
              <w:br/>
            </w:r>
            <w:r>
              <w:rPr>
                <w:sz w:val="16"/>
              </w:rPr>
              <w:t>diskutovať o zaujímavých osobnostiach a ich úspechoch</w:t>
            </w:r>
            <w:r>
              <w:rPr>
                <w:sz w:val="16"/>
              </w:rPr>
              <w:br/>
              <w:t>používať slovnú zásobu súvisiacu s neobyčajnými ľuďmi</w:t>
            </w:r>
          </w:p>
        </w:tc>
        <w:tc>
          <w:tcPr>
            <w:tcW w:w="1840" w:type="dxa"/>
          </w:tcPr>
          <w:p w14:paraId="613EE304" w14:textId="77777777" w:rsidR="00666F0A" w:rsidRDefault="00666F0A"/>
        </w:tc>
        <w:tc>
          <w:tcPr>
            <w:tcW w:w="1840" w:type="dxa"/>
          </w:tcPr>
          <w:p w14:paraId="4497EA84" w14:textId="77777777" w:rsidR="00666F0A" w:rsidRDefault="00D9002E">
            <w:r>
              <w:rPr>
                <w:sz w:val="16"/>
              </w:rPr>
              <w:t>a total of, blow, bubble, burst, chew, count, current , eccentric, enjoyable, every single one, foolish, gum, in silence, invention, naturally, nuts, pack , reach, record , reply , silent, success, successful, to be exact, turn out, upside down</w:t>
            </w:r>
          </w:p>
        </w:tc>
        <w:tc>
          <w:tcPr>
            <w:tcW w:w="1840" w:type="dxa"/>
          </w:tcPr>
          <w:p w14:paraId="130CB088" w14:textId="77777777" w:rsidR="00666F0A" w:rsidRDefault="00D9002E">
            <w:r>
              <w:rPr>
                <w:sz w:val="16"/>
              </w:rPr>
              <w:t>SB IWB &amp; IWB material or audio and audio player</w:t>
            </w:r>
          </w:p>
        </w:tc>
      </w:tr>
      <w:tr w:rsidR="00666F0A" w14:paraId="11ED4525" w14:textId="77777777" w:rsidTr="007A2E62">
        <w:trPr>
          <w:jc w:val="center"/>
        </w:trPr>
        <w:tc>
          <w:tcPr>
            <w:tcW w:w="960" w:type="dxa"/>
          </w:tcPr>
          <w:p w14:paraId="05E557AD" w14:textId="77777777" w:rsidR="00666F0A" w:rsidRDefault="00666F0A"/>
        </w:tc>
        <w:tc>
          <w:tcPr>
            <w:tcW w:w="952" w:type="dxa"/>
          </w:tcPr>
          <w:p w14:paraId="4A614909" w14:textId="77777777" w:rsidR="00666F0A" w:rsidRDefault="00D9002E">
            <w:r>
              <w:rPr>
                <w:sz w:val="16"/>
              </w:rPr>
              <w:t>81</w:t>
            </w:r>
          </w:p>
        </w:tc>
        <w:tc>
          <w:tcPr>
            <w:tcW w:w="1552" w:type="dxa"/>
          </w:tcPr>
          <w:p w14:paraId="113BB929" w14:textId="77777777" w:rsidR="00666F0A" w:rsidRDefault="00D9002E">
            <w:r>
              <w:rPr>
                <w:sz w:val="16"/>
              </w:rPr>
              <w:t>6A: Eccentric people</w:t>
            </w:r>
          </w:p>
        </w:tc>
        <w:tc>
          <w:tcPr>
            <w:tcW w:w="2835" w:type="dxa"/>
          </w:tcPr>
          <w:p w14:paraId="3B3B1A09" w14:textId="77777777" w:rsidR="00666F0A" w:rsidRDefault="00D9002E">
            <w:r>
              <w:rPr>
                <w:sz w:val="16"/>
              </w:rPr>
              <w:t>Gramatika - nepriama reč, rozprávanie</w:t>
            </w:r>
          </w:p>
        </w:tc>
        <w:tc>
          <w:tcPr>
            <w:tcW w:w="3024" w:type="dxa"/>
          </w:tcPr>
          <w:p w14:paraId="65629153" w14:textId="77777777" w:rsidR="00666F0A" w:rsidRDefault="00D9002E">
            <w:r>
              <w:rPr>
                <w:sz w:val="16"/>
              </w:rPr>
              <w:t>používať nepriamu reč pri sprostredkovaní informácií</w:t>
            </w:r>
            <w:r>
              <w:rPr>
                <w:sz w:val="16"/>
              </w:rPr>
              <w:br/>
              <w:t>previesť priamu reč na nepriamu</w:t>
            </w:r>
            <w:r>
              <w:rPr>
                <w:sz w:val="16"/>
              </w:rPr>
              <w:br/>
              <w:t>reprodukovať výroky iných osôb</w:t>
            </w:r>
          </w:p>
        </w:tc>
        <w:tc>
          <w:tcPr>
            <w:tcW w:w="1840" w:type="dxa"/>
          </w:tcPr>
          <w:p w14:paraId="116E16FD" w14:textId="77777777" w:rsidR="00666F0A" w:rsidRDefault="00D9002E">
            <w:r>
              <w:rPr>
                <w:sz w:val="16"/>
              </w:rPr>
              <w:t>Reported Speech (Statements)</w:t>
            </w:r>
          </w:p>
        </w:tc>
        <w:tc>
          <w:tcPr>
            <w:tcW w:w="1840" w:type="dxa"/>
          </w:tcPr>
          <w:p w14:paraId="4774A8B9" w14:textId="77777777" w:rsidR="00666F0A" w:rsidRDefault="00666F0A"/>
        </w:tc>
        <w:tc>
          <w:tcPr>
            <w:tcW w:w="1840" w:type="dxa"/>
          </w:tcPr>
          <w:p w14:paraId="61799F9D" w14:textId="77777777" w:rsidR="00666F0A" w:rsidRDefault="00666F0A"/>
        </w:tc>
      </w:tr>
      <w:tr w:rsidR="00666F0A" w14:paraId="2E52E606" w14:textId="77777777" w:rsidTr="007A2E62">
        <w:trPr>
          <w:jc w:val="center"/>
        </w:trPr>
        <w:tc>
          <w:tcPr>
            <w:tcW w:w="960" w:type="dxa"/>
          </w:tcPr>
          <w:p w14:paraId="568260A0" w14:textId="77777777" w:rsidR="00666F0A" w:rsidRDefault="00666F0A"/>
        </w:tc>
        <w:tc>
          <w:tcPr>
            <w:tcW w:w="952" w:type="dxa"/>
          </w:tcPr>
          <w:p w14:paraId="62C1BF34" w14:textId="77777777" w:rsidR="00666F0A" w:rsidRDefault="00D9002E">
            <w:r>
              <w:rPr>
                <w:sz w:val="16"/>
              </w:rPr>
              <w:t>82</w:t>
            </w:r>
          </w:p>
        </w:tc>
        <w:tc>
          <w:tcPr>
            <w:tcW w:w="1552" w:type="dxa"/>
          </w:tcPr>
          <w:p w14:paraId="3DD10901" w14:textId="77777777" w:rsidR="00666F0A" w:rsidRDefault="00D9002E">
            <w:r>
              <w:rPr>
                <w:sz w:val="16"/>
              </w:rPr>
              <w:t>6B: Can you believe it?</w:t>
            </w:r>
          </w:p>
        </w:tc>
        <w:tc>
          <w:tcPr>
            <w:tcW w:w="2835" w:type="dxa"/>
          </w:tcPr>
          <w:p w14:paraId="17534069" w14:textId="77777777" w:rsidR="00666F0A" w:rsidRDefault="00D9002E">
            <w:r>
              <w:rPr>
                <w:sz w:val="16"/>
              </w:rPr>
              <w:t>Čítanie s porozumením, slovná zásoba - výrazy s time</w:t>
            </w:r>
          </w:p>
        </w:tc>
        <w:tc>
          <w:tcPr>
            <w:tcW w:w="3024" w:type="dxa"/>
          </w:tcPr>
          <w:p w14:paraId="6FDAB5D6" w14:textId="77777777" w:rsidR="00666F0A" w:rsidRDefault="00D9002E">
            <w:r>
              <w:rPr>
                <w:sz w:val="16"/>
              </w:rPr>
              <w:t>porozumieť textu o nezvyčajných udalostiach</w:t>
            </w:r>
            <w:r>
              <w:rPr>
                <w:sz w:val="16"/>
              </w:rPr>
              <w:br/>
              <w:t>rozprávať o skutočných udalostiach a zážitkoch</w:t>
            </w:r>
            <w:r>
              <w:rPr>
                <w:sz w:val="16"/>
              </w:rPr>
              <w:br/>
              <w:t>používať slovnú zásobu s výrazom time</w:t>
            </w:r>
          </w:p>
        </w:tc>
        <w:tc>
          <w:tcPr>
            <w:tcW w:w="1840" w:type="dxa"/>
          </w:tcPr>
          <w:p w14:paraId="347ECDB3" w14:textId="77777777" w:rsidR="00666F0A" w:rsidRDefault="00666F0A"/>
        </w:tc>
        <w:tc>
          <w:tcPr>
            <w:tcW w:w="1840" w:type="dxa"/>
          </w:tcPr>
          <w:p w14:paraId="7FA628B6" w14:textId="77777777" w:rsidR="00666F0A" w:rsidRDefault="00D9002E">
            <w:r>
              <w:rPr>
                <w:sz w:val="16"/>
              </w:rPr>
              <w:t>at all times, autograph, backstage, beg, Check this out!, close by, Don’t be silly., from time to time, give sb a hard time, have time to kill, introduce, make time, order, pass, pass the time, queue, rehearse, send sb away, take your time, tattoo, waste time, whatever</w:t>
            </w:r>
          </w:p>
        </w:tc>
        <w:tc>
          <w:tcPr>
            <w:tcW w:w="1840" w:type="dxa"/>
          </w:tcPr>
          <w:p w14:paraId="2474C268" w14:textId="77777777" w:rsidR="00666F0A" w:rsidRDefault="00D9002E">
            <w:r>
              <w:rPr>
                <w:sz w:val="16"/>
              </w:rPr>
              <w:t>SB IWB &amp; IWB material or audio and audio player</w:t>
            </w:r>
          </w:p>
        </w:tc>
      </w:tr>
      <w:tr w:rsidR="00666F0A" w14:paraId="7CC818F8" w14:textId="77777777" w:rsidTr="007A2E62">
        <w:trPr>
          <w:jc w:val="center"/>
        </w:trPr>
        <w:tc>
          <w:tcPr>
            <w:tcW w:w="960" w:type="dxa"/>
          </w:tcPr>
          <w:p w14:paraId="3D4F50A4" w14:textId="77777777" w:rsidR="00666F0A" w:rsidRDefault="00666F0A"/>
        </w:tc>
        <w:tc>
          <w:tcPr>
            <w:tcW w:w="952" w:type="dxa"/>
          </w:tcPr>
          <w:p w14:paraId="26D582F7" w14:textId="77777777" w:rsidR="00666F0A" w:rsidRDefault="00D9002E">
            <w:r>
              <w:rPr>
                <w:sz w:val="16"/>
              </w:rPr>
              <w:t>83</w:t>
            </w:r>
          </w:p>
        </w:tc>
        <w:tc>
          <w:tcPr>
            <w:tcW w:w="1552" w:type="dxa"/>
          </w:tcPr>
          <w:p w14:paraId="680DF9F8" w14:textId="77777777" w:rsidR="00666F0A" w:rsidRDefault="00D9002E">
            <w:r>
              <w:rPr>
                <w:sz w:val="16"/>
              </w:rPr>
              <w:t>6B: Can you believe it?</w:t>
            </w:r>
          </w:p>
        </w:tc>
        <w:tc>
          <w:tcPr>
            <w:tcW w:w="2835" w:type="dxa"/>
          </w:tcPr>
          <w:p w14:paraId="7B3BA0CB" w14:textId="77777777" w:rsidR="00666F0A" w:rsidRDefault="00D9002E">
            <w:r>
              <w:rPr>
                <w:sz w:val="16"/>
              </w:rPr>
              <w:t>Gramatika - nepriama reč príkazy, požiadavky) písanie - opis skutočnej udalosti</w:t>
            </w:r>
          </w:p>
        </w:tc>
        <w:tc>
          <w:tcPr>
            <w:tcW w:w="3024" w:type="dxa"/>
          </w:tcPr>
          <w:p w14:paraId="399475B2" w14:textId="77777777" w:rsidR="00666F0A" w:rsidRDefault="00D9002E">
            <w:r>
              <w:rPr>
                <w:sz w:val="16"/>
              </w:rPr>
              <w:t>používať nepriamu reč pri príkazoch a žiadostiach</w:t>
            </w:r>
            <w:r>
              <w:rPr>
                <w:sz w:val="16"/>
              </w:rPr>
              <w:br/>
            </w:r>
            <w:r>
              <w:rPr>
                <w:sz w:val="16"/>
              </w:rPr>
              <w:t>sprostredkovať pokyny a požiadavky</w:t>
            </w:r>
            <w:r>
              <w:rPr>
                <w:sz w:val="16"/>
              </w:rPr>
              <w:br/>
              <w:t>napísať opis skutočnej udalosti</w:t>
            </w:r>
          </w:p>
        </w:tc>
        <w:tc>
          <w:tcPr>
            <w:tcW w:w="1840" w:type="dxa"/>
          </w:tcPr>
          <w:p w14:paraId="0F740183" w14:textId="77777777" w:rsidR="00666F0A" w:rsidRDefault="00D9002E">
            <w:r>
              <w:rPr>
                <w:sz w:val="16"/>
              </w:rPr>
              <w:t>Reported Speech (Commands, Requests)</w:t>
            </w:r>
          </w:p>
        </w:tc>
        <w:tc>
          <w:tcPr>
            <w:tcW w:w="1840" w:type="dxa"/>
          </w:tcPr>
          <w:p w14:paraId="706ABBE1" w14:textId="77777777" w:rsidR="00666F0A" w:rsidRDefault="00666F0A"/>
        </w:tc>
        <w:tc>
          <w:tcPr>
            <w:tcW w:w="1840" w:type="dxa"/>
          </w:tcPr>
          <w:p w14:paraId="49B696E8" w14:textId="77777777" w:rsidR="00666F0A" w:rsidRDefault="00666F0A"/>
        </w:tc>
      </w:tr>
      <w:tr w:rsidR="00666F0A" w14:paraId="2C5255BD" w14:textId="77777777" w:rsidTr="007A2E62">
        <w:trPr>
          <w:jc w:val="center"/>
        </w:trPr>
        <w:tc>
          <w:tcPr>
            <w:tcW w:w="960" w:type="dxa"/>
          </w:tcPr>
          <w:p w14:paraId="2372E85E" w14:textId="77777777" w:rsidR="00666F0A" w:rsidRDefault="00666F0A"/>
        </w:tc>
        <w:tc>
          <w:tcPr>
            <w:tcW w:w="952" w:type="dxa"/>
          </w:tcPr>
          <w:p w14:paraId="0A4924CF" w14:textId="77777777" w:rsidR="00666F0A" w:rsidRDefault="00D9002E">
            <w:r>
              <w:rPr>
                <w:sz w:val="16"/>
              </w:rPr>
              <w:t>84</w:t>
            </w:r>
          </w:p>
        </w:tc>
        <w:tc>
          <w:tcPr>
            <w:tcW w:w="1552" w:type="dxa"/>
          </w:tcPr>
          <w:p w14:paraId="3315D7B1" w14:textId="77777777" w:rsidR="00666F0A" w:rsidRDefault="00D9002E">
            <w:r>
              <w:rPr>
                <w:sz w:val="16"/>
              </w:rPr>
              <w:t>6C: Way up high</w:t>
            </w:r>
          </w:p>
        </w:tc>
        <w:tc>
          <w:tcPr>
            <w:tcW w:w="2835" w:type="dxa"/>
          </w:tcPr>
          <w:p w14:paraId="68006782" w14:textId="77777777" w:rsidR="00666F0A" w:rsidRDefault="00D9002E">
            <w:r>
              <w:rPr>
                <w:sz w:val="16"/>
              </w:rPr>
              <w:t>Čítanie s porozumením - vysoké budovy</w:t>
            </w:r>
          </w:p>
        </w:tc>
        <w:tc>
          <w:tcPr>
            <w:tcW w:w="3024" w:type="dxa"/>
          </w:tcPr>
          <w:p w14:paraId="728FC7A1" w14:textId="77777777" w:rsidR="00666F0A" w:rsidRDefault="00D9002E">
            <w:r>
              <w:rPr>
                <w:sz w:val="16"/>
              </w:rPr>
              <w:t>porozumieť textu o významných stavbách sveta</w:t>
            </w:r>
            <w:r>
              <w:rPr>
                <w:sz w:val="16"/>
              </w:rPr>
              <w:br/>
              <w:t>diskutovať o známych budovách a ich rozmeroch</w:t>
            </w:r>
            <w:r>
              <w:rPr>
                <w:sz w:val="16"/>
              </w:rPr>
              <w:br/>
              <w:t xml:space="preserve">vyhľadávať a spracovať informácie z </w:t>
            </w:r>
            <w:r>
              <w:rPr>
                <w:sz w:val="16"/>
              </w:rPr>
              <w:lastRenderedPageBreak/>
              <w:t>textu</w:t>
            </w:r>
          </w:p>
        </w:tc>
        <w:tc>
          <w:tcPr>
            <w:tcW w:w="1840" w:type="dxa"/>
          </w:tcPr>
          <w:p w14:paraId="10EA70CA" w14:textId="77777777" w:rsidR="00666F0A" w:rsidRDefault="00D9002E">
            <w:r>
              <w:rPr>
                <w:sz w:val="16"/>
              </w:rPr>
              <w:lastRenderedPageBreak/>
              <w:t>Reported Speech (Questions)</w:t>
            </w:r>
          </w:p>
        </w:tc>
        <w:tc>
          <w:tcPr>
            <w:tcW w:w="1840" w:type="dxa"/>
          </w:tcPr>
          <w:p w14:paraId="0CF5AE42" w14:textId="77777777" w:rsidR="00666F0A" w:rsidRDefault="00D9002E">
            <w:r>
              <w:rPr>
                <w:sz w:val="16"/>
              </w:rPr>
              <w:t xml:space="preserve">block, cathedral, change hands, competitor, double-decker, ground floor, height, increase, </w:t>
            </w:r>
            <w:r>
              <w:rPr>
                <w:sz w:val="16"/>
              </w:rPr>
              <w:lastRenderedPageBreak/>
              <w:t>number = No., race , remain, skyscraper, step , structure, take one’s place, title, various, version</w:t>
            </w:r>
          </w:p>
        </w:tc>
        <w:tc>
          <w:tcPr>
            <w:tcW w:w="1840" w:type="dxa"/>
          </w:tcPr>
          <w:p w14:paraId="482AC848" w14:textId="77777777" w:rsidR="00666F0A" w:rsidRDefault="00D9002E">
            <w:r>
              <w:rPr>
                <w:sz w:val="16"/>
              </w:rPr>
              <w:lastRenderedPageBreak/>
              <w:t>SB IWB &amp; IWB material or audio and audio player</w:t>
            </w:r>
          </w:p>
        </w:tc>
      </w:tr>
      <w:tr w:rsidR="00666F0A" w14:paraId="6A546E25" w14:textId="77777777" w:rsidTr="007A2E62">
        <w:trPr>
          <w:jc w:val="center"/>
        </w:trPr>
        <w:tc>
          <w:tcPr>
            <w:tcW w:w="960" w:type="dxa"/>
          </w:tcPr>
          <w:p w14:paraId="6DAFF67E" w14:textId="77777777" w:rsidR="00666F0A" w:rsidRDefault="00666F0A"/>
        </w:tc>
        <w:tc>
          <w:tcPr>
            <w:tcW w:w="952" w:type="dxa"/>
          </w:tcPr>
          <w:p w14:paraId="129040E1" w14:textId="77777777" w:rsidR="00666F0A" w:rsidRDefault="00D9002E">
            <w:r>
              <w:rPr>
                <w:sz w:val="16"/>
              </w:rPr>
              <w:t>85</w:t>
            </w:r>
          </w:p>
        </w:tc>
        <w:tc>
          <w:tcPr>
            <w:tcW w:w="1552" w:type="dxa"/>
          </w:tcPr>
          <w:p w14:paraId="4315AA04" w14:textId="77777777" w:rsidR="00666F0A" w:rsidRDefault="00D9002E">
            <w:r>
              <w:rPr>
                <w:sz w:val="16"/>
              </w:rPr>
              <w:t>6C: Way up high</w:t>
            </w:r>
          </w:p>
        </w:tc>
        <w:tc>
          <w:tcPr>
            <w:tcW w:w="2835" w:type="dxa"/>
          </w:tcPr>
          <w:p w14:paraId="312830B9" w14:textId="77777777" w:rsidR="00666F0A" w:rsidRDefault="00D9002E">
            <w:r>
              <w:rPr>
                <w:sz w:val="16"/>
              </w:rPr>
              <w:t xml:space="preserve">Gramatika - nepriame otázky, počúvanie s porozumením, práca s informáciami, písanie a prezentácia </w:t>
            </w:r>
          </w:p>
        </w:tc>
        <w:tc>
          <w:tcPr>
            <w:tcW w:w="3024" w:type="dxa"/>
          </w:tcPr>
          <w:p w14:paraId="6DE1F7CE" w14:textId="77777777" w:rsidR="00666F0A" w:rsidRDefault="00D9002E">
            <w:r>
              <w:rPr>
                <w:sz w:val="16"/>
              </w:rPr>
              <w:t>používať nepriamu reč pri otázkach</w:t>
            </w:r>
            <w:r>
              <w:rPr>
                <w:sz w:val="16"/>
              </w:rPr>
              <w:br/>
              <w:t>klásť a sprostredkovať otázky v nepriamej reči</w:t>
            </w:r>
            <w:r>
              <w:rPr>
                <w:sz w:val="16"/>
              </w:rPr>
              <w:br/>
              <w:t>prezentovať informácie o významných stavbách</w:t>
            </w:r>
          </w:p>
        </w:tc>
        <w:tc>
          <w:tcPr>
            <w:tcW w:w="1840" w:type="dxa"/>
          </w:tcPr>
          <w:p w14:paraId="10EC886F" w14:textId="77777777" w:rsidR="00666F0A" w:rsidRDefault="00666F0A"/>
        </w:tc>
        <w:tc>
          <w:tcPr>
            <w:tcW w:w="1840" w:type="dxa"/>
          </w:tcPr>
          <w:p w14:paraId="5D3AC1B2" w14:textId="77777777" w:rsidR="00666F0A" w:rsidRDefault="00666F0A"/>
        </w:tc>
        <w:tc>
          <w:tcPr>
            <w:tcW w:w="1840" w:type="dxa"/>
          </w:tcPr>
          <w:p w14:paraId="3225AC6C" w14:textId="77777777" w:rsidR="00666F0A" w:rsidRDefault="00666F0A"/>
        </w:tc>
      </w:tr>
      <w:tr w:rsidR="00666F0A" w14:paraId="2CBD2D7B" w14:textId="77777777" w:rsidTr="007A2E62">
        <w:trPr>
          <w:jc w:val="center"/>
        </w:trPr>
        <w:tc>
          <w:tcPr>
            <w:tcW w:w="960" w:type="dxa"/>
          </w:tcPr>
          <w:p w14:paraId="44126326" w14:textId="77777777" w:rsidR="00666F0A" w:rsidRDefault="00666F0A"/>
        </w:tc>
        <w:tc>
          <w:tcPr>
            <w:tcW w:w="952" w:type="dxa"/>
          </w:tcPr>
          <w:p w14:paraId="10727D41" w14:textId="77777777" w:rsidR="00666F0A" w:rsidRDefault="00D9002E">
            <w:r>
              <w:rPr>
                <w:sz w:val="16"/>
              </w:rPr>
              <w:t>86</w:t>
            </w:r>
          </w:p>
        </w:tc>
        <w:tc>
          <w:tcPr>
            <w:tcW w:w="1552" w:type="dxa"/>
          </w:tcPr>
          <w:p w14:paraId="133BCEEE" w14:textId="77777777" w:rsidR="00666F0A" w:rsidRDefault="00D9002E">
            <w:r>
              <w:rPr>
                <w:sz w:val="16"/>
              </w:rPr>
              <w:t>6D: Don’t overdo it!</w:t>
            </w:r>
          </w:p>
        </w:tc>
        <w:tc>
          <w:tcPr>
            <w:tcW w:w="2835" w:type="dxa"/>
          </w:tcPr>
          <w:p w14:paraId="787E294B" w14:textId="77777777" w:rsidR="00666F0A" w:rsidRDefault="00D9002E">
            <w:r>
              <w:rPr>
                <w:sz w:val="16"/>
              </w:rPr>
              <w:t>Čítanie s porozumením, slovná zásoba - konzumný spôsob života</w:t>
            </w:r>
          </w:p>
        </w:tc>
        <w:tc>
          <w:tcPr>
            <w:tcW w:w="3024" w:type="dxa"/>
          </w:tcPr>
          <w:p w14:paraId="1B03223A" w14:textId="77777777" w:rsidR="00666F0A" w:rsidRDefault="00D9002E">
            <w:r>
              <w:rPr>
                <w:sz w:val="16"/>
              </w:rPr>
              <w:t>porozumieť textu o konzumnom spôsobe života</w:t>
            </w:r>
            <w:r>
              <w:rPr>
                <w:sz w:val="16"/>
              </w:rPr>
              <w:br/>
              <w:t>diskutovať o návykoch spotrebiteľov</w:t>
            </w:r>
            <w:r>
              <w:rPr>
                <w:sz w:val="16"/>
              </w:rPr>
              <w:br/>
              <w:t>vyjadriť svoj názor na zodpovedné nakupovanie</w:t>
            </w:r>
          </w:p>
        </w:tc>
        <w:tc>
          <w:tcPr>
            <w:tcW w:w="1840" w:type="dxa"/>
          </w:tcPr>
          <w:p w14:paraId="6244C7D6" w14:textId="77777777" w:rsidR="00666F0A" w:rsidRDefault="00666F0A"/>
        </w:tc>
        <w:tc>
          <w:tcPr>
            <w:tcW w:w="1840" w:type="dxa"/>
          </w:tcPr>
          <w:p w14:paraId="03B34280" w14:textId="77777777" w:rsidR="00666F0A" w:rsidRDefault="00D9002E">
            <w:r>
              <w:rPr>
                <w:sz w:val="16"/>
              </w:rPr>
              <w:t>afford, arrange, be around, be tough on oneself, chocoholic, come out, fashionable, get carried away, Good on you!, in order to, item, know sb by his/her first name, latest, lend, once in a while, over and over again, overdo, pocket money, price tag, react, sales, sensible, shopaholic, shopper, suit , treat, trendy, try on, useless, well-balanced</w:t>
            </w:r>
          </w:p>
        </w:tc>
        <w:tc>
          <w:tcPr>
            <w:tcW w:w="1840" w:type="dxa"/>
          </w:tcPr>
          <w:p w14:paraId="0F0ACF3E" w14:textId="77777777" w:rsidR="00666F0A" w:rsidRDefault="00D9002E">
            <w:r>
              <w:rPr>
                <w:sz w:val="16"/>
              </w:rPr>
              <w:t>SB IWB &amp; IWB material or audio and audio player</w:t>
            </w:r>
          </w:p>
        </w:tc>
      </w:tr>
      <w:tr w:rsidR="00666F0A" w14:paraId="5FCC7A8C" w14:textId="77777777" w:rsidTr="007A2E62">
        <w:trPr>
          <w:jc w:val="center"/>
        </w:trPr>
        <w:tc>
          <w:tcPr>
            <w:tcW w:w="960" w:type="dxa"/>
          </w:tcPr>
          <w:p w14:paraId="708684BF" w14:textId="77777777" w:rsidR="00666F0A" w:rsidRDefault="00666F0A"/>
        </w:tc>
        <w:tc>
          <w:tcPr>
            <w:tcW w:w="952" w:type="dxa"/>
          </w:tcPr>
          <w:p w14:paraId="739F9503" w14:textId="77777777" w:rsidR="00666F0A" w:rsidRDefault="00D9002E">
            <w:r>
              <w:rPr>
                <w:sz w:val="16"/>
              </w:rPr>
              <w:t>87</w:t>
            </w:r>
          </w:p>
        </w:tc>
        <w:tc>
          <w:tcPr>
            <w:tcW w:w="1552" w:type="dxa"/>
          </w:tcPr>
          <w:p w14:paraId="4C247738" w14:textId="77777777" w:rsidR="00666F0A" w:rsidRDefault="00D9002E">
            <w:r>
              <w:rPr>
                <w:sz w:val="16"/>
              </w:rPr>
              <w:t>6D: Don’t overdo it!</w:t>
            </w:r>
          </w:p>
        </w:tc>
        <w:tc>
          <w:tcPr>
            <w:tcW w:w="2835" w:type="dxa"/>
          </w:tcPr>
          <w:p w14:paraId="2DFE852C" w14:textId="77777777" w:rsidR="00666F0A" w:rsidRDefault="00D9002E">
            <w:r>
              <w:rPr>
                <w:sz w:val="16"/>
              </w:rPr>
              <w:t>Počúvanie s porozumením, rozprávanie, písanie - opis návykov partnera</w:t>
            </w:r>
          </w:p>
        </w:tc>
        <w:tc>
          <w:tcPr>
            <w:tcW w:w="3024" w:type="dxa"/>
          </w:tcPr>
          <w:p w14:paraId="1847BD0F" w14:textId="77777777" w:rsidR="00666F0A" w:rsidRDefault="00D9002E">
            <w:r>
              <w:rPr>
                <w:sz w:val="16"/>
              </w:rPr>
              <w:t>porozumieť nahrávke o životných návykoch</w:t>
            </w:r>
            <w:r>
              <w:rPr>
                <w:sz w:val="16"/>
              </w:rPr>
              <w:br/>
              <w:t>opísať návyky spolužiaka alebo partnera</w:t>
            </w:r>
            <w:r>
              <w:rPr>
                <w:sz w:val="16"/>
              </w:rPr>
              <w:br/>
              <w:t>odporučiť vhodné zmeny návykov</w:t>
            </w:r>
          </w:p>
        </w:tc>
        <w:tc>
          <w:tcPr>
            <w:tcW w:w="1840" w:type="dxa"/>
          </w:tcPr>
          <w:p w14:paraId="132C9449" w14:textId="77777777" w:rsidR="00666F0A" w:rsidRDefault="00666F0A"/>
        </w:tc>
        <w:tc>
          <w:tcPr>
            <w:tcW w:w="1840" w:type="dxa"/>
          </w:tcPr>
          <w:p w14:paraId="304171F6" w14:textId="77777777" w:rsidR="00666F0A" w:rsidRDefault="00666F0A"/>
        </w:tc>
        <w:tc>
          <w:tcPr>
            <w:tcW w:w="1840" w:type="dxa"/>
          </w:tcPr>
          <w:p w14:paraId="59BDC21B" w14:textId="77777777" w:rsidR="00666F0A" w:rsidRDefault="00666F0A"/>
        </w:tc>
      </w:tr>
      <w:tr w:rsidR="00666F0A" w14:paraId="6591578D" w14:textId="77777777" w:rsidTr="007A2E62">
        <w:trPr>
          <w:jc w:val="center"/>
        </w:trPr>
        <w:tc>
          <w:tcPr>
            <w:tcW w:w="960" w:type="dxa"/>
          </w:tcPr>
          <w:p w14:paraId="4286268C" w14:textId="77777777" w:rsidR="00666F0A" w:rsidRDefault="00666F0A"/>
        </w:tc>
        <w:tc>
          <w:tcPr>
            <w:tcW w:w="952" w:type="dxa"/>
          </w:tcPr>
          <w:p w14:paraId="2F81B2F6" w14:textId="77777777" w:rsidR="00666F0A" w:rsidRDefault="00D9002E">
            <w:r>
              <w:rPr>
                <w:sz w:val="16"/>
              </w:rPr>
              <w:t>88</w:t>
            </w:r>
          </w:p>
        </w:tc>
        <w:tc>
          <w:tcPr>
            <w:tcW w:w="1552" w:type="dxa"/>
          </w:tcPr>
          <w:p w14:paraId="1DBB42A3" w14:textId="77777777" w:rsidR="00666F0A" w:rsidRDefault="00D9002E">
            <w:r>
              <w:rPr>
                <w:sz w:val="16"/>
              </w:rPr>
              <w:t>Top Skills: For fun</w:t>
            </w:r>
          </w:p>
        </w:tc>
        <w:tc>
          <w:tcPr>
            <w:tcW w:w="2835" w:type="dxa"/>
          </w:tcPr>
          <w:p w14:paraId="33F834B1" w14:textId="77777777" w:rsidR="00666F0A" w:rsidRDefault="00D9002E">
            <w:r>
              <w:rPr>
                <w:sz w:val="16"/>
              </w:rPr>
              <w:t>Čítanie a počúvanie s porozumením</w:t>
            </w:r>
          </w:p>
        </w:tc>
        <w:tc>
          <w:tcPr>
            <w:tcW w:w="3024" w:type="dxa"/>
          </w:tcPr>
          <w:p w14:paraId="540A3D18" w14:textId="77777777" w:rsidR="00666F0A" w:rsidRDefault="00D9002E">
            <w:r>
              <w:rPr>
                <w:sz w:val="16"/>
              </w:rPr>
              <w:t>porozumieť textu a nahrávke o festivaloch a oslavách</w:t>
            </w:r>
            <w:r>
              <w:rPr>
                <w:sz w:val="16"/>
              </w:rPr>
              <w:br/>
              <w:t>opísať priebeh kultúrnych podujatí</w:t>
            </w:r>
            <w:r>
              <w:rPr>
                <w:sz w:val="16"/>
              </w:rPr>
              <w:br/>
              <w:t>používať slovnú zásobu z oblasti osláv a festivalov</w:t>
            </w:r>
          </w:p>
        </w:tc>
        <w:tc>
          <w:tcPr>
            <w:tcW w:w="1840" w:type="dxa"/>
          </w:tcPr>
          <w:p w14:paraId="27D6B6E9" w14:textId="77777777" w:rsidR="00666F0A" w:rsidRDefault="00666F0A"/>
        </w:tc>
        <w:tc>
          <w:tcPr>
            <w:tcW w:w="1840" w:type="dxa"/>
          </w:tcPr>
          <w:p w14:paraId="7333BF6A" w14:textId="77777777" w:rsidR="00666F0A" w:rsidRDefault="00D9002E">
            <w:r>
              <w:rPr>
                <w:sz w:val="16"/>
              </w:rPr>
              <w:t>celebration, come to life, contest, feel sick, festival, fireworks, food fight, go to war, make a mess, parade, photography, preparation, put in place, shopkeeper, spectator, squash, talented, weapon</w:t>
            </w:r>
          </w:p>
        </w:tc>
        <w:tc>
          <w:tcPr>
            <w:tcW w:w="1840" w:type="dxa"/>
          </w:tcPr>
          <w:p w14:paraId="23433D3F" w14:textId="77777777" w:rsidR="00666F0A" w:rsidRDefault="00D9002E">
            <w:r>
              <w:rPr>
                <w:sz w:val="16"/>
              </w:rPr>
              <w:t>SB IWB &amp; IWB material or audio and audio player</w:t>
            </w:r>
          </w:p>
        </w:tc>
      </w:tr>
      <w:tr w:rsidR="00666F0A" w14:paraId="2683F3D2" w14:textId="77777777" w:rsidTr="007A2E62">
        <w:trPr>
          <w:jc w:val="center"/>
        </w:trPr>
        <w:tc>
          <w:tcPr>
            <w:tcW w:w="960" w:type="dxa"/>
          </w:tcPr>
          <w:p w14:paraId="13D8A8DF" w14:textId="77777777" w:rsidR="00666F0A" w:rsidRDefault="00666F0A"/>
        </w:tc>
        <w:tc>
          <w:tcPr>
            <w:tcW w:w="952" w:type="dxa"/>
          </w:tcPr>
          <w:p w14:paraId="79D33505" w14:textId="77777777" w:rsidR="00666F0A" w:rsidRDefault="00D9002E">
            <w:r>
              <w:rPr>
                <w:sz w:val="16"/>
              </w:rPr>
              <w:t>89</w:t>
            </w:r>
          </w:p>
        </w:tc>
        <w:tc>
          <w:tcPr>
            <w:tcW w:w="1552" w:type="dxa"/>
          </w:tcPr>
          <w:p w14:paraId="36A601FE" w14:textId="77777777" w:rsidR="00666F0A" w:rsidRDefault="00D9002E">
            <w:r>
              <w:rPr>
                <w:sz w:val="16"/>
              </w:rPr>
              <w:t>Top Skills: For fun</w:t>
            </w:r>
          </w:p>
        </w:tc>
        <w:tc>
          <w:tcPr>
            <w:tcW w:w="2835" w:type="dxa"/>
          </w:tcPr>
          <w:p w14:paraId="19A74CCF" w14:textId="77777777" w:rsidR="00666F0A" w:rsidRDefault="00D9002E">
            <w:r>
              <w:rPr>
                <w:sz w:val="16"/>
              </w:rPr>
              <w:t>Rozprávanie, písanie - opis udalosti</w:t>
            </w:r>
          </w:p>
        </w:tc>
        <w:tc>
          <w:tcPr>
            <w:tcW w:w="3024" w:type="dxa"/>
          </w:tcPr>
          <w:p w14:paraId="423A6B61" w14:textId="77777777" w:rsidR="00666F0A" w:rsidRDefault="00D9002E">
            <w:r>
              <w:rPr>
                <w:sz w:val="16"/>
              </w:rPr>
              <w:t>rozprávať o kultúrnych podujatiach a oslavách</w:t>
            </w:r>
            <w:r>
              <w:rPr>
                <w:sz w:val="16"/>
              </w:rPr>
              <w:br/>
              <w:t>napísať opis významnej udalosti</w:t>
            </w:r>
            <w:r>
              <w:rPr>
                <w:sz w:val="16"/>
              </w:rPr>
              <w:br/>
              <w:t>prezentovať vlastné skúsenosti s festivalmi alebo oslavami</w:t>
            </w:r>
          </w:p>
        </w:tc>
        <w:tc>
          <w:tcPr>
            <w:tcW w:w="1840" w:type="dxa"/>
          </w:tcPr>
          <w:p w14:paraId="56363B55" w14:textId="77777777" w:rsidR="00666F0A" w:rsidRDefault="00666F0A"/>
        </w:tc>
        <w:tc>
          <w:tcPr>
            <w:tcW w:w="1840" w:type="dxa"/>
          </w:tcPr>
          <w:p w14:paraId="798F1693" w14:textId="77777777" w:rsidR="00666F0A" w:rsidRDefault="00666F0A"/>
        </w:tc>
        <w:tc>
          <w:tcPr>
            <w:tcW w:w="1840" w:type="dxa"/>
          </w:tcPr>
          <w:p w14:paraId="0161F86C" w14:textId="77777777" w:rsidR="00666F0A" w:rsidRDefault="00666F0A"/>
        </w:tc>
      </w:tr>
      <w:tr w:rsidR="00666F0A" w14:paraId="30D9A508" w14:textId="77777777" w:rsidTr="007A2E62">
        <w:trPr>
          <w:jc w:val="center"/>
        </w:trPr>
        <w:tc>
          <w:tcPr>
            <w:tcW w:w="960" w:type="dxa"/>
          </w:tcPr>
          <w:p w14:paraId="2F2D75B1" w14:textId="77777777" w:rsidR="00666F0A" w:rsidRDefault="00666F0A"/>
        </w:tc>
        <w:tc>
          <w:tcPr>
            <w:tcW w:w="952" w:type="dxa"/>
          </w:tcPr>
          <w:p w14:paraId="7E08C154" w14:textId="77777777" w:rsidR="00666F0A" w:rsidRDefault="00D9002E">
            <w:r>
              <w:rPr>
                <w:sz w:val="16"/>
              </w:rPr>
              <w:t>90</w:t>
            </w:r>
          </w:p>
        </w:tc>
        <w:tc>
          <w:tcPr>
            <w:tcW w:w="1552" w:type="dxa"/>
          </w:tcPr>
          <w:p w14:paraId="30EDBAA6" w14:textId="77777777" w:rsidR="00666F0A" w:rsidRDefault="00D9002E">
            <w:r>
              <w:rPr>
                <w:sz w:val="16"/>
              </w:rPr>
              <w:t>Revision module 6</w:t>
            </w:r>
          </w:p>
        </w:tc>
        <w:tc>
          <w:tcPr>
            <w:tcW w:w="2835" w:type="dxa"/>
          </w:tcPr>
          <w:p w14:paraId="2B1E4F98" w14:textId="77777777" w:rsidR="00666F0A" w:rsidRDefault="00D9002E">
            <w:r>
              <w:rPr>
                <w:sz w:val="16"/>
              </w:rPr>
              <w:t>Zhrnutie učiva</w:t>
            </w:r>
          </w:p>
        </w:tc>
        <w:tc>
          <w:tcPr>
            <w:tcW w:w="3024" w:type="dxa"/>
          </w:tcPr>
          <w:p w14:paraId="44E0332A" w14:textId="77777777" w:rsidR="00666F0A" w:rsidRDefault="00D9002E">
            <w:r>
              <w:rPr>
                <w:sz w:val="16"/>
              </w:rPr>
              <w:t>zopakovať slovnú zásobu modulu</w:t>
            </w:r>
            <w:r>
              <w:rPr>
                <w:sz w:val="16"/>
              </w:rPr>
              <w:br/>
              <w:t>upevniť gramatické štruktúry modulu</w:t>
            </w:r>
            <w:r>
              <w:rPr>
                <w:sz w:val="16"/>
              </w:rPr>
              <w:br/>
              <w:t>precvičiť komunikačné situácie</w:t>
            </w:r>
          </w:p>
        </w:tc>
        <w:tc>
          <w:tcPr>
            <w:tcW w:w="1840" w:type="dxa"/>
          </w:tcPr>
          <w:p w14:paraId="6817ADE5" w14:textId="77777777" w:rsidR="00666F0A" w:rsidRDefault="00666F0A"/>
        </w:tc>
        <w:tc>
          <w:tcPr>
            <w:tcW w:w="1840" w:type="dxa"/>
          </w:tcPr>
          <w:p w14:paraId="6F7709A6" w14:textId="77777777" w:rsidR="00666F0A" w:rsidRDefault="00666F0A"/>
        </w:tc>
        <w:tc>
          <w:tcPr>
            <w:tcW w:w="1840" w:type="dxa"/>
          </w:tcPr>
          <w:p w14:paraId="44BA0EE1" w14:textId="77777777" w:rsidR="00666F0A" w:rsidRDefault="00D9002E">
            <w:r>
              <w:rPr>
                <w:sz w:val="16"/>
              </w:rPr>
              <w:t>SB IWB &amp; IWB material or audio and audio player If necessary, WB (extra grammar practice)</w:t>
            </w:r>
          </w:p>
        </w:tc>
      </w:tr>
      <w:tr w:rsidR="00666F0A" w14:paraId="5DB39717" w14:textId="77777777" w:rsidTr="007A2E62">
        <w:trPr>
          <w:jc w:val="center"/>
        </w:trPr>
        <w:tc>
          <w:tcPr>
            <w:tcW w:w="960" w:type="dxa"/>
          </w:tcPr>
          <w:p w14:paraId="289CEED6" w14:textId="77777777" w:rsidR="00666F0A" w:rsidRDefault="00666F0A"/>
        </w:tc>
        <w:tc>
          <w:tcPr>
            <w:tcW w:w="952" w:type="dxa"/>
          </w:tcPr>
          <w:p w14:paraId="278353CC" w14:textId="77777777" w:rsidR="00666F0A" w:rsidRDefault="00D9002E">
            <w:r>
              <w:rPr>
                <w:sz w:val="16"/>
              </w:rPr>
              <w:t>91</w:t>
            </w:r>
          </w:p>
        </w:tc>
        <w:tc>
          <w:tcPr>
            <w:tcW w:w="1552" w:type="dxa"/>
          </w:tcPr>
          <w:p w14:paraId="74327A98" w14:textId="77777777" w:rsidR="00666F0A" w:rsidRDefault="00D9002E">
            <w:r>
              <w:rPr>
                <w:sz w:val="16"/>
              </w:rPr>
              <w:t>Revision module 6</w:t>
            </w:r>
          </w:p>
        </w:tc>
        <w:tc>
          <w:tcPr>
            <w:tcW w:w="2835" w:type="dxa"/>
          </w:tcPr>
          <w:p w14:paraId="4F960FFB" w14:textId="77777777" w:rsidR="00666F0A" w:rsidRDefault="00D9002E">
            <w:r>
              <w:rPr>
                <w:sz w:val="16"/>
              </w:rPr>
              <w:t>Sebahodnotenie</w:t>
            </w:r>
          </w:p>
        </w:tc>
        <w:tc>
          <w:tcPr>
            <w:tcW w:w="3024" w:type="dxa"/>
          </w:tcPr>
          <w:p w14:paraId="4AEFE647" w14:textId="77777777" w:rsidR="00666F0A" w:rsidRDefault="00D9002E">
            <w:r>
              <w:rPr>
                <w:sz w:val="16"/>
              </w:rPr>
              <w:t>zhodnotiť úroveň svojich vedomostí</w:t>
            </w:r>
            <w:r>
              <w:rPr>
                <w:sz w:val="16"/>
              </w:rPr>
              <w:br/>
              <w:t>identifikovať oblasti, ktoré je potrebné zlepšiť</w:t>
            </w:r>
            <w:r>
              <w:rPr>
                <w:sz w:val="16"/>
              </w:rPr>
              <w:br/>
              <w:t>pripraviť sa na priebežné overenie vedomostí</w:t>
            </w:r>
          </w:p>
        </w:tc>
        <w:tc>
          <w:tcPr>
            <w:tcW w:w="1840" w:type="dxa"/>
          </w:tcPr>
          <w:p w14:paraId="70620051" w14:textId="77777777" w:rsidR="00666F0A" w:rsidRDefault="00666F0A"/>
        </w:tc>
        <w:tc>
          <w:tcPr>
            <w:tcW w:w="1840" w:type="dxa"/>
          </w:tcPr>
          <w:p w14:paraId="7AB30B0C" w14:textId="77777777" w:rsidR="00666F0A" w:rsidRDefault="00666F0A"/>
        </w:tc>
        <w:tc>
          <w:tcPr>
            <w:tcW w:w="1840" w:type="dxa"/>
          </w:tcPr>
          <w:p w14:paraId="41BBD3A7" w14:textId="77777777" w:rsidR="00666F0A" w:rsidRDefault="00666F0A"/>
        </w:tc>
      </w:tr>
      <w:tr w:rsidR="00666F0A" w14:paraId="0FE8D20B" w14:textId="77777777" w:rsidTr="007A2E62">
        <w:trPr>
          <w:jc w:val="center"/>
        </w:trPr>
        <w:tc>
          <w:tcPr>
            <w:tcW w:w="960" w:type="dxa"/>
          </w:tcPr>
          <w:p w14:paraId="4DB83D00" w14:textId="77777777" w:rsidR="00666F0A" w:rsidRDefault="00666F0A"/>
        </w:tc>
        <w:tc>
          <w:tcPr>
            <w:tcW w:w="952" w:type="dxa"/>
          </w:tcPr>
          <w:p w14:paraId="3008F534" w14:textId="77777777" w:rsidR="00666F0A" w:rsidRDefault="00D9002E">
            <w:r>
              <w:rPr>
                <w:sz w:val="16"/>
              </w:rPr>
              <w:t>92</w:t>
            </w:r>
          </w:p>
        </w:tc>
        <w:tc>
          <w:tcPr>
            <w:tcW w:w="1552" w:type="dxa"/>
          </w:tcPr>
          <w:p w14:paraId="62B39B50" w14:textId="77777777" w:rsidR="00666F0A" w:rsidRDefault="00D9002E">
            <w:r>
              <w:rPr>
                <w:sz w:val="16"/>
              </w:rPr>
              <w:t>Culture Page 3 &amp; Song 3</w:t>
            </w:r>
          </w:p>
        </w:tc>
        <w:tc>
          <w:tcPr>
            <w:tcW w:w="2835" w:type="dxa"/>
          </w:tcPr>
          <w:p w14:paraId="1F5A3A96" w14:textId="77777777" w:rsidR="00666F0A" w:rsidRDefault="00D9002E">
            <w:r>
              <w:rPr>
                <w:sz w:val="16"/>
              </w:rPr>
              <w:t>Kráľovská pošta, Pieseň - I'm sorry</w:t>
            </w:r>
          </w:p>
        </w:tc>
        <w:tc>
          <w:tcPr>
            <w:tcW w:w="3024" w:type="dxa"/>
          </w:tcPr>
          <w:p w14:paraId="63863CE5" w14:textId="77777777" w:rsidR="00666F0A" w:rsidRDefault="00D9002E">
            <w:r>
              <w:rPr>
                <w:sz w:val="16"/>
              </w:rPr>
              <w:t>spoznať kultúrne zaujímavosti o Kráľovskej pošte</w:t>
            </w:r>
            <w:r>
              <w:rPr>
                <w:sz w:val="16"/>
              </w:rPr>
              <w:br/>
            </w:r>
            <w:r>
              <w:rPr>
                <w:sz w:val="16"/>
              </w:rPr>
              <w:lastRenderedPageBreak/>
              <w:t>rozvíjať posluchové porozumenie prostredníctvom piesne</w:t>
            </w:r>
            <w:r>
              <w:rPr>
                <w:sz w:val="16"/>
              </w:rPr>
              <w:br/>
              <w:t>porovnať kultúrne tradície rôznych krajín</w:t>
            </w:r>
          </w:p>
        </w:tc>
        <w:tc>
          <w:tcPr>
            <w:tcW w:w="1840" w:type="dxa"/>
          </w:tcPr>
          <w:p w14:paraId="2FDB0412" w14:textId="77777777" w:rsidR="00666F0A" w:rsidRDefault="00666F0A"/>
        </w:tc>
        <w:tc>
          <w:tcPr>
            <w:tcW w:w="1840" w:type="dxa"/>
          </w:tcPr>
          <w:p w14:paraId="0037E914" w14:textId="77777777" w:rsidR="00666F0A" w:rsidRDefault="00666F0A"/>
        </w:tc>
        <w:tc>
          <w:tcPr>
            <w:tcW w:w="1840" w:type="dxa"/>
          </w:tcPr>
          <w:p w14:paraId="7BF56321" w14:textId="77777777" w:rsidR="00666F0A" w:rsidRDefault="00D9002E">
            <w:r>
              <w:rPr>
                <w:sz w:val="16"/>
              </w:rPr>
              <w:t xml:space="preserve">SB IWB &amp; IWB material or audio and audio </w:t>
            </w:r>
            <w:r>
              <w:rPr>
                <w:sz w:val="16"/>
              </w:rPr>
              <w:lastRenderedPageBreak/>
              <w:t>player</w:t>
            </w:r>
          </w:p>
        </w:tc>
      </w:tr>
      <w:tr w:rsidR="00666F0A" w14:paraId="0D86D3E3" w14:textId="77777777" w:rsidTr="007A2E62">
        <w:trPr>
          <w:jc w:val="center"/>
        </w:trPr>
        <w:tc>
          <w:tcPr>
            <w:tcW w:w="960" w:type="dxa"/>
          </w:tcPr>
          <w:p w14:paraId="71CEA4D1" w14:textId="77777777" w:rsidR="00666F0A" w:rsidRDefault="00666F0A"/>
        </w:tc>
        <w:tc>
          <w:tcPr>
            <w:tcW w:w="952" w:type="dxa"/>
          </w:tcPr>
          <w:p w14:paraId="1F95E84E" w14:textId="77777777" w:rsidR="00666F0A" w:rsidRDefault="00D9002E">
            <w:r>
              <w:rPr>
                <w:sz w:val="16"/>
              </w:rPr>
              <w:t>93</w:t>
            </w:r>
          </w:p>
        </w:tc>
        <w:tc>
          <w:tcPr>
            <w:tcW w:w="1552" w:type="dxa"/>
          </w:tcPr>
          <w:p w14:paraId="54FDADE9" w14:textId="77777777" w:rsidR="00666F0A" w:rsidRDefault="00D9002E">
            <w:r>
              <w:rPr>
                <w:sz w:val="16"/>
              </w:rPr>
              <w:t>Me and My country project 6 – Charity, fundraising</w:t>
            </w:r>
          </w:p>
        </w:tc>
        <w:tc>
          <w:tcPr>
            <w:tcW w:w="2835" w:type="dxa"/>
          </w:tcPr>
          <w:p w14:paraId="2305989E" w14:textId="77777777" w:rsidR="00666F0A" w:rsidRDefault="00D9002E">
            <w:r>
              <w:rPr>
                <w:sz w:val="16"/>
              </w:rPr>
              <w:t>Dobročinnosť</w:t>
            </w:r>
          </w:p>
        </w:tc>
        <w:tc>
          <w:tcPr>
            <w:tcW w:w="3024" w:type="dxa"/>
          </w:tcPr>
          <w:p w14:paraId="28BC9820" w14:textId="77777777" w:rsidR="00666F0A" w:rsidRDefault="00D9002E">
            <w:r>
              <w:rPr>
                <w:sz w:val="16"/>
              </w:rPr>
              <w:t>získať informácie o dobročinnosti a charitatívnych aktivitách</w:t>
            </w:r>
            <w:r>
              <w:rPr>
                <w:sz w:val="16"/>
              </w:rPr>
              <w:br/>
              <w:t>pripraviť vlastný projekt</w:t>
            </w:r>
            <w:r>
              <w:rPr>
                <w:sz w:val="16"/>
              </w:rPr>
              <w:br/>
              <w:t>prezentovať výsledky svojej práce</w:t>
            </w:r>
          </w:p>
        </w:tc>
        <w:tc>
          <w:tcPr>
            <w:tcW w:w="1840" w:type="dxa"/>
          </w:tcPr>
          <w:p w14:paraId="6624DC57" w14:textId="77777777" w:rsidR="00666F0A" w:rsidRDefault="00666F0A"/>
        </w:tc>
        <w:tc>
          <w:tcPr>
            <w:tcW w:w="1840" w:type="dxa"/>
          </w:tcPr>
          <w:p w14:paraId="2F25D1D8" w14:textId="77777777" w:rsidR="00666F0A" w:rsidRDefault="00666F0A"/>
        </w:tc>
        <w:tc>
          <w:tcPr>
            <w:tcW w:w="1840" w:type="dxa"/>
          </w:tcPr>
          <w:p w14:paraId="58F015F2" w14:textId="77777777" w:rsidR="00666F0A" w:rsidRDefault="00D9002E">
            <w:r>
              <w:rPr>
                <w:sz w:val="16"/>
              </w:rPr>
              <w:t>Worksheets (teacher’s assistant)</w:t>
            </w:r>
          </w:p>
        </w:tc>
      </w:tr>
      <w:tr w:rsidR="00666F0A" w14:paraId="53DE4272" w14:textId="77777777" w:rsidTr="007A2E62">
        <w:trPr>
          <w:jc w:val="center"/>
        </w:trPr>
        <w:tc>
          <w:tcPr>
            <w:tcW w:w="960" w:type="dxa"/>
          </w:tcPr>
          <w:p w14:paraId="087B5F52" w14:textId="77777777" w:rsidR="00666F0A" w:rsidRDefault="00666F0A"/>
        </w:tc>
        <w:tc>
          <w:tcPr>
            <w:tcW w:w="952" w:type="dxa"/>
          </w:tcPr>
          <w:p w14:paraId="00047495" w14:textId="77777777" w:rsidR="00666F0A" w:rsidRDefault="00D9002E">
            <w:r>
              <w:rPr>
                <w:sz w:val="16"/>
              </w:rPr>
              <w:t>94</w:t>
            </w:r>
          </w:p>
        </w:tc>
        <w:tc>
          <w:tcPr>
            <w:tcW w:w="1552" w:type="dxa"/>
          </w:tcPr>
          <w:p w14:paraId="45F9168D" w14:textId="77777777" w:rsidR="00666F0A" w:rsidRDefault="00D9002E">
            <w:r>
              <w:rPr>
                <w:sz w:val="16"/>
              </w:rPr>
              <w:t>Test Module 6</w:t>
            </w:r>
          </w:p>
        </w:tc>
        <w:tc>
          <w:tcPr>
            <w:tcW w:w="2835" w:type="dxa"/>
          </w:tcPr>
          <w:p w14:paraId="7FE2EF52" w14:textId="77777777" w:rsidR="00666F0A" w:rsidRDefault="00D9002E">
            <w:r>
              <w:rPr>
                <w:sz w:val="16"/>
              </w:rPr>
              <w:t>Hodnotenie pokroku žiakov</w:t>
            </w:r>
          </w:p>
        </w:tc>
        <w:tc>
          <w:tcPr>
            <w:tcW w:w="3024" w:type="dxa"/>
          </w:tcPr>
          <w:p w14:paraId="40040B29" w14:textId="77777777" w:rsidR="00666F0A" w:rsidRDefault="00D9002E">
            <w:r>
              <w:rPr>
                <w:sz w:val="16"/>
              </w:rPr>
              <w:t>preukázať osvojenie slovnej zásoby a gramatiky modulu</w:t>
            </w:r>
            <w:r>
              <w:rPr>
                <w:sz w:val="16"/>
              </w:rPr>
              <w:br/>
            </w:r>
            <w:r>
              <w:rPr>
                <w:sz w:val="16"/>
              </w:rPr>
              <w:t>aplikovať získané vedomosti pri riešení úloh</w:t>
            </w:r>
            <w:r>
              <w:rPr>
                <w:sz w:val="16"/>
              </w:rPr>
              <w:br/>
              <w:t>samostatne riešiť testové zadania</w:t>
            </w:r>
          </w:p>
        </w:tc>
        <w:tc>
          <w:tcPr>
            <w:tcW w:w="1840" w:type="dxa"/>
          </w:tcPr>
          <w:p w14:paraId="762CECCC" w14:textId="77777777" w:rsidR="00666F0A" w:rsidRDefault="00666F0A"/>
        </w:tc>
        <w:tc>
          <w:tcPr>
            <w:tcW w:w="1840" w:type="dxa"/>
          </w:tcPr>
          <w:p w14:paraId="34854433" w14:textId="77777777" w:rsidR="00666F0A" w:rsidRDefault="00666F0A"/>
        </w:tc>
        <w:tc>
          <w:tcPr>
            <w:tcW w:w="1840" w:type="dxa"/>
          </w:tcPr>
          <w:p w14:paraId="77961631" w14:textId="77777777" w:rsidR="00666F0A" w:rsidRDefault="00D9002E">
            <w:r>
              <w:rPr>
                <w:sz w:val="16"/>
              </w:rPr>
              <w:t>Module tests (teacher’s assistant)</w:t>
            </w:r>
          </w:p>
        </w:tc>
      </w:tr>
      <w:tr w:rsidR="00666F0A" w14:paraId="322C3EAE" w14:textId="77777777" w:rsidTr="007A2E62">
        <w:trPr>
          <w:jc w:val="center"/>
        </w:trPr>
        <w:tc>
          <w:tcPr>
            <w:tcW w:w="960" w:type="dxa"/>
          </w:tcPr>
          <w:p w14:paraId="10A7F7F1" w14:textId="77777777" w:rsidR="00666F0A" w:rsidRDefault="00666F0A"/>
        </w:tc>
        <w:tc>
          <w:tcPr>
            <w:tcW w:w="952" w:type="dxa"/>
          </w:tcPr>
          <w:p w14:paraId="16DF9AF1" w14:textId="77777777" w:rsidR="00666F0A" w:rsidRDefault="00D9002E">
            <w:r>
              <w:rPr>
                <w:sz w:val="16"/>
              </w:rPr>
              <w:t>95</w:t>
            </w:r>
          </w:p>
        </w:tc>
        <w:tc>
          <w:tcPr>
            <w:tcW w:w="1552" w:type="dxa"/>
          </w:tcPr>
          <w:p w14:paraId="1B47C07B" w14:textId="77777777" w:rsidR="00666F0A" w:rsidRDefault="00D9002E">
            <w:r>
              <w:rPr>
                <w:sz w:val="16"/>
              </w:rPr>
              <w:t>Video Module 6</w:t>
            </w:r>
          </w:p>
        </w:tc>
        <w:tc>
          <w:tcPr>
            <w:tcW w:w="2835" w:type="dxa"/>
          </w:tcPr>
          <w:p w14:paraId="2AAFF99D" w14:textId="77777777" w:rsidR="00666F0A" w:rsidRDefault="00D9002E">
            <w:r>
              <w:rPr>
                <w:sz w:val="16"/>
              </w:rPr>
              <w:t>Videolekcia - Taliansko</w:t>
            </w:r>
          </w:p>
        </w:tc>
        <w:tc>
          <w:tcPr>
            <w:tcW w:w="3024" w:type="dxa"/>
          </w:tcPr>
          <w:p w14:paraId="3C07C817" w14:textId="77777777" w:rsidR="00666F0A" w:rsidRDefault="00D9002E">
            <w:r>
              <w:rPr>
                <w:sz w:val="16"/>
              </w:rPr>
              <w:t>porozumieť obsahu videa o Taliansku</w:t>
            </w:r>
            <w:r>
              <w:rPr>
                <w:sz w:val="16"/>
              </w:rPr>
              <w:br/>
              <w:t>upevniť slovnú zásobu a gramatické štruktúry v autentickom kontexte</w:t>
            </w:r>
            <w:r>
              <w:rPr>
                <w:sz w:val="16"/>
              </w:rPr>
              <w:br/>
              <w:t>rozšíriť poznatky o reáliách Talianska</w:t>
            </w:r>
          </w:p>
        </w:tc>
        <w:tc>
          <w:tcPr>
            <w:tcW w:w="1840" w:type="dxa"/>
          </w:tcPr>
          <w:p w14:paraId="1193DBD9" w14:textId="77777777" w:rsidR="00666F0A" w:rsidRDefault="00666F0A"/>
        </w:tc>
        <w:tc>
          <w:tcPr>
            <w:tcW w:w="1840" w:type="dxa"/>
          </w:tcPr>
          <w:p w14:paraId="7065BDDD" w14:textId="77777777" w:rsidR="00666F0A" w:rsidRDefault="00666F0A"/>
        </w:tc>
        <w:tc>
          <w:tcPr>
            <w:tcW w:w="1840" w:type="dxa"/>
          </w:tcPr>
          <w:p w14:paraId="0A31C3AB" w14:textId="77777777" w:rsidR="00666F0A" w:rsidRDefault="00D9002E">
            <w:r>
              <w:rPr>
                <w:sz w:val="16"/>
              </w:rPr>
              <w:t>SB IWB &amp; IWB material</w:t>
            </w:r>
          </w:p>
        </w:tc>
      </w:tr>
      <w:tr w:rsidR="00666F0A" w14:paraId="496708DE" w14:textId="77777777" w:rsidTr="007A2E62">
        <w:trPr>
          <w:jc w:val="center"/>
        </w:trPr>
        <w:tc>
          <w:tcPr>
            <w:tcW w:w="960" w:type="dxa"/>
          </w:tcPr>
          <w:p w14:paraId="666D5E98" w14:textId="77777777" w:rsidR="00666F0A" w:rsidRDefault="00666F0A"/>
        </w:tc>
        <w:tc>
          <w:tcPr>
            <w:tcW w:w="952" w:type="dxa"/>
          </w:tcPr>
          <w:p w14:paraId="0CD2CEB4" w14:textId="77777777" w:rsidR="00666F0A" w:rsidRDefault="00D9002E">
            <w:r>
              <w:rPr>
                <w:sz w:val="16"/>
              </w:rPr>
              <w:t>96</w:t>
            </w:r>
          </w:p>
        </w:tc>
        <w:tc>
          <w:tcPr>
            <w:tcW w:w="1552" w:type="dxa"/>
          </w:tcPr>
          <w:p w14:paraId="0E508EEF" w14:textId="77777777" w:rsidR="00666F0A" w:rsidRDefault="00D9002E">
            <w:r>
              <w:rPr>
                <w:sz w:val="16"/>
              </w:rPr>
              <w:t>Revision modules 1-6</w:t>
            </w:r>
          </w:p>
        </w:tc>
        <w:tc>
          <w:tcPr>
            <w:tcW w:w="2835" w:type="dxa"/>
          </w:tcPr>
          <w:p w14:paraId="43881B80" w14:textId="77777777" w:rsidR="00666F0A" w:rsidRDefault="00D9002E">
            <w:r>
              <w:rPr>
                <w:sz w:val="16"/>
              </w:rPr>
              <w:t>Zhrnutie učiva</w:t>
            </w:r>
          </w:p>
        </w:tc>
        <w:tc>
          <w:tcPr>
            <w:tcW w:w="3024" w:type="dxa"/>
          </w:tcPr>
          <w:p w14:paraId="5793CB93" w14:textId="77777777" w:rsidR="00666F0A" w:rsidRDefault="00D9002E">
            <w:r>
              <w:rPr>
                <w:sz w:val="16"/>
              </w:rPr>
              <w:t>zopakovať slovnú zásobu celého kurzu</w:t>
            </w:r>
            <w:r>
              <w:rPr>
                <w:sz w:val="16"/>
              </w:rPr>
              <w:br/>
              <w:t>upevniť gramatické štruktúry všetkých modulov</w:t>
            </w:r>
            <w:r>
              <w:rPr>
                <w:sz w:val="16"/>
              </w:rPr>
              <w:br/>
              <w:t>precvičiť komunikačné situácie</w:t>
            </w:r>
          </w:p>
        </w:tc>
        <w:tc>
          <w:tcPr>
            <w:tcW w:w="1840" w:type="dxa"/>
          </w:tcPr>
          <w:p w14:paraId="5BF5AA95" w14:textId="77777777" w:rsidR="00666F0A" w:rsidRDefault="00666F0A"/>
        </w:tc>
        <w:tc>
          <w:tcPr>
            <w:tcW w:w="1840" w:type="dxa"/>
          </w:tcPr>
          <w:p w14:paraId="7A9DEA58" w14:textId="77777777" w:rsidR="00666F0A" w:rsidRDefault="00666F0A"/>
        </w:tc>
        <w:tc>
          <w:tcPr>
            <w:tcW w:w="1840" w:type="dxa"/>
          </w:tcPr>
          <w:p w14:paraId="17343878" w14:textId="77777777" w:rsidR="00666F0A" w:rsidRDefault="00D9002E">
            <w:r>
              <w:rPr>
                <w:sz w:val="16"/>
              </w:rPr>
              <w:t>SB IWB &amp; IWB material or audio and audio player If necessary, WB (extra grammar practice)</w:t>
            </w:r>
          </w:p>
        </w:tc>
      </w:tr>
      <w:tr w:rsidR="00666F0A" w14:paraId="2B80A3E0" w14:textId="77777777" w:rsidTr="007A2E62">
        <w:trPr>
          <w:jc w:val="center"/>
        </w:trPr>
        <w:tc>
          <w:tcPr>
            <w:tcW w:w="960" w:type="dxa"/>
          </w:tcPr>
          <w:p w14:paraId="10CC0C1C" w14:textId="77777777" w:rsidR="00666F0A" w:rsidRDefault="00666F0A"/>
        </w:tc>
        <w:tc>
          <w:tcPr>
            <w:tcW w:w="952" w:type="dxa"/>
          </w:tcPr>
          <w:p w14:paraId="7EF95161" w14:textId="77777777" w:rsidR="00666F0A" w:rsidRDefault="00D9002E">
            <w:r>
              <w:rPr>
                <w:sz w:val="16"/>
              </w:rPr>
              <w:t>97</w:t>
            </w:r>
          </w:p>
        </w:tc>
        <w:tc>
          <w:tcPr>
            <w:tcW w:w="1552" w:type="dxa"/>
          </w:tcPr>
          <w:p w14:paraId="3DB3F3D2" w14:textId="77777777" w:rsidR="00666F0A" w:rsidRDefault="00D9002E">
            <w:r>
              <w:rPr>
                <w:sz w:val="16"/>
              </w:rPr>
              <w:t>Revision modules 1-6</w:t>
            </w:r>
          </w:p>
        </w:tc>
        <w:tc>
          <w:tcPr>
            <w:tcW w:w="2835" w:type="dxa"/>
          </w:tcPr>
          <w:p w14:paraId="3B9D8340" w14:textId="77777777" w:rsidR="00666F0A" w:rsidRDefault="00D9002E">
            <w:r>
              <w:rPr>
                <w:sz w:val="16"/>
              </w:rPr>
              <w:t>Sebahodnotenie</w:t>
            </w:r>
          </w:p>
        </w:tc>
        <w:tc>
          <w:tcPr>
            <w:tcW w:w="3024" w:type="dxa"/>
          </w:tcPr>
          <w:p w14:paraId="24C0FE6D" w14:textId="77777777" w:rsidR="00666F0A" w:rsidRDefault="00D9002E">
            <w:r>
              <w:rPr>
                <w:sz w:val="16"/>
              </w:rPr>
              <w:t>zhodnotiť úroveň svojich vedomostí</w:t>
            </w:r>
            <w:r>
              <w:rPr>
                <w:sz w:val="16"/>
              </w:rPr>
              <w:br/>
              <w:t>identifikovať oblasti, ktoré je potrebné zlepšiť</w:t>
            </w:r>
            <w:r>
              <w:rPr>
                <w:sz w:val="16"/>
              </w:rPr>
              <w:br/>
              <w:t>pripraviť sa na záverečné hodnotenie</w:t>
            </w:r>
          </w:p>
        </w:tc>
        <w:tc>
          <w:tcPr>
            <w:tcW w:w="1840" w:type="dxa"/>
          </w:tcPr>
          <w:p w14:paraId="1AED5CB7" w14:textId="77777777" w:rsidR="00666F0A" w:rsidRDefault="00666F0A"/>
        </w:tc>
        <w:tc>
          <w:tcPr>
            <w:tcW w:w="1840" w:type="dxa"/>
          </w:tcPr>
          <w:p w14:paraId="1F0A860A" w14:textId="77777777" w:rsidR="00666F0A" w:rsidRDefault="00666F0A"/>
        </w:tc>
        <w:tc>
          <w:tcPr>
            <w:tcW w:w="1840" w:type="dxa"/>
          </w:tcPr>
          <w:p w14:paraId="71C4F1E4" w14:textId="77777777" w:rsidR="00666F0A" w:rsidRDefault="00666F0A"/>
        </w:tc>
      </w:tr>
      <w:tr w:rsidR="00666F0A" w14:paraId="3D502688" w14:textId="77777777" w:rsidTr="007A2E62">
        <w:trPr>
          <w:jc w:val="center"/>
        </w:trPr>
        <w:tc>
          <w:tcPr>
            <w:tcW w:w="960" w:type="dxa"/>
          </w:tcPr>
          <w:p w14:paraId="011B9F85" w14:textId="77777777" w:rsidR="00666F0A" w:rsidRDefault="00666F0A"/>
        </w:tc>
        <w:tc>
          <w:tcPr>
            <w:tcW w:w="952" w:type="dxa"/>
          </w:tcPr>
          <w:p w14:paraId="1BC36E50" w14:textId="77777777" w:rsidR="00666F0A" w:rsidRDefault="00D9002E">
            <w:r>
              <w:rPr>
                <w:sz w:val="16"/>
              </w:rPr>
              <w:t>98</w:t>
            </w:r>
          </w:p>
        </w:tc>
        <w:tc>
          <w:tcPr>
            <w:tcW w:w="1552" w:type="dxa"/>
          </w:tcPr>
          <w:p w14:paraId="336BA0FF" w14:textId="77777777" w:rsidR="00666F0A" w:rsidRDefault="00D9002E">
            <w:r>
              <w:rPr>
                <w:sz w:val="16"/>
              </w:rPr>
              <w:t>Final test</w:t>
            </w:r>
          </w:p>
        </w:tc>
        <w:tc>
          <w:tcPr>
            <w:tcW w:w="2835" w:type="dxa"/>
          </w:tcPr>
          <w:p w14:paraId="430C22E0" w14:textId="77777777" w:rsidR="00666F0A" w:rsidRDefault="00D9002E">
            <w:r>
              <w:rPr>
                <w:sz w:val="16"/>
              </w:rPr>
              <w:t>Hodnotenie pokroku žiakov</w:t>
            </w:r>
          </w:p>
        </w:tc>
        <w:tc>
          <w:tcPr>
            <w:tcW w:w="3024" w:type="dxa"/>
          </w:tcPr>
          <w:p w14:paraId="43A2D177" w14:textId="77777777" w:rsidR="00666F0A" w:rsidRDefault="00D9002E">
            <w:r>
              <w:rPr>
                <w:sz w:val="16"/>
              </w:rPr>
              <w:t>preukázať osvojenie učiva celého kurzu</w:t>
            </w:r>
            <w:r>
              <w:rPr>
                <w:sz w:val="16"/>
              </w:rPr>
              <w:br/>
              <w:t>aplikovať získané vedomosti pri riešení testových úloh</w:t>
            </w:r>
            <w:r>
              <w:rPr>
                <w:sz w:val="16"/>
              </w:rPr>
              <w:br/>
              <w:t>zhodnotiť dosiahnutú úroveň jazykových zručností</w:t>
            </w:r>
          </w:p>
        </w:tc>
        <w:tc>
          <w:tcPr>
            <w:tcW w:w="1840" w:type="dxa"/>
          </w:tcPr>
          <w:p w14:paraId="584A9B8B" w14:textId="77777777" w:rsidR="00666F0A" w:rsidRDefault="00666F0A"/>
        </w:tc>
        <w:tc>
          <w:tcPr>
            <w:tcW w:w="1840" w:type="dxa"/>
          </w:tcPr>
          <w:p w14:paraId="413E111E" w14:textId="77777777" w:rsidR="00666F0A" w:rsidRDefault="00666F0A"/>
        </w:tc>
        <w:tc>
          <w:tcPr>
            <w:tcW w:w="1840" w:type="dxa"/>
          </w:tcPr>
          <w:p w14:paraId="05237BC7" w14:textId="77777777" w:rsidR="00666F0A" w:rsidRDefault="00D9002E">
            <w:r>
              <w:rPr>
                <w:sz w:val="16"/>
              </w:rPr>
              <w:t>Final tests (teacher’s assistant)</w:t>
            </w:r>
          </w:p>
        </w:tc>
      </w:tr>
      <w:tr w:rsidR="00666F0A" w14:paraId="5F9F761C" w14:textId="77777777" w:rsidTr="007A2E62">
        <w:trPr>
          <w:jc w:val="center"/>
        </w:trPr>
        <w:tc>
          <w:tcPr>
            <w:tcW w:w="960" w:type="dxa"/>
          </w:tcPr>
          <w:p w14:paraId="46E313CF" w14:textId="77777777" w:rsidR="00666F0A" w:rsidRDefault="00666F0A"/>
        </w:tc>
        <w:tc>
          <w:tcPr>
            <w:tcW w:w="952" w:type="dxa"/>
          </w:tcPr>
          <w:p w14:paraId="107BD554" w14:textId="77777777" w:rsidR="00666F0A" w:rsidRDefault="00D9002E">
            <w:r>
              <w:rPr>
                <w:sz w:val="16"/>
              </w:rPr>
              <w:t>99</w:t>
            </w:r>
          </w:p>
        </w:tc>
        <w:tc>
          <w:tcPr>
            <w:tcW w:w="1552" w:type="dxa"/>
          </w:tcPr>
          <w:p w14:paraId="79B3A4EB" w14:textId="77777777" w:rsidR="00666F0A" w:rsidRDefault="00D9002E">
            <w:r>
              <w:rPr>
                <w:sz w:val="16"/>
              </w:rPr>
              <w:t>End-of-course evaluation</w:t>
            </w:r>
          </w:p>
        </w:tc>
        <w:tc>
          <w:tcPr>
            <w:tcW w:w="2835" w:type="dxa"/>
          </w:tcPr>
          <w:p w14:paraId="7BCACE6B" w14:textId="77777777" w:rsidR="00666F0A" w:rsidRDefault="00D9002E">
            <w:r>
              <w:rPr>
                <w:sz w:val="16"/>
              </w:rPr>
              <w:t>Koncoročné hodnotenie</w:t>
            </w:r>
          </w:p>
        </w:tc>
        <w:tc>
          <w:tcPr>
            <w:tcW w:w="3024" w:type="dxa"/>
          </w:tcPr>
          <w:p w14:paraId="2E5DD33C" w14:textId="77777777" w:rsidR="00666F0A" w:rsidRDefault="00D9002E">
            <w:r>
              <w:rPr>
                <w:sz w:val="16"/>
              </w:rPr>
              <w:t>zhodnotiť vlastný pokrok počas kurzu</w:t>
            </w:r>
            <w:r>
              <w:rPr>
                <w:sz w:val="16"/>
              </w:rPr>
              <w:br/>
              <w:t>reflektovať svoje silné stránky a oblasti na zlepšenie</w:t>
            </w:r>
            <w:r>
              <w:rPr>
                <w:sz w:val="16"/>
              </w:rPr>
              <w:br/>
              <w:t>stanoviť si ciele pre ďalšie jazykové vzdelávanie</w:t>
            </w:r>
          </w:p>
        </w:tc>
        <w:tc>
          <w:tcPr>
            <w:tcW w:w="1840" w:type="dxa"/>
          </w:tcPr>
          <w:p w14:paraId="607D8215" w14:textId="77777777" w:rsidR="00666F0A" w:rsidRDefault="00666F0A"/>
        </w:tc>
        <w:tc>
          <w:tcPr>
            <w:tcW w:w="1840" w:type="dxa"/>
          </w:tcPr>
          <w:p w14:paraId="49F43EF0" w14:textId="77777777" w:rsidR="00666F0A" w:rsidRDefault="00666F0A"/>
        </w:tc>
        <w:tc>
          <w:tcPr>
            <w:tcW w:w="1840" w:type="dxa"/>
          </w:tcPr>
          <w:p w14:paraId="3A1F58D3" w14:textId="77777777" w:rsidR="00666F0A" w:rsidRDefault="00666F0A"/>
        </w:tc>
      </w:tr>
    </w:tbl>
    <w:p w14:paraId="0382F9C0" w14:textId="77777777" w:rsidR="00D9002E" w:rsidRDefault="00D9002E"/>
    <w:sectPr w:rsidR="00D9002E" w:rsidSect="00034616">
      <w:pgSz w:w="15840" w:h="12240" w:orient="landscape"/>
      <w:pgMar w:top="560" w:right="560" w:bottom="560" w:left="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81978881">
    <w:abstractNumId w:val="8"/>
  </w:num>
  <w:num w:numId="2" w16cid:durableId="916940777">
    <w:abstractNumId w:val="6"/>
  </w:num>
  <w:num w:numId="3" w16cid:durableId="2068262384">
    <w:abstractNumId w:val="5"/>
  </w:num>
  <w:num w:numId="4" w16cid:durableId="984967618">
    <w:abstractNumId w:val="4"/>
  </w:num>
  <w:num w:numId="5" w16cid:durableId="1121803033">
    <w:abstractNumId w:val="7"/>
  </w:num>
  <w:num w:numId="6" w16cid:durableId="298534182">
    <w:abstractNumId w:val="3"/>
  </w:num>
  <w:num w:numId="7" w16cid:durableId="1364020629">
    <w:abstractNumId w:val="2"/>
  </w:num>
  <w:num w:numId="8" w16cid:durableId="93677588">
    <w:abstractNumId w:val="1"/>
  </w:num>
  <w:num w:numId="9" w16cid:durableId="133241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50F0"/>
    <w:rsid w:val="0029639D"/>
    <w:rsid w:val="00326F90"/>
    <w:rsid w:val="00666F0A"/>
    <w:rsid w:val="007A2E62"/>
    <w:rsid w:val="00AA1D8D"/>
    <w:rsid w:val="00B47730"/>
    <w:rsid w:val="00CB0664"/>
    <w:rsid w:val="00D9002E"/>
    <w:rsid w:val="00FC693F"/>
    <w:rsid w:val="00FD6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D3BA3"/>
  <w14:defaultImageDpi w14:val="300"/>
  <w15:docId w15:val="{283F3C91-30F7-4FD5-99B7-74424C3C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5148</Words>
  <Characters>29346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Silvia Nágel</cp:lastModifiedBy>
  <cp:revision>2</cp:revision>
  <dcterms:created xsi:type="dcterms:W3CDTF">2026-07-16T08:41:00Z</dcterms:created>
  <dcterms:modified xsi:type="dcterms:W3CDTF">2026-07-16T08:41:00Z</dcterms:modified>
  <cp:category/>
</cp:coreProperties>
</file>