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37B81" w14:textId="77777777" w:rsidR="009C1543" w:rsidRPr="00DC5C33" w:rsidRDefault="009C1543" w:rsidP="009C1543">
      <w:pPr>
        <w:keepNext/>
        <w:keepLines/>
        <w:spacing w:before="480" w:after="0"/>
        <w:jc w:val="center"/>
        <w:outlineLvl w:val="0"/>
        <w:rPr>
          <w:rFonts w:eastAsiaTheme="majorEastAsia" w:cstheme="majorBidi"/>
          <w:b/>
          <w:bCs/>
          <w:color w:val="6373BA"/>
          <w:sz w:val="28"/>
          <w:szCs w:val="28"/>
        </w:rPr>
      </w:pPr>
      <w:proofErr w:type="spellStart"/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>Odporúčaný</w:t>
      </w:r>
      <w:proofErr w:type="spellEnd"/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 xml:space="preserve"> </w:t>
      </w:r>
      <w:proofErr w:type="spellStart"/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>tematický</w:t>
      </w:r>
      <w:proofErr w:type="spellEnd"/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 xml:space="preserve"> </w:t>
      </w:r>
      <w:proofErr w:type="spellStart"/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>výchovno-vzdelávací</w:t>
      </w:r>
      <w:proofErr w:type="spellEnd"/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 xml:space="preserve"> </w:t>
      </w:r>
      <w:proofErr w:type="spellStart"/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>pl</w:t>
      </w:r>
      <w:r>
        <w:rPr>
          <w:rFonts w:eastAsiaTheme="majorEastAsia" w:cstheme="majorBidi"/>
          <w:b/>
          <w:bCs/>
          <w:color w:val="6373BA"/>
          <w:sz w:val="28"/>
          <w:szCs w:val="28"/>
        </w:rPr>
        <w:t>á</w:t>
      </w:r>
      <w:r w:rsidRPr="00DC5C33">
        <w:rPr>
          <w:rFonts w:eastAsiaTheme="majorEastAsia" w:cstheme="majorBidi"/>
          <w:b/>
          <w:bCs/>
          <w:color w:val="6373BA"/>
          <w:sz w:val="28"/>
          <w:szCs w:val="28"/>
        </w:rPr>
        <w:t>n</w:t>
      </w:r>
      <w:proofErr w:type="spellEnd"/>
    </w:p>
    <w:p w14:paraId="1555CB97" w14:textId="77777777" w:rsidR="009C1543" w:rsidRPr="00DC5C33" w:rsidRDefault="009C1543" w:rsidP="009C1543"/>
    <w:p w14:paraId="17702B50" w14:textId="77777777" w:rsidR="009C1543" w:rsidRPr="00DC5C33" w:rsidRDefault="009C1543" w:rsidP="009C1543"/>
    <w:p w14:paraId="453A4C2B" w14:textId="77777777" w:rsidR="009C1543" w:rsidRPr="00DC5C33" w:rsidRDefault="009C1543" w:rsidP="009C1543"/>
    <w:p w14:paraId="6888D89F" w14:textId="77777777" w:rsidR="009C1543" w:rsidRPr="00DC5C33" w:rsidRDefault="009C1543" w:rsidP="009C1543"/>
    <w:p w14:paraId="64EB4525" w14:textId="77777777" w:rsidR="009C1543" w:rsidRPr="00DC5C33" w:rsidRDefault="009C1543" w:rsidP="009C1543">
      <w:pPr>
        <w:rPr>
          <w:b/>
          <w:bCs/>
          <w:color w:val="6373BA"/>
        </w:rPr>
      </w:pPr>
      <w:proofErr w:type="spellStart"/>
      <w:r w:rsidRPr="00DC5C33">
        <w:rPr>
          <w:b/>
          <w:bCs/>
          <w:color w:val="6373BA"/>
        </w:rPr>
        <w:t>Vzdelávacia</w:t>
      </w:r>
      <w:proofErr w:type="spellEnd"/>
      <w:r w:rsidRPr="00DC5C33">
        <w:rPr>
          <w:b/>
          <w:bCs/>
          <w:color w:val="6373BA"/>
        </w:rPr>
        <w:t xml:space="preserve"> oblast:</w:t>
      </w:r>
      <w:r w:rsidRPr="00DC5C33">
        <w:rPr>
          <w:b/>
          <w:bCs/>
          <w:color w:val="6373BA"/>
        </w:rPr>
        <w:tab/>
      </w:r>
      <w:r w:rsidRPr="00DC5C33">
        <w:rPr>
          <w:b/>
          <w:bCs/>
          <w:color w:val="6373BA"/>
        </w:rPr>
        <w:tab/>
      </w:r>
      <w:r w:rsidRPr="00DC5C33">
        <w:rPr>
          <w:b/>
          <w:bCs/>
          <w:color w:val="6373BA"/>
        </w:rPr>
        <w:tab/>
      </w:r>
      <w:proofErr w:type="spellStart"/>
      <w:r w:rsidRPr="00DC5C33">
        <w:rPr>
          <w:b/>
          <w:bCs/>
        </w:rPr>
        <w:t>Jazyk</w:t>
      </w:r>
      <w:proofErr w:type="spellEnd"/>
      <w:r w:rsidRPr="00DC5C33">
        <w:rPr>
          <w:b/>
          <w:bCs/>
        </w:rPr>
        <w:t xml:space="preserve"> a </w:t>
      </w:r>
      <w:proofErr w:type="spellStart"/>
      <w:r w:rsidRPr="00DC5C33">
        <w:rPr>
          <w:b/>
          <w:bCs/>
        </w:rPr>
        <w:t>komunikácia</w:t>
      </w:r>
      <w:proofErr w:type="spellEnd"/>
    </w:p>
    <w:p w14:paraId="30C8802C" w14:textId="77777777" w:rsidR="009C1543" w:rsidRPr="00DC5C33" w:rsidRDefault="009C1543" w:rsidP="009C1543">
      <w:pPr>
        <w:rPr>
          <w:b/>
          <w:bCs/>
          <w:color w:val="6373BA"/>
        </w:rPr>
      </w:pPr>
      <w:proofErr w:type="spellStart"/>
      <w:r w:rsidRPr="00DC5C33">
        <w:rPr>
          <w:b/>
          <w:bCs/>
          <w:color w:val="6373BA"/>
        </w:rPr>
        <w:t>Predmet</w:t>
      </w:r>
      <w:proofErr w:type="spellEnd"/>
      <w:r w:rsidRPr="00DC5C33">
        <w:rPr>
          <w:b/>
          <w:bCs/>
          <w:color w:val="6373BA"/>
        </w:rPr>
        <w:t>:</w:t>
      </w:r>
      <w:r w:rsidRPr="00DC5C33">
        <w:rPr>
          <w:b/>
          <w:bCs/>
          <w:color w:val="6373BA"/>
        </w:rPr>
        <w:tab/>
      </w:r>
      <w:r w:rsidRPr="00DC5C33">
        <w:rPr>
          <w:b/>
          <w:bCs/>
          <w:color w:val="6373BA"/>
        </w:rPr>
        <w:tab/>
      </w:r>
      <w:r w:rsidRPr="00DC5C33">
        <w:rPr>
          <w:b/>
          <w:bCs/>
          <w:color w:val="6373BA"/>
        </w:rPr>
        <w:tab/>
      </w:r>
      <w:r w:rsidRPr="00DC5C33">
        <w:rPr>
          <w:b/>
          <w:bCs/>
          <w:color w:val="6373BA"/>
        </w:rPr>
        <w:tab/>
      </w:r>
      <w:proofErr w:type="spellStart"/>
      <w:r w:rsidRPr="00DC5C33">
        <w:rPr>
          <w:b/>
          <w:bCs/>
        </w:rPr>
        <w:t>anglický</w:t>
      </w:r>
      <w:proofErr w:type="spellEnd"/>
      <w:r w:rsidRPr="00DC5C33">
        <w:rPr>
          <w:b/>
          <w:bCs/>
        </w:rPr>
        <w:t xml:space="preserve"> </w:t>
      </w:r>
      <w:proofErr w:type="spellStart"/>
      <w:r w:rsidRPr="00DC5C33">
        <w:rPr>
          <w:b/>
          <w:bCs/>
        </w:rPr>
        <w:t>jazyk</w:t>
      </w:r>
      <w:proofErr w:type="spellEnd"/>
    </w:p>
    <w:p w14:paraId="16E9E8C3" w14:textId="77777777" w:rsidR="009C1543" w:rsidRPr="00DC5C33" w:rsidRDefault="009C1543" w:rsidP="009C1543">
      <w:pPr>
        <w:rPr>
          <w:b/>
          <w:bCs/>
          <w:color w:val="6373BA"/>
        </w:rPr>
      </w:pPr>
      <w:proofErr w:type="spellStart"/>
      <w:r w:rsidRPr="00DC5C33">
        <w:rPr>
          <w:b/>
          <w:bCs/>
          <w:color w:val="6373BA"/>
        </w:rPr>
        <w:t>Ročník</w:t>
      </w:r>
      <w:proofErr w:type="spellEnd"/>
      <w:r w:rsidRPr="00DC5C33">
        <w:rPr>
          <w:b/>
          <w:bCs/>
          <w:color w:val="6373BA"/>
        </w:rPr>
        <w:t>:</w:t>
      </w:r>
      <w:r w:rsidRPr="00DC5C33">
        <w:rPr>
          <w:b/>
          <w:bCs/>
          <w:color w:val="6373BA"/>
        </w:rPr>
        <w:tab/>
      </w:r>
      <w:r w:rsidRPr="00DC5C33">
        <w:rPr>
          <w:b/>
          <w:bCs/>
          <w:color w:val="6373BA"/>
        </w:rPr>
        <w:tab/>
      </w:r>
      <w:r w:rsidRPr="00DC5C33">
        <w:rPr>
          <w:b/>
          <w:bCs/>
          <w:color w:val="6373BA"/>
        </w:rPr>
        <w:tab/>
      </w:r>
      <w:r w:rsidRPr="00DC5C33">
        <w:rPr>
          <w:b/>
          <w:bCs/>
          <w:color w:val="6373BA"/>
        </w:rPr>
        <w:tab/>
      </w:r>
    </w:p>
    <w:p w14:paraId="26932CF9" w14:textId="77777777" w:rsidR="009C1543" w:rsidRPr="00DC5C33" w:rsidRDefault="009C1543" w:rsidP="009C1543">
      <w:pPr>
        <w:rPr>
          <w:b/>
          <w:bCs/>
          <w:color w:val="6373BA"/>
        </w:rPr>
      </w:pPr>
      <w:proofErr w:type="spellStart"/>
      <w:r w:rsidRPr="00DC5C33">
        <w:rPr>
          <w:b/>
          <w:bCs/>
          <w:color w:val="6373BA"/>
        </w:rPr>
        <w:t>Trieda</w:t>
      </w:r>
      <w:proofErr w:type="spellEnd"/>
      <w:r w:rsidRPr="00DC5C33">
        <w:rPr>
          <w:b/>
          <w:bCs/>
          <w:color w:val="6373BA"/>
        </w:rPr>
        <w:t>:</w:t>
      </w:r>
    </w:p>
    <w:p w14:paraId="773125C5" w14:textId="3CC1A9CC" w:rsidR="009C1543" w:rsidRPr="00D036DB" w:rsidRDefault="009C1543" w:rsidP="009C1543">
      <w:pPr>
        <w:rPr>
          <w:color w:val="6373BA"/>
          <w:lang w:val="en-GB"/>
        </w:rPr>
      </w:pPr>
      <w:r w:rsidRPr="00DC5C33">
        <w:rPr>
          <w:b/>
          <w:bCs/>
          <w:color w:val="6373BA"/>
        </w:rPr>
        <w:t>Ročná/</w:t>
      </w:r>
      <w:proofErr w:type="spellStart"/>
      <w:r w:rsidRPr="00DC5C33">
        <w:rPr>
          <w:b/>
          <w:bCs/>
          <w:color w:val="6373BA"/>
        </w:rPr>
        <w:t>týždenná</w:t>
      </w:r>
      <w:proofErr w:type="spellEnd"/>
      <w:r w:rsidRPr="00DC5C33">
        <w:rPr>
          <w:b/>
          <w:bCs/>
          <w:color w:val="6373BA"/>
        </w:rPr>
        <w:t xml:space="preserve"> </w:t>
      </w:r>
      <w:proofErr w:type="spellStart"/>
      <w:r w:rsidRPr="00DC5C33">
        <w:rPr>
          <w:b/>
          <w:bCs/>
          <w:color w:val="6373BA"/>
        </w:rPr>
        <w:t>hodinová</w:t>
      </w:r>
      <w:proofErr w:type="spellEnd"/>
      <w:r w:rsidRPr="00DC5C33">
        <w:rPr>
          <w:b/>
          <w:bCs/>
          <w:color w:val="6373BA"/>
        </w:rPr>
        <w:t xml:space="preserve"> </w:t>
      </w:r>
      <w:proofErr w:type="spellStart"/>
      <w:r w:rsidRPr="00DC5C33">
        <w:rPr>
          <w:b/>
          <w:bCs/>
          <w:color w:val="6373BA"/>
        </w:rPr>
        <w:t>dotácia</w:t>
      </w:r>
      <w:proofErr w:type="spellEnd"/>
      <w:r w:rsidRPr="00DC5C33">
        <w:rPr>
          <w:b/>
          <w:bCs/>
          <w:color w:val="6373BA"/>
        </w:rPr>
        <w:t>:</w:t>
      </w:r>
      <w:r w:rsidRPr="00DC5C33">
        <w:rPr>
          <w:b/>
          <w:bCs/>
          <w:color w:val="6373BA"/>
        </w:rPr>
        <w:tab/>
      </w:r>
      <w:r>
        <w:rPr>
          <w:b/>
          <w:bCs/>
        </w:rPr>
        <w:t>136/4</w:t>
      </w:r>
    </w:p>
    <w:p w14:paraId="3382E430" w14:textId="77777777" w:rsidR="009C1543" w:rsidRPr="00DC5C33" w:rsidRDefault="009C1543" w:rsidP="009C1543">
      <w:pPr>
        <w:rPr>
          <w:b/>
          <w:bCs/>
          <w:color w:val="6373BA"/>
        </w:rPr>
      </w:pPr>
      <w:proofErr w:type="spellStart"/>
      <w:r w:rsidRPr="00DC5C33">
        <w:rPr>
          <w:b/>
          <w:bCs/>
          <w:color w:val="6373BA"/>
        </w:rPr>
        <w:t>Školský</w:t>
      </w:r>
      <w:proofErr w:type="spellEnd"/>
      <w:r w:rsidRPr="00DC5C33">
        <w:rPr>
          <w:b/>
          <w:bCs/>
          <w:color w:val="6373BA"/>
        </w:rPr>
        <w:t xml:space="preserve"> </w:t>
      </w:r>
      <w:proofErr w:type="spellStart"/>
      <w:r w:rsidRPr="00DC5C33">
        <w:rPr>
          <w:b/>
          <w:bCs/>
          <w:color w:val="6373BA"/>
        </w:rPr>
        <w:t>rok</w:t>
      </w:r>
      <w:proofErr w:type="spellEnd"/>
      <w:r w:rsidRPr="00DC5C33">
        <w:rPr>
          <w:b/>
          <w:bCs/>
          <w:color w:val="6373BA"/>
        </w:rPr>
        <w:t>:</w:t>
      </w:r>
    </w:p>
    <w:p w14:paraId="3F78D563" w14:textId="60489F11" w:rsidR="009C1543" w:rsidRDefault="009C1543" w:rsidP="009C1543">
      <w:pPr>
        <w:rPr>
          <w:b/>
          <w:bCs/>
          <w:color w:val="EE0000"/>
        </w:rPr>
      </w:pPr>
      <w:r w:rsidRPr="00DC5C33">
        <w:rPr>
          <w:b/>
          <w:bCs/>
          <w:color w:val="6373BA"/>
        </w:rPr>
        <w:t xml:space="preserve">K </w:t>
      </w:r>
      <w:proofErr w:type="spellStart"/>
      <w:r w:rsidRPr="00DC5C33">
        <w:rPr>
          <w:b/>
          <w:bCs/>
          <w:color w:val="6373BA"/>
        </w:rPr>
        <w:t>vypracovaniu</w:t>
      </w:r>
      <w:proofErr w:type="spellEnd"/>
      <w:r w:rsidRPr="00DC5C33">
        <w:rPr>
          <w:b/>
          <w:bCs/>
          <w:color w:val="6373BA"/>
        </w:rPr>
        <w:t xml:space="preserve"> bolo </w:t>
      </w:r>
      <w:proofErr w:type="spellStart"/>
      <w:r w:rsidRPr="00DC5C33">
        <w:rPr>
          <w:b/>
          <w:bCs/>
          <w:color w:val="6373BA"/>
        </w:rPr>
        <w:t>použité</w:t>
      </w:r>
      <w:proofErr w:type="spellEnd"/>
      <w:r w:rsidRPr="00DC5C33">
        <w:rPr>
          <w:b/>
          <w:bCs/>
          <w:color w:val="6373BA"/>
        </w:rPr>
        <w:t xml:space="preserve">: </w:t>
      </w:r>
      <w:r w:rsidRPr="00DC5C33">
        <w:rPr>
          <w:b/>
          <w:bCs/>
          <w:color w:val="6373BA"/>
        </w:rPr>
        <w:tab/>
      </w:r>
      <w:r>
        <w:rPr>
          <w:b/>
          <w:bCs/>
          <w:color w:val="EE0000"/>
        </w:rPr>
        <w:t xml:space="preserve">Key Links </w:t>
      </w:r>
      <w:r>
        <w:rPr>
          <w:b/>
          <w:bCs/>
          <w:color w:val="EE0000"/>
        </w:rPr>
        <w:t>A2</w:t>
      </w:r>
      <w:r w:rsidRPr="00DC5C33">
        <w:rPr>
          <w:b/>
          <w:bCs/>
          <w:color w:val="EE0000"/>
        </w:rPr>
        <w:t>, MM Publications</w:t>
      </w:r>
    </w:p>
    <w:p w14:paraId="5EC98828" w14:textId="77777777" w:rsidR="009C1543" w:rsidRDefault="009C1543" w:rsidP="009C1543">
      <w:pPr>
        <w:rPr>
          <w:b/>
          <w:bCs/>
          <w:color w:val="EE0000"/>
        </w:rPr>
      </w:pPr>
    </w:p>
    <w:p w14:paraId="6DA27BE2" w14:textId="77777777" w:rsidR="009C1543" w:rsidRDefault="009C1543" w:rsidP="009C1543">
      <w:pPr>
        <w:rPr>
          <w:b/>
          <w:bCs/>
          <w:color w:val="EE0000"/>
        </w:rPr>
      </w:pPr>
    </w:p>
    <w:p w14:paraId="3BF0D80D" w14:textId="77777777" w:rsidR="009C1543" w:rsidRDefault="009C1543" w:rsidP="009C1543">
      <w:pPr>
        <w:rPr>
          <w:b/>
          <w:bCs/>
          <w:color w:val="EE0000"/>
        </w:rPr>
      </w:pPr>
    </w:p>
    <w:p w14:paraId="2AB22A99" w14:textId="77777777" w:rsidR="009C1543" w:rsidRDefault="009C1543" w:rsidP="009C1543">
      <w:pPr>
        <w:rPr>
          <w:b/>
          <w:bCs/>
          <w:color w:val="EE0000"/>
        </w:rPr>
      </w:pPr>
    </w:p>
    <w:p w14:paraId="4256C412" w14:textId="7619C9D2" w:rsidR="0036248C" w:rsidRDefault="0036248C" w:rsidP="000F4E4E">
      <w:pPr>
        <w:pStyle w:val="Heading1"/>
      </w:pPr>
    </w:p>
    <w:p w14:paraId="2D6A3175" w14:textId="77777777" w:rsidR="009C1543" w:rsidRPr="009C1543" w:rsidRDefault="009C1543" w:rsidP="009C15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"/>
        <w:gridCol w:w="932"/>
        <w:gridCol w:w="1702"/>
        <w:gridCol w:w="2135"/>
        <w:gridCol w:w="2336"/>
        <w:gridCol w:w="1807"/>
        <w:gridCol w:w="1605"/>
        <w:gridCol w:w="1479"/>
        <w:gridCol w:w="1550"/>
      </w:tblGrid>
      <w:tr w:rsidR="000F4E4E" w14:paraId="3FBBDF05" w14:textId="77777777" w:rsidTr="009C1543">
        <w:tc>
          <w:tcPr>
            <w:tcW w:w="924" w:type="dxa"/>
            <w:shd w:val="clear" w:color="auto" w:fill="92D050"/>
          </w:tcPr>
          <w:p w14:paraId="15ACC540" w14:textId="77777777" w:rsidR="000F4E4E" w:rsidRPr="000F4E4E" w:rsidRDefault="000F4E4E" w:rsidP="009C1543">
            <w:pPr>
              <w:jc w:val="center"/>
              <w:rPr>
                <w:color w:val="FFFFFF"/>
                <w:sz w:val="24"/>
                <w:szCs w:val="24"/>
              </w:rPr>
            </w:pP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lastRenderedPageBreak/>
              <w:t>Týždeň</w:t>
            </w:r>
            <w:proofErr w:type="spellEnd"/>
          </w:p>
        </w:tc>
        <w:tc>
          <w:tcPr>
            <w:tcW w:w="932" w:type="dxa"/>
            <w:shd w:val="clear" w:color="auto" w:fill="92D050"/>
          </w:tcPr>
          <w:p w14:paraId="2017F282" w14:textId="77777777" w:rsidR="000F4E4E" w:rsidRPr="000F4E4E" w:rsidRDefault="000F4E4E" w:rsidP="009C1543">
            <w:pPr>
              <w:jc w:val="center"/>
              <w:rPr>
                <w:color w:val="FFFFFF"/>
                <w:sz w:val="24"/>
                <w:szCs w:val="24"/>
              </w:rPr>
            </w:pPr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Hodina</w:t>
            </w:r>
          </w:p>
        </w:tc>
        <w:tc>
          <w:tcPr>
            <w:tcW w:w="1796" w:type="dxa"/>
            <w:shd w:val="clear" w:color="auto" w:fill="92D050"/>
          </w:tcPr>
          <w:p w14:paraId="51BF18ED" w14:textId="77777777" w:rsidR="000F4E4E" w:rsidRPr="000F4E4E" w:rsidRDefault="000F4E4E" w:rsidP="009C1543">
            <w:pPr>
              <w:jc w:val="center"/>
              <w:rPr>
                <w:color w:val="FFFFFF"/>
                <w:sz w:val="24"/>
                <w:szCs w:val="24"/>
              </w:rPr>
            </w:pP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Lekcia</w:t>
            </w:r>
            <w:proofErr w:type="spellEnd"/>
          </w:p>
        </w:tc>
        <w:tc>
          <w:tcPr>
            <w:tcW w:w="2227" w:type="dxa"/>
            <w:shd w:val="clear" w:color="auto" w:fill="92D050"/>
          </w:tcPr>
          <w:p w14:paraId="2B2C22AD" w14:textId="77777777" w:rsidR="000F4E4E" w:rsidRPr="000F4E4E" w:rsidRDefault="000F4E4E" w:rsidP="009C1543">
            <w:pPr>
              <w:jc w:val="center"/>
              <w:rPr>
                <w:color w:val="FFFFFF"/>
                <w:sz w:val="24"/>
                <w:szCs w:val="24"/>
              </w:rPr>
            </w:pP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Téma</w:t>
            </w:r>
            <w:proofErr w:type="spellEnd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hodiny</w:t>
            </w:r>
            <w:proofErr w:type="spellEnd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– </w:t>
            </w: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učivo</w:t>
            </w:r>
            <w:proofErr w:type="spellEnd"/>
          </w:p>
        </w:tc>
        <w:tc>
          <w:tcPr>
            <w:tcW w:w="2451" w:type="dxa"/>
            <w:shd w:val="clear" w:color="auto" w:fill="92D050"/>
          </w:tcPr>
          <w:p w14:paraId="573B13DF" w14:textId="77777777" w:rsidR="000F4E4E" w:rsidRPr="000F4E4E" w:rsidRDefault="000F4E4E" w:rsidP="009C1543">
            <w:pPr>
              <w:jc w:val="center"/>
              <w:rPr>
                <w:color w:val="FFFFFF"/>
                <w:sz w:val="24"/>
                <w:szCs w:val="24"/>
              </w:rPr>
            </w:pP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Funkcie</w:t>
            </w:r>
            <w:proofErr w:type="spellEnd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a </w:t>
            </w: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ciele</w:t>
            </w:r>
            <w:proofErr w:type="spellEnd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lekcie</w:t>
            </w:r>
            <w:proofErr w:type="spellEnd"/>
          </w:p>
        </w:tc>
        <w:tc>
          <w:tcPr>
            <w:tcW w:w="1668" w:type="dxa"/>
            <w:shd w:val="clear" w:color="auto" w:fill="92D050"/>
          </w:tcPr>
          <w:p w14:paraId="107647BA" w14:textId="77777777" w:rsidR="000F4E4E" w:rsidRPr="000F4E4E" w:rsidRDefault="000F4E4E" w:rsidP="009C1543">
            <w:pPr>
              <w:jc w:val="center"/>
              <w:rPr>
                <w:color w:val="FFFFFF"/>
                <w:sz w:val="24"/>
                <w:szCs w:val="24"/>
              </w:rPr>
            </w:pP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Gramatické</w:t>
            </w:r>
            <w:proofErr w:type="spellEnd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štruktúry</w:t>
            </w:r>
            <w:proofErr w:type="spellEnd"/>
          </w:p>
        </w:tc>
        <w:tc>
          <w:tcPr>
            <w:tcW w:w="1638" w:type="dxa"/>
            <w:shd w:val="clear" w:color="auto" w:fill="92D050"/>
          </w:tcPr>
          <w:p w14:paraId="24AA6BC3" w14:textId="77777777" w:rsidR="000F4E4E" w:rsidRPr="000F4E4E" w:rsidRDefault="000F4E4E" w:rsidP="009C1543">
            <w:pPr>
              <w:jc w:val="center"/>
              <w:rPr>
                <w:color w:val="FFFFFF"/>
                <w:sz w:val="24"/>
                <w:szCs w:val="24"/>
              </w:rPr>
            </w:pP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Slovná</w:t>
            </w:r>
            <w:proofErr w:type="spellEnd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zásoba</w:t>
            </w:r>
            <w:proofErr w:type="spellEnd"/>
          </w:p>
        </w:tc>
        <w:tc>
          <w:tcPr>
            <w:tcW w:w="1507" w:type="dxa"/>
            <w:shd w:val="clear" w:color="auto" w:fill="92D050"/>
          </w:tcPr>
          <w:p w14:paraId="38F4CC5E" w14:textId="77777777" w:rsidR="000F4E4E" w:rsidRPr="000F4E4E" w:rsidRDefault="000F4E4E" w:rsidP="009C1543">
            <w:pPr>
              <w:jc w:val="center"/>
              <w:rPr>
                <w:color w:val="FFFFFF"/>
                <w:sz w:val="24"/>
                <w:szCs w:val="24"/>
              </w:rPr>
            </w:pP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Pomôcky</w:t>
            </w:r>
            <w:proofErr w:type="spellEnd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a </w:t>
            </w: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materiály</w:t>
            </w:r>
            <w:proofErr w:type="spellEnd"/>
          </w:p>
        </w:tc>
        <w:tc>
          <w:tcPr>
            <w:tcW w:w="1553" w:type="dxa"/>
            <w:shd w:val="clear" w:color="auto" w:fill="92D050"/>
          </w:tcPr>
          <w:p w14:paraId="2250F24A" w14:textId="77777777" w:rsidR="000F4E4E" w:rsidRPr="000F4E4E" w:rsidRDefault="000F4E4E" w:rsidP="009C1543">
            <w:pPr>
              <w:jc w:val="center"/>
              <w:rPr>
                <w:color w:val="FFFFFF"/>
                <w:sz w:val="24"/>
                <w:szCs w:val="24"/>
              </w:rPr>
            </w:pP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Kompetencie</w:t>
            </w:r>
            <w:proofErr w:type="spellEnd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a </w:t>
            </w: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prierezové</w:t>
            </w:r>
            <w:proofErr w:type="spellEnd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0F4E4E">
              <w:rPr>
                <w:rFonts w:ascii="Calibri" w:hAnsi="Calibri"/>
                <w:b/>
                <w:color w:val="FFFFFF"/>
                <w:sz w:val="24"/>
                <w:szCs w:val="24"/>
              </w:rPr>
              <w:t>gramotnosti</w:t>
            </w:r>
            <w:proofErr w:type="spellEnd"/>
          </w:p>
        </w:tc>
      </w:tr>
      <w:tr w:rsidR="000F4E4E" w14:paraId="6B49E6D5" w14:textId="77777777" w:rsidTr="009C1543">
        <w:tc>
          <w:tcPr>
            <w:tcW w:w="924" w:type="dxa"/>
          </w:tcPr>
          <w:p w14:paraId="2567A9FF" w14:textId="77777777" w:rsidR="000F4E4E" w:rsidRDefault="000F4E4E"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932" w:type="dxa"/>
          </w:tcPr>
          <w:p w14:paraId="14F153B0" w14:textId="77777777" w:rsidR="000F4E4E" w:rsidRDefault="000F4E4E"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1796" w:type="dxa"/>
          </w:tcPr>
          <w:p w14:paraId="09243552" w14:textId="77777777" w:rsidR="000F4E4E" w:rsidRDefault="000F4E4E">
            <w:r>
              <w:rPr>
                <w:rFonts w:ascii="Calibri" w:hAnsi="Calibri"/>
                <w:sz w:val="18"/>
              </w:rPr>
              <w:t>Introduction to the school year</w:t>
            </w:r>
            <w:r>
              <w:rPr>
                <w:rFonts w:ascii="Calibri" w:hAnsi="Calibri"/>
                <w:sz w:val="18"/>
              </w:rPr>
              <w:br/>
              <w:t>Learning tips</w:t>
            </w:r>
          </w:p>
        </w:tc>
        <w:tc>
          <w:tcPr>
            <w:tcW w:w="2227" w:type="dxa"/>
          </w:tcPr>
          <w:p w14:paraId="4D1E4EF9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Úvodná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hodina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práca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učebnicou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jej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komponentmi</w:t>
            </w:r>
            <w:proofErr w:type="spellEnd"/>
          </w:p>
        </w:tc>
        <w:tc>
          <w:tcPr>
            <w:tcW w:w="2451" w:type="dxa"/>
          </w:tcPr>
          <w:p w14:paraId="1EC88B8A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oboznámiť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obsahom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učebnice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organizáciou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práce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predmete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rozvíjať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stratégie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efektívneho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cudzieho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techniky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sebahodnotenia</w:t>
            </w:r>
            <w:proofErr w:type="spellEnd"/>
          </w:p>
        </w:tc>
        <w:tc>
          <w:tcPr>
            <w:tcW w:w="1668" w:type="dxa"/>
          </w:tcPr>
          <w:p w14:paraId="0E9DE1E3" w14:textId="77777777" w:rsidR="000F4E4E" w:rsidRDefault="000F4E4E"/>
        </w:tc>
        <w:tc>
          <w:tcPr>
            <w:tcW w:w="1638" w:type="dxa"/>
          </w:tcPr>
          <w:p w14:paraId="59EF7025" w14:textId="77777777" w:rsidR="000F4E4E" w:rsidRDefault="000F4E4E"/>
        </w:tc>
        <w:tc>
          <w:tcPr>
            <w:tcW w:w="1507" w:type="dxa"/>
          </w:tcPr>
          <w:p w14:paraId="51AE1B80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1F61D219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</w:p>
        </w:tc>
      </w:tr>
      <w:tr w:rsidR="000F4E4E" w14:paraId="682B5C88" w14:textId="77777777" w:rsidTr="009C1543">
        <w:tc>
          <w:tcPr>
            <w:tcW w:w="924" w:type="dxa"/>
          </w:tcPr>
          <w:p w14:paraId="0D297A1C" w14:textId="77777777" w:rsidR="000F4E4E" w:rsidRDefault="000F4E4E"/>
        </w:tc>
        <w:tc>
          <w:tcPr>
            <w:tcW w:w="932" w:type="dxa"/>
          </w:tcPr>
          <w:p w14:paraId="0B3E3A0D" w14:textId="77777777" w:rsidR="000F4E4E" w:rsidRDefault="000F4E4E"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1796" w:type="dxa"/>
          </w:tcPr>
          <w:p w14:paraId="6D45A8D6" w14:textId="77777777" w:rsidR="000F4E4E" w:rsidRDefault="000F4E4E">
            <w:r>
              <w:rPr>
                <w:rFonts w:ascii="Calibri" w:hAnsi="Calibri"/>
                <w:sz w:val="18"/>
              </w:rPr>
              <w:t>Welcome 1-4</w:t>
            </w:r>
          </w:p>
        </w:tc>
        <w:tc>
          <w:tcPr>
            <w:tcW w:w="2227" w:type="dxa"/>
          </w:tcPr>
          <w:p w14:paraId="246B08B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Pozdravy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predstavenie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krajiny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národnosti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číslovky</w:t>
            </w:r>
            <w:proofErr w:type="spellEnd"/>
          </w:p>
        </w:tc>
        <w:tc>
          <w:tcPr>
            <w:tcW w:w="2451" w:type="dxa"/>
          </w:tcPr>
          <w:p w14:paraId="393A0868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základné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pozdravy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spoločenské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frázy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komunikácii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predstaviť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seba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poskytnúť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základné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krajiny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národnosti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číslovky</w:t>
            </w:r>
            <w:proofErr w:type="spellEnd"/>
            <w:r>
              <w:rPr>
                <w:rFonts w:ascii="Calibri" w:hAnsi="Calibri"/>
                <w:sz w:val="18"/>
              </w:rPr>
              <w:t xml:space="preserve"> 0 – 100 v </w:t>
            </w:r>
            <w:proofErr w:type="spellStart"/>
            <w:r>
              <w:rPr>
                <w:rFonts w:ascii="Calibri" w:hAnsi="Calibri"/>
                <w:sz w:val="18"/>
              </w:rPr>
              <w:t>bežných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komunikačných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situáciách</w:t>
            </w:r>
            <w:proofErr w:type="spellEnd"/>
          </w:p>
        </w:tc>
        <w:tc>
          <w:tcPr>
            <w:tcW w:w="1668" w:type="dxa"/>
          </w:tcPr>
          <w:p w14:paraId="026152E7" w14:textId="77777777" w:rsidR="000F4E4E" w:rsidRDefault="000F4E4E">
            <w:r>
              <w:rPr>
                <w:rFonts w:ascii="Calibri" w:hAnsi="Calibri"/>
                <w:sz w:val="18"/>
              </w:rPr>
              <w:t>What?</w:t>
            </w:r>
            <w:r>
              <w:rPr>
                <w:rFonts w:ascii="Calibri" w:hAnsi="Calibri"/>
                <w:sz w:val="18"/>
              </w:rPr>
              <w:br/>
              <w:t>How?</w:t>
            </w:r>
            <w:r>
              <w:rPr>
                <w:rFonts w:ascii="Calibri" w:hAnsi="Calibri"/>
                <w:sz w:val="18"/>
              </w:rPr>
              <w:br/>
              <w:t>Where … from?</w:t>
            </w:r>
          </w:p>
        </w:tc>
        <w:tc>
          <w:tcPr>
            <w:tcW w:w="1638" w:type="dxa"/>
          </w:tcPr>
          <w:p w14:paraId="6AB62894" w14:textId="77777777" w:rsidR="000F4E4E" w:rsidRDefault="000F4E4E">
            <w:r>
              <w:rPr>
                <w:rFonts w:ascii="Calibri" w:hAnsi="Calibri"/>
                <w:sz w:val="18"/>
              </w:rPr>
              <w:t>Countries – Nationalities</w:t>
            </w:r>
            <w:r>
              <w:rPr>
                <w:rFonts w:ascii="Calibri" w:hAnsi="Calibri"/>
                <w:sz w:val="18"/>
              </w:rPr>
              <w:br/>
              <w:t>Numbers</w:t>
            </w:r>
          </w:p>
        </w:tc>
        <w:tc>
          <w:tcPr>
            <w:tcW w:w="1507" w:type="dxa"/>
          </w:tcPr>
          <w:p w14:paraId="693FAC9A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4ACD83EF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Interkultúrne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povedomie</w:t>
            </w:r>
            <w:proofErr w:type="spellEnd"/>
          </w:p>
        </w:tc>
      </w:tr>
      <w:tr w:rsidR="000F4E4E" w14:paraId="0C1956F5" w14:textId="77777777" w:rsidTr="009C1543">
        <w:tc>
          <w:tcPr>
            <w:tcW w:w="924" w:type="dxa"/>
          </w:tcPr>
          <w:p w14:paraId="6289AB4A" w14:textId="77777777" w:rsidR="000F4E4E" w:rsidRDefault="000F4E4E"/>
        </w:tc>
        <w:tc>
          <w:tcPr>
            <w:tcW w:w="932" w:type="dxa"/>
          </w:tcPr>
          <w:p w14:paraId="567D2693" w14:textId="77777777" w:rsidR="000F4E4E" w:rsidRDefault="000F4E4E">
            <w:r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1796" w:type="dxa"/>
          </w:tcPr>
          <w:p w14:paraId="1A3DB670" w14:textId="77777777" w:rsidR="000F4E4E" w:rsidRDefault="000F4E4E">
            <w:r>
              <w:rPr>
                <w:rFonts w:ascii="Calibri" w:hAnsi="Calibri"/>
                <w:sz w:val="18"/>
              </w:rPr>
              <w:t>Welcome 5-8</w:t>
            </w:r>
          </w:p>
        </w:tc>
        <w:tc>
          <w:tcPr>
            <w:tcW w:w="2227" w:type="dxa"/>
          </w:tcPr>
          <w:p w14:paraId="4C8CA2C8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Abeceda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dni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týždni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vybavenie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izby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pokyny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triede</w:t>
            </w:r>
            <w:proofErr w:type="spellEnd"/>
          </w:p>
        </w:tc>
        <w:tc>
          <w:tcPr>
            <w:tcW w:w="2451" w:type="dxa"/>
          </w:tcPr>
          <w:p w14:paraId="4A4DA00F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hláskovať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slová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názvy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dní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týždni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určovaní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dátumu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predmety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izbe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rozlišovať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jednotné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množné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číslo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podstatných</w:t>
            </w:r>
            <w:proofErr w:type="spellEnd"/>
            <w:r>
              <w:rPr>
                <w:rFonts w:ascii="Calibri" w:hAnsi="Calibri"/>
                <w:sz w:val="18"/>
              </w:rPr>
              <w:t xml:space="preserve"> mien 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pokynom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triede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primerane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ne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</w:p>
        </w:tc>
        <w:tc>
          <w:tcPr>
            <w:tcW w:w="1668" w:type="dxa"/>
          </w:tcPr>
          <w:p w14:paraId="1F022B47" w14:textId="77777777" w:rsidR="000F4E4E" w:rsidRDefault="000F4E4E">
            <w:r>
              <w:rPr>
                <w:rFonts w:ascii="Calibri" w:hAnsi="Calibri"/>
                <w:sz w:val="18"/>
              </w:rPr>
              <w:t>What day?</w:t>
            </w:r>
            <w:r>
              <w:rPr>
                <w:rFonts w:ascii="Calibri" w:hAnsi="Calibri"/>
                <w:sz w:val="18"/>
              </w:rPr>
              <w:br/>
              <w:t>What’s?</w:t>
            </w:r>
            <w:r>
              <w:rPr>
                <w:rFonts w:ascii="Calibri" w:hAnsi="Calibri"/>
                <w:sz w:val="18"/>
              </w:rPr>
              <w:br/>
              <w:t>Plurals (regular and irregular)</w:t>
            </w:r>
            <w:r>
              <w:rPr>
                <w:rFonts w:ascii="Calibri" w:hAnsi="Calibri"/>
                <w:sz w:val="18"/>
              </w:rPr>
              <w:br/>
              <w:t>Imperative</w:t>
            </w:r>
          </w:p>
        </w:tc>
        <w:tc>
          <w:tcPr>
            <w:tcW w:w="1638" w:type="dxa"/>
          </w:tcPr>
          <w:p w14:paraId="314315BD" w14:textId="77777777" w:rsidR="000F4E4E" w:rsidRDefault="000F4E4E">
            <w:r>
              <w:rPr>
                <w:rFonts w:ascii="Calibri" w:hAnsi="Calibri"/>
                <w:sz w:val="18"/>
              </w:rPr>
              <w:t>Days of the week</w:t>
            </w:r>
            <w:r>
              <w:rPr>
                <w:rFonts w:ascii="Calibri" w:hAnsi="Calibri"/>
                <w:sz w:val="18"/>
              </w:rPr>
              <w:br/>
              <w:t>Classroom language</w:t>
            </w:r>
          </w:p>
        </w:tc>
        <w:tc>
          <w:tcPr>
            <w:tcW w:w="1507" w:type="dxa"/>
          </w:tcPr>
          <w:p w14:paraId="75A5D06B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75399420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</w:p>
        </w:tc>
      </w:tr>
      <w:tr w:rsidR="000F4E4E" w14:paraId="58CC7FD7" w14:textId="77777777" w:rsidTr="009C1543">
        <w:trPr>
          <w:trHeight w:val="430"/>
        </w:trPr>
        <w:tc>
          <w:tcPr>
            <w:tcW w:w="924" w:type="dxa"/>
          </w:tcPr>
          <w:p w14:paraId="4329AD5A" w14:textId="77777777" w:rsidR="000F4E4E" w:rsidRDefault="000F4E4E"/>
        </w:tc>
        <w:tc>
          <w:tcPr>
            <w:tcW w:w="932" w:type="dxa"/>
          </w:tcPr>
          <w:p w14:paraId="30EC1FF3" w14:textId="77777777" w:rsidR="000F4E4E" w:rsidRDefault="000F4E4E"/>
        </w:tc>
        <w:tc>
          <w:tcPr>
            <w:tcW w:w="1796" w:type="dxa"/>
          </w:tcPr>
          <w:p w14:paraId="6D928757" w14:textId="77777777" w:rsidR="000F4E4E" w:rsidRDefault="000F4E4E"/>
        </w:tc>
        <w:tc>
          <w:tcPr>
            <w:tcW w:w="2227" w:type="dxa"/>
            <w:shd w:val="clear" w:color="auto" w:fill="FFFF00"/>
          </w:tcPr>
          <w:p w14:paraId="295EFB2F" w14:textId="77777777" w:rsidR="000F4E4E" w:rsidRPr="009C1543" w:rsidRDefault="000F4E4E">
            <w:pPr>
              <w:rPr>
                <w:b/>
                <w:bCs/>
              </w:rPr>
            </w:pPr>
            <w:r w:rsidRPr="009C1543">
              <w:rPr>
                <w:rFonts w:ascii="Calibri" w:hAnsi="Calibri"/>
                <w:b/>
                <w:bCs/>
                <w:sz w:val="18"/>
              </w:rPr>
              <w:t>Module 1: New beginnings</w:t>
            </w:r>
          </w:p>
        </w:tc>
        <w:tc>
          <w:tcPr>
            <w:tcW w:w="2451" w:type="dxa"/>
            <w:shd w:val="clear" w:color="auto" w:fill="FFFF00"/>
          </w:tcPr>
          <w:p w14:paraId="3BD7072D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68" w:type="dxa"/>
            <w:shd w:val="clear" w:color="auto" w:fill="FFFF00"/>
          </w:tcPr>
          <w:p w14:paraId="433B1FAA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38" w:type="dxa"/>
            <w:shd w:val="clear" w:color="auto" w:fill="FFFF00"/>
          </w:tcPr>
          <w:p w14:paraId="4E3AA030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07" w:type="dxa"/>
            <w:shd w:val="clear" w:color="auto" w:fill="FFFF00"/>
          </w:tcPr>
          <w:p w14:paraId="3A202CB3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53" w:type="dxa"/>
            <w:shd w:val="clear" w:color="auto" w:fill="FFFF00"/>
          </w:tcPr>
          <w:p w14:paraId="7F5FB201" w14:textId="77777777" w:rsidR="000F4E4E" w:rsidRPr="009C1543" w:rsidRDefault="000F4E4E">
            <w:pPr>
              <w:rPr>
                <w:b/>
                <w:bCs/>
              </w:rPr>
            </w:pPr>
          </w:p>
        </w:tc>
      </w:tr>
      <w:tr w:rsidR="000F4E4E" w14:paraId="3E74E6BF" w14:textId="77777777" w:rsidTr="009C1543">
        <w:tc>
          <w:tcPr>
            <w:tcW w:w="924" w:type="dxa"/>
          </w:tcPr>
          <w:p w14:paraId="385130AD" w14:textId="77777777" w:rsidR="000F4E4E" w:rsidRDefault="000F4E4E"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932" w:type="dxa"/>
          </w:tcPr>
          <w:p w14:paraId="1DC520F6" w14:textId="77777777" w:rsidR="000F4E4E" w:rsidRDefault="000F4E4E">
            <w:r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1796" w:type="dxa"/>
          </w:tcPr>
          <w:p w14:paraId="2E8E351D" w14:textId="77777777" w:rsidR="000F4E4E" w:rsidRDefault="000F4E4E">
            <w:r>
              <w:rPr>
                <w:rFonts w:ascii="Calibri" w:hAnsi="Calibri"/>
                <w:sz w:val="18"/>
              </w:rPr>
              <w:t>Cover page module 1</w:t>
            </w:r>
            <w:r>
              <w:rPr>
                <w:rFonts w:ascii="Calibri" w:hAnsi="Calibri"/>
                <w:sz w:val="18"/>
              </w:rPr>
              <w:br/>
              <w:t>1A</w:t>
            </w:r>
          </w:p>
        </w:tc>
        <w:tc>
          <w:tcPr>
            <w:tcW w:w="2227" w:type="dxa"/>
          </w:tcPr>
          <w:p w14:paraId="209878C5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rodina</w:t>
            </w:r>
            <w:proofErr w:type="spellEnd"/>
            <w:r>
              <w:rPr>
                <w:rFonts w:ascii="Calibri" w:hAnsi="Calibri"/>
                <w:sz w:val="18"/>
              </w:rPr>
              <w:t xml:space="preserve">, Gramatika - </w:t>
            </w:r>
            <w:proofErr w:type="spellStart"/>
            <w:r>
              <w:rPr>
                <w:rFonts w:ascii="Calibri" w:hAnsi="Calibri"/>
                <w:sz w:val="18"/>
              </w:rPr>
              <w:t>sloveso</w:t>
            </w:r>
            <w:proofErr w:type="spellEnd"/>
            <w:r>
              <w:rPr>
                <w:rFonts w:ascii="Calibri" w:hAnsi="Calibri"/>
                <w:sz w:val="18"/>
              </w:rPr>
              <w:t xml:space="preserve"> to be, </w:t>
            </w:r>
            <w:proofErr w:type="spellStart"/>
            <w:r>
              <w:rPr>
                <w:rFonts w:ascii="Calibri" w:hAnsi="Calibri"/>
                <w:sz w:val="18"/>
              </w:rPr>
              <w:t>privlastňovacie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zámená</w:t>
            </w:r>
            <w:proofErr w:type="spellEnd"/>
          </w:p>
        </w:tc>
        <w:tc>
          <w:tcPr>
            <w:tcW w:w="2451" w:type="dxa"/>
          </w:tcPr>
          <w:p w14:paraId="145DF23D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oboznámiť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témou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predchádzajúce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členov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rodiny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predstaviť</w:t>
            </w:r>
            <w:proofErr w:type="spellEnd"/>
            <w:r>
              <w:rPr>
                <w:rFonts w:ascii="Calibri" w:hAnsi="Calibri"/>
                <w:sz w:val="18"/>
              </w:rPr>
              <w:t xml:space="preserve"> ich • </w:t>
            </w:r>
            <w:proofErr w:type="spellStart"/>
            <w:r>
              <w:rPr>
                <w:rFonts w:ascii="Calibri" w:hAnsi="Calibri"/>
                <w:sz w:val="18"/>
              </w:rPr>
              <w:t>použiť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sloveso</w:t>
            </w:r>
            <w:proofErr w:type="spellEnd"/>
            <w:r>
              <w:rPr>
                <w:rFonts w:ascii="Calibri" w:hAnsi="Calibri"/>
                <w:sz w:val="18"/>
              </w:rPr>
              <w:t xml:space="preserve"> to be a </w:t>
            </w:r>
            <w:proofErr w:type="spellStart"/>
            <w:r>
              <w:rPr>
                <w:rFonts w:ascii="Calibri" w:hAnsi="Calibri"/>
                <w:sz w:val="18"/>
              </w:rPr>
              <w:t>privlastňovacie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zámená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poskytovaní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základných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informácií</w:t>
            </w:r>
            <w:proofErr w:type="spellEnd"/>
          </w:p>
        </w:tc>
        <w:tc>
          <w:tcPr>
            <w:tcW w:w="1668" w:type="dxa"/>
          </w:tcPr>
          <w:p w14:paraId="7322CB60" w14:textId="77777777" w:rsidR="000F4E4E" w:rsidRDefault="000F4E4E">
            <w:r>
              <w:rPr>
                <w:rFonts w:ascii="Calibri" w:hAnsi="Calibri"/>
                <w:sz w:val="18"/>
              </w:rPr>
              <w:t>The verb to be</w:t>
            </w:r>
            <w:r>
              <w:rPr>
                <w:rFonts w:ascii="Calibri" w:hAnsi="Calibri"/>
                <w:sz w:val="18"/>
              </w:rPr>
              <w:br/>
              <w:t>Possessive adjectives</w:t>
            </w:r>
          </w:p>
        </w:tc>
        <w:tc>
          <w:tcPr>
            <w:tcW w:w="1638" w:type="dxa"/>
          </w:tcPr>
          <w:p w14:paraId="18E10B14" w14:textId="77777777" w:rsidR="000F4E4E" w:rsidRDefault="000F4E4E">
            <w:r>
              <w:rPr>
                <w:rFonts w:ascii="Calibri" w:hAnsi="Calibri"/>
                <w:sz w:val="18"/>
              </w:rPr>
              <w:t>Titles</w:t>
            </w:r>
            <w:r>
              <w:rPr>
                <w:rFonts w:ascii="Calibri" w:hAnsi="Calibri"/>
                <w:sz w:val="18"/>
              </w:rPr>
              <w:br/>
              <w:t>Family</w:t>
            </w:r>
            <w:r>
              <w:rPr>
                <w:rFonts w:ascii="Calibri" w:hAnsi="Calibri"/>
                <w:sz w:val="18"/>
              </w:rPr>
              <w:br/>
              <w:t>Jobs</w:t>
            </w:r>
          </w:p>
        </w:tc>
        <w:tc>
          <w:tcPr>
            <w:tcW w:w="1507" w:type="dxa"/>
          </w:tcPr>
          <w:p w14:paraId="0C72B2A5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273C1625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</w:p>
        </w:tc>
      </w:tr>
      <w:tr w:rsidR="000F4E4E" w14:paraId="6DDD8CE3" w14:textId="77777777" w:rsidTr="009C1543">
        <w:tc>
          <w:tcPr>
            <w:tcW w:w="924" w:type="dxa"/>
          </w:tcPr>
          <w:p w14:paraId="25C4F53F" w14:textId="77777777" w:rsidR="000F4E4E" w:rsidRDefault="000F4E4E"/>
        </w:tc>
        <w:tc>
          <w:tcPr>
            <w:tcW w:w="932" w:type="dxa"/>
          </w:tcPr>
          <w:p w14:paraId="10012CC9" w14:textId="77777777" w:rsidR="000F4E4E" w:rsidRDefault="000F4E4E">
            <w:r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1796" w:type="dxa"/>
          </w:tcPr>
          <w:p w14:paraId="181FC5A8" w14:textId="77777777" w:rsidR="000F4E4E" w:rsidRDefault="000F4E4E">
            <w:r>
              <w:rPr>
                <w:rFonts w:ascii="Calibri" w:hAnsi="Calibri"/>
                <w:sz w:val="18"/>
              </w:rPr>
              <w:t>1A</w:t>
            </w:r>
          </w:p>
        </w:tc>
        <w:tc>
          <w:tcPr>
            <w:tcW w:w="2227" w:type="dxa"/>
          </w:tcPr>
          <w:p w14:paraId="15EE7F12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údaje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2451" w:type="dxa"/>
          </w:tcPr>
          <w:p w14:paraId="798DA27D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identifikovať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základné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údaje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počúvanom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predstaviť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seba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členov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rodiny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otázky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osobných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údajoch</w:t>
            </w:r>
            <w:proofErr w:type="spellEnd"/>
          </w:p>
        </w:tc>
        <w:tc>
          <w:tcPr>
            <w:tcW w:w="1668" w:type="dxa"/>
          </w:tcPr>
          <w:p w14:paraId="499F8427" w14:textId="77777777" w:rsidR="000F4E4E" w:rsidRDefault="000F4E4E"/>
        </w:tc>
        <w:tc>
          <w:tcPr>
            <w:tcW w:w="1638" w:type="dxa"/>
          </w:tcPr>
          <w:p w14:paraId="079DB7FE" w14:textId="77777777" w:rsidR="000F4E4E" w:rsidRDefault="000F4E4E"/>
        </w:tc>
        <w:tc>
          <w:tcPr>
            <w:tcW w:w="1507" w:type="dxa"/>
          </w:tcPr>
          <w:p w14:paraId="48A84D5C" w14:textId="77777777" w:rsidR="000F4E4E" w:rsidRDefault="000F4E4E"/>
        </w:tc>
        <w:tc>
          <w:tcPr>
            <w:tcW w:w="1553" w:type="dxa"/>
          </w:tcPr>
          <w:p w14:paraId="7BACA433" w14:textId="77777777" w:rsidR="000F4E4E" w:rsidRDefault="000F4E4E"/>
        </w:tc>
      </w:tr>
      <w:tr w:rsidR="000F4E4E" w14:paraId="4C61597D" w14:textId="77777777" w:rsidTr="009C1543">
        <w:tc>
          <w:tcPr>
            <w:tcW w:w="924" w:type="dxa"/>
          </w:tcPr>
          <w:p w14:paraId="6772D666" w14:textId="77777777" w:rsidR="000F4E4E" w:rsidRDefault="000F4E4E"/>
        </w:tc>
        <w:tc>
          <w:tcPr>
            <w:tcW w:w="932" w:type="dxa"/>
          </w:tcPr>
          <w:p w14:paraId="3B9803A9" w14:textId="77777777" w:rsidR="000F4E4E" w:rsidRDefault="000F4E4E">
            <w:r>
              <w:rPr>
                <w:rFonts w:ascii="Calibri" w:hAnsi="Calibri"/>
                <w:sz w:val="18"/>
              </w:rPr>
              <w:t>6</w:t>
            </w:r>
          </w:p>
        </w:tc>
        <w:tc>
          <w:tcPr>
            <w:tcW w:w="1796" w:type="dxa"/>
          </w:tcPr>
          <w:p w14:paraId="51D146DB" w14:textId="77777777" w:rsidR="000F4E4E" w:rsidRDefault="000F4E4E">
            <w:r>
              <w:rPr>
                <w:rFonts w:ascii="Calibri" w:hAnsi="Calibri"/>
                <w:sz w:val="18"/>
              </w:rPr>
              <w:t>1B</w:t>
            </w:r>
          </w:p>
        </w:tc>
        <w:tc>
          <w:tcPr>
            <w:tcW w:w="2227" w:type="dxa"/>
          </w:tcPr>
          <w:p w14:paraId="64981EF1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povolenia</w:t>
            </w:r>
            <w:proofErr w:type="spellEnd"/>
            <w:r>
              <w:rPr>
                <w:rFonts w:ascii="Calibri" w:hAnsi="Calibri"/>
                <w:sz w:val="18"/>
              </w:rPr>
              <w:t xml:space="preserve">, Gramatika - </w:t>
            </w:r>
            <w:proofErr w:type="spellStart"/>
            <w:r>
              <w:rPr>
                <w:rFonts w:ascii="Calibri" w:hAnsi="Calibri"/>
                <w:sz w:val="18"/>
              </w:rPr>
              <w:t>sloveso</w:t>
            </w:r>
            <w:proofErr w:type="spellEnd"/>
            <w:r>
              <w:rPr>
                <w:rFonts w:ascii="Calibri" w:hAnsi="Calibri"/>
                <w:sz w:val="18"/>
              </w:rPr>
              <w:t xml:space="preserve"> can </w:t>
            </w:r>
          </w:p>
        </w:tc>
        <w:tc>
          <w:tcPr>
            <w:tcW w:w="2451" w:type="dxa"/>
          </w:tcPr>
          <w:p w14:paraId="3AE7E628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povolania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pracovné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vyjadriť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schopnosti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slovesa</w:t>
            </w:r>
            <w:proofErr w:type="spellEnd"/>
            <w:r>
              <w:rPr>
                <w:rFonts w:ascii="Calibri" w:hAnsi="Calibri"/>
                <w:sz w:val="18"/>
              </w:rPr>
              <w:t xml:space="preserve"> can • </w:t>
            </w:r>
            <w:proofErr w:type="spellStart"/>
            <w:r>
              <w:rPr>
                <w:rFonts w:ascii="Calibri" w:hAnsi="Calibri"/>
                <w:sz w:val="18"/>
              </w:rPr>
              <w:t>diskutovať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talentoch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schopnostiach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osôb</w:t>
            </w:r>
            <w:proofErr w:type="spellEnd"/>
          </w:p>
        </w:tc>
        <w:tc>
          <w:tcPr>
            <w:tcW w:w="1668" w:type="dxa"/>
          </w:tcPr>
          <w:p w14:paraId="6D7567DE" w14:textId="77777777" w:rsidR="000F4E4E" w:rsidRDefault="000F4E4E">
            <w:r>
              <w:rPr>
                <w:rFonts w:ascii="Calibri" w:hAnsi="Calibri"/>
                <w:sz w:val="18"/>
              </w:rPr>
              <w:t>The verb can (ability)</w:t>
            </w:r>
          </w:p>
        </w:tc>
        <w:tc>
          <w:tcPr>
            <w:tcW w:w="1638" w:type="dxa"/>
          </w:tcPr>
          <w:p w14:paraId="4C1E9999" w14:textId="77777777" w:rsidR="000F4E4E" w:rsidRDefault="000F4E4E">
            <w:r>
              <w:rPr>
                <w:rFonts w:ascii="Calibri" w:hAnsi="Calibri"/>
                <w:sz w:val="18"/>
              </w:rPr>
              <w:t>Jobs</w:t>
            </w:r>
          </w:p>
        </w:tc>
        <w:tc>
          <w:tcPr>
            <w:tcW w:w="1507" w:type="dxa"/>
          </w:tcPr>
          <w:p w14:paraId="4CF7566D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47BB7741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0EF7F304" w14:textId="77777777" w:rsidTr="009C1543">
        <w:tc>
          <w:tcPr>
            <w:tcW w:w="924" w:type="dxa"/>
          </w:tcPr>
          <w:p w14:paraId="4DB2E959" w14:textId="77777777" w:rsidR="000F4E4E" w:rsidRDefault="000F4E4E"/>
        </w:tc>
        <w:tc>
          <w:tcPr>
            <w:tcW w:w="932" w:type="dxa"/>
          </w:tcPr>
          <w:p w14:paraId="63AEEC79" w14:textId="77777777" w:rsidR="000F4E4E" w:rsidRDefault="000F4E4E">
            <w:r>
              <w:rPr>
                <w:rFonts w:ascii="Calibri" w:hAnsi="Calibri"/>
                <w:sz w:val="18"/>
              </w:rPr>
              <w:t>7</w:t>
            </w:r>
          </w:p>
        </w:tc>
        <w:tc>
          <w:tcPr>
            <w:tcW w:w="1796" w:type="dxa"/>
          </w:tcPr>
          <w:p w14:paraId="48B2C270" w14:textId="77777777" w:rsidR="000F4E4E" w:rsidRDefault="000F4E4E">
            <w:r>
              <w:rPr>
                <w:rFonts w:ascii="Calibri" w:hAnsi="Calibri"/>
                <w:sz w:val="18"/>
              </w:rPr>
              <w:t>1B</w:t>
            </w:r>
          </w:p>
        </w:tc>
        <w:tc>
          <w:tcPr>
            <w:tcW w:w="2227" w:type="dxa"/>
          </w:tcPr>
          <w:p w14:paraId="0CDA0C6C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pracovný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pohovor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2451" w:type="dxa"/>
          </w:tcPr>
          <w:p w14:paraId="241B3486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identifikovať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rozhovore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pracovného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pohovoru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odpovedať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otázky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schopnostiach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skúsenostiach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prezentovať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schopnosti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krátkom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rozhovore</w:t>
            </w:r>
            <w:proofErr w:type="spellEnd"/>
          </w:p>
        </w:tc>
        <w:tc>
          <w:tcPr>
            <w:tcW w:w="1668" w:type="dxa"/>
          </w:tcPr>
          <w:p w14:paraId="42BAAF61" w14:textId="77777777" w:rsidR="000F4E4E" w:rsidRDefault="000F4E4E"/>
        </w:tc>
        <w:tc>
          <w:tcPr>
            <w:tcW w:w="1638" w:type="dxa"/>
          </w:tcPr>
          <w:p w14:paraId="0EE6E6A5" w14:textId="77777777" w:rsidR="000F4E4E" w:rsidRDefault="000F4E4E"/>
        </w:tc>
        <w:tc>
          <w:tcPr>
            <w:tcW w:w="1507" w:type="dxa"/>
          </w:tcPr>
          <w:p w14:paraId="4B2B0994" w14:textId="77777777" w:rsidR="000F4E4E" w:rsidRDefault="000F4E4E"/>
        </w:tc>
        <w:tc>
          <w:tcPr>
            <w:tcW w:w="1553" w:type="dxa"/>
          </w:tcPr>
          <w:p w14:paraId="4D1B511A" w14:textId="77777777" w:rsidR="000F4E4E" w:rsidRDefault="000F4E4E"/>
        </w:tc>
      </w:tr>
      <w:tr w:rsidR="000F4E4E" w14:paraId="20324B59" w14:textId="77777777" w:rsidTr="009C1543">
        <w:tc>
          <w:tcPr>
            <w:tcW w:w="924" w:type="dxa"/>
          </w:tcPr>
          <w:p w14:paraId="59329ECB" w14:textId="77777777" w:rsidR="000F4E4E" w:rsidRDefault="000F4E4E">
            <w:r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932" w:type="dxa"/>
          </w:tcPr>
          <w:p w14:paraId="0602B062" w14:textId="77777777" w:rsidR="000F4E4E" w:rsidRDefault="000F4E4E">
            <w:r>
              <w:rPr>
                <w:rFonts w:ascii="Calibri" w:hAnsi="Calibri"/>
                <w:sz w:val="18"/>
              </w:rPr>
              <w:t>8</w:t>
            </w:r>
          </w:p>
        </w:tc>
        <w:tc>
          <w:tcPr>
            <w:tcW w:w="1796" w:type="dxa"/>
          </w:tcPr>
          <w:p w14:paraId="303562E3" w14:textId="77777777" w:rsidR="000F4E4E" w:rsidRDefault="000F4E4E">
            <w:r>
              <w:rPr>
                <w:rFonts w:ascii="Calibri" w:hAnsi="Calibri"/>
                <w:sz w:val="18"/>
              </w:rPr>
              <w:t>1C</w:t>
            </w:r>
          </w:p>
        </w:tc>
        <w:tc>
          <w:tcPr>
            <w:tcW w:w="2227" w:type="dxa"/>
          </w:tcPr>
          <w:p w14:paraId="0B1F7CA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dátum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51FDD28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rozlíšiť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mesiace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poradové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číslovky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ročné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obdobia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dátumoch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ročných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obdobiach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určovaní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dátumu</w:t>
            </w:r>
            <w:proofErr w:type="spellEnd"/>
          </w:p>
        </w:tc>
        <w:tc>
          <w:tcPr>
            <w:tcW w:w="1668" w:type="dxa"/>
          </w:tcPr>
          <w:p w14:paraId="118195C7" w14:textId="77777777" w:rsidR="000F4E4E" w:rsidRDefault="000F4E4E"/>
        </w:tc>
        <w:tc>
          <w:tcPr>
            <w:tcW w:w="1638" w:type="dxa"/>
          </w:tcPr>
          <w:p w14:paraId="335BB0E3" w14:textId="77777777" w:rsidR="000F4E4E" w:rsidRDefault="000F4E4E">
            <w:r>
              <w:rPr>
                <w:rFonts w:ascii="Calibri" w:hAnsi="Calibri"/>
                <w:sz w:val="18"/>
              </w:rPr>
              <w:t>Months</w:t>
            </w:r>
            <w:r>
              <w:rPr>
                <w:rFonts w:ascii="Calibri" w:hAnsi="Calibri"/>
                <w:sz w:val="18"/>
              </w:rPr>
              <w:br/>
              <w:t>Ordinals</w:t>
            </w:r>
            <w:r>
              <w:rPr>
                <w:rFonts w:ascii="Calibri" w:hAnsi="Calibri"/>
                <w:sz w:val="18"/>
              </w:rPr>
              <w:br/>
              <w:t>Seasons</w:t>
            </w:r>
          </w:p>
        </w:tc>
        <w:tc>
          <w:tcPr>
            <w:tcW w:w="1507" w:type="dxa"/>
          </w:tcPr>
          <w:p w14:paraId="5F9DB3C7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4006C5CA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Interkultúrne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povedomie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Kvalitné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vzdelávanie</w:t>
            </w:r>
            <w:proofErr w:type="spellEnd"/>
          </w:p>
        </w:tc>
      </w:tr>
      <w:tr w:rsidR="000F4E4E" w14:paraId="0037E75A" w14:textId="77777777" w:rsidTr="009C1543">
        <w:tc>
          <w:tcPr>
            <w:tcW w:w="924" w:type="dxa"/>
          </w:tcPr>
          <w:p w14:paraId="44814DC1" w14:textId="77777777" w:rsidR="000F4E4E" w:rsidRDefault="000F4E4E"/>
        </w:tc>
        <w:tc>
          <w:tcPr>
            <w:tcW w:w="932" w:type="dxa"/>
          </w:tcPr>
          <w:p w14:paraId="2F90B656" w14:textId="77777777" w:rsidR="000F4E4E" w:rsidRDefault="000F4E4E">
            <w:r>
              <w:rPr>
                <w:rFonts w:ascii="Calibri" w:hAnsi="Calibri"/>
                <w:sz w:val="18"/>
              </w:rPr>
              <w:t>9</w:t>
            </w:r>
          </w:p>
        </w:tc>
        <w:tc>
          <w:tcPr>
            <w:tcW w:w="1796" w:type="dxa"/>
          </w:tcPr>
          <w:p w14:paraId="5DAFD72F" w14:textId="77777777" w:rsidR="000F4E4E" w:rsidRDefault="000F4E4E">
            <w:r>
              <w:rPr>
                <w:rFonts w:ascii="Calibri" w:hAnsi="Calibri"/>
                <w:sz w:val="18"/>
              </w:rPr>
              <w:t>1C</w:t>
            </w:r>
          </w:p>
        </w:tc>
        <w:tc>
          <w:tcPr>
            <w:tcW w:w="2227" w:type="dxa"/>
          </w:tcPr>
          <w:p w14:paraId="3DDF0D07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prítomný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oznamovacie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kladné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vety</w:t>
            </w:r>
            <w:proofErr w:type="spellEnd"/>
          </w:p>
        </w:tc>
        <w:tc>
          <w:tcPr>
            <w:tcW w:w="2451" w:type="dxa"/>
          </w:tcPr>
          <w:p w14:paraId="31038F0D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prítomný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opis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pravidelných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stálych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dejov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kladné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vety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prítomnom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každodenné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gramatiky</w:t>
            </w:r>
            <w:proofErr w:type="spellEnd"/>
          </w:p>
        </w:tc>
        <w:tc>
          <w:tcPr>
            <w:tcW w:w="1668" w:type="dxa"/>
          </w:tcPr>
          <w:p w14:paraId="7093A077" w14:textId="77777777" w:rsidR="000F4E4E" w:rsidRDefault="000F4E4E">
            <w:r>
              <w:rPr>
                <w:rFonts w:ascii="Calibri" w:hAnsi="Calibri"/>
                <w:sz w:val="18"/>
              </w:rPr>
              <w:t>Present Simple (affirmative)</w:t>
            </w:r>
          </w:p>
        </w:tc>
        <w:tc>
          <w:tcPr>
            <w:tcW w:w="1638" w:type="dxa"/>
          </w:tcPr>
          <w:p w14:paraId="6A7FDEA7" w14:textId="77777777" w:rsidR="000F4E4E" w:rsidRDefault="000F4E4E"/>
        </w:tc>
        <w:tc>
          <w:tcPr>
            <w:tcW w:w="1507" w:type="dxa"/>
          </w:tcPr>
          <w:p w14:paraId="468D9C63" w14:textId="77777777" w:rsidR="000F4E4E" w:rsidRDefault="000F4E4E"/>
        </w:tc>
        <w:tc>
          <w:tcPr>
            <w:tcW w:w="1553" w:type="dxa"/>
          </w:tcPr>
          <w:p w14:paraId="41B55523" w14:textId="77777777" w:rsidR="000F4E4E" w:rsidRDefault="000F4E4E"/>
        </w:tc>
      </w:tr>
      <w:tr w:rsidR="000F4E4E" w14:paraId="70EC3ACE" w14:textId="77777777" w:rsidTr="009C1543">
        <w:tc>
          <w:tcPr>
            <w:tcW w:w="924" w:type="dxa"/>
          </w:tcPr>
          <w:p w14:paraId="7BB31493" w14:textId="77777777" w:rsidR="000F4E4E" w:rsidRDefault="000F4E4E"/>
        </w:tc>
        <w:tc>
          <w:tcPr>
            <w:tcW w:w="932" w:type="dxa"/>
          </w:tcPr>
          <w:p w14:paraId="2029440A" w14:textId="77777777" w:rsidR="000F4E4E" w:rsidRDefault="000F4E4E">
            <w:r>
              <w:rPr>
                <w:rFonts w:ascii="Calibri" w:hAnsi="Calibri"/>
                <w:sz w:val="18"/>
              </w:rPr>
              <w:t>10</w:t>
            </w:r>
          </w:p>
        </w:tc>
        <w:tc>
          <w:tcPr>
            <w:tcW w:w="1796" w:type="dxa"/>
          </w:tcPr>
          <w:p w14:paraId="6A24066D" w14:textId="77777777" w:rsidR="000F4E4E" w:rsidRDefault="000F4E4E">
            <w:r>
              <w:rPr>
                <w:rFonts w:ascii="Calibri" w:hAnsi="Calibri"/>
                <w:sz w:val="18"/>
              </w:rPr>
              <w:t>1D</w:t>
            </w:r>
          </w:p>
        </w:tc>
        <w:tc>
          <w:tcPr>
            <w:tcW w:w="2227" w:type="dxa"/>
          </w:tcPr>
          <w:p w14:paraId="031778CA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ponuky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žiadosti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prosby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pomoc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2451" w:type="dxa"/>
          </w:tcPr>
          <w:p w14:paraId="36819428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rozlíšiť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vyjadrenia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súhlasu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odmietnutia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dovolenia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počúvanom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formulovať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ponuky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žiadosti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prosby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pomoc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bežných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primerane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ponuky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žiadosti</w:t>
            </w:r>
            <w:proofErr w:type="spellEnd"/>
          </w:p>
        </w:tc>
        <w:tc>
          <w:tcPr>
            <w:tcW w:w="1668" w:type="dxa"/>
          </w:tcPr>
          <w:p w14:paraId="241D93E8" w14:textId="77777777" w:rsidR="000F4E4E" w:rsidRDefault="000F4E4E"/>
        </w:tc>
        <w:tc>
          <w:tcPr>
            <w:tcW w:w="1638" w:type="dxa"/>
          </w:tcPr>
          <w:p w14:paraId="1DBFFFCE" w14:textId="77777777" w:rsidR="000F4E4E" w:rsidRDefault="000F4E4E">
            <w:r>
              <w:rPr>
                <w:rFonts w:ascii="Calibri" w:hAnsi="Calibri"/>
                <w:sz w:val="18"/>
              </w:rPr>
              <w:t>Phrases connected to permission and offering help</w:t>
            </w:r>
          </w:p>
        </w:tc>
        <w:tc>
          <w:tcPr>
            <w:tcW w:w="1507" w:type="dxa"/>
          </w:tcPr>
          <w:p w14:paraId="69C5311D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4CFA16FA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73F88797" w14:textId="77777777" w:rsidTr="009C1543">
        <w:tc>
          <w:tcPr>
            <w:tcW w:w="924" w:type="dxa"/>
          </w:tcPr>
          <w:p w14:paraId="3198E859" w14:textId="77777777" w:rsidR="000F4E4E" w:rsidRDefault="000F4E4E"/>
        </w:tc>
        <w:tc>
          <w:tcPr>
            <w:tcW w:w="932" w:type="dxa"/>
          </w:tcPr>
          <w:p w14:paraId="52166D61" w14:textId="77777777" w:rsidR="000F4E4E" w:rsidRDefault="000F4E4E">
            <w:r>
              <w:rPr>
                <w:rFonts w:ascii="Calibri" w:hAnsi="Calibri"/>
                <w:sz w:val="18"/>
              </w:rPr>
              <w:t>11</w:t>
            </w:r>
          </w:p>
        </w:tc>
        <w:tc>
          <w:tcPr>
            <w:tcW w:w="1796" w:type="dxa"/>
          </w:tcPr>
          <w:p w14:paraId="416F1448" w14:textId="77777777" w:rsidR="000F4E4E" w:rsidRDefault="000F4E4E">
            <w:r>
              <w:rPr>
                <w:rFonts w:ascii="Calibri" w:hAnsi="Calibri"/>
                <w:sz w:val="18"/>
              </w:rPr>
              <w:t>1D</w:t>
            </w:r>
          </w:p>
        </w:tc>
        <w:tc>
          <w:tcPr>
            <w:tcW w:w="2227" w:type="dxa"/>
          </w:tcPr>
          <w:p w14:paraId="5D69D32A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vyplnenie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tlačiva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osobný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profil</w:t>
            </w:r>
            <w:proofErr w:type="spellEnd"/>
          </w:p>
        </w:tc>
        <w:tc>
          <w:tcPr>
            <w:tcW w:w="2451" w:type="dxa"/>
          </w:tcPr>
          <w:p w14:paraId="3FD6D743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požadované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osobnom</w:t>
            </w:r>
            <w:proofErr w:type="spellEnd"/>
            <w:r>
              <w:rPr>
                <w:rFonts w:ascii="Calibri" w:hAnsi="Calibri"/>
                <w:sz w:val="18"/>
              </w:rPr>
              <w:t xml:space="preserve"> profile • </w:t>
            </w:r>
            <w:proofErr w:type="spellStart"/>
            <w:r>
              <w:rPr>
                <w:rFonts w:ascii="Calibri" w:hAnsi="Calibri"/>
                <w:sz w:val="18"/>
              </w:rPr>
              <w:t>vyplniť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tlačivo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osobnými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údajmi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profil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podľa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zadania</w:t>
            </w:r>
            <w:proofErr w:type="spellEnd"/>
          </w:p>
        </w:tc>
        <w:tc>
          <w:tcPr>
            <w:tcW w:w="1668" w:type="dxa"/>
          </w:tcPr>
          <w:p w14:paraId="300CF97C" w14:textId="77777777" w:rsidR="000F4E4E" w:rsidRDefault="000F4E4E"/>
        </w:tc>
        <w:tc>
          <w:tcPr>
            <w:tcW w:w="1638" w:type="dxa"/>
          </w:tcPr>
          <w:p w14:paraId="7CCBE335" w14:textId="77777777" w:rsidR="000F4E4E" w:rsidRDefault="000F4E4E"/>
        </w:tc>
        <w:tc>
          <w:tcPr>
            <w:tcW w:w="1507" w:type="dxa"/>
          </w:tcPr>
          <w:p w14:paraId="34D86E4D" w14:textId="77777777" w:rsidR="000F4E4E" w:rsidRDefault="000F4E4E"/>
        </w:tc>
        <w:tc>
          <w:tcPr>
            <w:tcW w:w="1553" w:type="dxa"/>
          </w:tcPr>
          <w:p w14:paraId="6E0C5829" w14:textId="77777777" w:rsidR="000F4E4E" w:rsidRDefault="000F4E4E"/>
        </w:tc>
      </w:tr>
      <w:tr w:rsidR="000F4E4E" w14:paraId="7E38E731" w14:textId="77777777" w:rsidTr="009C1543">
        <w:tc>
          <w:tcPr>
            <w:tcW w:w="924" w:type="dxa"/>
          </w:tcPr>
          <w:p w14:paraId="20769834" w14:textId="77777777" w:rsidR="000F4E4E" w:rsidRDefault="000F4E4E"/>
        </w:tc>
        <w:tc>
          <w:tcPr>
            <w:tcW w:w="932" w:type="dxa"/>
          </w:tcPr>
          <w:p w14:paraId="00B9CF8C" w14:textId="77777777" w:rsidR="000F4E4E" w:rsidRDefault="000F4E4E">
            <w:r>
              <w:rPr>
                <w:rFonts w:ascii="Calibri" w:hAnsi="Calibri"/>
                <w:sz w:val="18"/>
              </w:rPr>
              <w:t>12</w:t>
            </w:r>
          </w:p>
        </w:tc>
        <w:tc>
          <w:tcPr>
            <w:tcW w:w="1796" w:type="dxa"/>
          </w:tcPr>
          <w:p w14:paraId="735BDA5D" w14:textId="77777777" w:rsidR="000F4E4E" w:rsidRDefault="000F4E4E">
            <w:r>
              <w:rPr>
                <w:rFonts w:ascii="Calibri" w:hAnsi="Calibri"/>
                <w:sz w:val="18"/>
              </w:rPr>
              <w:t>Review 1</w:t>
            </w:r>
            <w:r>
              <w:rPr>
                <w:rFonts w:ascii="Calibri" w:hAnsi="Calibri"/>
                <w:sz w:val="18"/>
              </w:rPr>
              <w:br/>
              <w:t>Self-evaluation</w:t>
            </w:r>
          </w:p>
        </w:tc>
        <w:tc>
          <w:tcPr>
            <w:tcW w:w="2227" w:type="dxa"/>
          </w:tcPr>
          <w:p w14:paraId="25D51DF2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Zhrnutie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  <w:r>
              <w:rPr>
                <w:rFonts w:ascii="Calibri" w:hAnsi="Calibri"/>
                <w:sz w:val="18"/>
              </w:rPr>
              <w:t xml:space="preserve"> 1, </w:t>
            </w:r>
            <w:proofErr w:type="spellStart"/>
            <w:r>
              <w:rPr>
                <w:rFonts w:ascii="Calibri" w:hAnsi="Calibri"/>
                <w:sz w:val="18"/>
              </w:rPr>
              <w:t>sebahodnotenie</w:t>
            </w:r>
            <w:proofErr w:type="spellEnd"/>
          </w:p>
        </w:tc>
        <w:tc>
          <w:tcPr>
            <w:tcW w:w="2451" w:type="dxa"/>
          </w:tcPr>
          <w:p w14:paraId="7BEA8B2D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upevniť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štruktúry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učení</w:t>
            </w:r>
            <w:proofErr w:type="spellEnd"/>
          </w:p>
        </w:tc>
        <w:tc>
          <w:tcPr>
            <w:tcW w:w="1668" w:type="dxa"/>
          </w:tcPr>
          <w:p w14:paraId="6FEA3B60" w14:textId="77777777" w:rsidR="000F4E4E" w:rsidRDefault="000F4E4E"/>
        </w:tc>
        <w:tc>
          <w:tcPr>
            <w:tcW w:w="1638" w:type="dxa"/>
          </w:tcPr>
          <w:p w14:paraId="07F4BFCC" w14:textId="77777777" w:rsidR="000F4E4E" w:rsidRDefault="000F4E4E"/>
        </w:tc>
        <w:tc>
          <w:tcPr>
            <w:tcW w:w="1507" w:type="dxa"/>
          </w:tcPr>
          <w:p w14:paraId="536EBA91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59F83520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</w:p>
        </w:tc>
      </w:tr>
      <w:tr w:rsidR="000F4E4E" w14:paraId="1B42025D" w14:textId="77777777" w:rsidTr="009C1543">
        <w:tc>
          <w:tcPr>
            <w:tcW w:w="924" w:type="dxa"/>
          </w:tcPr>
          <w:p w14:paraId="680A33B7" w14:textId="77777777" w:rsidR="000F4E4E" w:rsidRDefault="000F4E4E">
            <w:r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932" w:type="dxa"/>
          </w:tcPr>
          <w:p w14:paraId="6A6EE97E" w14:textId="77777777" w:rsidR="000F4E4E" w:rsidRDefault="000F4E4E">
            <w:r>
              <w:rPr>
                <w:rFonts w:ascii="Calibri" w:hAnsi="Calibri"/>
                <w:sz w:val="18"/>
              </w:rPr>
              <w:t>13</w:t>
            </w:r>
          </w:p>
        </w:tc>
        <w:tc>
          <w:tcPr>
            <w:tcW w:w="1796" w:type="dxa"/>
          </w:tcPr>
          <w:p w14:paraId="3C0063D6" w14:textId="77777777" w:rsidR="000F4E4E" w:rsidRDefault="000F4E4E">
            <w:r>
              <w:rPr>
                <w:rFonts w:ascii="Calibri" w:hAnsi="Calibri"/>
                <w:sz w:val="18"/>
              </w:rPr>
              <w:t>Test</w:t>
            </w:r>
          </w:p>
        </w:tc>
        <w:tc>
          <w:tcPr>
            <w:tcW w:w="2227" w:type="dxa"/>
          </w:tcPr>
          <w:p w14:paraId="7602D325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Hodnotenie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študentov</w:t>
            </w:r>
            <w:proofErr w:type="spellEnd"/>
          </w:p>
        </w:tc>
        <w:tc>
          <w:tcPr>
            <w:tcW w:w="2451" w:type="dxa"/>
          </w:tcPr>
          <w:p w14:paraId="656B1A71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aplikovať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testových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porozumenie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</w:p>
        </w:tc>
        <w:tc>
          <w:tcPr>
            <w:tcW w:w="1668" w:type="dxa"/>
          </w:tcPr>
          <w:p w14:paraId="58E23F62" w14:textId="77777777" w:rsidR="000F4E4E" w:rsidRDefault="000F4E4E"/>
        </w:tc>
        <w:tc>
          <w:tcPr>
            <w:tcW w:w="1638" w:type="dxa"/>
          </w:tcPr>
          <w:p w14:paraId="7AA686BD" w14:textId="77777777" w:rsidR="000F4E4E" w:rsidRDefault="000F4E4E"/>
        </w:tc>
        <w:tc>
          <w:tcPr>
            <w:tcW w:w="1507" w:type="dxa"/>
          </w:tcPr>
          <w:p w14:paraId="618BEF54" w14:textId="77777777" w:rsidR="000F4E4E" w:rsidRDefault="000F4E4E">
            <w:r>
              <w:rPr>
                <w:rFonts w:ascii="Calibri" w:hAnsi="Calibri"/>
                <w:sz w:val="18"/>
              </w:rPr>
              <w:t>Tests &amp; audio (downloadable from the Teacher’s assistant)</w:t>
            </w:r>
          </w:p>
        </w:tc>
        <w:tc>
          <w:tcPr>
            <w:tcW w:w="1553" w:type="dxa"/>
          </w:tcPr>
          <w:p w14:paraId="50694E4B" w14:textId="77777777" w:rsidR="000F4E4E" w:rsidRDefault="000F4E4E"/>
        </w:tc>
      </w:tr>
      <w:tr w:rsidR="000F4E4E" w14:paraId="0303B4EB" w14:textId="77777777" w:rsidTr="009C1543">
        <w:trPr>
          <w:trHeight w:val="357"/>
        </w:trPr>
        <w:tc>
          <w:tcPr>
            <w:tcW w:w="924" w:type="dxa"/>
          </w:tcPr>
          <w:p w14:paraId="4E61620E" w14:textId="77777777" w:rsidR="000F4E4E" w:rsidRDefault="000F4E4E"/>
        </w:tc>
        <w:tc>
          <w:tcPr>
            <w:tcW w:w="932" w:type="dxa"/>
          </w:tcPr>
          <w:p w14:paraId="08FB9CBD" w14:textId="77777777" w:rsidR="000F4E4E" w:rsidRDefault="000F4E4E"/>
        </w:tc>
        <w:tc>
          <w:tcPr>
            <w:tcW w:w="1796" w:type="dxa"/>
          </w:tcPr>
          <w:p w14:paraId="37B8B67C" w14:textId="77777777" w:rsidR="000F4E4E" w:rsidRDefault="000F4E4E"/>
        </w:tc>
        <w:tc>
          <w:tcPr>
            <w:tcW w:w="2227" w:type="dxa"/>
            <w:shd w:val="clear" w:color="auto" w:fill="FFFF00"/>
          </w:tcPr>
          <w:p w14:paraId="443D72E3" w14:textId="77777777" w:rsidR="000F4E4E" w:rsidRPr="009C1543" w:rsidRDefault="000F4E4E" w:rsidP="009C1543">
            <w:pPr>
              <w:jc w:val="center"/>
              <w:rPr>
                <w:b/>
                <w:bCs/>
              </w:rPr>
            </w:pPr>
            <w:r w:rsidRPr="009C1543">
              <w:rPr>
                <w:rFonts w:ascii="Calibri" w:hAnsi="Calibri"/>
                <w:b/>
                <w:bCs/>
                <w:sz w:val="18"/>
              </w:rPr>
              <w:t>Module 2: Day in, day out</w:t>
            </w:r>
          </w:p>
        </w:tc>
        <w:tc>
          <w:tcPr>
            <w:tcW w:w="2451" w:type="dxa"/>
            <w:shd w:val="clear" w:color="auto" w:fill="FFFF00"/>
          </w:tcPr>
          <w:p w14:paraId="046D3F04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68" w:type="dxa"/>
            <w:shd w:val="clear" w:color="auto" w:fill="FFFF00"/>
          </w:tcPr>
          <w:p w14:paraId="6E173A0B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38" w:type="dxa"/>
            <w:shd w:val="clear" w:color="auto" w:fill="FFFF00"/>
          </w:tcPr>
          <w:p w14:paraId="0C1A9DAD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07" w:type="dxa"/>
            <w:shd w:val="clear" w:color="auto" w:fill="FFFF00"/>
          </w:tcPr>
          <w:p w14:paraId="741FBC0D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53" w:type="dxa"/>
            <w:shd w:val="clear" w:color="auto" w:fill="FFFF00"/>
          </w:tcPr>
          <w:p w14:paraId="007E467F" w14:textId="77777777" w:rsidR="000F4E4E" w:rsidRPr="009C1543" w:rsidRDefault="000F4E4E">
            <w:pPr>
              <w:rPr>
                <w:b/>
                <w:bCs/>
              </w:rPr>
            </w:pPr>
          </w:p>
        </w:tc>
      </w:tr>
      <w:tr w:rsidR="000F4E4E" w14:paraId="490E6023" w14:textId="77777777" w:rsidTr="009C1543">
        <w:tc>
          <w:tcPr>
            <w:tcW w:w="924" w:type="dxa"/>
          </w:tcPr>
          <w:p w14:paraId="40404E36" w14:textId="77777777" w:rsidR="000F4E4E" w:rsidRDefault="000F4E4E"/>
        </w:tc>
        <w:tc>
          <w:tcPr>
            <w:tcW w:w="932" w:type="dxa"/>
          </w:tcPr>
          <w:p w14:paraId="7E053D9A" w14:textId="77777777" w:rsidR="000F4E4E" w:rsidRDefault="000F4E4E">
            <w:r>
              <w:rPr>
                <w:rFonts w:ascii="Calibri" w:hAnsi="Calibri"/>
                <w:sz w:val="18"/>
              </w:rPr>
              <w:t>14</w:t>
            </w:r>
          </w:p>
        </w:tc>
        <w:tc>
          <w:tcPr>
            <w:tcW w:w="1796" w:type="dxa"/>
          </w:tcPr>
          <w:p w14:paraId="2A193D26" w14:textId="77777777" w:rsidR="000F4E4E" w:rsidRDefault="000F4E4E">
            <w:r>
              <w:rPr>
                <w:rFonts w:ascii="Calibri" w:hAnsi="Calibri"/>
                <w:sz w:val="18"/>
              </w:rPr>
              <w:t>Cover page module 2</w:t>
            </w:r>
            <w:r>
              <w:rPr>
                <w:rFonts w:ascii="Calibri" w:hAnsi="Calibri"/>
                <w:sz w:val="18"/>
              </w:rPr>
              <w:br/>
              <w:t>2A</w:t>
            </w:r>
          </w:p>
        </w:tc>
        <w:tc>
          <w:tcPr>
            <w:tcW w:w="2227" w:type="dxa"/>
          </w:tcPr>
          <w:p w14:paraId="254BAC8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vyjadrenie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času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63277D94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oboznámiť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témou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predchádzajúce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určiť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výrazy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súvisiace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časom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bežných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dennom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režime</w:t>
            </w:r>
            <w:proofErr w:type="spellEnd"/>
          </w:p>
        </w:tc>
        <w:tc>
          <w:tcPr>
            <w:tcW w:w="1668" w:type="dxa"/>
          </w:tcPr>
          <w:p w14:paraId="7D09873B" w14:textId="77777777" w:rsidR="000F4E4E" w:rsidRDefault="000F4E4E"/>
        </w:tc>
        <w:tc>
          <w:tcPr>
            <w:tcW w:w="1638" w:type="dxa"/>
          </w:tcPr>
          <w:p w14:paraId="7195D4EC" w14:textId="77777777" w:rsidR="000F4E4E" w:rsidRDefault="000F4E4E">
            <w:r>
              <w:rPr>
                <w:rFonts w:ascii="Calibri" w:hAnsi="Calibri"/>
                <w:sz w:val="18"/>
              </w:rPr>
              <w:t>Words/Phrases related to time</w:t>
            </w:r>
          </w:p>
        </w:tc>
        <w:tc>
          <w:tcPr>
            <w:tcW w:w="1507" w:type="dxa"/>
          </w:tcPr>
          <w:p w14:paraId="1C16508E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1F1D23F1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392B02B1" w14:textId="77777777" w:rsidTr="009C1543">
        <w:tc>
          <w:tcPr>
            <w:tcW w:w="924" w:type="dxa"/>
          </w:tcPr>
          <w:p w14:paraId="478AF63B" w14:textId="77777777" w:rsidR="000F4E4E" w:rsidRDefault="000F4E4E"/>
        </w:tc>
        <w:tc>
          <w:tcPr>
            <w:tcW w:w="932" w:type="dxa"/>
          </w:tcPr>
          <w:p w14:paraId="39151545" w14:textId="77777777" w:rsidR="000F4E4E" w:rsidRDefault="000F4E4E">
            <w:r>
              <w:rPr>
                <w:rFonts w:ascii="Calibri" w:hAnsi="Calibri"/>
                <w:sz w:val="18"/>
              </w:rPr>
              <w:t>15</w:t>
            </w:r>
          </w:p>
        </w:tc>
        <w:tc>
          <w:tcPr>
            <w:tcW w:w="1796" w:type="dxa"/>
          </w:tcPr>
          <w:p w14:paraId="78DDB7C1" w14:textId="77777777" w:rsidR="000F4E4E" w:rsidRDefault="000F4E4E">
            <w:r>
              <w:rPr>
                <w:rFonts w:ascii="Calibri" w:hAnsi="Calibri"/>
                <w:sz w:val="18"/>
              </w:rPr>
              <w:t>2A</w:t>
            </w:r>
          </w:p>
        </w:tc>
        <w:tc>
          <w:tcPr>
            <w:tcW w:w="2227" w:type="dxa"/>
          </w:tcPr>
          <w:p w14:paraId="6CDF5016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prítomný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opytovacie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vety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zápor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predložky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času</w:t>
            </w:r>
            <w:proofErr w:type="spellEnd"/>
          </w:p>
        </w:tc>
        <w:tc>
          <w:tcPr>
            <w:tcW w:w="2451" w:type="dxa"/>
          </w:tcPr>
          <w:p w14:paraId="4E104843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prítomný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záporných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opytovacích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vetách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denný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režim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predložiek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otázky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odpovede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každodenných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činnostiach</w:t>
            </w:r>
            <w:proofErr w:type="spellEnd"/>
          </w:p>
        </w:tc>
        <w:tc>
          <w:tcPr>
            <w:tcW w:w="1668" w:type="dxa"/>
          </w:tcPr>
          <w:p w14:paraId="61B11E4F" w14:textId="77777777" w:rsidR="000F4E4E" w:rsidRDefault="000F4E4E">
            <w:r>
              <w:rPr>
                <w:rFonts w:ascii="Calibri" w:hAnsi="Calibri"/>
                <w:sz w:val="18"/>
              </w:rPr>
              <w:t>Present Simple (negative, Yes/No questions)</w:t>
            </w:r>
          </w:p>
        </w:tc>
        <w:tc>
          <w:tcPr>
            <w:tcW w:w="1638" w:type="dxa"/>
          </w:tcPr>
          <w:p w14:paraId="62E4B316" w14:textId="77777777" w:rsidR="000F4E4E" w:rsidRDefault="000F4E4E"/>
        </w:tc>
        <w:tc>
          <w:tcPr>
            <w:tcW w:w="1507" w:type="dxa"/>
          </w:tcPr>
          <w:p w14:paraId="7AB72C87" w14:textId="77777777" w:rsidR="000F4E4E" w:rsidRDefault="000F4E4E"/>
        </w:tc>
        <w:tc>
          <w:tcPr>
            <w:tcW w:w="1553" w:type="dxa"/>
          </w:tcPr>
          <w:p w14:paraId="60343991" w14:textId="77777777" w:rsidR="000F4E4E" w:rsidRDefault="000F4E4E"/>
        </w:tc>
      </w:tr>
      <w:tr w:rsidR="000F4E4E" w14:paraId="4CA89DD9" w14:textId="77777777" w:rsidTr="009C1543">
        <w:tc>
          <w:tcPr>
            <w:tcW w:w="924" w:type="dxa"/>
          </w:tcPr>
          <w:p w14:paraId="421311E6" w14:textId="77777777" w:rsidR="000F4E4E" w:rsidRDefault="000F4E4E">
            <w:r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932" w:type="dxa"/>
          </w:tcPr>
          <w:p w14:paraId="70A276F9" w14:textId="77777777" w:rsidR="000F4E4E" w:rsidRDefault="000F4E4E">
            <w:r>
              <w:rPr>
                <w:rFonts w:ascii="Calibri" w:hAnsi="Calibri"/>
                <w:sz w:val="18"/>
              </w:rPr>
              <w:t>16</w:t>
            </w:r>
          </w:p>
        </w:tc>
        <w:tc>
          <w:tcPr>
            <w:tcW w:w="1796" w:type="dxa"/>
          </w:tcPr>
          <w:p w14:paraId="23BB272B" w14:textId="77777777" w:rsidR="000F4E4E" w:rsidRDefault="000F4E4E">
            <w:r>
              <w:rPr>
                <w:rFonts w:ascii="Calibri" w:hAnsi="Calibri"/>
                <w:sz w:val="18"/>
              </w:rPr>
              <w:t>2B</w:t>
            </w:r>
          </w:p>
        </w:tc>
        <w:tc>
          <w:tcPr>
            <w:tcW w:w="2227" w:type="dxa"/>
          </w:tcPr>
          <w:p w14:paraId="5DDA6813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 xml:space="preserve">-  </w:t>
            </w:r>
            <w:proofErr w:type="spellStart"/>
            <w:r>
              <w:rPr>
                <w:rFonts w:ascii="Calibri" w:hAnsi="Calibri"/>
                <w:sz w:val="18"/>
              </w:rPr>
              <w:t>voľnočasové</w:t>
            </w:r>
            <w:proofErr w:type="spellEnd"/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1ED7775F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voľnočasové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identifikovať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počúvanom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voľnom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hovoriť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svojich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voľnočasových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aktivitách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opytovacích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zámen</w:t>
            </w:r>
            <w:proofErr w:type="spellEnd"/>
          </w:p>
        </w:tc>
        <w:tc>
          <w:tcPr>
            <w:tcW w:w="1668" w:type="dxa"/>
          </w:tcPr>
          <w:p w14:paraId="4B0B4284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Wh</w:t>
            </w:r>
            <w:proofErr w:type="spellEnd"/>
            <w:r>
              <w:rPr>
                <w:rFonts w:ascii="Calibri" w:hAnsi="Calibri"/>
                <w:sz w:val="18"/>
              </w:rPr>
              <w:t>-questions</w:t>
            </w:r>
          </w:p>
        </w:tc>
        <w:tc>
          <w:tcPr>
            <w:tcW w:w="1638" w:type="dxa"/>
          </w:tcPr>
          <w:p w14:paraId="0A0394FA" w14:textId="77777777" w:rsidR="000F4E4E" w:rsidRDefault="000F4E4E">
            <w:r>
              <w:rPr>
                <w:rFonts w:ascii="Calibri" w:hAnsi="Calibri"/>
                <w:sz w:val="18"/>
              </w:rPr>
              <w:t>Free-time activities</w:t>
            </w:r>
            <w:r>
              <w:rPr>
                <w:rFonts w:ascii="Calibri" w:hAnsi="Calibri"/>
                <w:sz w:val="18"/>
              </w:rPr>
              <w:br/>
            </w:r>
          </w:p>
        </w:tc>
        <w:tc>
          <w:tcPr>
            <w:tcW w:w="1507" w:type="dxa"/>
          </w:tcPr>
          <w:p w14:paraId="4676F830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5D1C1A35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</w:p>
        </w:tc>
      </w:tr>
      <w:tr w:rsidR="000F4E4E" w14:paraId="65C1E5E0" w14:textId="77777777" w:rsidTr="009C1543">
        <w:tc>
          <w:tcPr>
            <w:tcW w:w="924" w:type="dxa"/>
          </w:tcPr>
          <w:p w14:paraId="7BBC7B73" w14:textId="77777777" w:rsidR="000F4E4E" w:rsidRDefault="000F4E4E"/>
        </w:tc>
        <w:tc>
          <w:tcPr>
            <w:tcW w:w="932" w:type="dxa"/>
          </w:tcPr>
          <w:p w14:paraId="08D8E105" w14:textId="77777777" w:rsidR="000F4E4E" w:rsidRDefault="000F4E4E">
            <w:r>
              <w:rPr>
                <w:rFonts w:ascii="Calibri" w:hAnsi="Calibri"/>
                <w:sz w:val="18"/>
              </w:rPr>
              <w:t>17</w:t>
            </w:r>
          </w:p>
        </w:tc>
        <w:tc>
          <w:tcPr>
            <w:tcW w:w="1796" w:type="dxa"/>
          </w:tcPr>
          <w:p w14:paraId="033D2236" w14:textId="77777777" w:rsidR="000F4E4E" w:rsidRDefault="000F4E4E">
            <w:r>
              <w:rPr>
                <w:rFonts w:ascii="Calibri" w:hAnsi="Calibri"/>
                <w:sz w:val="18"/>
              </w:rPr>
              <w:t>2B</w:t>
            </w:r>
          </w:p>
        </w:tc>
        <w:tc>
          <w:tcPr>
            <w:tcW w:w="2227" w:type="dxa"/>
          </w:tcPr>
          <w:p w14:paraId="5B56173B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príslovky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frekvencie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ako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často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vykonávame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rôzne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činnosti</w:t>
            </w:r>
            <w:proofErr w:type="spellEnd"/>
          </w:p>
        </w:tc>
        <w:tc>
          <w:tcPr>
            <w:tcW w:w="2451" w:type="dxa"/>
          </w:tcPr>
          <w:p w14:paraId="10C6135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príslovky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frekvencie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opise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každodenných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ako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často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vykonáva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rôzne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otázky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frekvencii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činností</w:t>
            </w:r>
            <w:proofErr w:type="spellEnd"/>
          </w:p>
        </w:tc>
        <w:tc>
          <w:tcPr>
            <w:tcW w:w="1668" w:type="dxa"/>
          </w:tcPr>
          <w:p w14:paraId="19DFF5F3" w14:textId="77777777" w:rsidR="000F4E4E" w:rsidRDefault="000F4E4E"/>
        </w:tc>
        <w:tc>
          <w:tcPr>
            <w:tcW w:w="1638" w:type="dxa"/>
          </w:tcPr>
          <w:p w14:paraId="3FEB37DB" w14:textId="77777777" w:rsidR="000F4E4E" w:rsidRDefault="000F4E4E">
            <w:r>
              <w:rPr>
                <w:rFonts w:ascii="Calibri" w:hAnsi="Calibri"/>
                <w:sz w:val="18"/>
              </w:rPr>
              <w:t>Adverbs of frequency</w:t>
            </w:r>
          </w:p>
        </w:tc>
        <w:tc>
          <w:tcPr>
            <w:tcW w:w="1507" w:type="dxa"/>
          </w:tcPr>
          <w:p w14:paraId="3DCA9876" w14:textId="77777777" w:rsidR="000F4E4E" w:rsidRDefault="000F4E4E"/>
        </w:tc>
        <w:tc>
          <w:tcPr>
            <w:tcW w:w="1553" w:type="dxa"/>
          </w:tcPr>
          <w:p w14:paraId="2047C0C9" w14:textId="77777777" w:rsidR="000F4E4E" w:rsidRDefault="000F4E4E"/>
        </w:tc>
      </w:tr>
      <w:tr w:rsidR="000F4E4E" w14:paraId="46386389" w14:textId="77777777" w:rsidTr="009C1543">
        <w:tc>
          <w:tcPr>
            <w:tcW w:w="924" w:type="dxa"/>
          </w:tcPr>
          <w:p w14:paraId="5A9CB77D" w14:textId="77777777" w:rsidR="000F4E4E" w:rsidRDefault="000F4E4E"/>
        </w:tc>
        <w:tc>
          <w:tcPr>
            <w:tcW w:w="932" w:type="dxa"/>
          </w:tcPr>
          <w:p w14:paraId="49380C94" w14:textId="77777777" w:rsidR="000F4E4E" w:rsidRDefault="000F4E4E">
            <w:r>
              <w:rPr>
                <w:rFonts w:ascii="Calibri" w:hAnsi="Calibri"/>
                <w:sz w:val="18"/>
              </w:rPr>
              <w:t>18</w:t>
            </w:r>
          </w:p>
        </w:tc>
        <w:tc>
          <w:tcPr>
            <w:tcW w:w="1796" w:type="dxa"/>
          </w:tcPr>
          <w:p w14:paraId="06475F43" w14:textId="77777777" w:rsidR="000F4E4E" w:rsidRDefault="000F4E4E">
            <w:r>
              <w:rPr>
                <w:rFonts w:ascii="Calibri" w:hAnsi="Calibri"/>
                <w:sz w:val="18"/>
              </w:rPr>
              <w:t>2C</w:t>
            </w:r>
          </w:p>
        </w:tc>
        <w:tc>
          <w:tcPr>
            <w:tcW w:w="2227" w:type="dxa"/>
          </w:tcPr>
          <w:p w14:paraId="7B1E4A7A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digitálne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návyky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541C32EA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digitálne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technológie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činnosti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nimi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spojené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digitálnych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návykoch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diskutovať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využívaní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technológií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každodennom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živote</w:t>
            </w:r>
            <w:proofErr w:type="spellEnd"/>
          </w:p>
        </w:tc>
        <w:tc>
          <w:tcPr>
            <w:tcW w:w="1668" w:type="dxa"/>
          </w:tcPr>
          <w:p w14:paraId="58DA19F1" w14:textId="77777777" w:rsidR="000F4E4E" w:rsidRDefault="000F4E4E"/>
        </w:tc>
        <w:tc>
          <w:tcPr>
            <w:tcW w:w="1638" w:type="dxa"/>
          </w:tcPr>
          <w:p w14:paraId="422211B6" w14:textId="77777777" w:rsidR="000F4E4E" w:rsidRDefault="000F4E4E">
            <w:r>
              <w:rPr>
                <w:rFonts w:ascii="Calibri" w:hAnsi="Calibri"/>
                <w:sz w:val="18"/>
              </w:rPr>
              <w:t>Words/phrases related to technology</w:t>
            </w:r>
          </w:p>
        </w:tc>
        <w:tc>
          <w:tcPr>
            <w:tcW w:w="1507" w:type="dxa"/>
          </w:tcPr>
          <w:p w14:paraId="300E40D2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2DD979A1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1510AD51" w14:textId="77777777" w:rsidTr="009C1543">
        <w:tc>
          <w:tcPr>
            <w:tcW w:w="924" w:type="dxa"/>
          </w:tcPr>
          <w:p w14:paraId="7C4F6BF0" w14:textId="77777777" w:rsidR="000F4E4E" w:rsidRDefault="000F4E4E"/>
        </w:tc>
        <w:tc>
          <w:tcPr>
            <w:tcW w:w="932" w:type="dxa"/>
          </w:tcPr>
          <w:p w14:paraId="0DECC8FB" w14:textId="77777777" w:rsidR="000F4E4E" w:rsidRDefault="000F4E4E">
            <w:r>
              <w:rPr>
                <w:rFonts w:ascii="Calibri" w:hAnsi="Calibri"/>
                <w:sz w:val="18"/>
              </w:rPr>
              <w:t>19</w:t>
            </w:r>
          </w:p>
        </w:tc>
        <w:tc>
          <w:tcPr>
            <w:tcW w:w="1796" w:type="dxa"/>
          </w:tcPr>
          <w:p w14:paraId="4FE70326" w14:textId="77777777" w:rsidR="000F4E4E" w:rsidRDefault="000F4E4E">
            <w:r>
              <w:rPr>
                <w:rFonts w:ascii="Calibri" w:hAnsi="Calibri"/>
                <w:sz w:val="18"/>
              </w:rPr>
              <w:t>2C</w:t>
            </w:r>
          </w:p>
        </w:tc>
        <w:tc>
          <w:tcPr>
            <w:tcW w:w="2227" w:type="dxa"/>
          </w:tcPr>
          <w:p w14:paraId="6C70AAF5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slovesá</w:t>
            </w:r>
            <w:proofErr w:type="spellEnd"/>
            <w:r>
              <w:rPr>
                <w:rFonts w:ascii="Calibri" w:hAnsi="Calibri"/>
                <w:sz w:val="18"/>
              </w:rPr>
              <w:t xml:space="preserve"> a -</w:t>
            </w:r>
            <w:proofErr w:type="spellStart"/>
            <w:r>
              <w:rPr>
                <w:rFonts w:ascii="Calibri" w:hAnsi="Calibri"/>
                <w:sz w:val="18"/>
              </w:rPr>
              <w:t>ing</w:t>
            </w:r>
            <w:proofErr w:type="spellEnd"/>
            <w:r>
              <w:rPr>
                <w:rFonts w:ascii="Calibri" w:hAnsi="Calibri"/>
                <w:sz w:val="18"/>
              </w:rPr>
              <w:t>/</w:t>
            </w:r>
            <w:proofErr w:type="spellStart"/>
            <w:r>
              <w:rPr>
                <w:rFonts w:ascii="Calibri" w:hAnsi="Calibri"/>
                <w:sz w:val="18"/>
              </w:rPr>
              <w:t>neurčitok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moje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digitálne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návyky</w:t>
            </w:r>
            <w:proofErr w:type="spellEnd"/>
          </w:p>
        </w:tc>
        <w:tc>
          <w:tcPr>
            <w:tcW w:w="2451" w:type="dxa"/>
          </w:tcPr>
          <w:p w14:paraId="395B774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vyjadriť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obľubu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neobľubu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želania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zámery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slovesných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väzieb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tvary</w:t>
            </w:r>
            <w:proofErr w:type="spellEnd"/>
            <w:r>
              <w:rPr>
                <w:rFonts w:ascii="Calibri" w:hAnsi="Calibri"/>
                <w:sz w:val="18"/>
              </w:rPr>
              <w:t xml:space="preserve"> so </w:t>
            </w:r>
            <w:proofErr w:type="spellStart"/>
            <w:r>
              <w:rPr>
                <w:rFonts w:ascii="Calibri" w:hAnsi="Calibri"/>
                <w:sz w:val="18"/>
              </w:rPr>
              <w:t>slovesným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podstatným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menom</w:t>
            </w:r>
            <w:proofErr w:type="spellEnd"/>
            <w:r>
              <w:rPr>
                <w:rFonts w:ascii="Calibri" w:hAnsi="Calibri"/>
                <w:sz w:val="18"/>
              </w:rPr>
              <w:t xml:space="preserve"> (-</w:t>
            </w:r>
            <w:proofErr w:type="spellStart"/>
            <w:r>
              <w:rPr>
                <w:rFonts w:ascii="Calibri" w:hAnsi="Calibri"/>
                <w:sz w:val="18"/>
              </w:rPr>
              <w:t>ing</w:t>
            </w:r>
            <w:proofErr w:type="spellEnd"/>
            <w:r>
              <w:rPr>
                <w:rFonts w:ascii="Calibri" w:hAnsi="Calibri"/>
                <w:sz w:val="18"/>
              </w:rPr>
              <w:t xml:space="preserve">)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infinitívom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digitálne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návyky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krátkom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prejave</w:t>
            </w:r>
            <w:proofErr w:type="spellEnd"/>
          </w:p>
        </w:tc>
        <w:tc>
          <w:tcPr>
            <w:tcW w:w="1668" w:type="dxa"/>
          </w:tcPr>
          <w:p w14:paraId="04FAFB5E" w14:textId="77777777" w:rsidR="000F4E4E" w:rsidRDefault="000F4E4E">
            <w:r>
              <w:rPr>
                <w:rFonts w:ascii="Calibri" w:hAnsi="Calibri"/>
                <w:sz w:val="18"/>
              </w:rPr>
              <w:t>like / love / enjoy / hate / can’t stand + -</w:t>
            </w:r>
            <w:proofErr w:type="spellStart"/>
            <w:r>
              <w:rPr>
                <w:rFonts w:ascii="Calibri" w:hAnsi="Calibri"/>
                <w:sz w:val="18"/>
              </w:rPr>
              <w:t>ing</w:t>
            </w:r>
            <w:proofErr w:type="spellEnd"/>
            <w:r>
              <w:rPr>
                <w:rFonts w:ascii="Calibri" w:hAnsi="Calibri"/>
                <w:sz w:val="18"/>
              </w:rPr>
              <w:br/>
              <w:t>would like / want + to</w:t>
            </w:r>
          </w:p>
        </w:tc>
        <w:tc>
          <w:tcPr>
            <w:tcW w:w="1638" w:type="dxa"/>
          </w:tcPr>
          <w:p w14:paraId="2B89F734" w14:textId="77777777" w:rsidR="000F4E4E" w:rsidRDefault="000F4E4E"/>
        </w:tc>
        <w:tc>
          <w:tcPr>
            <w:tcW w:w="1507" w:type="dxa"/>
          </w:tcPr>
          <w:p w14:paraId="66DD4641" w14:textId="77777777" w:rsidR="000F4E4E" w:rsidRDefault="000F4E4E"/>
        </w:tc>
        <w:tc>
          <w:tcPr>
            <w:tcW w:w="1553" w:type="dxa"/>
          </w:tcPr>
          <w:p w14:paraId="51DD0693" w14:textId="77777777" w:rsidR="000F4E4E" w:rsidRDefault="000F4E4E"/>
        </w:tc>
      </w:tr>
      <w:tr w:rsidR="000F4E4E" w14:paraId="1C9E93D5" w14:textId="77777777" w:rsidTr="009C1543">
        <w:tc>
          <w:tcPr>
            <w:tcW w:w="924" w:type="dxa"/>
          </w:tcPr>
          <w:p w14:paraId="3BD5A9E8" w14:textId="77777777" w:rsidR="000F4E4E" w:rsidRDefault="000F4E4E">
            <w:r>
              <w:rPr>
                <w:rFonts w:ascii="Calibri" w:hAnsi="Calibri"/>
                <w:sz w:val="18"/>
              </w:rPr>
              <w:t>6</w:t>
            </w:r>
          </w:p>
        </w:tc>
        <w:tc>
          <w:tcPr>
            <w:tcW w:w="932" w:type="dxa"/>
          </w:tcPr>
          <w:p w14:paraId="0EE40CF0" w14:textId="77777777" w:rsidR="000F4E4E" w:rsidRDefault="000F4E4E">
            <w:r>
              <w:rPr>
                <w:rFonts w:ascii="Calibri" w:hAnsi="Calibri"/>
                <w:sz w:val="18"/>
              </w:rPr>
              <w:t>20</w:t>
            </w:r>
          </w:p>
        </w:tc>
        <w:tc>
          <w:tcPr>
            <w:tcW w:w="1796" w:type="dxa"/>
          </w:tcPr>
          <w:p w14:paraId="5DD11CFE" w14:textId="77777777" w:rsidR="000F4E4E" w:rsidRDefault="000F4E4E">
            <w:r>
              <w:rPr>
                <w:rFonts w:ascii="Calibri" w:hAnsi="Calibri"/>
                <w:sz w:val="18"/>
              </w:rPr>
              <w:t>2D</w:t>
            </w:r>
          </w:p>
        </w:tc>
        <w:tc>
          <w:tcPr>
            <w:tcW w:w="2227" w:type="dxa"/>
          </w:tcPr>
          <w:p w14:paraId="3A5212E4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formulovanie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návrhov</w:t>
            </w:r>
            <w:proofErr w:type="spellEnd"/>
          </w:p>
        </w:tc>
        <w:tc>
          <w:tcPr>
            <w:tcW w:w="2451" w:type="dxa"/>
          </w:tcPr>
          <w:p w14:paraId="79AB8DC4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formulovať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návrhy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primerane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ne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vyjadriť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súhlas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nesúhlas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návrhom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frázy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spoločnom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rozhodovaní</w:t>
            </w:r>
            <w:proofErr w:type="spellEnd"/>
          </w:p>
        </w:tc>
        <w:tc>
          <w:tcPr>
            <w:tcW w:w="1668" w:type="dxa"/>
          </w:tcPr>
          <w:p w14:paraId="456A8958" w14:textId="77777777" w:rsidR="000F4E4E" w:rsidRDefault="000F4E4E"/>
        </w:tc>
        <w:tc>
          <w:tcPr>
            <w:tcW w:w="1638" w:type="dxa"/>
          </w:tcPr>
          <w:p w14:paraId="2323D999" w14:textId="77777777" w:rsidR="000F4E4E" w:rsidRDefault="000F4E4E">
            <w:r>
              <w:rPr>
                <w:rFonts w:ascii="Calibri" w:hAnsi="Calibri"/>
                <w:sz w:val="18"/>
              </w:rPr>
              <w:t>Phrases connected to suggestions</w:t>
            </w:r>
          </w:p>
        </w:tc>
        <w:tc>
          <w:tcPr>
            <w:tcW w:w="1507" w:type="dxa"/>
          </w:tcPr>
          <w:p w14:paraId="315F9A40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3BAD50A8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1046488B" w14:textId="77777777" w:rsidTr="009C1543">
        <w:tc>
          <w:tcPr>
            <w:tcW w:w="924" w:type="dxa"/>
          </w:tcPr>
          <w:p w14:paraId="0A9A112D" w14:textId="77777777" w:rsidR="000F4E4E" w:rsidRDefault="000F4E4E"/>
        </w:tc>
        <w:tc>
          <w:tcPr>
            <w:tcW w:w="932" w:type="dxa"/>
          </w:tcPr>
          <w:p w14:paraId="539197B4" w14:textId="77777777" w:rsidR="000F4E4E" w:rsidRDefault="000F4E4E">
            <w:r>
              <w:rPr>
                <w:rFonts w:ascii="Calibri" w:hAnsi="Calibri"/>
                <w:sz w:val="18"/>
              </w:rPr>
              <w:t>21</w:t>
            </w:r>
          </w:p>
        </w:tc>
        <w:tc>
          <w:tcPr>
            <w:tcW w:w="1796" w:type="dxa"/>
          </w:tcPr>
          <w:p w14:paraId="1375C29D" w14:textId="77777777" w:rsidR="000F4E4E" w:rsidRDefault="000F4E4E">
            <w:r>
              <w:rPr>
                <w:rFonts w:ascii="Calibri" w:hAnsi="Calibri"/>
                <w:sz w:val="18"/>
              </w:rPr>
              <w:t>2D</w:t>
            </w:r>
          </w:p>
        </w:tc>
        <w:tc>
          <w:tcPr>
            <w:tcW w:w="2227" w:type="dxa"/>
          </w:tcPr>
          <w:p w14:paraId="27B7BBE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O </w:t>
            </w:r>
            <w:proofErr w:type="spellStart"/>
            <w:r>
              <w:rPr>
                <w:rFonts w:ascii="Calibri" w:hAnsi="Calibri"/>
                <w:sz w:val="18"/>
              </w:rPr>
              <w:t>mne</w:t>
            </w:r>
            <w:proofErr w:type="spellEnd"/>
            <w:r>
              <w:rPr>
                <w:rFonts w:ascii="Calibri" w:hAnsi="Calibri"/>
                <w:sz w:val="18"/>
              </w:rPr>
              <w:t xml:space="preserve"> -</w:t>
            </w:r>
            <w:proofErr w:type="spellStart"/>
            <w:r>
              <w:rPr>
                <w:rFonts w:ascii="Calibri" w:hAnsi="Calibri"/>
                <w:sz w:val="18"/>
              </w:rPr>
              <w:t>predstavenie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</w:p>
        </w:tc>
        <w:tc>
          <w:tcPr>
            <w:tcW w:w="2451" w:type="dxa"/>
          </w:tcPr>
          <w:p w14:paraId="4EB16A75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osobnom</w:t>
            </w:r>
            <w:proofErr w:type="spellEnd"/>
            <w:r>
              <w:rPr>
                <w:rFonts w:ascii="Calibri" w:hAnsi="Calibri"/>
                <w:sz w:val="18"/>
              </w:rPr>
              <w:t xml:space="preserve"> profile 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predstavenie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 text o </w:t>
            </w:r>
            <w:proofErr w:type="spellStart"/>
            <w:r>
              <w:rPr>
                <w:rFonts w:ascii="Calibri" w:hAnsi="Calibri"/>
                <w:sz w:val="18"/>
              </w:rPr>
              <w:t>sebe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využitím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gramatiky</w:t>
            </w:r>
            <w:proofErr w:type="spellEnd"/>
          </w:p>
        </w:tc>
        <w:tc>
          <w:tcPr>
            <w:tcW w:w="1668" w:type="dxa"/>
          </w:tcPr>
          <w:p w14:paraId="074DF1E9" w14:textId="77777777" w:rsidR="000F4E4E" w:rsidRDefault="000F4E4E"/>
        </w:tc>
        <w:tc>
          <w:tcPr>
            <w:tcW w:w="1638" w:type="dxa"/>
          </w:tcPr>
          <w:p w14:paraId="54461E3B" w14:textId="77777777" w:rsidR="000F4E4E" w:rsidRDefault="000F4E4E"/>
        </w:tc>
        <w:tc>
          <w:tcPr>
            <w:tcW w:w="1507" w:type="dxa"/>
          </w:tcPr>
          <w:p w14:paraId="2102AC2E" w14:textId="77777777" w:rsidR="000F4E4E" w:rsidRDefault="000F4E4E"/>
        </w:tc>
        <w:tc>
          <w:tcPr>
            <w:tcW w:w="1553" w:type="dxa"/>
          </w:tcPr>
          <w:p w14:paraId="7E942604" w14:textId="77777777" w:rsidR="000F4E4E" w:rsidRDefault="000F4E4E"/>
        </w:tc>
      </w:tr>
      <w:tr w:rsidR="000F4E4E" w14:paraId="75F0CD01" w14:textId="77777777" w:rsidTr="009C1543">
        <w:tc>
          <w:tcPr>
            <w:tcW w:w="924" w:type="dxa"/>
          </w:tcPr>
          <w:p w14:paraId="7359B0CB" w14:textId="77777777" w:rsidR="000F4E4E" w:rsidRDefault="000F4E4E"/>
        </w:tc>
        <w:tc>
          <w:tcPr>
            <w:tcW w:w="932" w:type="dxa"/>
          </w:tcPr>
          <w:p w14:paraId="52E053B5" w14:textId="77777777" w:rsidR="000F4E4E" w:rsidRDefault="000F4E4E">
            <w:r>
              <w:rPr>
                <w:rFonts w:ascii="Calibri" w:hAnsi="Calibri"/>
                <w:sz w:val="18"/>
              </w:rPr>
              <w:t>22</w:t>
            </w:r>
          </w:p>
        </w:tc>
        <w:tc>
          <w:tcPr>
            <w:tcW w:w="1796" w:type="dxa"/>
          </w:tcPr>
          <w:p w14:paraId="02F81941" w14:textId="77777777" w:rsidR="000F4E4E" w:rsidRDefault="000F4E4E">
            <w:r>
              <w:rPr>
                <w:rFonts w:ascii="Calibri" w:hAnsi="Calibri"/>
                <w:sz w:val="18"/>
              </w:rPr>
              <w:t>Review 2</w:t>
            </w:r>
            <w:r>
              <w:rPr>
                <w:rFonts w:ascii="Calibri" w:hAnsi="Calibri"/>
                <w:sz w:val="18"/>
              </w:rPr>
              <w:br/>
              <w:t>Self-evaluation</w:t>
            </w:r>
          </w:p>
        </w:tc>
        <w:tc>
          <w:tcPr>
            <w:tcW w:w="2227" w:type="dxa"/>
          </w:tcPr>
          <w:p w14:paraId="02ED8592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Zhrnutie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  <w:r>
              <w:rPr>
                <w:rFonts w:ascii="Calibri" w:hAnsi="Calibri"/>
                <w:sz w:val="18"/>
              </w:rPr>
              <w:t xml:space="preserve"> 2, </w:t>
            </w:r>
            <w:proofErr w:type="spellStart"/>
            <w:r>
              <w:rPr>
                <w:rFonts w:ascii="Calibri" w:hAnsi="Calibri"/>
                <w:sz w:val="18"/>
              </w:rPr>
              <w:t>sebahodnotenie</w:t>
            </w:r>
            <w:proofErr w:type="spellEnd"/>
          </w:p>
        </w:tc>
        <w:tc>
          <w:tcPr>
            <w:tcW w:w="2451" w:type="dxa"/>
          </w:tcPr>
          <w:p w14:paraId="6D29D2EF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upevniť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štruktúry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učení</w:t>
            </w:r>
            <w:proofErr w:type="spellEnd"/>
          </w:p>
        </w:tc>
        <w:tc>
          <w:tcPr>
            <w:tcW w:w="1668" w:type="dxa"/>
          </w:tcPr>
          <w:p w14:paraId="788E01B1" w14:textId="77777777" w:rsidR="000F4E4E" w:rsidRDefault="000F4E4E"/>
        </w:tc>
        <w:tc>
          <w:tcPr>
            <w:tcW w:w="1638" w:type="dxa"/>
          </w:tcPr>
          <w:p w14:paraId="7AE3EAFE" w14:textId="77777777" w:rsidR="000F4E4E" w:rsidRDefault="000F4E4E"/>
        </w:tc>
        <w:tc>
          <w:tcPr>
            <w:tcW w:w="1507" w:type="dxa"/>
          </w:tcPr>
          <w:p w14:paraId="14BB10AE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677BA72B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</w:p>
        </w:tc>
      </w:tr>
      <w:tr w:rsidR="000F4E4E" w14:paraId="1F26D792" w14:textId="77777777" w:rsidTr="009C1543">
        <w:tc>
          <w:tcPr>
            <w:tcW w:w="924" w:type="dxa"/>
          </w:tcPr>
          <w:p w14:paraId="31F599A6" w14:textId="77777777" w:rsidR="000F4E4E" w:rsidRDefault="000F4E4E"/>
        </w:tc>
        <w:tc>
          <w:tcPr>
            <w:tcW w:w="932" w:type="dxa"/>
          </w:tcPr>
          <w:p w14:paraId="36143991" w14:textId="77777777" w:rsidR="000F4E4E" w:rsidRDefault="000F4E4E">
            <w:r>
              <w:rPr>
                <w:rFonts w:ascii="Calibri" w:hAnsi="Calibri"/>
                <w:sz w:val="18"/>
              </w:rPr>
              <w:t>23</w:t>
            </w:r>
          </w:p>
        </w:tc>
        <w:tc>
          <w:tcPr>
            <w:tcW w:w="1796" w:type="dxa"/>
          </w:tcPr>
          <w:p w14:paraId="40F1355C" w14:textId="77777777" w:rsidR="000F4E4E" w:rsidRDefault="000F4E4E">
            <w:r>
              <w:rPr>
                <w:rFonts w:ascii="Calibri" w:hAnsi="Calibri"/>
                <w:sz w:val="18"/>
              </w:rPr>
              <w:t>Task 1 modules 1-2</w:t>
            </w:r>
          </w:p>
        </w:tc>
        <w:tc>
          <w:tcPr>
            <w:tcW w:w="2227" w:type="dxa"/>
          </w:tcPr>
          <w:p w14:paraId="0098E16B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Zlomky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percentá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prieskum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triede</w:t>
            </w:r>
            <w:proofErr w:type="spellEnd"/>
          </w:p>
        </w:tc>
        <w:tc>
          <w:tcPr>
            <w:tcW w:w="2451" w:type="dxa"/>
          </w:tcPr>
          <w:p w14:paraId="040C74EE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zbierať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zaznamenávať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údaje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prostredníctvom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triedneho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prieskumu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interpretovať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výsledky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prieskumu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zlomkov</w:t>
            </w:r>
            <w:proofErr w:type="spellEnd"/>
            <w:r>
              <w:rPr>
                <w:rFonts w:ascii="Calibri" w:hAnsi="Calibri"/>
                <w:sz w:val="18"/>
              </w:rPr>
              <w:t xml:space="preserve"> a percent • </w:t>
            </w:r>
            <w:proofErr w:type="spellStart"/>
            <w:r>
              <w:rPr>
                <w:rFonts w:ascii="Calibri" w:hAnsi="Calibri"/>
                <w:sz w:val="18"/>
              </w:rPr>
              <w:t>prezentovať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výsledky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prieskumu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porovnať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údaje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výsledkami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spolužiakov</w:t>
            </w:r>
            <w:proofErr w:type="spellEnd"/>
          </w:p>
        </w:tc>
        <w:tc>
          <w:tcPr>
            <w:tcW w:w="1668" w:type="dxa"/>
          </w:tcPr>
          <w:p w14:paraId="6CEE84A2" w14:textId="77777777" w:rsidR="000F4E4E" w:rsidRDefault="000F4E4E"/>
        </w:tc>
        <w:tc>
          <w:tcPr>
            <w:tcW w:w="1638" w:type="dxa"/>
          </w:tcPr>
          <w:p w14:paraId="15632CB4" w14:textId="77777777" w:rsidR="000F4E4E" w:rsidRDefault="000F4E4E"/>
        </w:tc>
        <w:tc>
          <w:tcPr>
            <w:tcW w:w="1507" w:type="dxa"/>
          </w:tcPr>
          <w:p w14:paraId="18B6B48F" w14:textId="77777777" w:rsidR="000F4E4E" w:rsidRDefault="000F4E4E">
            <w:r>
              <w:rPr>
                <w:rFonts w:ascii="Calibri" w:hAnsi="Calibri"/>
                <w:sz w:val="18"/>
              </w:rPr>
              <w:t xml:space="preserve">Student’s book, multimedia </w:t>
            </w:r>
            <w:r>
              <w:rPr>
                <w:rFonts w:ascii="Calibri" w:hAnsi="Calibri"/>
                <w:sz w:val="18"/>
              </w:rPr>
              <w:lastRenderedPageBreak/>
              <w:t>material</w:t>
            </w:r>
          </w:p>
        </w:tc>
        <w:tc>
          <w:tcPr>
            <w:tcW w:w="1553" w:type="dxa"/>
          </w:tcPr>
          <w:p w14:paraId="34398A26" w14:textId="77777777" w:rsidR="000F4E4E" w:rsidRDefault="000F4E4E">
            <w:proofErr w:type="spellStart"/>
            <w:proofErr w:type="gramStart"/>
            <w:r>
              <w:rPr>
                <w:rFonts w:ascii="Calibri" w:hAnsi="Calibri"/>
                <w:sz w:val="18"/>
              </w:rPr>
              <w:lastRenderedPageBreak/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proofErr w:type="gram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Prezentačné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zručnosti</w:t>
            </w:r>
            <w:proofErr w:type="spellEnd"/>
          </w:p>
        </w:tc>
      </w:tr>
      <w:tr w:rsidR="000F4E4E" w14:paraId="16CB77DE" w14:textId="77777777" w:rsidTr="009C1543">
        <w:tc>
          <w:tcPr>
            <w:tcW w:w="924" w:type="dxa"/>
          </w:tcPr>
          <w:p w14:paraId="3028BB81" w14:textId="77777777" w:rsidR="000F4E4E" w:rsidRDefault="000F4E4E"/>
        </w:tc>
        <w:tc>
          <w:tcPr>
            <w:tcW w:w="932" w:type="dxa"/>
          </w:tcPr>
          <w:p w14:paraId="25AE17EF" w14:textId="77777777" w:rsidR="000F4E4E" w:rsidRDefault="000F4E4E">
            <w:r>
              <w:rPr>
                <w:rFonts w:ascii="Calibri" w:hAnsi="Calibri"/>
                <w:sz w:val="18"/>
              </w:rPr>
              <w:t>24</w:t>
            </w:r>
          </w:p>
        </w:tc>
        <w:tc>
          <w:tcPr>
            <w:tcW w:w="1796" w:type="dxa"/>
          </w:tcPr>
          <w:p w14:paraId="22D8FE06" w14:textId="77777777" w:rsidR="000F4E4E" w:rsidRDefault="000F4E4E">
            <w:r>
              <w:rPr>
                <w:rFonts w:ascii="Calibri" w:hAnsi="Calibri"/>
                <w:sz w:val="18"/>
              </w:rPr>
              <w:t>Test</w:t>
            </w:r>
          </w:p>
        </w:tc>
        <w:tc>
          <w:tcPr>
            <w:tcW w:w="2227" w:type="dxa"/>
          </w:tcPr>
          <w:p w14:paraId="7995E99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Hodnotenie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študentov</w:t>
            </w:r>
            <w:proofErr w:type="spellEnd"/>
          </w:p>
        </w:tc>
        <w:tc>
          <w:tcPr>
            <w:tcW w:w="2451" w:type="dxa"/>
          </w:tcPr>
          <w:p w14:paraId="0730508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aplikovať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testových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porozumenie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</w:p>
        </w:tc>
        <w:tc>
          <w:tcPr>
            <w:tcW w:w="1668" w:type="dxa"/>
          </w:tcPr>
          <w:p w14:paraId="638D3350" w14:textId="77777777" w:rsidR="000F4E4E" w:rsidRDefault="000F4E4E"/>
        </w:tc>
        <w:tc>
          <w:tcPr>
            <w:tcW w:w="1638" w:type="dxa"/>
          </w:tcPr>
          <w:p w14:paraId="3AF664B8" w14:textId="77777777" w:rsidR="000F4E4E" w:rsidRDefault="000F4E4E"/>
        </w:tc>
        <w:tc>
          <w:tcPr>
            <w:tcW w:w="1507" w:type="dxa"/>
          </w:tcPr>
          <w:p w14:paraId="1982CCD3" w14:textId="77777777" w:rsidR="000F4E4E" w:rsidRDefault="000F4E4E">
            <w:r>
              <w:rPr>
                <w:rFonts w:ascii="Calibri" w:hAnsi="Calibri"/>
                <w:sz w:val="18"/>
              </w:rPr>
              <w:t>Tests &amp; audio (downloadable from the Teacher’s assistant)</w:t>
            </w:r>
          </w:p>
        </w:tc>
        <w:tc>
          <w:tcPr>
            <w:tcW w:w="1553" w:type="dxa"/>
          </w:tcPr>
          <w:p w14:paraId="49F8764C" w14:textId="77777777" w:rsidR="000F4E4E" w:rsidRDefault="000F4E4E"/>
        </w:tc>
      </w:tr>
      <w:tr w:rsidR="000F4E4E" w14:paraId="7C0B3B5A" w14:textId="77777777" w:rsidTr="009C1543">
        <w:tc>
          <w:tcPr>
            <w:tcW w:w="924" w:type="dxa"/>
          </w:tcPr>
          <w:p w14:paraId="16C25059" w14:textId="77777777" w:rsidR="000F4E4E" w:rsidRDefault="000F4E4E"/>
        </w:tc>
        <w:tc>
          <w:tcPr>
            <w:tcW w:w="932" w:type="dxa"/>
          </w:tcPr>
          <w:p w14:paraId="379131DC" w14:textId="77777777" w:rsidR="000F4E4E" w:rsidRDefault="000F4E4E"/>
        </w:tc>
        <w:tc>
          <w:tcPr>
            <w:tcW w:w="1796" w:type="dxa"/>
          </w:tcPr>
          <w:p w14:paraId="5832A25B" w14:textId="77777777" w:rsidR="000F4E4E" w:rsidRDefault="000F4E4E"/>
        </w:tc>
        <w:tc>
          <w:tcPr>
            <w:tcW w:w="2227" w:type="dxa"/>
            <w:shd w:val="clear" w:color="auto" w:fill="FFFF00"/>
          </w:tcPr>
          <w:p w14:paraId="298B6A4E" w14:textId="77777777" w:rsidR="000F4E4E" w:rsidRPr="009C1543" w:rsidRDefault="000F4E4E">
            <w:pPr>
              <w:rPr>
                <w:b/>
                <w:bCs/>
              </w:rPr>
            </w:pPr>
            <w:r w:rsidRPr="009C1543">
              <w:rPr>
                <w:rFonts w:ascii="Calibri" w:hAnsi="Calibri"/>
                <w:b/>
                <w:bCs/>
                <w:sz w:val="18"/>
              </w:rPr>
              <w:t>Module 3: My space, my place</w:t>
            </w:r>
          </w:p>
        </w:tc>
        <w:tc>
          <w:tcPr>
            <w:tcW w:w="2451" w:type="dxa"/>
            <w:shd w:val="clear" w:color="auto" w:fill="FFFF00"/>
          </w:tcPr>
          <w:p w14:paraId="647A05BB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68" w:type="dxa"/>
            <w:shd w:val="clear" w:color="auto" w:fill="FFFF00"/>
          </w:tcPr>
          <w:p w14:paraId="383AB724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38" w:type="dxa"/>
            <w:shd w:val="clear" w:color="auto" w:fill="FFFF00"/>
          </w:tcPr>
          <w:p w14:paraId="3F90C29C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07" w:type="dxa"/>
            <w:shd w:val="clear" w:color="auto" w:fill="FFFF00"/>
          </w:tcPr>
          <w:p w14:paraId="2F86AF0B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53" w:type="dxa"/>
            <w:shd w:val="clear" w:color="auto" w:fill="FFFF00"/>
          </w:tcPr>
          <w:p w14:paraId="5CF600B3" w14:textId="77777777" w:rsidR="000F4E4E" w:rsidRPr="009C1543" w:rsidRDefault="000F4E4E">
            <w:pPr>
              <w:rPr>
                <w:b/>
                <w:bCs/>
              </w:rPr>
            </w:pPr>
          </w:p>
        </w:tc>
      </w:tr>
      <w:tr w:rsidR="000F4E4E" w14:paraId="0731649F" w14:textId="77777777" w:rsidTr="009C1543">
        <w:tc>
          <w:tcPr>
            <w:tcW w:w="924" w:type="dxa"/>
          </w:tcPr>
          <w:p w14:paraId="55F0F8B6" w14:textId="77777777" w:rsidR="000F4E4E" w:rsidRDefault="000F4E4E">
            <w:r>
              <w:rPr>
                <w:rFonts w:ascii="Calibri" w:hAnsi="Calibri"/>
                <w:sz w:val="18"/>
              </w:rPr>
              <w:t>7</w:t>
            </w:r>
          </w:p>
        </w:tc>
        <w:tc>
          <w:tcPr>
            <w:tcW w:w="932" w:type="dxa"/>
          </w:tcPr>
          <w:p w14:paraId="18823244" w14:textId="77777777" w:rsidR="000F4E4E" w:rsidRDefault="000F4E4E">
            <w:r>
              <w:rPr>
                <w:rFonts w:ascii="Calibri" w:hAnsi="Calibri"/>
                <w:sz w:val="18"/>
              </w:rPr>
              <w:t>25</w:t>
            </w:r>
          </w:p>
        </w:tc>
        <w:tc>
          <w:tcPr>
            <w:tcW w:w="1796" w:type="dxa"/>
          </w:tcPr>
          <w:p w14:paraId="55CF0D81" w14:textId="77777777" w:rsidR="000F4E4E" w:rsidRDefault="000F4E4E">
            <w:r>
              <w:rPr>
                <w:rFonts w:ascii="Calibri" w:hAnsi="Calibri"/>
                <w:sz w:val="18"/>
              </w:rPr>
              <w:t>Cover page module 3</w:t>
            </w:r>
            <w:r>
              <w:rPr>
                <w:rFonts w:ascii="Calibri" w:hAnsi="Calibri"/>
                <w:sz w:val="18"/>
              </w:rPr>
              <w:br/>
              <w:t>3A</w:t>
            </w:r>
          </w:p>
        </w:tc>
        <w:tc>
          <w:tcPr>
            <w:tcW w:w="2227" w:type="dxa"/>
          </w:tcPr>
          <w:p w14:paraId="0345ED8D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a - </w:t>
            </w:r>
            <w:proofErr w:type="spellStart"/>
            <w:r>
              <w:rPr>
                <w:rFonts w:ascii="Calibri" w:hAnsi="Calibri"/>
                <w:sz w:val="18"/>
              </w:rPr>
              <w:t>farby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osobný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majetok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2CB6EBFA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oboznámiť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témou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predchádzajúce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farby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osobné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veci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vybavenie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domácnosti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identifikovať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počúvanom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osobnom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majetku</w:t>
            </w:r>
            <w:proofErr w:type="spellEnd"/>
          </w:p>
        </w:tc>
        <w:tc>
          <w:tcPr>
            <w:tcW w:w="1668" w:type="dxa"/>
          </w:tcPr>
          <w:p w14:paraId="0087A0AE" w14:textId="77777777" w:rsidR="000F4E4E" w:rsidRDefault="000F4E4E"/>
        </w:tc>
        <w:tc>
          <w:tcPr>
            <w:tcW w:w="1638" w:type="dxa"/>
          </w:tcPr>
          <w:p w14:paraId="6E2BE8EF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Colours</w:t>
            </w:r>
            <w:proofErr w:type="spellEnd"/>
            <w:r>
              <w:rPr>
                <w:rFonts w:ascii="Calibri" w:hAnsi="Calibri"/>
                <w:sz w:val="18"/>
              </w:rPr>
              <w:br/>
              <w:t>Personal belongings</w:t>
            </w:r>
            <w:r>
              <w:rPr>
                <w:rFonts w:ascii="Calibri" w:hAnsi="Calibri"/>
                <w:sz w:val="18"/>
              </w:rPr>
              <w:br/>
              <w:t>Furniture, appliances and household items</w:t>
            </w:r>
          </w:p>
        </w:tc>
        <w:tc>
          <w:tcPr>
            <w:tcW w:w="1507" w:type="dxa"/>
          </w:tcPr>
          <w:p w14:paraId="2593FBBC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392D1152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</w:p>
        </w:tc>
      </w:tr>
      <w:tr w:rsidR="000F4E4E" w14:paraId="790B8332" w14:textId="77777777" w:rsidTr="009C1543">
        <w:tc>
          <w:tcPr>
            <w:tcW w:w="924" w:type="dxa"/>
          </w:tcPr>
          <w:p w14:paraId="0CEDDC5D" w14:textId="77777777" w:rsidR="000F4E4E" w:rsidRDefault="000F4E4E"/>
        </w:tc>
        <w:tc>
          <w:tcPr>
            <w:tcW w:w="932" w:type="dxa"/>
          </w:tcPr>
          <w:p w14:paraId="1C2BA2E5" w14:textId="77777777" w:rsidR="000F4E4E" w:rsidRDefault="000F4E4E">
            <w:r>
              <w:rPr>
                <w:rFonts w:ascii="Calibri" w:hAnsi="Calibri"/>
                <w:sz w:val="18"/>
              </w:rPr>
              <w:t>26</w:t>
            </w:r>
          </w:p>
        </w:tc>
        <w:tc>
          <w:tcPr>
            <w:tcW w:w="1796" w:type="dxa"/>
          </w:tcPr>
          <w:p w14:paraId="5114ED21" w14:textId="77777777" w:rsidR="000F4E4E" w:rsidRDefault="000F4E4E">
            <w:r>
              <w:rPr>
                <w:rFonts w:ascii="Calibri" w:hAnsi="Calibri"/>
                <w:sz w:val="18"/>
              </w:rPr>
              <w:t>3A</w:t>
            </w:r>
          </w:p>
        </w:tc>
        <w:tc>
          <w:tcPr>
            <w:tcW w:w="2227" w:type="dxa"/>
          </w:tcPr>
          <w:p w14:paraId="2AD9DED6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privlatňovanie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ukazovacie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zámená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príspevok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novom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vlastníctve</w:t>
            </w:r>
            <w:proofErr w:type="spellEnd"/>
          </w:p>
        </w:tc>
        <w:tc>
          <w:tcPr>
            <w:tcW w:w="2451" w:type="dxa"/>
          </w:tcPr>
          <w:p w14:paraId="0346750A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vyjadriť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vlastníctvo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privlastňovacích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tvarov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ukazovacích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zámen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predmety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príspevok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novej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veci</w:t>
            </w:r>
            <w:proofErr w:type="spellEnd"/>
          </w:p>
        </w:tc>
        <w:tc>
          <w:tcPr>
            <w:tcW w:w="1668" w:type="dxa"/>
          </w:tcPr>
          <w:p w14:paraId="4104A413" w14:textId="77777777" w:rsidR="000F4E4E" w:rsidRDefault="000F4E4E">
            <w:r>
              <w:rPr>
                <w:rFonts w:ascii="Calibri" w:hAnsi="Calibri"/>
                <w:sz w:val="18"/>
              </w:rPr>
              <w:t>Possessive case</w:t>
            </w:r>
            <w:r>
              <w:rPr>
                <w:rFonts w:ascii="Calibri" w:hAnsi="Calibri"/>
                <w:sz w:val="18"/>
              </w:rPr>
              <w:br/>
              <w:t>Possessive pronouns</w:t>
            </w:r>
            <w:r>
              <w:rPr>
                <w:rFonts w:ascii="Calibri" w:hAnsi="Calibri"/>
                <w:sz w:val="18"/>
              </w:rPr>
              <w:br/>
              <w:t>this/that/these/those</w:t>
            </w:r>
          </w:p>
        </w:tc>
        <w:tc>
          <w:tcPr>
            <w:tcW w:w="1638" w:type="dxa"/>
          </w:tcPr>
          <w:p w14:paraId="6A174385" w14:textId="77777777" w:rsidR="000F4E4E" w:rsidRDefault="000F4E4E"/>
        </w:tc>
        <w:tc>
          <w:tcPr>
            <w:tcW w:w="1507" w:type="dxa"/>
          </w:tcPr>
          <w:p w14:paraId="19863543" w14:textId="77777777" w:rsidR="000F4E4E" w:rsidRDefault="000F4E4E"/>
        </w:tc>
        <w:tc>
          <w:tcPr>
            <w:tcW w:w="1553" w:type="dxa"/>
          </w:tcPr>
          <w:p w14:paraId="4CB60D0D" w14:textId="77777777" w:rsidR="000F4E4E" w:rsidRDefault="000F4E4E"/>
        </w:tc>
      </w:tr>
      <w:tr w:rsidR="000F4E4E" w14:paraId="12368FA0" w14:textId="77777777" w:rsidTr="009C1543">
        <w:tc>
          <w:tcPr>
            <w:tcW w:w="924" w:type="dxa"/>
          </w:tcPr>
          <w:p w14:paraId="49B50448" w14:textId="77777777" w:rsidR="000F4E4E" w:rsidRDefault="000F4E4E"/>
        </w:tc>
        <w:tc>
          <w:tcPr>
            <w:tcW w:w="932" w:type="dxa"/>
          </w:tcPr>
          <w:p w14:paraId="40722662" w14:textId="77777777" w:rsidR="000F4E4E" w:rsidRDefault="000F4E4E">
            <w:r>
              <w:rPr>
                <w:rFonts w:ascii="Calibri" w:hAnsi="Calibri"/>
                <w:sz w:val="18"/>
              </w:rPr>
              <w:t>27</w:t>
            </w:r>
          </w:p>
        </w:tc>
        <w:tc>
          <w:tcPr>
            <w:tcW w:w="1796" w:type="dxa"/>
          </w:tcPr>
          <w:p w14:paraId="76374A7A" w14:textId="77777777" w:rsidR="000F4E4E" w:rsidRDefault="000F4E4E">
            <w:r>
              <w:rPr>
                <w:rFonts w:ascii="Calibri" w:hAnsi="Calibri"/>
                <w:sz w:val="18"/>
              </w:rPr>
              <w:t>3B</w:t>
            </w:r>
          </w:p>
        </w:tc>
        <w:tc>
          <w:tcPr>
            <w:tcW w:w="2227" w:type="dxa"/>
          </w:tcPr>
          <w:p w14:paraId="42311219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 -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zariadenie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izby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6F901296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zariadenie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izby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predmety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domácnosti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bývaní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miestnosť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zásoby</w:t>
            </w:r>
            <w:proofErr w:type="spellEnd"/>
          </w:p>
        </w:tc>
        <w:tc>
          <w:tcPr>
            <w:tcW w:w="1668" w:type="dxa"/>
          </w:tcPr>
          <w:p w14:paraId="0525E59A" w14:textId="77777777" w:rsidR="000F4E4E" w:rsidRDefault="000F4E4E"/>
        </w:tc>
        <w:tc>
          <w:tcPr>
            <w:tcW w:w="1638" w:type="dxa"/>
          </w:tcPr>
          <w:p w14:paraId="19E60802" w14:textId="77777777" w:rsidR="000F4E4E" w:rsidRDefault="000F4E4E">
            <w:r>
              <w:rPr>
                <w:rFonts w:ascii="Calibri" w:hAnsi="Calibri"/>
                <w:sz w:val="18"/>
              </w:rPr>
              <w:t>Furniture, appliances and household items</w:t>
            </w:r>
            <w:r>
              <w:rPr>
                <w:rFonts w:ascii="Calibri" w:hAnsi="Calibri"/>
                <w:sz w:val="18"/>
              </w:rPr>
              <w:br/>
              <w:t>Prepositions of place</w:t>
            </w:r>
          </w:p>
        </w:tc>
        <w:tc>
          <w:tcPr>
            <w:tcW w:w="1507" w:type="dxa"/>
          </w:tcPr>
          <w:p w14:paraId="28CDFE02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01965EEF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</w:p>
        </w:tc>
      </w:tr>
      <w:tr w:rsidR="000F4E4E" w14:paraId="59C34C57" w14:textId="77777777" w:rsidTr="009C1543">
        <w:tc>
          <w:tcPr>
            <w:tcW w:w="924" w:type="dxa"/>
          </w:tcPr>
          <w:p w14:paraId="5230A907" w14:textId="77777777" w:rsidR="000F4E4E" w:rsidRDefault="000F4E4E"/>
        </w:tc>
        <w:tc>
          <w:tcPr>
            <w:tcW w:w="932" w:type="dxa"/>
          </w:tcPr>
          <w:p w14:paraId="2FD15011" w14:textId="77777777" w:rsidR="000F4E4E" w:rsidRDefault="000F4E4E">
            <w:r>
              <w:rPr>
                <w:rFonts w:ascii="Calibri" w:hAnsi="Calibri"/>
                <w:sz w:val="18"/>
              </w:rPr>
              <w:t>28</w:t>
            </w:r>
          </w:p>
        </w:tc>
        <w:tc>
          <w:tcPr>
            <w:tcW w:w="1796" w:type="dxa"/>
          </w:tcPr>
          <w:p w14:paraId="0BF96828" w14:textId="77777777" w:rsidR="000F4E4E" w:rsidRDefault="000F4E4E">
            <w:r>
              <w:rPr>
                <w:rFonts w:ascii="Calibri" w:hAnsi="Calibri"/>
                <w:sz w:val="18"/>
              </w:rPr>
              <w:t>3B</w:t>
            </w:r>
          </w:p>
        </w:tc>
        <w:tc>
          <w:tcPr>
            <w:tcW w:w="2227" w:type="dxa"/>
          </w:tcPr>
          <w:p w14:paraId="7A1D810C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predložky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miesta</w:t>
            </w:r>
            <w:proofErr w:type="spellEnd"/>
            <w:r>
              <w:rPr>
                <w:rFonts w:ascii="Calibri" w:hAnsi="Calibri"/>
                <w:sz w:val="18"/>
              </w:rPr>
              <w:t xml:space="preserve">, there is / are,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proofErr w:type="gram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proofErr w:type="gram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opis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izby</w:t>
            </w:r>
            <w:proofErr w:type="spellEnd"/>
          </w:p>
        </w:tc>
        <w:tc>
          <w:tcPr>
            <w:tcW w:w="2451" w:type="dxa"/>
          </w:tcPr>
          <w:p w14:paraId="58ECA43E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väzby</w:t>
            </w:r>
            <w:proofErr w:type="spellEnd"/>
            <w:r>
              <w:rPr>
                <w:rFonts w:ascii="Calibri" w:hAnsi="Calibri"/>
                <w:sz w:val="18"/>
              </w:rPr>
              <w:t xml:space="preserve"> there is/there are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opise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miestnosti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predložky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miesta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určenie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polohy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predmetov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zariadenie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izby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krátkom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ústnom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prejave</w:t>
            </w:r>
            <w:proofErr w:type="spellEnd"/>
          </w:p>
        </w:tc>
        <w:tc>
          <w:tcPr>
            <w:tcW w:w="1668" w:type="dxa"/>
          </w:tcPr>
          <w:p w14:paraId="0965B42C" w14:textId="77777777" w:rsidR="000F4E4E" w:rsidRDefault="000F4E4E">
            <w:r>
              <w:rPr>
                <w:rFonts w:ascii="Calibri" w:hAnsi="Calibri"/>
                <w:sz w:val="18"/>
              </w:rPr>
              <w:lastRenderedPageBreak/>
              <w:t>there is / there are</w:t>
            </w:r>
          </w:p>
        </w:tc>
        <w:tc>
          <w:tcPr>
            <w:tcW w:w="1638" w:type="dxa"/>
          </w:tcPr>
          <w:p w14:paraId="1DBDA0B4" w14:textId="77777777" w:rsidR="000F4E4E" w:rsidRDefault="000F4E4E"/>
        </w:tc>
        <w:tc>
          <w:tcPr>
            <w:tcW w:w="1507" w:type="dxa"/>
          </w:tcPr>
          <w:p w14:paraId="0ECACD05" w14:textId="77777777" w:rsidR="000F4E4E" w:rsidRDefault="000F4E4E"/>
        </w:tc>
        <w:tc>
          <w:tcPr>
            <w:tcW w:w="1553" w:type="dxa"/>
          </w:tcPr>
          <w:p w14:paraId="1527F211" w14:textId="77777777" w:rsidR="000F4E4E" w:rsidRDefault="000F4E4E"/>
        </w:tc>
      </w:tr>
      <w:tr w:rsidR="000F4E4E" w14:paraId="6D630E35" w14:textId="77777777" w:rsidTr="009C1543">
        <w:tc>
          <w:tcPr>
            <w:tcW w:w="924" w:type="dxa"/>
          </w:tcPr>
          <w:p w14:paraId="345490AE" w14:textId="77777777" w:rsidR="000F4E4E" w:rsidRDefault="000F4E4E">
            <w:r>
              <w:rPr>
                <w:rFonts w:ascii="Calibri" w:hAnsi="Calibri"/>
                <w:sz w:val="18"/>
              </w:rPr>
              <w:t>8</w:t>
            </w:r>
          </w:p>
        </w:tc>
        <w:tc>
          <w:tcPr>
            <w:tcW w:w="932" w:type="dxa"/>
          </w:tcPr>
          <w:p w14:paraId="2B3F2C58" w14:textId="77777777" w:rsidR="000F4E4E" w:rsidRDefault="000F4E4E">
            <w:r>
              <w:rPr>
                <w:rFonts w:ascii="Calibri" w:hAnsi="Calibri"/>
                <w:sz w:val="18"/>
              </w:rPr>
              <w:t>29</w:t>
            </w:r>
          </w:p>
        </w:tc>
        <w:tc>
          <w:tcPr>
            <w:tcW w:w="1796" w:type="dxa"/>
          </w:tcPr>
          <w:p w14:paraId="3194EA3C" w14:textId="77777777" w:rsidR="000F4E4E" w:rsidRDefault="000F4E4E">
            <w:r>
              <w:rPr>
                <w:rFonts w:ascii="Calibri" w:hAnsi="Calibri"/>
                <w:sz w:val="18"/>
              </w:rPr>
              <w:t>3C</w:t>
            </w:r>
          </w:p>
        </w:tc>
        <w:tc>
          <w:tcPr>
            <w:tcW w:w="2227" w:type="dxa"/>
          </w:tcPr>
          <w:p w14:paraId="38EAD77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 -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miesta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veľké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  <w:sz w:val="18"/>
              </w:rPr>
              <w:t>čísla</w:t>
            </w:r>
            <w:proofErr w:type="spellEnd"/>
            <w:r>
              <w:rPr>
                <w:rFonts w:ascii="Calibri" w:hAnsi="Calibri"/>
                <w:sz w:val="18"/>
              </w:rPr>
              <w:t xml:space="preserve">, 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proofErr w:type="gram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článok</w:t>
            </w:r>
            <w:proofErr w:type="spellEnd"/>
          </w:p>
        </w:tc>
        <w:tc>
          <w:tcPr>
            <w:tcW w:w="2451" w:type="dxa"/>
          </w:tcPr>
          <w:p w14:paraId="2458B7A4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miesta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budovy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meste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číslovky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vyššie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sto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bežných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mestách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významných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miestach</w:t>
            </w:r>
            <w:proofErr w:type="spellEnd"/>
          </w:p>
        </w:tc>
        <w:tc>
          <w:tcPr>
            <w:tcW w:w="1668" w:type="dxa"/>
          </w:tcPr>
          <w:p w14:paraId="7A89C606" w14:textId="77777777" w:rsidR="000F4E4E" w:rsidRDefault="000F4E4E">
            <w:r>
              <w:rPr>
                <w:rFonts w:ascii="Calibri" w:hAnsi="Calibri"/>
                <w:sz w:val="18"/>
              </w:rPr>
              <w:t>a/an vs the</w:t>
            </w:r>
          </w:p>
        </w:tc>
        <w:tc>
          <w:tcPr>
            <w:tcW w:w="1638" w:type="dxa"/>
          </w:tcPr>
          <w:p w14:paraId="127EBDE8" w14:textId="77777777" w:rsidR="000F4E4E" w:rsidRDefault="000F4E4E">
            <w:r>
              <w:rPr>
                <w:rFonts w:ascii="Calibri" w:hAnsi="Calibri"/>
                <w:sz w:val="18"/>
              </w:rPr>
              <w:t>Places/Buildings in a town/city</w:t>
            </w:r>
          </w:p>
        </w:tc>
        <w:tc>
          <w:tcPr>
            <w:tcW w:w="1507" w:type="dxa"/>
          </w:tcPr>
          <w:p w14:paraId="23482C26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22D2707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Digitálna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gramotnosť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Interkultúrne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povedomie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779EE29D" w14:textId="77777777" w:rsidTr="009C1543">
        <w:tc>
          <w:tcPr>
            <w:tcW w:w="924" w:type="dxa"/>
          </w:tcPr>
          <w:p w14:paraId="0C24FB2C" w14:textId="77777777" w:rsidR="000F4E4E" w:rsidRDefault="000F4E4E"/>
        </w:tc>
        <w:tc>
          <w:tcPr>
            <w:tcW w:w="932" w:type="dxa"/>
          </w:tcPr>
          <w:p w14:paraId="01C47A77" w14:textId="77777777" w:rsidR="000F4E4E" w:rsidRDefault="000F4E4E">
            <w:r>
              <w:rPr>
                <w:rFonts w:ascii="Calibri" w:hAnsi="Calibri"/>
                <w:sz w:val="18"/>
              </w:rPr>
              <w:t>30</w:t>
            </w:r>
          </w:p>
        </w:tc>
        <w:tc>
          <w:tcPr>
            <w:tcW w:w="1796" w:type="dxa"/>
          </w:tcPr>
          <w:p w14:paraId="699AD289" w14:textId="77777777" w:rsidR="000F4E4E" w:rsidRDefault="000F4E4E">
            <w:r>
              <w:rPr>
                <w:rFonts w:ascii="Calibri" w:hAnsi="Calibri"/>
                <w:sz w:val="18"/>
              </w:rPr>
              <w:t>3C</w:t>
            </w:r>
          </w:p>
        </w:tc>
        <w:tc>
          <w:tcPr>
            <w:tcW w:w="2227" w:type="dxa"/>
          </w:tcPr>
          <w:p w14:paraId="738BD186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prieskum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prezentácia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slávne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miesto</w:t>
            </w:r>
            <w:proofErr w:type="spellEnd"/>
            <w:r>
              <w:rPr>
                <w:rFonts w:ascii="Calibri" w:hAnsi="Calibri"/>
                <w:sz w:val="18"/>
              </w:rPr>
              <w:t>/</w:t>
            </w:r>
            <w:proofErr w:type="spellStart"/>
            <w:r>
              <w:rPr>
                <w:rFonts w:ascii="Calibri" w:hAnsi="Calibri"/>
                <w:sz w:val="18"/>
              </w:rPr>
              <w:t>budova</w:t>
            </w:r>
            <w:proofErr w:type="spellEnd"/>
          </w:p>
        </w:tc>
        <w:tc>
          <w:tcPr>
            <w:tcW w:w="2451" w:type="dxa"/>
          </w:tcPr>
          <w:p w14:paraId="55F1E6E8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identifikovať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známych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miestach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počúvanom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zhromaždiť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vybranom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mieste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budove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prezentovať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výsledky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prieskumu</w:t>
            </w:r>
            <w:proofErr w:type="spellEnd"/>
            <w:r>
              <w:rPr>
                <w:rFonts w:ascii="Calibri" w:hAnsi="Calibri"/>
                <w:sz w:val="18"/>
              </w:rPr>
              <w:t xml:space="preserve"> pred </w:t>
            </w:r>
            <w:proofErr w:type="spellStart"/>
            <w:r>
              <w:rPr>
                <w:rFonts w:ascii="Calibri" w:hAnsi="Calibri"/>
                <w:sz w:val="18"/>
              </w:rPr>
              <w:t>triedou</w:t>
            </w:r>
            <w:proofErr w:type="spellEnd"/>
          </w:p>
        </w:tc>
        <w:tc>
          <w:tcPr>
            <w:tcW w:w="1668" w:type="dxa"/>
          </w:tcPr>
          <w:p w14:paraId="3C343B68" w14:textId="77777777" w:rsidR="000F4E4E" w:rsidRDefault="000F4E4E"/>
        </w:tc>
        <w:tc>
          <w:tcPr>
            <w:tcW w:w="1638" w:type="dxa"/>
          </w:tcPr>
          <w:p w14:paraId="3AD7D88D" w14:textId="77777777" w:rsidR="000F4E4E" w:rsidRDefault="000F4E4E"/>
        </w:tc>
        <w:tc>
          <w:tcPr>
            <w:tcW w:w="1507" w:type="dxa"/>
          </w:tcPr>
          <w:p w14:paraId="059B75EA" w14:textId="77777777" w:rsidR="000F4E4E" w:rsidRDefault="000F4E4E"/>
        </w:tc>
        <w:tc>
          <w:tcPr>
            <w:tcW w:w="1553" w:type="dxa"/>
          </w:tcPr>
          <w:p w14:paraId="38073992" w14:textId="77777777" w:rsidR="000F4E4E" w:rsidRDefault="000F4E4E"/>
        </w:tc>
      </w:tr>
      <w:tr w:rsidR="000F4E4E" w14:paraId="66526099" w14:textId="77777777" w:rsidTr="009C1543">
        <w:tc>
          <w:tcPr>
            <w:tcW w:w="924" w:type="dxa"/>
          </w:tcPr>
          <w:p w14:paraId="2568A6C9" w14:textId="77777777" w:rsidR="000F4E4E" w:rsidRDefault="000F4E4E"/>
        </w:tc>
        <w:tc>
          <w:tcPr>
            <w:tcW w:w="932" w:type="dxa"/>
          </w:tcPr>
          <w:p w14:paraId="3AD32956" w14:textId="77777777" w:rsidR="000F4E4E" w:rsidRDefault="000F4E4E">
            <w:r>
              <w:rPr>
                <w:rFonts w:ascii="Calibri" w:hAnsi="Calibri"/>
                <w:sz w:val="18"/>
              </w:rPr>
              <w:t>31</w:t>
            </w:r>
          </w:p>
        </w:tc>
        <w:tc>
          <w:tcPr>
            <w:tcW w:w="1796" w:type="dxa"/>
          </w:tcPr>
          <w:p w14:paraId="51E5AA8C" w14:textId="77777777" w:rsidR="000F4E4E" w:rsidRDefault="000F4E4E">
            <w:r>
              <w:rPr>
                <w:rFonts w:ascii="Calibri" w:hAnsi="Calibri"/>
                <w:sz w:val="18"/>
              </w:rPr>
              <w:t>3D</w:t>
            </w:r>
          </w:p>
        </w:tc>
        <w:tc>
          <w:tcPr>
            <w:tcW w:w="2227" w:type="dxa"/>
          </w:tcPr>
          <w:p w14:paraId="72CCA2AF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predložky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pohybu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- </w:t>
            </w:r>
            <w:proofErr w:type="spellStart"/>
            <w:r>
              <w:rPr>
                <w:rFonts w:ascii="Calibri" w:hAnsi="Calibri"/>
                <w:sz w:val="18"/>
              </w:rPr>
              <w:t>pýtanie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cestu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určovanie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smeru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2451" w:type="dxa"/>
          </w:tcPr>
          <w:p w14:paraId="2F8A0E0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pokynom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orientáciu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priestore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formulovať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otázky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zistenie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smeru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poskytovať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pokyny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poďakovanie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overiť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správnosť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poskytnutých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informácií</w:t>
            </w:r>
            <w:proofErr w:type="spellEnd"/>
          </w:p>
        </w:tc>
        <w:tc>
          <w:tcPr>
            <w:tcW w:w="1668" w:type="dxa"/>
          </w:tcPr>
          <w:p w14:paraId="5E483512" w14:textId="77777777" w:rsidR="000F4E4E" w:rsidRDefault="000F4E4E"/>
        </w:tc>
        <w:tc>
          <w:tcPr>
            <w:tcW w:w="1638" w:type="dxa"/>
          </w:tcPr>
          <w:p w14:paraId="1328E549" w14:textId="77777777" w:rsidR="000F4E4E" w:rsidRDefault="000F4E4E">
            <w:r>
              <w:rPr>
                <w:rFonts w:ascii="Calibri" w:hAnsi="Calibri"/>
                <w:sz w:val="18"/>
              </w:rPr>
              <w:t>Places/Buildings in a town/city</w:t>
            </w:r>
            <w:r>
              <w:rPr>
                <w:rFonts w:ascii="Calibri" w:hAnsi="Calibri"/>
                <w:sz w:val="18"/>
              </w:rPr>
              <w:br/>
              <w:t>Prepositions of movement</w:t>
            </w:r>
            <w:r>
              <w:rPr>
                <w:rFonts w:ascii="Calibri" w:hAnsi="Calibri"/>
                <w:sz w:val="18"/>
              </w:rPr>
              <w:br/>
              <w:t>Directions</w:t>
            </w:r>
            <w:r>
              <w:rPr>
                <w:rFonts w:ascii="Calibri" w:hAnsi="Calibri"/>
                <w:sz w:val="18"/>
              </w:rPr>
              <w:br/>
            </w:r>
          </w:p>
        </w:tc>
        <w:tc>
          <w:tcPr>
            <w:tcW w:w="1507" w:type="dxa"/>
          </w:tcPr>
          <w:p w14:paraId="22F0CAA8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0A9B5E29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19493E97" w14:textId="77777777" w:rsidTr="009C1543">
        <w:tc>
          <w:tcPr>
            <w:tcW w:w="924" w:type="dxa"/>
          </w:tcPr>
          <w:p w14:paraId="0150B2F7" w14:textId="77777777" w:rsidR="000F4E4E" w:rsidRDefault="000F4E4E"/>
        </w:tc>
        <w:tc>
          <w:tcPr>
            <w:tcW w:w="932" w:type="dxa"/>
          </w:tcPr>
          <w:p w14:paraId="0FEE57FE" w14:textId="77777777" w:rsidR="000F4E4E" w:rsidRDefault="000F4E4E">
            <w:r>
              <w:rPr>
                <w:rFonts w:ascii="Calibri" w:hAnsi="Calibri"/>
                <w:sz w:val="18"/>
              </w:rPr>
              <w:t>32</w:t>
            </w:r>
          </w:p>
        </w:tc>
        <w:tc>
          <w:tcPr>
            <w:tcW w:w="1796" w:type="dxa"/>
          </w:tcPr>
          <w:p w14:paraId="45B26FD5" w14:textId="77777777" w:rsidR="000F4E4E" w:rsidRDefault="000F4E4E">
            <w:r>
              <w:rPr>
                <w:rFonts w:ascii="Calibri" w:hAnsi="Calibri"/>
                <w:sz w:val="18"/>
              </w:rPr>
              <w:t>3D</w:t>
            </w:r>
          </w:p>
        </w:tc>
        <w:tc>
          <w:tcPr>
            <w:tcW w:w="2227" w:type="dxa"/>
          </w:tcPr>
          <w:p w14:paraId="69792B6F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neformálny</w:t>
            </w:r>
            <w:proofErr w:type="spellEnd"/>
            <w:r>
              <w:rPr>
                <w:rFonts w:ascii="Calibri" w:hAnsi="Calibri"/>
                <w:sz w:val="18"/>
              </w:rPr>
              <w:t xml:space="preserve"> list/e-mail</w:t>
            </w:r>
          </w:p>
        </w:tc>
        <w:tc>
          <w:tcPr>
            <w:tcW w:w="2451" w:type="dxa"/>
          </w:tcPr>
          <w:p w14:paraId="68843CCE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neformálnom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liste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e-</w:t>
            </w:r>
            <w:proofErr w:type="spellStart"/>
            <w:r>
              <w:rPr>
                <w:rFonts w:ascii="Calibri" w:hAnsi="Calibri"/>
                <w:sz w:val="18"/>
              </w:rPr>
              <w:t>maile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frázy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písaní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neformálneho</w:t>
            </w:r>
            <w:proofErr w:type="spellEnd"/>
            <w:r>
              <w:rPr>
                <w:rFonts w:ascii="Calibri" w:hAnsi="Calibri"/>
                <w:sz w:val="18"/>
              </w:rPr>
              <w:t xml:space="preserve"> e-</w:t>
            </w:r>
            <w:proofErr w:type="spellStart"/>
            <w:r>
              <w:rPr>
                <w:rFonts w:ascii="Calibri" w:hAnsi="Calibri"/>
                <w:sz w:val="18"/>
              </w:rPr>
              <w:t>mailu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neformálny</w:t>
            </w:r>
            <w:proofErr w:type="spellEnd"/>
            <w:r>
              <w:rPr>
                <w:rFonts w:ascii="Calibri" w:hAnsi="Calibri"/>
                <w:sz w:val="18"/>
              </w:rPr>
              <w:t xml:space="preserve"> e-mail </w:t>
            </w:r>
            <w:proofErr w:type="spellStart"/>
            <w:r>
              <w:rPr>
                <w:rFonts w:ascii="Calibri" w:hAnsi="Calibri"/>
                <w:sz w:val="18"/>
              </w:rPr>
              <w:t>podľa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zadania</w:t>
            </w:r>
            <w:proofErr w:type="spellEnd"/>
          </w:p>
        </w:tc>
        <w:tc>
          <w:tcPr>
            <w:tcW w:w="1668" w:type="dxa"/>
          </w:tcPr>
          <w:p w14:paraId="341D91DD" w14:textId="77777777" w:rsidR="000F4E4E" w:rsidRDefault="000F4E4E"/>
        </w:tc>
        <w:tc>
          <w:tcPr>
            <w:tcW w:w="1638" w:type="dxa"/>
          </w:tcPr>
          <w:p w14:paraId="6D719BC1" w14:textId="77777777" w:rsidR="000F4E4E" w:rsidRDefault="000F4E4E">
            <w:r>
              <w:rPr>
                <w:rFonts w:ascii="Calibri" w:hAnsi="Calibri"/>
                <w:sz w:val="18"/>
              </w:rPr>
              <w:t>Phrases for letters/emails</w:t>
            </w:r>
          </w:p>
        </w:tc>
        <w:tc>
          <w:tcPr>
            <w:tcW w:w="1507" w:type="dxa"/>
          </w:tcPr>
          <w:p w14:paraId="3A713E77" w14:textId="77777777" w:rsidR="000F4E4E" w:rsidRDefault="000F4E4E"/>
        </w:tc>
        <w:tc>
          <w:tcPr>
            <w:tcW w:w="1553" w:type="dxa"/>
          </w:tcPr>
          <w:p w14:paraId="25761EBE" w14:textId="77777777" w:rsidR="000F4E4E" w:rsidRDefault="000F4E4E"/>
        </w:tc>
      </w:tr>
      <w:tr w:rsidR="000F4E4E" w14:paraId="3F2A440B" w14:textId="77777777" w:rsidTr="009C1543">
        <w:tc>
          <w:tcPr>
            <w:tcW w:w="924" w:type="dxa"/>
          </w:tcPr>
          <w:p w14:paraId="29F2F887" w14:textId="77777777" w:rsidR="000F4E4E" w:rsidRDefault="000F4E4E">
            <w:r>
              <w:rPr>
                <w:rFonts w:ascii="Calibri" w:hAnsi="Calibri"/>
                <w:sz w:val="18"/>
              </w:rPr>
              <w:t>9</w:t>
            </w:r>
          </w:p>
        </w:tc>
        <w:tc>
          <w:tcPr>
            <w:tcW w:w="932" w:type="dxa"/>
          </w:tcPr>
          <w:p w14:paraId="69352C6E" w14:textId="77777777" w:rsidR="000F4E4E" w:rsidRDefault="000F4E4E">
            <w:r>
              <w:rPr>
                <w:rFonts w:ascii="Calibri" w:hAnsi="Calibri"/>
                <w:sz w:val="18"/>
              </w:rPr>
              <w:t>33</w:t>
            </w:r>
          </w:p>
        </w:tc>
        <w:tc>
          <w:tcPr>
            <w:tcW w:w="1796" w:type="dxa"/>
          </w:tcPr>
          <w:p w14:paraId="37F66C8D" w14:textId="77777777" w:rsidR="000F4E4E" w:rsidRDefault="000F4E4E">
            <w:r>
              <w:rPr>
                <w:rFonts w:ascii="Calibri" w:hAnsi="Calibri"/>
                <w:sz w:val="18"/>
              </w:rPr>
              <w:t>Review 3</w:t>
            </w:r>
            <w:r>
              <w:rPr>
                <w:rFonts w:ascii="Calibri" w:hAnsi="Calibri"/>
                <w:sz w:val="18"/>
              </w:rPr>
              <w:br/>
              <w:t>Self-evaluation</w:t>
            </w:r>
          </w:p>
        </w:tc>
        <w:tc>
          <w:tcPr>
            <w:tcW w:w="2227" w:type="dxa"/>
          </w:tcPr>
          <w:p w14:paraId="03AF28FB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Zhrnutie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  <w:r>
              <w:rPr>
                <w:rFonts w:ascii="Calibri" w:hAnsi="Calibri"/>
                <w:sz w:val="18"/>
              </w:rPr>
              <w:t xml:space="preserve"> 3, </w:t>
            </w:r>
            <w:proofErr w:type="spellStart"/>
            <w:r>
              <w:rPr>
                <w:rFonts w:ascii="Calibri" w:hAnsi="Calibri"/>
                <w:sz w:val="18"/>
              </w:rPr>
              <w:t>sebahodnotenie</w:t>
            </w:r>
            <w:proofErr w:type="spellEnd"/>
          </w:p>
        </w:tc>
        <w:tc>
          <w:tcPr>
            <w:tcW w:w="2451" w:type="dxa"/>
          </w:tcPr>
          <w:p w14:paraId="71C3CACB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upevniť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štruktúry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učení</w:t>
            </w:r>
            <w:proofErr w:type="spellEnd"/>
          </w:p>
        </w:tc>
        <w:tc>
          <w:tcPr>
            <w:tcW w:w="1668" w:type="dxa"/>
          </w:tcPr>
          <w:p w14:paraId="7F47D4FD" w14:textId="77777777" w:rsidR="000F4E4E" w:rsidRDefault="000F4E4E"/>
        </w:tc>
        <w:tc>
          <w:tcPr>
            <w:tcW w:w="1638" w:type="dxa"/>
          </w:tcPr>
          <w:p w14:paraId="01C2E8DF" w14:textId="77777777" w:rsidR="000F4E4E" w:rsidRDefault="000F4E4E"/>
        </w:tc>
        <w:tc>
          <w:tcPr>
            <w:tcW w:w="1507" w:type="dxa"/>
          </w:tcPr>
          <w:p w14:paraId="2D6C6956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3311D62C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0C931481" w14:textId="77777777" w:rsidTr="009C1543">
        <w:tc>
          <w:tcPr>
            <w:tcW w:w="924" w:type="dxa"/>
          </w:tcPr>
          <w:p w14:paraId="53813A34" w14:textId="77777777" w:rsidR="000F4E4E" w:rsidRDefault="000F4E4E"/>
        </w:tc>
        <w:tc>
          <w:tcPr>
            <w:tcW w:w="932" w:type="dxa"/>
          </w:tcPr>
          <w:p w14:paraId="1FA2BF6C" w14:textId="77777777" w:rsidR="000F4E4E" w:rsidRDefault="000F4E4E">
            <w:r>
              <w:rPr>
                <w:rFonts w:ascii="Calibri" w:hAnsi="Calibri"/>
                <w:sz w:val="18"/>
              </w:rPr>
              <w:t>34</w:t>
            </w:r>
          </w:p>
        </w:tc>
        <w:tc>
          <w:tcPr>
            <w:tcW w:w="1796" w:type="dxa"/>
          </w:tcPr>
          <w:p w14:paraId="4196669B" w14:textId="77777777" w:rsidR="000F4E4E" w:rsidRDefault="000F4E4E">
            <w:r>
              <w:rPr>
                <w:rFonts w:ascii="Calibri" w:hAnsi="Calibri"/>
                <w:sz w:val="18"/>
              </w:rPr>
              <w:t>Test</w:t>
            </w:r>
          </w:p>
        </w:tc>
        <w:tc>
          <w:tcPr>
            <w:tcW w:w="2227" w:type="dxa"/>
          </w:tcPr>
          <w:p w14:paraId="41EB1004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Hodnotenie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študentov</w:t>
            </w:r>
            <w:proofErr w:type="spellEnd"/>
          </w:p>
        </w:tc>
        <w:tc>
          <w:tcPr>
            <w:tcW w:w="2451" w:type="dxa"/>
          </w:tcPr>
          <w:p w14:paraId="71D23CC5" w14:textId="77777777" w:rsidR="000F4E4E" w:rsidRDefault="000F4E4E">
            <w:r>
              <w:rPr>
                <w:rFonts w:ascii="Calibri" w:hAnsi="Calibri"/>
                <w:sz w:val="18"/>
              </w:rPr>
              <w:lastRenderedPageBreak/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osvojených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aplikovať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testových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porozumenie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</w:p>
        </w:tc>
        <w:tc>
          <w:tcPr>
            <w:tcW w:w="1668" w:type="dxa"/>
          </w:tcPr>
          <w:p w14:paraId="2972512C" w14:textId="77777777" w:rsidR="000F4E4E" w:rsidRDefault="000F4E4E"/>
        </w:tc>
        <w:tc>
          <w:tcPr>
            <w:tcW w:w="1638" w:type="dxa"/>
          </w:tcPr>
          <w:p w14:paraId="21A0C55A" w14:textId="77777777" w:rsidR="000F4E4E" w:rsidRDefault="000F4E4E"/>
        </w:tc>
        <w:tc>
          <w:tcPr>
            <w:tcW w:w="1507" w:type="dxa"/>
          </w:tcPr>
          <w:p w14:paraId="2FBFC24C" w14:textId="77777777" w:rsidR="000F4E4E" w:rsidRDefault="000F4E4E">
            <w:r>
              <w:rPr>
                <w:rFonts w:ascii="Calibri" w:hAnsi="Calibri"/>
                <w:sz w:val="18"/>
              </w:rPr>
              <w:t xml:space="preserve">Tests &amp; audio </w:t>
            </w:r>
            <w:r>
              <w:rPr>
                <w:rFonts w:ascii="Calibri" w:hAnsi="Calibri"/>
                <w:sz w:val="18"/>
              </w:rPr>
              <w:lastRenderedPageBreak/>
              <w:t>(downloadable from the Teacher’s assistant)</w:t>
            </w:r>
          </w:p>
        </w:tc>
        <w:tc>
          <w:tcPr>
            <w:tcW w:w="1553" w:type="dxa"/>
          </w:tcPr>
          <w:p w14:paraId="6A8DA4B7" w14:textId="77777777" w:rsidR="000F4E4E" w:rsidRDefault="000F4E4E"/>
        </w:tc>
      </w:tr>
      <w:tr w:rsidR="000F4E4E" w14:paraId="1B5AD0EA" w14:textId="77777777" w:rsidTr="009C1543">
        <w:trPr>
          <w:trHeight w:val="319"/>
        </w:trPr>
        <w:tc>
          <w:tcPr>
            <w:tcW w:w="924" w:type="dxa"/>
          </w:tcPr>
          <w:p w14:paraId="01865629" w14:textId="77777777" w:rsidR="000F4E4E" w:rsidRDefault="000F4E4E"/>
        </w:tc>
        <w:tc>
          <w:tcPr>
            <w:tcW w:w="932" w:type="dxa"/>
          </w:tcPr>
          <w:p w14:paraId="19A40657" w14:textId="77777777" w:rsidR="000F4E4E" w:rsidRDefault="000F4E4E"/>
        </w:tc>
        <w:tc>
          <w:tcPr>
            <w:tcW w:w="1796" w:type="dxa"/>
          </w:tcPr>
          <w:p w14:paraId="4493E7DC" w14:textId="77777777" w:rsidR="000F4E4E" w:rsidRDefault="000F4E4E"/>
        </w:tc>
        <w:tc>
          <w:tcPr>
            <w:tcW w:w="2227" w:type="dxa"/>
            <w:shd w:val="clear" w:color="auto" w:fill="FFFF00"/>
          </w:tcPr>
          <w:p w14:paraId="7932C75C" w14:textId="77777777" w:rsidR="000F4E4E" w:rsidRPr="009C1543" w:rsidRDefault="000F4E4E">
            <w:pPr>
              <w:rPr>
                <w:b/>
                <w:bCs/>
              </w:rPr>
            </w:pPr>
            <w:r w:rsidRPr="009C1543">
              <w:rPr>
                <w:rFonts w:ascii="Calibri" w:hAnsi="Calibri"/>
                <w:b/>
                <w:bCs/>
                <w:sz w:val="18"/>
              </w:rPr>
              <w:t>Module 4: Time to eat!</w:t>
            </w:r>
          </w:p>
        </w:tc>
        <w:tc>
          <w:tcPr>
            <w:tcW w:w="2451" w:type="dxa"/>
            <w:shd w:val="clear" w:color="auto" w:fill="FFFF00"/>
          </w:tcPr>
          <w:p w14:paraId="2C171440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68" w:type="dxa"/>
            <w:shd w:val="clear" w:color="auto" w:fill="FFFF00"/>
          </w:tcPr>
          <w:p w14:paraId="0C70B099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38" w:type="dxa"/>
            <w:shd w:val="clear" w:color="auto" w:fill="FFFF00"/>
          </w:tcPr>
          <w:p w14:paraId="5A338CC9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07" w:type="dxa"/>
            <w:shd w:val="clear" w:color="auto" w:fill="FFFF00"/>
          </w:tcPr>
          <w:p w14:paraId="06ACE57F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53" w:type="dxa"/>
            <w:shd w:val="clear" w:color="auto" w:fill="FFFF00"/>
          </w:tcPr>
          <w:p w14:paraId="31ECF0E2" w14:textId="77777777" w:rsidR="000F4E4E" w:rsidRPr="009C1543" w:rsidRDefault="000F4E4E">
            <w:pPr>
              <w:rPr>
                <w:b/>
                <w:bCs/>
              </w:rPr>
            </w:pPr>
          </w:p>
        </w:tc>
      </w:tr>
      <w:tr w:rsidR="000F4E4E" w14:paraId="7D661B66" w14:textId="77777777" w:rsidTr="009C1543">
        <w:tc>
          <w:tcPr>
            <w:tcW w:w="924" w:type="dxa"/>
          </w:tcPr>
          <w:p w14:paraId="060D5E3A" w14:textId="77777777" w:rsidR="000F4E4E" w:rsidRDefault="000F4E4E"/>
        </w:tc>
        <w:tc>
          <w:tcPr>
            <w:tcW w:w="932" w:type="dxa"/>
          </w:tcPr>
          <w:p w14:paraId="49E499E8" w14:textId="77777777" w:rsidR="000F4E4E" w:rsidRDefault="000F4E4E">
            <w:r>
              <w:rPr>
                <w:rFonts w:ascii="Calibri" w:hAnsi="Calibri"/>
                <w:sz w:val="18"/>
              </w:rPr>
              <w:t>35</w:t>
            </w:r>
          </w:p>
        </w:tc>
        <w:tc>
          <w:tcPr>
            <w:tcW w:w="1796" w:type="dxa"/>
          </w:tcPr>
          <w:p w14:paraId="61F13405" w14:textId="77777777" w:rsidR="000F4E4E" w:rsidRDefault="000F4E4E">
            <w:r>
              <w:rPr>
                <w:rFonts w:ascii="Calibri" w:hAnsi="Calibri"/>
                <w:sz w:val="18"/>
              </w:rPr>
              <w:t>Cover page module 4</w:t>
            </w:r>
            <w:r>
              <w:rPr>
                <w:rFonts w:ascii="Calibri" w:hAnsi="Calibri"/>
                <w:sz w:val="18"/>
              </w:rPr>
              <w:br/>
              <w:t>4A</w:t>
            </w:r>
          </w:p>
        </w:tc>
        <w:tc>
          <w:tcPr>
            <w:tcW w:w="2227" w:type="dxa"/>
          </w:tcPr>
          <w:p w14:paraId="7D657C61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jedlo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nápoje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396189E7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oboznámiť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témou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predchádzajúce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jedlá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nápoje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každodenných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stravovaní</w:t>
            </w:r>
            <w:proofErr w:type="spellEnd"/>
          </w:p>
        </w:tc>
        <w:tc>
          <w:tcPr>
            <w:tcW w:w="1668" w:type="dxa"/>
          </w:tcPr>
          <w:p w14:paraId="6DF435B6" w14:textId="77777777" w:rsidR="000F4E4E" w:rsidRDefault="000F4E4E"/>
        </w:tc>
        <w:tc>
          <w:tcPr>
            <w:tcW w:w="1638" w:type="dxa"/>
          </w:tcPr>
          <w:p w14:paraId="4CBD7C4E" w14:textId="77777777" w:rsidR="000F4E4E" w:rsidRDefault="000F4E4E">
            <w:r>
              <w:rPr>
                <w:rFonts w:ascii="Calibri" w:hAnsi="Calibri"/>
                <w:sz w:val="18"/>
              </w:rPr>
              <w:t>Food and drink</w:t>
            </w:r>
          </w:p>
        </w:tc>
        <w:tc>
          <w:tcPr>
            <w:tcW w:w="1507" w:type="dxa"/>
          </w:tcPr>
          <w:p w14:paraId="1C569979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414A8854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</w:p>
        </w:tc>
      </w:tr>
      <w:tr w:rsidR="000F4E4E" w14:paraId="642D5F1A" w14:textId="77777777" w:rsidTr="009C1543">
        <w:tc>
          <w:tcPr>
            <w:tcW w:w="924" w:type="dxa"/>
          </w:tcPr>
          <w:p w14:paraId="513608AC" w14:textId="77777777" w:rsidR="000F4E4E" w:rsidRDefault="000F4E4E"/>
        </w:tc>
        <w:tc>
          <w:tcPr>
            <w:tcW w:w="932" w:type="dxa"/>
          </w:tcPr>
          <w:p w14:paraId="20F788A0" w14:textId="77777777" w:rsidR="000F4E4E" w:rsidRDefault="000F4E4E">
            <w:r>
              <w:rPr>
                <w:rFonts w:ascii="Calibri" w:hAnsi="Calibri"/>
                <w:sz w:val="18"/>
              </w:rPr>
              <w:t>36</w:t>
            </w:r>
          </w:p>
        </w:tc>
        <w:tc>
          <w:tcPr>
            <w:tcW w:w="1796" w:type="dxa"/>
          </w:tcPr>
          <w:p w14:paraId="5341294E" w14:textId="77777777" w:rsidR="000F4E4E" w:rsidRDefault="000F4E4E">
            <w:r>
              <w:rPr>
                <w:rFonts w:ascii="Calibri" w:hAnsi="Calibri"/>
                <w:sz w:val="18"/>
              </w:rPr>
              <w:t>4A</w:t>
            </w:r>
          </w:p>
        </w:tc>
        <w:tc>
          <w:tcPr>
            <w:tcW w:w="2227" w:type="dxa"/>
          </w:tcPr>
          <w:p w14:paraId="05DA849C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počitateľné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nepočítateľné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mená</w:t>
            </w:r>
            <w:proofErr w:type="spellEnd"/>
            <w:r>
              <w:rPr>
                <w:rFonts w:ascii="Calibri" w:hAnsi="Calibri"/>
                <w:sz w:val="18"/>
              </w:rPr>
              <w:t xml:space="preserve">, some/any/no,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príprava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spoločného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grilovania</w:t>
            </w:r>
            <w:proofErr w:type="spellEnd"/>
          </w:p>
        </w:tc>
        <w:tc>
          <w:tcPr>
            <w:tcW w:w="2451" w:type="dxa"/>
          </w:tcPr>
          <w:p w14:paraId="2B1DFE09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rozlišovať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počítateľné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nepočítateľné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mená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výrazy</w:t>
            </w:r>
            <w:proofErr w:type="spellEnd"/>
            <w:r>
              <w:rPr>
                <w:rFonts w:ascii="Calibri" w:hAnsi="Calibri"/>
                <w:sz w:val="18"/>
              </w:rPr>
              <w:t xml:space="preserve"> some, any a no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vyjadrovaní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množstva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naplánovať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spoločné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grilovanie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diskutovať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potrebných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potravinách</w:t>
            </w:r>
            <w:proofErr w:type="spellEnd"/>
          </w:p>
        </w:tc>
        <w:tc>
          <w:tcPr>
            <w:tcW w:w="1668" w:type="dxa"/>
          </w:tcPr>
          <w:p w14:paraId="38A75CF0" w14:textId="77777777" w:rsidR="000F4E4E" w:rsidRDefault="000F4E4E">
            <w:r>
              <w:rPr>
                <w:rFonts w:ascii="Calibri" w:hAnsi="Calibri"/>
                <w:sz w:val="18"/>
              </w:rPr>
              <w:t>Countable and uncountable nouns</w:t>
            </w:r>
            <w:r>
              <w:rPr>
                <w:rFonts w:ascii="Calibri" w:hAnsi="Calibri"/>
                <w:sz w:val="18"/>
              </w:rPr>
              <w:br/>
              <w:t>Some / any / no</w:t>
            </w:r>
          </w:p>
        </w:tc>
        <w:tc>
          <w:tcPr>
            <w:tcW w:w="1638" w:type="dxa"/>
          </w:tcPr>
          <w:p w14:paraId="07A52979" w14:textId="77777777" w:rsidR="000F4E4E" w:rsidRDefault="000F4E4E"/>
        </w:tc>
        <w:tc>
          <w:tcPr>
            <w:tcW w:w="1507" w:type="dxa"/>
          </w:tcPr>
          <w:p w14:paraId="6634C8F8" w14:textId="77777777" w:rsidR="000F4E4E" w:rsidRDefault="000F4E4E"/>
        </w:tc>
        <w:tc>
          <w:tcPr>
            <w:tcW w:w="1553" w:type="dxa"/>
          </w:tcPr>
          <w:p w14:paraId="120EACE9" w14:textId="77777777" w:rsidR="000F4E4E" w:rsidRDefault="000F4E4E"/>
        </w:tc>
      </w:tr>
      <w:tr w:rsidR="000F4E4E" w14:paraId="18CC2B4C" w14:textId="77777777" w:rsidTr="009C1543">
        <w:tc>
          <w:tcPr>
            <w:tcW w:w="924" w:type="dxa"/>
          </w:tcPr>
          <w:p w14:paraId="3BA661E8" w14:textId="77777777" w:rsidR="000F4E4E" w:rsidRDefault="000F4E4E">
            <w:r>
              <w:rPr>
                <w:rFonts w:ascii="Calibri" w:hAnsi="Calibri"/>
                <w:sz w:val="18"/>
              </w:rPr>
              <w:t>10</w:t>
            </w:r>
          </w:p>
        </w:tc>
        <w:tc>
          <w:tcPr>
            <w:tcW w:w="932" w:type="dxa"/>
          </w:tcPr>
          <w:p w14:paraId="7906C59D" w14:textId="77777777" w:rsidR="000F4E4E" w:rsidRDefault="000F4E4E">
            <w:r>
              <w:rPr>
                <w:rFonts w:ascii="Calibri" w:hAnsi="Calibri"/>
                <w:sz w:val="18"/>
              </w:rPr>
              <w:t>37</w:t>
            </w:r>
          </w:p>
        </w:tc>
        <w:tc>
          <w:tcPr>
            <w:tcW w:w="1796" w:type="dxa"/>
          </w:tcPr>
          <w:p w14:paraId="13D80B0E" w14:textId="77777777" w:rsidR="000F4E4E" w:rsidRDefault="000F4E4E">
            <w:r>
              <w:rPr>
                <w:rFonts w:ascii="Calibri" w:hAnsi="Calibri"/>
                <w:sz w:val="18"/>
              </w:rPr>
              <w:t>4B</w:t>
            </w:r>
          </w:p>
        </w:tc>
        <w:tc>
          <w:tcPr>
            <w:tcW w:w="2227" w:type="dxa"/>
          </w:tcPr>
          <w:p w14:paraId="622CC4AB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vyjadrenie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množstva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gramatika</w:t>
            </w:r>
            <w:proofErr w:type="spellEnd"/>
            <w:r>
              <w:rPr>
                <w:rFonts w:ascii="Calibri" w:hAnsi="Calibri"/>
                <w:sz w:val="18"/>
              </w:rPr>
              <w:t xml:space="preserve"> - how much/many/a lot of/lots of/ a few/a little</w:t>
            </w:r>
          </w:p>
        </w:tc>
        <w:tc>
          <w:tcPr>
            <w:tcW w:w="2451" w:type="dxa"/>
          </w:tcPr>
          <w:p w14:paraId="6A81B0E1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otázky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výrazy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zisťovanie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vyjadrovanie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množstva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rozlišovať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používanie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výrazov</w:t>
            </w:r>
            <w:proofErr w:type="spellEnd"/>
            <w:r>
              <w:rPr>
                <w:rFonts w:ascii="Calibri" w:hAnsi="Calibri"/>
                <w:sz w:val="18"/>
              </w:rPr>
              <w:t xml:space="preserve"> much, many, a lot of, lots of, a few a </w:t>
            </w:r>
            <w:proofErr w:type="spellStart"/>
            <w:r>
              <w:rPr>
                <w:rFonts w:ascii="Calibri" w:hAnsi="Calibri"/>
                <w:sz w:val="18"/>
              </w:rPr>
              <w:t>a</w:t>
            </w:r>
            <w:proofErr w:type="spellEnd"/>
            <w:r>
              <w:rPr>
                <w:rFonts w:ascii="Calibri" w:hAnsi="Calibri"/>
                <w:sz w:val="18"/>
              </w:rPr>
              <w:t xml:space="preserve"> little •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otázky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množstve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potravín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nápojov</w:t>
            </w:r>
            <w:proofErr w:type="spellEnd"/>
          </w:p>
        </w:tc>
        <w:tc>
          <w:tcPr>
            <w:tcW w:w="1668" w:type="dxa"/>
          </w:tcPr>
          <w:p w14:paraId="0C6BA300" w14:textId="77777777" w:rsidR="000F4E4E" w:rsidRDefault="000F4E4E">
            <w:r>
              <w:rPr>
                <w:rFonts w:ascii="Calibri" w:hAnsi="Calibri"/>
                <w:sz w:val="18"/>
              </w:rPr>
              <w:t>How much? / How many? / much / many / a lot of / lots of / a few / a little</w:t>
            </w:r>
          </w:p>
        </w:tc>
        <w:tc>
          <w:tcPr>
            <w:tcW w:w="1638" w:type="dxa"/>
          </w:tcPr>
          <w:p w14:paraId="1858E2C3" w14:textId="77777777" w:rsidR="000F4E4E" w:rsidRDefault="000F4E4E">
            <w:r>
              <w:rPr>
                <w:rFonts w:ascii="Calibri" w:hAnsi="Calibri"/>
                <w:sz w:val="18"/>
              </w:rPr>
              <w:t>Food and drink</w:t>
            </w:r>
            <w:r>
              <w:rPr>
                <w:rFonts w:ascii="Calibri" w:hAnsi="Calibri"/>
                <w:sz w:val="18"/>
              </w:rPr>
              <w:br/>
              <w:t>Quantity nouns</w:t>
            </w:r>
          </w:p>
        </w:tc>
        <w:tc>
          <w:tcPr>
            <w:tcW w:w="1507" w:type="dxa"/>
          </w:tcPr>
          <w:p w14:paraId="25000951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0D721DE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Dobré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zdravie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kvalitný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</w:t>
            </w:r>
            <w:proofErr w:type="spellEnd"/>
          </w:p>
        </w:tc>
      </w:tr>
      <w:tr w:rsidR="000F4E4E" w14:paraId="4A85039C" w14:textId="77777777" w:rsidTr="009C1543">
        <w:tc>
          <w:tcPr>
            <w:tcW w:w="924" w:type="dxa"/>
          </w:tcPr>
          <w:p w14:paraId="6BA5B496" w14:textId="77777777" w:rsidR="000F4E4E" w:rsidRDefault="000F4E4E"/>
        </w:tc>
        <w:tc>
          <w:tcPr>
            <w:tcW w:w="932" w:type="dxa"/>
          </w:tcPr>
          <w:p w14:paraId="4F0DBE40" w14:textId="77777777" w:rsidR="000F4E4E" w:rsidRDefault="000F4E4E">
            <w:r>
              <w:rPr>
                <w:rFonts w:ascii="Calibri" w:hAnsi="Calibri"/>
                <w:sz w:val="18"/>
              </w:rPr>
              <w:t>38</w:t>
            </w:r>
          </w:p>
        </w:tc>
        <w:tc>
          <w:tcPr>
            <w:tcW w:w="1796" w:type="dxa"/>
          </w:tcPr>
          <w:p w14:paraId="5D487C7B" w14:textId="77777777" w:rsidR="000F4E4E" w:rsidRDefault="000F4E4E">
            <w:r>
              <w:rPr>
                <w:rFonts w:ascii="Calibri" w:hAnsi="Calibri"/>
                <w:sz w:val="18"/>
              </w:rPr>
              <w:t>4B</w:t>
            </w:r>
          </w:p>
        </w:tc>
        <w:tc>
          <w:tcPr>
            <w:tcW w:w="2227" w:type="dxa"/>
          </w:tcPr>
          <w:p w14:paraId="40DC75B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stravovacie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návyky</w:t>
            </w:r>
            <w:proofErr w:type="spellEnd"/>
          </w:p>
        </w:tc>
        <w:tc>
          <w:tcPr>
            <w:tcW w:w="2451" w:type="dxa"/>
          </w:tcPr>
          <w:p w14:paraId="649CD10F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stravovacie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návyky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porovnať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stravovacie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návyky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rôznych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osôb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text </w:t>
            </w:r>
            <w:proofErr w:type="spellStart"/>
            <w:r>
              <w:rPr>
                <w:rFonts w:ascii="Calibri" w:hAnsi="Calibri"/>
                <w:sz w:val="18"/>
              </w:rPr>
              <w:t>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zdravom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stravovaní</w:t>
            </w:r>
            <w:proofErr w:type="spellEnd"/>
          </w:p>
        </w:tc>
        <w:tc>
          <w:tcPr>
            <w:tcW w:w="1668" w:type="dxa"/>
          </w:tcPr>
          <w:p w14:paraId="6F0D15A5" w14:textId="77777777" w:rsidR="000F4E4E" w:rsidRDefault="000F4E4E"/>
        </w:tc>
        <w:tc>
          <w:tcPr>
            <w:tcW w:w="1638" w:type="dxa"/>
          </w:tcPr>
          <w:p w14:paraId="64045C0A" w14:textId="77777777" w:rsidR="000F4E4E" w:rsidRDefault="000F4E4E"/>
        </w:tc>
        <w:tc>
          <w:tcPr>
            <w:tcW w:w="1507" w:type="dxa"/>
          </w:tcPr>
          <w:p w14:paraId="164BEAA4" w14:textId="77777777" w:rsidR="000F4E4E" w:rsidRDefault="000F4E4E"/>
        </w:tc>
        <w:tc>
          <w:tcPr>
            <w:tcW w:w="1553" w:type="dxa"/>
          </w:tcPr>
          <w:p w14:paraId="7975447B" w14:textId="77777777" w:rsidR="000F4E4E" w:rsidRDefault="000F4E4E"/>
        </w:tc>
      </w:tr>
      <w:tr w:rsidR="000F4E4E" w14:paraId="581615E8" w14:textId="77777777" w:rsidTr="009C1543">
        <w:tc>
          <w:tcPr>
            <w:tcW w:w="924" w:type="dxa"/>
          </w:tcPr>
          <w:p w14:paraId="6BE85C60" w14:textId="77777777" w:rsidR="000F4E4E" w:rsidRDefault="000F4E4E"/>
        </w:tc>
        <w:tc>
          <w:tcPr>
            <w:tcW w:w="932" w:type="dxa"/>
          </w:tcPr>
          <w:p w14:paraId="4C2CAD82" w14:textId="77777777" w:rsidR="000F4E4E" w:rsidRDefault="000F4E4E">
            <w:r>
              <w:rPr>
                <w:rFonts w:ascii="Calibri" w:hAnsi="Calibri"/>
                <w:sz w:val="18"/>
              </w:rPr>
              <w:t>39</w:t>
            </w:r>
          </w:p>
        </w:tc>
        <w:tc>
          <w:tcPr>
            <w:tcW w:w="1796" w:type="dxa"/>
          </w:tcPr>
          <w:p w14:paraId="69093DF3" w14:textId="77777777" w:rsidR="000F4E4E" w:rsidRDefault="000F4E4E">
            <w:r>
              <w:rPr>
                <w:rFonts w:ascii="Calibri" w:hAnsi="Calibri"/>
                <w:sz w:val="18"/>
              </w:rPr>
              <w:t>4C</w:t>
            </w:r>
          </w:p>
        </w:tc>
        <w:tc>
          <w:tcPr>
            <w:tcW w:w="2227" w:type="dxa"/>
          </w:tcPr>
          <w:p w14:paraId="229A786F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kuchynské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vybavenie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recept</w:t>
            </w:r>
            <w:proofErr w:type="spellEnd"/>
          </w:p>
        </w:tc>
        <w:tc>
          <w:tcPr>
            <w:tcW w:w="2451" w:type="dxa"/>
          </w:tcPr>
          <w:p w14:paraId="1B0AF60B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potraviny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kuchynské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náčinie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kuchynské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postupu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prípravy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jedla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recepte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zoradiť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jednotlivé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kroky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receptu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správnom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poradí</w:t>
            </w:r>
            <w:proofErr w:type="spellEnd"/>
          </w:p>
        </w:tc>
        <w:tc>
          <w:tcPr>
            <w:tcW w:w="1668" w:type="dxa"/>
          </w:tcPr>
          <w:p w14:paraId="0E8DD4EC" w14:textId="77777777" w:rsidR="000F4E4E" w:rsidRDefault="000F4E4E"/>
        </w:tc>
        <w:tc>
          <w:tcPr>
            <w:tcW w:w="1638" w:type="dxa"/>
          </w:tcPr>
          <w:p w14:paraId="722E1BCD" w14:textId="77777777" w:rsidR="000F4E4E" w:rsidRDefault="000F4E4E">
            <w:r>
              <w:rPr>
                <w:rFonts w:ascii="Calibri" w:hAnsi="Calibri"/>
                <w:sz w:val="18"/>
              </w:rPr>
              <w:t>Food</w:t>
            </w:r>
            <w:r>
              <w:rPr>
                <w:rFonts w:ascii="Calibri" w:hAnsi="Calibri"/>
                <w:sz w:val="18"/>
              </w:rPr>
              <w:br/>
              <w:t>Cooking verbs</w:t>
            </w:r>
            <w:r>
              <w:rPr>
                <w:rFonts w:ascii="Calibri" w:hAnsi="Calibri"/>
                <w:sz w:val="18"/>
              </w:rPr>
              <w:br/>
              <w:t>Kitchen utensils</w:t>
            </w:r>
          </w:p>
        </w:tc>
        <w:tc>
          <w:tcPr>
            <w:tcW w:w="1507" w:type="dxa"/>
          </w:tcPr>
          <w:p w14:paraId="6DED7EE8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4B2A78CD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</w:p>
        </w:tc>
      </w:tr>
      <w:tr w:rsidR="000F4E4E" w14:paraId="34663E52" w14:textId="77777777" w:rsidTr="009C1543">
        <w:tc>
          <w:tcPr>
            <w:tcW w:w="924" w:type="dxa"/>
          </w:tcPr>
          <w:p w14:paraId="62534A0F" w14:textId="77777777" w:rsidR="000F4E4E" w:rsidRDefault="000F4E4E"/>
        </w:tc>
        <w:tc>
          <w:tcPr>
            <w:tcW w:w="932" w:type="dxa"/>
          </w:tcPr>
          <w:p w14:paraId="304D070E" w14:textId="77777777" w:rsidR="000F4E4E" w:rsidRDefault="000F4E4E">
            <w:r>
              <w:rPr>
                <w:rFonts w:ascii="Calibri" w:hAnsi="Calibri"/>
                <w:sz w:val="18"/>
              </w:rPr>
              <w:t>40</w:t>
            </w:r>
          </w:p>
        </w:tc>
        <w:tc>
          <w:tcPr>
            <w:tcW w:w="1796" w:type="dxa"/>
          </w:tcPr>
          <w:p w14:paraId="16146341" w14:textId="77777777" w:rsidR="000F4E4E" w:rsidRDefault="000F4E4E">
            <w:r>
              <w:rPr>
                <w:rFonts w:ascii="Calibri" w:hAnsi="Calibri"/>
                <w:sz w:val="18"/>
              </w:rPr>
              <w:t>4C</w:t>
            </w:r>
          </w:p>
        </w:tc>
        <w:tc>
          <w:tcPr>
            <w:tcW w:w="2227" w:type="dxa"/>
          </w:tcPr>
          <w:p w14:paraId="27306CD0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podmetové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predmetové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zámená</w:t>
            </w:r>
            <w:proofErr w:type="spellEnd"/>
          </w:p>
        </w:tc>
        <w:tc>
          <w:tcPr>
            <w:tcW w:w="2451" w:type="dxa"/>
          </w:tcPr>
          <w:p w14:paraId="07CB23E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rozlišovať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podmetové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predmetové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zámená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zámená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vetách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podľa</w:t>
            </w:r>
            <w:proofErr w:type="spellEnd"/>
            <w:r>
              <w:rPr>
                <w:rFonts w:ascii="Calibri" w:hAnsi="Calibri"/>
                <w:sz w:val="18"/>
              </w:rPr>
              <w:t xml:space="preserve"> ich </w:t>
            </w:r>
            <w:proofErr w:type="spellStart"/>
            <w:r>
              <w:rPr>
                <w:rFonts w:ascii="Calibri" w:hAnsi="Calibri"/>
                <w:sz w:val="18"/>
              </w:rPr>
              <w:t>funkcie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správne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vety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podmetovými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predmetovými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zámenami</w:t>
            </w:r>
            <w:proofErr w:type="spellEnd"/>
          </w:p>
        </w:tc>
        <w:tc>
          <w:tcPr>
            <w:tcW w:w="1668" w:type="dxa"/>
          </w:tcPr>
          <w:p w14:paraId="172C510C" w14:textId="77777777" w:rsidR="000F4E4E" w:rsidRDefault="000F4E4E">
            <w:r>
              <w:rPr>
                <w:rFonts w:ascii="Calibri" w:hAnsi="Calibri"/>
                <w:sz w:val="18"/>
              </w:rPr>
              <w:t>Subject and object personal pronouns</w:t>
            </w:r>
          </w:p>
        </w:tc>
        <w:tc>
          <w:tcPr>
            <w:tcW w:w="1638" w:type="dxa"/>
          </w:tcPr>
          <w:p w14:paraId="1A2DF8D4" w14:textId="77777777" w:rsidR="000F4E4E" w:rsidRDefault="000F4E4E"/>
        </w:tc>
        <w:tc>
          <w:tcPr>
            <w:tcW w:w="1507" w:type="dxa"/>
          </w:tcPr>
          <w:p w14:paraId="70AF8AB8" w14:textId="77777777" w:rsidR="000F4E4E" w:rsidRDefault="000F4E4E"/>
        </w:tc>
        <w:tc>
          <w:tcPr>
            <w:tcW w:w="1553" w:type="dxa"/>
          </w:tcPr>
          <w:p w14:paraId="1969AD68" w14:textId="77777777" w:rsidR="000F4E4E" w:rsidRDefault="000F4E4E"/>
        </w:tc>
      </w:tr>
      <w:tr w:rsidR="000F4E4E" w14:paraId="1D255F99" w14:textId="77777777" w:rsidTr="009C1543">
        <w:tc>
          <w:tcPr>
            <w:tcW w:w="924" w:type="dxa"/>
          </w:tcPr>
          <w:p w14:paraId="51719A0B" w14:textId="77777777" w:rsidR="000F4E4E" w:rsidRDefault="000F4E4E">
            <w:r>
              <w:rPr>
                <w:rFonts w:ascii="Calibri" w:hAnsi="Calibri"/>
                <w:sz w:val="18"/>
              </w:rPr>
              <w:t>11</w:t>
            </w:r>
          </w:p>
        </w:tc>
        <w:tc>
          <w:tcPr>
            <w:tcW w:w="932" w:type="dxa"/>
          </w:tcPr>
          <w:p w14:paraId="0E2F7210" w14:textId="77777777" w:rsidR="000F4E4E" w:rsidRDefault="000F4E4E">
            <w:r>
              <w:rPr>
                <w:rFonts w:ascii="Calibri" w:hAnsi="Calibri"/>
                <w:sz w:val="18"/>
              </w:rPr>
              <w:t>41</w:t>
            </w:r>
          </w:p>
        </w:tc>
        <w:tc>
          <w:tcPr>
            <w:tcW w:w="1796" w:type="dxa"/>
          </w:tcPr>
          <w:p w14:paraId="4D379007" w14:textId="77777777" w:rsidR="000F4E4E" w:rsidRDefault="000F4E4E">
            <w:r>
              <w:rPr>
                <w:rFonts w:ascii="Calibri" w:hAnsi="Calibri"/>
                <w:sz w:val="18"/>
              </w:rPr>
              <w:t>4D</w:t>
            </w:r>
          </w:p>
        </w:tc>
        <w:tc>
          <w:tcPr>
            <w:tcW w:w="2227" w:type="dxa"/>
          </w:tcPr>
          <w:p w14:paraId="679D2991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objednanie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jedla</w:t>
            </w:r>
            <w:proofErr w:type="spellEnd"/>
          </w:p>
        </w:tc>
        <w:tc>
          <w:tcPr>
            <w:tcW w:w="2451" w:type="dxa"/>
          </w:tcPr>
          <w:p w14:paraId="13509564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rozhovoru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objednávaní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jedla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reštaurácii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objednať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jedlo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primerane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otázky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obsluhy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zdvorilostné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frázy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komunikácii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reštaurácii</w:t>
            </w:r>
            <w:proofErr w:type="spellEnd"/>
          </w:p>
        </w:tc>
        <w:tc>
          <w:tcPr>
            <w:tcW w:w="1668" w:type="dxa"/>
          </w:tcPr>
          <w:p w14:paraId="157FDE85" w14:textId="77777777" w:rsidR="000F4E4E" w:rsidRDefault="000F4E4E"/>
        </w:tc>
        <w:tc>
          <w:tcPr>
            <w:tcW w:w="1638" w:type="dxa"/>
          </w:tcPr>
          <w:p w14:paraId="658848D7" w14:textId="77777777" w:rsidR="000F4E4E" w:rsidRDefault="000F4E4E">
            <w:r>
              <w:rPr>
                <w:rFonts w:ascii="Calibri" w:hAnsi="Calibri"/>
                <w:sz w:val="18"/>
              </w:rPr>
              <w:t>Food and drink</w:t>
            </w:r>
          </w:p>
        </w:tc>
        <w:tc>
          <w:tcPr>
            <w:tcW w:w="1507" w:type="dxa"/>
          </w:tcPr>
          <w:p w14:paraId="385F469C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3A2494BB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</w:p>
        </w:tc>
      </w:tr>
      <w:tr w:rsidR="000F4E4E" w14:paraId="35C98770" w14:textId="77777777" w:rsidTr="009C1543">
        <w:tc>
          <w:tcPr>
            <w:tcW w:w="924" w:type="dxa"/>
          </w:tcPr>
          <w:p w14:paraId="3DD128A1" w14:textId="77777777" w:rsidR="000F4E4E" w:rsidRDefault="000F4E4E"/>
        </w:tc>
        <w:tc>
          <w:tcPr>
            <w:tcW w:w="932" w:type="dxa"/>
          </w:tcPr>
          <w:p w14:paraId="1C107D3C" w14:textId="77777777" w:rsidR="000F4E4E" w:rsidRDefault="000F4E4E">
            <w:r>
              <w:rPr>
                <w:rFonts w:ascii="Calibri" w:hAnsi="Calibri"/>
                <w:sz w:val="18"/>
              </w:rPr>
              <w:t>42</w:t>
            </w:r>
          </w:p>
        </w:tc>
        <w:tc>
          <w:tcPr>
            <w:tcW w:w="1796" w:type="dxa"/>
          </w:tcPr>
          <w:p w14:paraId="3FA12AFB" w14:textId="77777777" w:rsidR="000F4E4E" w:rsidRDefault="000F4E4E">
            <w:r>
              <w:rPr>
                <w:rFonts w:ascii="Calibri" w:hAnsi="Calibri"/>
                <w:sz w:val="18"/>
              </w:rPr>
              <w:t>4D</w:t>
            </w:r>
          </w:p>
        </w:tc>
        <w:tc>
          <w:tcPr>
            <w:tcW w:w="2227" w:type="dxa"/>
          </w:tcPr>
          <w:p w14:paraId="24FAC444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odporúčanie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reštaurácie</w:t>
            </w:r>
            <w:proofErr w:type="spellEnd"/>
          </w:p>
        </w:tc>
        <w:tc>
          <w:tcPr>
            <w:tcW w:w="2451" w:type="dxa"/>
          </w:tcPr>
          <w:p w14:paraId="43481974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recenzii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odporúčaní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reštaurácie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vyjadriť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názor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reštauráciu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odporúčanie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obľúbenej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reštaurácie</w:t>
            </w:r>
            <w:proofErr w:type="spellEnd"/>
          </w:p>
        </w:tc>
        <w:tc>
          <w:tcPr>
            <w:tcW w:w="1668" w:type="dxa"/>
          </w:tcPr>
          <w:p w14:paraId="40054C2F" w14:textId="77777777" w:rsidR="000F4E4E" w:rsidRDefault="000F4E4E"/>
        </w:tc>
        <w:tc>
          <w:tcPr>
            <w:tcW w:w="1638" w:type="dxa"/>
          </w:tcPr>
          <w:p w14:paraId="26488722" w14:textId="77777777" w:rsidR="000F4E4E" w:rsidRDefault="000F4E4E"/>
        </w:tc>
        <w:tc>
          <w:tcPr>
            <w:tcW w:w="1507" w:type="dxa"/>
          </w:tcPr>
          <w:p w14:paraId="4774F7F2" w14:textId="77777777" w:rsidR="000F4E4E" w:rsidRDefault="000F4E4E"/>
        </w:tc>
        <w:tc>
          <w:tcPr>
            <w:tcW w:w="1553" w:type="dxa"/>
          </w:tcPr>
          <w:p w14:paraId="6D58DB86" w14:textId="77777777" w:rsidR="000F4E4E" w:rsidRDefault="000F4E4E"/>
        </w:tc>
      </w:tr>
      <w:tr w:rsidR="000F4E4E" w14:paraId="74A01FB4" w14:textId="77777777" w:rsidTr="009C1543">
        <w:tc>
          <w:tcPr>
            <w:tcW w:w="924" w:type="dxa"/>
          </w:tcPr>
          <w:p w14:paraId="0F5DB6BF" w14:textId="77777777" w:rsidR="000F4E4E" w:rsidRDefault="000F4E4E"/>
        </w:tc>
        <w:tc>
          <w:tcPr>
            <w:tcW w:w="932" w:type="dxa"/>
          </w:tcPr>
          <w:p w14:paraId="193875CF" w14:textId="77777777" w:rsidR="000F4E4E" w:rsidRDefault="000F4E4E">
            <w:r>
              <w:rPr>
                <w:rFonts w:ascii="Calibri" w:hAnsi="Calibri"/>
                <w:sz w:val="18"/>
              </w:rPr>
              <w:t>43</w:t>
            </w:r>
          </w:p>
        </w:tc>
        <w:tc>
          <w:tcPr>
            <w:tcW w:w="1796" w:type="dxa"/>
          </w:tcPr>
          <w:p w14:paraId="260C576C" w14:textId="77777777" w:rsidR="000F4E4E" w:rsidRDefault="000F4E4E">
            <w:r>
              <w:rPr>
                <w:rFonts w:ascii="Calibri" w:hAnsi="Calibri"/>
                <w:sz w:val="18"/>
              </w:rPr>
              <w:t>Review 4</w:t>
            </w:r>
            <w:r>
              <w:rPr>
                <w:rFonts w:ascii="Calibri" w:hAnsi="Calibri"/>
                <w:sz w:val="18"/>
              </w:rPr>
              <w:br/>
              <w:t>Self-evaluation</w:t>
            </w:r>
          </w:p>
        </w:tc>
        <w:tc>
          <w:tcPr>
            <w:tcW w:w="2227" w:type="dxa"/>
          </w:tcPr>
          <w:p w14:paraId="4282A02D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Zhrnutie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  <w:r>
              <w:rPr>
                <w:rFonts w:ascii="Calibri" w:hAnsi="Calibri"/>
                <w:sz w:val="18"/>
              </w:rPr>
              <w:t xml:space="preserve"> 4, </w:t>
            </w:r>
            <w:proofErr w:type="spellStart"/>
            <w:r>
              <w:rPr>
                <w:rFonts w:ascii="Calibri" w:hAnsi="Calibri"/>
                <w:sz w:val="18"/>
              </w:rPr>
              <w:t>sebahodnotenie</w:t>
            </w:r>
            <w:proofErr w:type="spellEnd"/>
          </w:p>
        </w:tc>
        <w:tc>
          <w:tcPr>
            <w:tcW w:w="2451" w:type="dxa"/>
          </w:tcPr>
          <w:p w14:paraId="2847C54D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upevniť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štruktúry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učení</w:t>
            </w:r>
            <w:proofErr w:type="spellEnd"/>
          </w:p>
        </w:tc>
        <w:tc>
          <w:tcPr>
            <w:tcW w:w="1668" w:type="dxa"/>
          </w:tcPr>
          <w:p w14:paraId="6468E47A" w14:textId="77777777" w:rsidR="000F4E4E" w:rsidRDefault="000F4E4E"/>
        </w:tc>
        <w:tc>
          <w:tcPr>
            <w:tcW w:w="1638" w:type="dxa"/>
          </w:tcPr>
          <w:p w14:paraId="2711FD6E" w14:textId="77777777" w:rsidR="000F4E4E" w:rsidRDefault="000F4E4E"/>
        </w:tc>
        <w:tc>
          <w:tcPr>
            <w:tcW w:w="1507" w:type="dxa"/>
          </w:tcPr>
          <w:p w14:paraId="78342805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03F0377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</w:p>
        </w:tc>
      </w:tr>
      <w:tr w:rsidR="000F4E4E" w14:paraId="5269EBA4" w14:textId="77777777" w:rsidTr="009C1543">
        <w:tc>
          <w:tcPr>
            <w:tcW w:w="924" w:type="dxa"/>
          </w:tcPr>
          <w:p w14:paraId="3DED22AB" w14:textId="77777777" w:rsidR="000F4E4E" w:rsidRDefault="000F4E4E"/>
        </w:tc>
        <w:tc>
          <w:tcPr>
            <w:tcW w:w="932" w:type="dxa"/>
          </w:tcPr>
          <w:p w14:paraId="4D57D1B6" w14:textId="77777777" w:rsidR="000F4E4E" w:rsidRDefault="000F4E4E">
            <w:r>
              <w:rPr>
                <w:rFonts w:ascii="Calibri" w:hAnsi="Calibri"/>
                <w:sz w:val="18"/>
              </w:rPr>
              <w:t>44</w:t>
            </w:r>
          </w:p>
        </w:tc>
        <w:tc>
          <w:tcPr>
            <w:tcW w:w="1796" w:type="dxa"/>
          </w:tcPr>
          <w:p w14:paraId="3D1519EB" w14:textId="77777777" w:rsidR="000F4E4E" w:rsidRDefault="000F4E4E">
            <w:r>
              <w:rPr>
                <w:rFonts w:ascii="Calibri" w:hAnsi="Calibri"/>
                <w:sz w:val="18"/>
              </w:rPr>
              <w:t xml:space="preserve">Task </w:t>
            </w:r>
            <w:proofErr w:type="gramStart"/>
            <w:r>
              <w:rPr>
                <w:rFonts w:ascii="Calibri" w:hAnsi="Calibri"/>
                <w:sz w:val="18"/>
              </w:rPr>
              <w:t>2,  modules</w:t>
            </w:r>
            <w:proofErr w:type="gramEnd"/>
            <w:r>
              <w:rPr>
                <w:rFonts w:ascii="Calibri" w:hAnsi="Calibri"/>
                <w:sz w:val="18"/>
              </w:rPr>
              <w:t xml:space="preserve"> 3-4</w:t>
            </w:r>
          </w:p>
        </w:tc>
        <w:tc>
          <w:tcPr>
            <w:tcW w:w="2227" w:type="dxa"/>
          </w:tcPr>
          <w:p w14:paraId="6D902E4D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Vyjednávanie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rozhodovanie</w:t>
            </w:r>
            <w:proofErr w:type="spellEnd"/>
          </w:p>
        </w:tc>
        <w:tc>
          <w:tcPr>
            <w:tcW w:w="2451" w:type="dxa"/>
          </w:tcPr>
          <w:p w14:paraId="4F4D295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spolupracovať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riešení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zadanej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navrhovať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riešenia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zdôvodniť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názor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dospieť</w:t>
            </w:r>
            <w:proofErr w:type="spellEnd"/>
            <w:r>
              <w:rPr>
                <w:rFonts w:ascii="Calibri" w:hAnsi="Calibri"/>
                <w:sz w:val="18"/>
              </w:rPr>
              <w:t xml:space="preserve"> k </w:t>
            </w:r>
            <w:proofErr w:type="spellStart"/>
            <w:r>
              <w:rPr>
                <w:rFonts w:ascii="Calibri" w:hAnsi="Calibri"/>
                <w:sz w:val="18"/>
              </w:rPr>
              <w:t>spoločnému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rozhodnutiu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prezentovať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výsledky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spoločnej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práce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obhájiť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prijaté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rozhodnutie</w:t>
            </w:r>
            <w:proofErr w:type="spellEnd"/>
          </w:p>
        </w:tc>
        <w:tc>
          <w:tcPr>
            <w:tcW w:w="1668" w:type="dxa"/>
          </w:tcPr>
          <w:p w14:paraId="5E37179D" w14:textId="77777777" w:rsidR="000F4E4E" w:rsidRDefault="000F4E4E"/>
        </w:tc>
        <w:tc>
          <w:tcPr>
            <w:tcW w:w="1638" w:type="dxa"/>
          </w:tcPr>
          <w:p w14:paraId="0291C04D" w14:textId="77777777" w:rsidR="000F4E4E" w:rsidRDefault="000F4E4E"/>
        </w:tc>
        <w:tc>
          <w:tcPr>
            <w:tcW w:w="1507" w:type="dxa"/>
          </w:tcPr>
          <w:p w14:paraId="2C8AEA6B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684FD74C" w14:textId="77777777" w:rsidR="000F4E4E" w:rsidRDefault="000F4E4E">
            <w:proofErr w:type="spellStart"/>
            <w:proofErr w:type="gram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proofErr w:type="gram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Prezentačné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zručnosti</w:t>
            </w:r>
            <w:proofErr w:type="spellEnd"/>
          </w:p>
        </w:tc>
      </w:tr>
      <w:tr w:rsidR="000F4E4E" w14:paraId="420DDCC7" w14:textId="77777777" w:rsidTr="009C1543">
        <w:tc>
          <w:tcPr>
            <w:tcW w:w="924" w:type="dxa"/>
          </w:tcPr>
          <w:p w14:paraId="4481CB4B" w14:textId="77777777" w:rsidR="000F4E4E" w:rsidRDefault="000F4E4E">
            <w:r>
              <w:rPr>
                <w:rFonts w:ascii="Calibri" w:hAnsi="Calibri"/>
                <w:sz w:val="18"/>
              </w:rPr>
              <w:t>12</w:t>
            </w:r>
          </w:p>
        </w:tc>
        <w:tc>
          <w:tcPr>
            <w:tcW w:w="932" w:type="dxa"/>
          </w:tcPr>
          <w:p w14:paraId="4260D87C" w14:textId="77777777" w:rsidR="000F4E4E" w:rsidRDefault="000F4E4E">
            <w:r>
              <w:rPr>
                <w:rFonts w:ascii="Calibri" w:hAnsi="Calibri"/>
                <w:sz w:val="18"/>
              </w:rPr>
              <w:t>45</w:t>
            </w:r>
          </w:p>
        </w:tc>
        <w:tc>
          <w:tcPr>
            <w:tcW w:w="1796" w:type="dxa"/>
          </w:tcPr>
          <w:p w14:paraId="185DD787" w14:textId="77777777" w:rsidR="000F4E4E" w:rsidRDefault="000F4E4E">
            <w:r>
              <w:rPr>
                <w:rFonts w:ascii="Calibri" w:hAnsi="Calibri"/>
                <w:sz w:val="18"/>
              </w:rPr>
              <w:t>Test</w:t>
            </w:r>
          </w:p>
        </w:tc>
        <w:tc>
          <w:tcPr>
            <w:tcW w:w="2227" w:type="dxa"/>
          </w:tcPr>
          <w:p w14:paraId="63221EA6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Hodnotenie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študentov</w:t>
            </w:r>
            <w:proofErr w:type="spellEnd"/>
          </w:p>
        </w:tc>
        <w:tc>
          <w:tcPr>
            <w:tcW w:w="2451" w:type="dxa"/>
          </w:tcPr>
          <w:p w14:paraId="2EFEA085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aplikovať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testových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porozumenie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</w:p>
        </w:tc>
        <w:tc>
          <w:tcPr>
            <w:tcW w:w="1668" w:type="dxa"/>
          </w:tcPr>
          <w:p w14:paraId="7960DC77" w14:textId="77777777" w:rsidR="000F4E4E" w:rsidRDefault="000F4E4E"/>
        </w:tc>
        <w:tc>
          <w:tcPr>
            <w:tcW w:w="1638" w:type="dxa"/>
          </w:tcPr>
          <w:p w14:paraId="13F6AC62" w14:textId="77777777" w:rsidR="000F4E4E" w:rsidRDefault="000F4E4E"/>
        </w:tc>
        <w:tc>
          <w:tcPr>
            <w:tcW w:w="1507" w:type="dxa"/>
          </w:tcPr>
          <w:p w14:paraId="793FD57C" w14:textId="77777777" w:rsidR="000F4E4E" w:rsidRDefault="000F4E4E">
            <w:r>
              <w:rPr>
                <w:rFonts w:ascii="Calibri" w:hAnsi="Calibri"/>
                <w:sz w:val="18"/>
              </w:rPr>
              <w:t>Tests &amp; audio (downloadable from the Teacher’s assistant)</w:t>
            </w:r>
          </w:p>
        </w:tc>
        <w:tc>
          <w:tcPr>
            <w:tcW w:w="1553" w:type="dxa"/>
          </w:tcPr>
          <w:p w14:paraId="20EDE47E" w14:textId="77777777" w:rsidR="000F4E4E" w:rsidRDefault="000F4E4E"/>
        </w:tc>
      </w:tr>
      <w:tr w:rsidR="000F4E4E" w14:paraId="5D8CDD4F" w14:textId="77777777" w:rsidTr="009C1543">
        <w:trPr>
          <w:trHeight w:val="394"/>
        </w:trPr>
        <w:tc>
          <w:tcPr>
            <w:tcW w:w="924" w:type="dxa"/>
          </w:tcPr>
          <w:p w14:paraId="28DB9E94" w14:textId="77777777" w:rsidR="000F4E4E" w:rsidRDefault="000F4E4E"/>
        </w:tc>
        <w:tc>
          <w:tcPr>
            <w:tcW w:w="932" w:type="dxa"/>
          </w:tcPr>
          <w:p w14:paraId="0C5F56E8" w14:textId="77777777" w:rsidR="000F4E4E" w:rsidRDefault="000F4E4E"/>
        </w:tc>
        <w:tc>
          <w:tcPr>
            <w:tcW w:w="1796" w:type="dxa"/>
          </w:tcPr>
          <w:p w14:paraId="4095AC2B" w14:textId="77777777" w:rsidR="000F4E4E" w:rsidRDefault="000F4E4E"/>
        </w:tc>
        <w:tc>
          <w:tcPr>
            <w:tcW w:w="2227" w:type="dxa"/>
            <w:shd w:val="clear" w:color="auto" w:fill="FFFF00"/>
          </w:tcPr>
          <w:p w14:paraId="48FAB5B4" w14:textId="77777777" w:rsidR="000F4E4E" w:rsidRPr="009C1543" w:rsidRDefault="000F4E4E">
            <w:pPr>
              <w:rPr>
                <w:b/>
                <w:bCs/>
              </w:rPr>
            </w:pPr>
            <w:r w:rsidRPr="009C1543">
              <w:rPr>
                <w:rFonts w:ascii="Calibri" w:hAnsi="Calibri"/>
                <w:b/>
                <w:bCs/>
                <w:sz w:val="18"/>
              </w:rPr>
              <w:t>Module 5: Ups and downs</w:t>
            </w:r>
          </w:p>
        </w:tc>
        <w:tc>
          <w:tcPr>
            <w:tcW w:w="2451" w:type="dxa"/>
            <w:shd w:val="clear" w:color="auto" w:fill="FFFF00"/>
          </w:tcPr>
          <w:p w14:paraId="55198A30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68" w:type="dxa"/>
            <w:shd w:val="clear" w:color="auto" w:fill="FFFF00"/>
          </w:tcPr>
          <w:p w14:paraId="4FD73E6F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38" w:type="dxa"/>
            <w:shd w:val="clear" w:color="auto" w:fill="FFFF00"/>
          </w:tcPr>
          <w:p w14:paraId="0F8310DA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07" w:type="dxa"/>
            <w:shd w:val="clear" w:color="auto" w:fill="FFFF00"/>
          </w:tcPr>
          <w:p w14:paraId="322A3D95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53" w:type="dxa"/>
            <w:shd w:val="clear" w:color="auto" w:fill="FFFF00"/>
          </w:tcPr>
          <w:p w14:paraId="1989546C" w14:textId="77777777" w:rsidR="000F4E4E" w:rsidRPr="009C1543" w:rsidRDefault="000F4E4E">
            <w:pPr>
              <w:rPr>
                <w:b/>
                <w:bCs/>
              </w:rPr>
            </w:pPr>
          </w:p>
        </w:tc>
      </w:tr>
      <w:tr w:rsidR="000F4E4E" w14:paraId="3B465A54" w14:textId="77777777" w:rsidTr="009C1543">
        <w:tc>
          <w:tcPr>
            <w:tcW w:w="924" w:type="dxa"/>
          </w:tcPr>
          <w:p w14:paraId="0013078E" w14:textId="77777777" w:rsidR="000F4E4E" w:rsidRDefault="000F4E4E"/>
        </w:tc>
        <w:tc>
          <w:tcPr>
            <w:tcW w:w="932" w:type="dxa"/>
          </w:tcPr>
          <w:p w14:paraId="75157C9E" w14:textId="77777777" w:rsidR="000F4E4E" w:rsidRDefault="000F4E4E">
            <w:r>
              <w:rPr>
                <w:rFonts w:ascii="Calibri" w:hAnsi="Calibri"/>
                <w:sz w:val="18"/>
              </w:rPr>
              <w:t>46</w:t>
            </w:r>
          </w:p>
        </w:tc>
        <w:tc>
          <w:tcPr>
            <w:tcW w:w="1796" w:type="dxa"/>
          </w:tcPr>
          <w:p w14:paraId="545AB5C8" w14:textId="77777777" w:rsidR="000F4E4E" w:rsidRDefault="000F4E4E">
            <w:r>
              <w:rPr>
                <w:rFonts w:ascii="Calibri" w:hAnsi="Calibri"/>
                <w:sz w:val="18"/>
              </w:rPr>
              <w:t>Cover page module 5</w:t>
            </w:r>
            <w:r>
              <w:rPr>
                <w:rFonts w:ascii="Calibri" w:hAnsi="Calibri"/>
                <w:sz w:val="18"/>
              </w:rPr>
              <w:br/>
              <w:t>5A</w:t>
            </w:r>
          </w:p>
        </w:tc>
        <w:tc>
          <w:tcPr>
            <w:tcW w:w="2227" w:type="dxa"/>
          </w:tcPr>
          <w:p w14:paraId="36FC8F00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gramatika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minulý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oznamovacie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vety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kladné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záporné</w:t>
            </w:r>
            <w:proofErr w:type="spellEnd"/>
          </w:p>
        </w:tc>
        <w:tc>
          <w:tcPr>
            <w:tcW w:w="2451" w:type="dxa"/>
          </w:tcPr>
          <w:p w14:paraId="1206C89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oboznámiť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témou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predchádzajúce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minulý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opise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minulých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udalostí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minulých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zážitkoch</w:t>
            </w:r>
            <w:proofErr w:type="spellEnd"/>
          </w:p>
        </w:tc>
        <w:tc>
          <w:tcPr>
            <w:tcW w:w="1668" w:type="dxa"/>
          </w:tcPr>
          <w:p w14:paraId="29494D27" w14:textId="77777777" w:rsidR="000F4E4E" w:rsidRDefault="000F4E4E">
            <w:r>
              <w:rPr>
                <w:rFonts w:ascii="Calibri" w:hAnsi="Calibri"/>
                <w:sz w:val="18"/>
              </w:rPr>
              <w:t>Past Simple (affirmative, negative)</w:t>
            </w:r>
            <w:r>
              <w:rPr>
                <w:rFonts w:ascii="Calibri" w:hAnsi="Calibri"/>
                <w:sz w:val="18"/>
              </w:rPr>
              <w:br/>
              <w:t>Time expressions</w:t>
            </w:r>
          </w:p>
        </w:tc>
        <w:tc>
          <w:tcPr>
            <w:tcW w:w="1638" w:type="dxa"/>
          </w:tcPr>
          <w:p w14:paraId="7C2188E9" w14:textId="77777777" w:rsidR="000F4E4E" w:rsidRDefault="000F4E4E">
            <w:r>
              <w:rPr>
                <w:rFonts w:ascii="Calibri" w:hAnsi="Calibri"/>
                <w:sz w:val="18"/>
              </w:rPr>
              <w:t>Linking words</w:t>
            </w:r>
          </w:p>
        </w:tc>
        <w:tc>
          <w:tcPr>
            <w:tcW w:w="1507" w:type="dxa"/>
          </w:tcPr>
          <w:p w14:paraId="2D8E583E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48DC1744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7562AC43" w14:textId="77777777" w:rsidTr="009C1543">
        <w:tc>
          <w:tcPr>
            <w:tcW w:w="924" w:type="dxa"/>
          </w:tcPr>
          <w:p w14:paraId="150423A2" w14:textId="77777777" w:rsidR="000F4E4E" w:rsidRDefault="000F4E4E"/>
        </w:tc>
        <w:tc>
          <w:tcPr>
            <w:tcW w:w="932" w:type="dxa"/>
          </w:tcPr>
          <w:p w14:paraId="5AD7AC88" w14:textId="77777777" w:rsidR="000F4E4E" w:rsidRDefault="000F4E4E">
            <w:r>
              <w:rPr>
                <w:rFonts w:ascii="Calibri" w:hAnsi="Calibri"/>
                <w:sz w:val="18"/>
              </w:rPr>
              <w:t>47</w:t>
            </w:r>
          </w:p>
        </w:tc>
        <w:tc>
          <w:tcPr>
            <w:tcW w:w="1796" w:type="dxa"/>
          </w:tcPr>
          <w:p w14:paraId="1F02BD77" w14:textId="77777777" w:rsidR="000F4E4E" w:rsidRDefault="000F4E4E">
            <w:r>
              <w:rPr>
                <w:rFonts w:ascii="Calibri" w:hAnsi="Calibri"/>
                <w:sz w:val="18"/>
              </w:rPr>
              <w:t>5A</w:t>
            </w:r>
          </w:p>
        </w:tc>
        <w:tc>
          <w:tcPr>
            <w:tcW w:w="2227" w:type="dxa"/>
          </w:tcPr>
          <w:p w14:paraId="472B52D3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denníkový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záznam</w:t>
            </w:r>
            <w:proofErr w:type="spellEnd"/>
          </w:p>
        </w:tc>
        <w:tc>
          <w:tcPr>
            <w:tcW w:w="2451" w:type="dxa"/>
          </w:tcPr>
          <w:p w14:paraId="64154543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rozprávaniu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minulých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udalostiach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zážitky</w:t>
            </w:r>
            <w:proofErr w:type="spellEnd"/>
            <w:r>
              <w:rPr>
                <w:rFonts w:ascii="Calibri" w:hAnsi="Calibri"/>
                <w:sz w:val="18"/>
              </w:rPr>
              <w:t xml:space="preserve"> z </w:t>
            </w:r>
            <w:proofErr w:type="spellStart"/>
            <w:r>
              <w:rPr>
                <w:rFonts w:ascii="Calibri" w:hAnsi="Calibri"/>
                <w:sz w:val="18"/>
              </w:rPr>
              <w:t>minulosti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denníkový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záznam</w:t>
            </w:r>
            <w:proofErr w:type="spellEnd"/>
          </w:p>
        </w:tc>
        <w:tc>
          <w:tcPr>
            <w:tcW w:w="1668" w:type="dxa"/>
          </w:tcPr>
          <w:p w14:paraId="1F0F08AA" w14:textId="77777777" w:rsidR="000F4E4E" w:rsidRDefault="000F4E4E"/>
        </w:tc>
        <w:tc>
          <w:tcPr>
            <w:tcW w:w="1638" w:type="dxa"/>
          </w:tcPr>
          <w:p w14:paraId="1ECC15C3" w14:textId="77777777" w:rsidR="000F4E4E" w:rsidRDefault="000F4E4E"/>
        </w:tc>
        <w:tc>
          <w:tcPr>
            <w:tcW w:w="1507" w:type="dxa"/>
          </w:tcPr>
          <w:p w14:paraId="166B8F91" w14:textId="77777777" w:rsidR="000F4E4E" w:rsidRDefault="000F4E4E"/>
        </w:tc>
        <w:tc>
          <w:tcPr>
            <w:tcW w:w="1553" w:type="dxa"/>
          </w:tcPr>
          <w:p w14:paraId="376F6A38" w14:textId="77777777" w:rsidR="000F4E4E" w:rsidRDefault="000F4E4E"/>
        </w:tc>
      </w:tr>
      <w:tr w:rsidR="000F4E4E" w14:paraId="5453A8F1" w14:textId="77777777" w:rsidTr="009C1543">
        <w:tc>
          <w:tcPr>
            <w:tcW w:w="924" w:type="dxa"/>
          </w:tcPr>
          <w:p w14:paraId="657781E5" w14:textId="77777777" w:rsidR="000F4E4E" w:rsidRDefault="000F4E4E">
            <w:r>
              <w:rPr>
                <w:rFonts w:ascii="Calibri" w:hAnsi="Calibri"/>
                <w:sz w:val="18"/>
              </w:rPr>
              <w:t>13</w:t>
            </w:r>
          </w:p>
        </w:tc>
        <w:tc>
          <w:tcPr>
            <w:tcW w:w="932" w:type="dxa"/>
          </w:tcPr>
          <w:p w14:paraId="34BF1C43" w14:textId="77777777" w:rsidR="000F4E4E" w:rsidRDefault="000F4E4E">
            <w:r>
              <w:rPr>
                <w:rFonts w:ascii="Calibri" w:hAnsi="Calibri"/>
                <w:sz w:val="18"/>
              </w:rPr>
              <w:t>48</w:t>
            </w:r>
          </w:p>
        </w:tc>
        <w:tc>
          <w:tcPr>
            <w:tcW w:w="1796" w:type="dxa"/>
          </w:tcPr>
          <w:p w14:paraId="22AC09AA" w14:textId="77777777" w:rsidR="000F4E4E" w:rsidRDefault="000F4E4E">
            <w:r>
              <w:rPr>
                <w:rFonts w:ascii="Calibri" w:hAnsi="Calibri"/>
                <w:sz w:val="18"/>
              </w:rPr>
              <w:t>5B</w:t>
            </w:r>
          </w:p>
        </w:tc>
        <w:tc>
          <w:tcPr>
            <w:tcW w:w="2227" w:type="dxa"/>
          </w:tcPr>
          <w:p w14:paraId="3CFB71A2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nepríjemné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udalosti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15433A8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nepríjemné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udalosti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situácie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identifikovať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počúvanom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nepríjemných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udalostiach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nepríjemnú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situáciu</w:t>
            </w:r>
            <w:proofErr w:type="spellEnd"/>
          </w:p>
        </w:tc>
        <w:tc>
          <w:tcPr>
            <w:tcW w:w="1668" w:type="dxa"/>
          </w:tcPr>
          <w:p w14:paraId="4F283ADB" w14:textId="77777777" w:rsidR="000F4E4E" w:rsidRDefault="000F4E4E"/>
        </w:tc>
        <w:tc>
          <w:tcPr>
            <w:tcW w:w="1638" w:type="dxa"/>
          </w:tcPr>
          <w:p w14:paraId="5566D526" w14:textId="77777777" w:rsidR="000F4E4E" w:rsidRDefault="000F4E4E">
            <w:r>
              <w:rPr>
                <w:rFonts w:ascii="Calibri" w:hAnsi="Calibri"/>
                <w:sz w:val="18"/>
              </w:rPr>
              <w:t>Mishaps</w:t>
            </w:r>
          </w:p>
        </w:tc>
        <w:tc>
          <w:tcPr>
            <w:tcW w:w="1507" w:type="dxa"/>
          </w:tcPr>
          <w:p w14:paraId="650BFABA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179EAF4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</w:p>
        </w:tc>
      </w:tr>
      <w:tr w:rsidR="000F4E4E" w14:paraId="3F7EB808" w14:textId="77777777" w:rsidTr="009C1543">
        <w:tc>
          <w:tcPr>
            <w:tcW w:w="924" w:type="dxa"/>
          </w:tcPr>
          <w:p w14:paraId="28850DC7" w14:textId="77777777" w:rsidR="000F4E4E" w:rsidRDefault="000F4E4E"/>
        </w:tc>
        <w:tc>
          <w:tcPr>
            <w:tcW w:w="932" w:type="dxa"/>
          </w:tcPr>
          <w:p w14:paraId="136E582C" w14:textId="77777777" w:rsidR="000F4E4E" w:rsidRDefault="000F4E4E">
            <w:r>
              <w:rPr>
                <w:rFonts w:ascii="Calibri" w:hAnsi="Calibri"/>
                <w:sz w:val="18"/>
              </w:rPr>
              <w:t>49</w:t>
            </w:r>
          </w:p>
        </w:tc>
        <w:tc>
          <w:tcPr>
            <w:tcW w:w="1796" w:type="dxa"/>
          </w:tcPr>
          <w:p w14:paraId="0B395166" w14:textId="77777777" w:rsidR="000F4E4E" w:rsidRDefault="000F4E4E">
            <w:r>
              <w:rPr>
                <w:rFonts w:ascii="Calibri" w:hAnsi="Calibri"/>
                <w:sz w:val="18"/>
              </w:rPr>
              <w:t>5B</w:t>
            </w:r>
          </w:p>
        </w:tc>
        <w:tc>
          <w:tcPr>
            <w:tcW w:w="2227" w:type="dxa"/>
          </w:tcPr>
          <w:p w14:paraId="30F47F7C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minulý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otázky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čo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stalo</w:t>
            </w:r>
            <w:proofErr w:type="spellEnd"/>
            <w:r>
              <w:rPr>
                <w:rFonts w:ascii="Calibri" w:hAnsi="Calibri"/>
                <w:sz w:val="18"/>
              </w:rPr>
              <w:t>?</w:t>
            </w:r>
          </w:p>
        </w:tc>
        <w:tc>
          <w:tcPr>
            <w:tcW w:w="2451" w:type="dxa"/>
          </w:tcPr>
          <w:p w14:paraId="2ECB9230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otázky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minulom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pýtať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udalosti</w:t>
            </w:r>
            <w:proofErr w:type="spellEnd"/>
            <w:r>
              <w:rPr>
                <w:rFonts w:ascii="Calibri" w:hAnsi="Calibri"/>
                <w:sz w:val="18"/>
              </w:rPr>
              <w:t xml:space="preserve"> z </w:t>
            </w:r>
            <w:proofErr w:type="spellStart"/>
            <w:r>
              <w:rPr>
                <w:rFonts w:ascii="Calibri" w:hAnsi="Calibri"/>
                <w:sz w:val="18"/>
              </w:rPr>
              <w:t>minulosti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primerane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odpovedať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viesť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rozhovor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minulých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udalostiach</w:t>
            </w:r>
            <w:proofErr w:type="spellEnd"/>
          </w:p>
        </w:tc>
        <w:tc>
          <w:tcPr>
            <w:tcW w:w="1668" w:type="dxa"/>
          </w:tcPr>
          <w:p w14:paraId="52B4029E" w14:textId="77777777" w:rsidR="000F4E4E" w:rsidRDefault="000F4E4E">
            <w:r>
              <w:rPr>
                <w:rFonts w:ascii="Calibri" w:hAnsi="Calibri"/>
                <w:sz w:val="18"/>
              </w:rPr>
              <w:t>Past Simple (questions)</w:t>
            </w:r>
          </w:p>
        </w:tc>
        <w:tc>
          <w:tcPr>
            <w:tcW w:w="1638" w:type="dxa"/>
          </w:tcPr>
          <w:p w14:paraId="5ED556AA" w14:textId="77777777" w:rsidR="000F4E4E" w:rsidRDefault="000F4E4E"/>
        </w:tc>
        <w:tc>
          <w:tcPr>
            <w:tcW w:w="1507" w:type="dxa"/>
          </w:tcPr>
          <w:p w14:paraId="396AADD8" w14:textId="77777777" w:rsidR="000F4E4E" w:rsidRDefault="000F4E4E"/>
        </w:tc>
        <w:tc>
          <w:tcPr>
            <w:tcW w:w="1553" w:type="dxa"/>
          </w:tcPr>
          <w:p w14:paraId="4C9C1B7F" w14:textId="77777777" w:rsidR="000F4E4E" w:rsidRDefault="000F4E4E"/>
        </w:tc>
      </w:tr>
      <w:tr w:rsidR="000F4E4E" w14:paraId="1558D50F" w14:textId="77777777" w:rsidTr="009C1543">
        <w:tc>
          <w:tcPr>
            <w:tcW w:w="924" w:type="dxa"/>
          </w:tcPr>
          <w:p w14:paraId="7B66E5B7" w14:textId="77777777" w:rsidR="000F4E4E" w:rsidRDefault="000F4E4E"/>
        </w:tc>
        <w:tc>
          <w:tcPr>
            <w:tcW w:w="932" w:type="dxa"/>
          </w:tcPr>
          <w:p w14:paraId="3587A361" w14:textId="77777777" w:rsidR="000F4E4E" w:rsidRDefault="000F4E4E">
            <w:r>
              <w:rPr>
                <w:rFonts w:ascii="Calibri" w:hAnsi="Calibri"/>
                <w:sz w:val="18"/>
              </w:rPr>
              <w:t>50</w:t>
            </w:r>
          </w:p>
        </w:tc>
        <w:tc>
          <w:tcPr>
            <w:tcW w:w="1796" w:type="dxa"/>
          </w:tcPr>
          <w:p w14:paraId="2F938A7E" w14:textId="77777777" w:rsidR="000F4E4E" w:rsidRDefault="000F4E4E">
            <w:r>
              <w:rPr>
                <w:rFonts w:ascii="Calibri" w:hAnsi="Calibri"/>
                <w:sz w:val="18"/>
              </w:rPr>
              <w:t>5C</w:t>
            </w:r>
          </w:p>
        </w:tc>
        <w:tc>
          <w:tcPr>
            <w:tcW w:w="2227" w:type="dxa"/>
          </w:tcPr>
          <w:p w14:paraId="4A34DDD6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pocity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2451" w:type="dxa"/>
          </w:tcPr>
          <w:p w14:paraId="692F4151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pocity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emócie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prežívaných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usporiadať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udalosti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príbehu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logickom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poradí</w:t>
            </w:r>
            <w:proofErr w:type="spellEnd"/>
          </w:p>
        </w:tc>
        <w:tc>
          <w:tcPr>
            <w:tcW w:w="1668" w:type="dxa"/>
          </w:tcPr>
          <w:p w14:paraId="54E9B3D0" w14:textId="77777777" w:rsidR="000F4E4E" w:rsidRDefault="000F4E4E"/>
        </w:tc>
        <w:tc>
          <w:tcPr>
            <w:tcW w:w="1638" w:type="dxa"/>
          </w:tcPr>
          <w:p w14:paraId="24A42847" w14:textId="77777777" w:rsidR="000F4E4E" w:rsidRDefault="000F4E4E">
            <w:r>
              <w:rPr>
                <w:rFonts w:ascii="Calibri" w:hAnsi="Calibri"/>
                <w:sz w:val="18"/>
              </w:rPr>
              <w:t>Feelings</w:t>
            </w:r>
          </w:p>
        </w:tc>
        <w:tc>
          <w:tcPr>
            <w:tcW w:w="1507" w:type="dxa"/>
          </w:tcPr>
          <w:p w14:paraId="48A9ECFB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39F53413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</w:p>
        </w:tc>
      </w:tr>
      <w:tr w:rsidR="000F4E4E" w14:paraId="045D2087" w14:textId="77777777" w:rsidTr="009C1543">
        <w:tc>
          <w:tcPr>
            <w:tcW w:w="924" w:type="dxa"/>
          </w:tcPr>
          <w:p w14:paraId="0BF24D8F" w14:textId="77777777" w:rsidR="000F4E4E" w:rsidRDefault="000F4E4E"/>
        </w:tc>
        <w:tc>
          <w:tcPr>
            <w:tcW w:w="932" w:type="dxa"/>
          </w:tcPr>
          <w:p w14:paraId="699627C3" w14:textId="77777777" w:rsidR="000F4E4E" w:rsidRDefault="000F4E4E">
            <w:r>
              <w:rPr>
                <w:rFonts w:ascii="Calibri" w:hAnsi="Calibri"/>
                <w:sz w:val="18"/>
              </w:rPr>
              <w:t>51</w:t>
            </w:r>
          </w:p>
        </w:tc>
        <w:tc>
          <w:tcPr>
            <w:tcW w:w="1796" w:type="dxa"/>
          </w:tcPr>
          <w:p w14:paraId="40804240" w14:textId="77777777" w:rsidR="000F4E4E" w:rsidRDefault="000F4E4E">
            <w:r>
              <w:rPr>
                <w:rFonts w:ascii="Calibri" w:hAnsi="Calibri"/>
                <w:sz w:val="18"/>
              </w:rPr>
              <w:t>5C</w:t>
            </w:r>
          </w:p>
        </w:tc>
        <w:tc>
          <w:tcPr>
            <w:tcW w:w="2227" w:type="dxa"/>
          </w:tcPr>
          <w:p w14:paraId="137A65FF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príbeh</w:t>
            </w:r>
            <w:proofErr w:type="spellEnd"/>
          </w:p>
        </w:tc>
        <w:tc>
          <w:tcPr>
            <w:tcW w:w="2451" w:type="dxa"/>
          </w:tcPr>
          <w:p w14:paraId="59A7ABD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hlavným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udalostiam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príbehu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príbeh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využitím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časovej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následnosti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spojovacie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výrazy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rozprávaní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deja</w:t>
            </w:r>
            <w:proofErr w:type="spellEnd"/>
          </w:p>
        </w:tc>
        <w:tc>
          <w:tcPr>
            <w:tcW w:w="1668" w:type="dxa"/>
          </w:tcPr>
          <w:p w14:paraId="10777C5F" w14:textId="77777777" w:rsidR="000F4E4E" w:rsidRDefault="000F4E4E"/>
        </w:tc>
        <w:tc>
          <w:tcPr>
            <w:tcW w:w="1638" w:type="dxa"/>
          </w:tcPr>
          <w:p w14:paraId="52EAFD43" w14:textId="77777777" w:rsidR="000F4E4E" w:rsidRDefault="000F4E4E"/>
        </w:tc>
        <w:tc>
          <w:tcPr>
            <w:tcW w:w="1507" w:type="dxa"/>
          </w:tcPr>
          <w:p w14:paraId="1C02C863" w14:textId="77777777" w:rsidR="000F4E4E" w:rsidRDefault="000F4E4E"/>
        </w:tc>
        <w:tc>
          <w:tcPr>
            <w:tcW w:w="1553" w:type="dxa"/>
          </w:tcPr>
          <w:p w14:paraId="31CE37A9" w14:textId="77777777" w:rsidR="000F4E4E" w:rsidRDefault="000F4E4E"/>
        </w:tc>
      </w:tr>
      <w:tr w:rsidR="000F4E4E" w14:paraId="45621AEF" w14:textId="77777777" w:rsidTr="009C1543">
        <w:tc>
          <w:tcPr>
            <w:tcW w:w="924" w:type="dxa"/>
          </w:tcPr>
          <w:p w14:paraId="03B57BA4" w14:textId="77777777" w:rsidR="000F4E4E" w:rsidRDefault="000F4E4E">
            <w:r>
              <w:rPr>
                <w:rFonts w:ascii="Calibri" w:hAnsi="Calibri"/>
                <w:sz w:val="18"/>
              </w:rPr>
              <w:t>14</w:t>
            </w:r>
          </w:p>
        </w:tc>
        <w:tc>
          <w:tcPr>
            <w:tcW w:w="932" w:type="dxa"/>
          </w:tcPr>
          <w:p w14:paraId="6454F694" w14:textId="77777777" w:rsidR="000F4E4E" w:rsidRDefault="000F4E4E">
            <w:r>
              <w:rPr>
                <w:rFonts w:ascii="Calibri" w:hAnsi="Calibri"/>
                <w:sz w:val="18"/>
              </w:rPr>
              <w:t>52</w:t>
            </w:r>
          </w:p>
        </w:tc>
        <w:tc>
          <w:tcPr>
            <w:tcW w:w="1796" w:type="dxa"/>
          </w:tcPr>
          <w:p w14:paraId="2A8467DB" w14:textId="77777777" w:rsidR="000F4E4E" w:rsidRDefault="000F4E4E">
            <w:r>
              <w:rPr>
                <w:rFonts w:ascii="Calibri" w:hAnsi="Calibri"/>
                <w:sz w:val="18"/>
              </w:rPr>
              <w:t>5D</w:t>
            </w:r>
          </w:p>
        </w:tc>
        <w:tc>
          <w:tcPr>
            <w:tcW w:w="2227" w:type="dxa"/>
          </w:tcPr>
          <w:p w14:paraId="3490F91A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dobré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zlé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správy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2451" w:type="dxa"/>
          </w:tcPr>
          <w:p w14:paraId="38B12B4B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rozlíšiť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vyjadrenia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oznamovaní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dobrých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zlých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správ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primerane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dobré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zlé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správy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rozhovore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komunikačné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frázy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bežných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situáciách</w:t>
            </w:r>
            <w:proofErr w:type="spellEnd"/>
          </w:p>
        </w:tc>
        <w:tc>
          <w:tcPr>
            <w:tcW w:w="1668" w:type="dxa"/>
          </w:tcPr>
          <w:p w14:paraId="7FD6B5B5" w14:textId="77777777" w:rsidR="000F4E4E" w:rsidRDefault="000F4E4E"/>
        </w:tc>
        <w:tc>
          <w:tcPr>
            <w:tcW w:w="1638" w:type="dxa"/>
          </w:tcPr>
          <w:p w14:paraId="6B05DC4F" w14:textId="77777777" w:rsidR="000F4E4E" w:rsidRDefault="000F4E4E">
            <w:r>
              <w:rPr>
                <w:rFonts w:ascii="Calibri" w:hAnsi="Calibri"/>
                <w:sz w:val="18"/>
              </w:rPr>
              <w:t>Phrases connected to giving and reacting to news</w:t>
            </w:r>
          </w:p>
        </w:tc>
        <w:tc>
          <w:tcPr>
            <w:tcW w:w="1507" w:type="dxa"/>
          </w:tcPr>
          <w:p w14:paraId="5AE1B0C4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1F4748F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Mediácia</w:t>
            </w:r>
            <w:proofErr w:type="spellEnd"/>
          </w:p>
        </w:tc>
      </w:tr>
      <w:tr w:rsidR="000F4E4E" w14:paraId="7C2D23A6" w14:textId="77777777" w:rsidTr="009C1543">
        <w:tc>
          <w:tcPr>
            <w:tcW w:w="924" w:type="dxa"/>
          </w:tcPr>
          <w:p w14:paraId="5FB01731" w14:textId="77777777" w:rsidR="000F4E4E" w:rsidRDefault="000F4E4E"/>
        </w:tc>
        <w:tc>
          <w:tcPr>
            <w:tcW w:w="932" w:type="dxa"/>
          </w:tcPr>
          <w:p w14:paraId="0176A0E0" w14:textId="77777777" w:rsidR="000F4E4E" w:rsidRDefault="000F4E4E">
            <w:r>
              <w:rPr>
                <w:rFonts w:ascii="Calibri" w:hAnsi="Calibri"/>
                <w:sz w:val="18"/>
              </w:rPr>
              <w:t>53</w:t>
            </w:r>
          </w:p>
        </w:tc>
        <w:tc>
          <w:tcPr>
            <w:tcW w:w="1796" w:type="dxa"/>
          </w:tcPr>
          <w:p w14:paraId="3F065E55" w14:textId="77777777" w:rsidR="000F4E4E" w:rsidRDefault="000F4E4E">
            <w:r>
              <w:rPr>
                <w:rFonts w:ascii="Calibri" w:hAnsi="Calibri"/>
                <w:sz w:val="18"/>
              </w:rPr>
              <w:t>5D</w:t>
            </w:r>
          </w:p>
        </w:tc>
        <w:tc>
          <w:tcPr>
            <w:tcW w:w="2227" w:type="dxa"/>
          </w:tcPr>
          <w:p w14:paraId="725DBC1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neformálny</w:t>
            </w:r>
            <w:proofErr w:type="spellEnd"/>
            <w:r>
              <w:rPr>
                <w:rFonts w:ascii="Calibri" w:hAnsi="Calibri"/>
                <w:sz w:val="18"/>
              </w:rPr>
              <w:t xml:space="preserve"> list/e-mail</w:t>
            </w:r>
          </w:p>
        </w:tc>
        <w:tc>
          <w:tcPr>
            <w:tcW w:w="2451" w:type="dxa"/>
          </w:tcPr>
          <w:p w14:paraId="1106BD04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neformálnom</w:t>
            </w:r>
            <w:proofErr w:type="spellEnd"/>
            <w:r>
              <w:rPr>
                <w:rFonts w:ascii="Calibri" w:hAnsi="Calibri"/>
                <w:sz w:val="18"/>
              </w:rPr>
              <w:t xml:space="preserve"> e-</w:t>
            </w:r>
            <w:proofErr w:type="spellStart"/>
            <w:r>
              <w:rPr>
                <w:rFonts w:ascii="Calibri" w:hAnsi="Calibri"/>
                <w:sz w:val="18"/>
              </w:rPr>
              <w:t>maile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frázy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oznamovaní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noviniek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neformálny</w:t>
            </w:r>
            <w:proofErr w:type="spellEnd"/>
            <w:r>
              <w:rPr>
                <w:rFonts w:ascii="Calibri" w:hAnsi="Calibri"/>
                <w:sz w:val="18"/>
              </w:rPr>
              <w:t xml:space="preserve"> e-mail s </w:t>
            </w:r>
            <w:proofErr w:type="spellStart"/>
            <w:r>
              <w:rPr>
                <w:rFonts w:ascii="Calibri" w:hAnsi="Calibri"/>
                <w:sz w:val="18"/>
              </w:rPr>
              <w:t>novými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informáciami</w:t>
            </w:r>
            <w:proofErr w:type="spellEnd"/>
          </w:p>
        </w:tc>
        <w:tc>
          <w:tcPr>
            <w:tcW w:w="1668" w:type="dxa"/>
          </w:tcPr>
          <w:p w14:paraId="4A8E0E81" w14:textId="77777777" w:rsidR="000F4E4E" w:rsidRDefault="000F4E4E"/>
        </w:tc>
        <w:tc>
          <w:tcPr>
            <w:tcW w:w="1638" w:type="dxa"/>
          </w:tcPr>
          <w:p w14:paraId="46CF52B7" w14:textId="77777777" w:rsidR="000F4E4E" w:rsidRDefault="000F4E4E"/>
        </w:tc>
        <w:tc>
          <w:tcPr>
            <w:tcW w:w="1507" w:type="dxa"/>
          </w:tcPr>
          <w:p w14:paraId="1AA506E2" w14:textId="77777777" w:rsidR="000F4E4E" w:rsidRDefault="000F4E4E"/>
        </w:tc>
        <w:tc>
          <w:tcPr>
            <w:tcW w:w="1553" w:type="dxa"/>
          </w:tcPr>
          <w:p w14:paraId="4805BBC1" w14:textId="77777777" w:rsidR="000F4E4E" w:rsidRDefault="000F4E4E"/>
        </w:tc>
      </w:tr>
      <w:tr w:rsidR="000F4E4E" w14:paraId="40B81855" w14:textId="77777777" w:rsidTr="009C1543">
        <w:tc>
          <w:tcPr>
            <w:tcW w:w="924" w:type="dxa"/>
          </w:tcPr>
          <w:p w14:paraId="6ABD9F26" w14:textId="77777777" w:rsidR="000F4E4E" w:rsidRDefault="000F4E4E"/>
        </w:tc>
        <w:tc>
          <w:tcPr>
            <w:tcW w:w="932" w:type="dxa"/>
          </w:tcPr>
          <w:p w14:paraId="078F5AC9" w14:textId="77777777" w:rsidR="000F4E4E" w:rsidRDefault="000F4E4E">
            <w:r>
              <w:rPr>
                <w:rFonts w:ascii="Calibri" w:hAnsi="Calibri"/>
                <w:sz w:val="18"/>
              </w:rPr>
              <w:t>54</w:t>
            </w:r>
          </w:p>
        </w:tc>
        <w:tc>
          <w:tcPr>
            <w:tcW w:w="1796" w:type="dxa"/>
          </w:tcPr>
          <w:p w14:paraId="219A8CAA" w14:textId="77777777" w:rsidR="000F4E4E" w:rsidRDefault="000F4E4E">
            <w:r>
              <w:rPr>
                <w:rFonts w:ascii="Calibri" w:hAnsi="Calibri"/>
                <w:sz w:val="18"/>
              </w:rPr>
              <w:t>Review 5</w:t>
            </w:r>
            <w:r>
              <w:rPr>
                <w:rFonts w:ascii="Calibri" w:hAnsi="Calibri"/>
                <w:sz w:val="18"/>
              </w:rPr>
              <w:br/>
              <w:t>Self-evaluation</w:t>
            </w:r>
          </w:p>
        </w:tc>
        <w:tc>
          <w:tcPr>
            <w:tcW w:w="2227" w:type="dxa"/>
          </w:tcPr>
          <w:p w14:paraId="41131FB6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Zhrnutie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  <w:r>
              <w:rPr>
                <w:rFonts w:ascii="Calibri" w:hAnsi="Calibri"/>
                <w:sz w:val="18"/>
              </w:rPr>
              <w:t xml:space="preserve"> 5, </w:t>
            </w:r>
            <w:proofErr w:type="spellStart"/>
            <w:r>
              <w:rPr>
                <w:rFonts w:ascii="Calibri" w:hAnsi="Calibri"/>
                <w:sz w:val="18"/>
              </w:rPr>
              <w:t>sebahodnotenie</w:t>
            </w:r>
            <w:proofErr w:type="spellEnd"/>
          </w:p>
        </w:tc>
        <w:tc>
          <w:tcPr>
            <w:tcW w:w="2451" w:type="dxa"/>
          </w:tcPr>
          <w:p w14:paraId="15B46DAD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upevniť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štruktúry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učení</w:t>
            </w:r>
            <w:proofErr w:type="spellEnd"/>
          </w:p>
        </w:tc>
        <w:tc>
          <w:tcPr>
            <w:tcW w:w="1668" w:type="dxa"/>
          </w:tcPr>
          <w:p w14:paraId="45E0302F" w14:textId="77777777" w:rsidR="000F4E4E" w:rsidRDefault="000F4E4E"/>
        </w:tc>
        <w:tc>
          <w:tcPr>
            <w:tcW w:w="1638" w:type="dxa"/>
          </w:tcPr>
          <w:p w14:paraId="44A5469A" w14:textId="77777777" w:rsidR="000F4E4E" w:rsidRDefault="000F4E4E"/>
        </w:tc>
        <w:tc>
          <w:tcPr>
            <w:tcW w:w="1507" w:type="dxa"/>
          </w:tcPr>
          <w:p w14:paraId="13925F62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7161F97B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0BC84CB3" w14:textId="77777777" w:rsidTr="009C1543">
        <w:tc>
          <w:tcPr>
            <w:tcW w:w="924" w:type="dxa"/>
          </w:tcPr>
          <w:p w14:paraId="718A5E60" w14:textId="77777777" w:rsidR="000F4E4E" w:rsidRDefault="000F4E4E"/>
        </w:tc>
        <w:tc>
          <w:tcPr>
            <w:tcW w:w="932" w:type="dxa"/>
          </w:tcPr>
          <w:p w14:paraId="64537F7C" w14:textId="77777777" w:rsidR="000F4E4E" w:rsidRDefault="000F4E4E">
            <w:r>
              <w:rPr>
                <w:rFonts w:ascii="Calibri" w:hAnsi="Calibri"/>
                <w:sz w:val="18"/>
              </w:rPr>
              <w:t>55</w:t>
            </w:r>
          </w:p>
        </w:tc>
        <w:tc>
          <w:tcPr>
            <w:tcW w:w="1796" w:type="dxa"/>
          </w:tcPr>
          <w:p w14:paraId="724EA690" w14:textId="77777777" w:rsidR="000F4E4E" w:rsidRDefault="000F4E4E">
            <w:r>
              <w:rPr>
                <w:rFonts w:ascii="Calibri" w:hAnsi="Calibri"/>
                <w:sz w:val="18"/>
              </w:rPr>
              <w:t>Test</w:t>
            </w:r>
          </w:p>
        </w:tc>
        <w:tc>
          <w:tcPr>
            <w:tcW w:w="2227" w:type="dxa"/>
          </w:tcPr>
          <w:p w14:paraId="4E58DF71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Hodnotenie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študentov</w:t>
            </w:r>
            <w:proofErr w:type="spellEnd"/>
          </w:p>
        </w:tc>
        <w:tc>
          <w:tcPr>
            <w:tcW w:w="2451" w:type="dxa"/>
          </w:tcPr>
          <w:p w14:paraId="4280D914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aplikovať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testových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porozumenie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</w:p>
        </w:tc>
        <w:tc>
          <w:tcPr>
            <w:tcW w:w="1668" w:type="dxa"/>
          </w:tcPr>
          <w:p w14:paraId="6414A4BD" w14:textId="77777777" w:rsidR="000F4E4E" w:rsidRDefault="000F4E4E"/>
        </w:tc>
        <w:tc>
          <w:tcPr>
            <w:tcW w:w="1638" w:type="dxa"/>
          </w:tcPr>
          <w:p w14:paraId="0700C3A6" w14:textId="77777777" w:rsidR="000F4E4E" w:rsidRDefault="000F4E4E"/>
        </w:tc>
        <w:tc>
          <w:tcPr>
            <w:tcW w:w="1507" w:type="dxa"/>
          </w:tcPr>
          <w:p w14:paraId="435E7ABE" w14:textId="77777777" w:rsidR="000F4E4E" w:rsidRDefault="000F4E4E">
            <w:r>
              <w:rPr>
                <w:rFonts w:ascii="Calibri" w:hAnsi="Calibri"/>
                <w:sz w:val="18"/>
              </w:rPr>
              <w:t>Tests &amp; audio (downloadable from the Teacher’s assistant)</w:t>
            </w:r>
          </w:p>
        </w:tc>
        <w:tc>
          <w:tcPr>
            <w:tcW w:w="1553" w:type="dxa"/>
          </w:tcPr>
          <w:p w14:paraId="1A9790C9" w14:textId="77777777" w:rsidR="000F4E4E" w:rsidRDefault="000F4E4E"/>
        </w:tc>
      </w:tr>
      <w:tr w:rsidR="000F4E4E" w14:paraId="442E2600" w14:textId="77777777" w:rsidTr="009C1543">
        <w:trPr>
          <w:trHeight w:val="409"/>
        </w:trPr>
        <w:tc>
          <w:tcPr>
            <w:tcW w:w="924" w:type="dxa"/>
          </w:tcPr>
          <w:p w14:paraId="1E332594" w14:textId="77777777" w:rsidR="000F4E4E" w:rsidRDefault="000F4E4E"/>
        </w:tc>
        <w:tc>
          <w:tcPr>
            <w:tcW w:w="932" w:type="dxa"/>
          </w:tcPr>
          <w:p w14:paraId="2B355B3C" w14:textId="77777777" w:rsidR="000F4E4E" w:rsidRDefault="000F4E4E"/>
        </w:tc>
        <w:tc>
          <w:tcPr>
            <w:tcW w:w="1796" w:type="dxa"/>
          </w:tcPr>
          <w:p w14:paraId="38F9D6AD" w14:textId="77777777" w:rsidR="000F4E4E" w:rsidRDefault="000F4E4E"/>
        </w:tc>
        <w:tc>
          <w:tcPr>
            <w:tcW w:w="2227" w:type="dxa"/>
            <w:shd w:val="clear" w:color="auto" w:fill="FFFF00"/>
          </w:tcPr>
          <w:p w14:paraId="63AD886E" w14:textId="77777777" w:rsidR="000F4E4E" w:rsidRPr="009C1543" w:rsidRDefault="000F4E4E">
            <w:pPr>
              <w:rPr>
                <w:b/>
                <w:bCs/>
              </w:rPr>
            </w:pPr>
            <w:r w:rsidRPr="009C1543">
              <w:rPr>
                <w:rFonts w:ascii="Calibri" w:hAnsi="Calibri"/>
                <w:b/>
                <w:bCs/>
                <w:sz w:val="18"/>
              </w:rPr>
              <w:t>Module 6: Let’s have fun!</w:t>
            </w:r>
          </w:p>
        </w:tc>
        <w:tc>
          <w:tcPr>
            <w:tcW w:w="2451" w:type="dxa"/>
            <w:shd w:val="clear" w:color="auto" w:fill="FFFF00"/>
          </w:tcPr>
          <w:p w14:paraId="1357DF25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68" w:type="dxa"/>
            <w:shd w:val="clear" w:color="auto" w:fill="FFFF00"/>
          </w:tcPr>
          <w:p w14:paraId="2D185999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38" w:type="dxa"/>
            <w:shd w:val="clear" w:color="auto" w:fill="FFFF00"/>
          </w:tcPr>
          <w:p w14:paraId="1A31FD2E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07" w:type="dxa"/>
            <w:shd w:val="clear" w:color="auto" w:fill="FFFF00"/>
          </w:tcPr>
          <w:p w14:paraId="0ACA82D7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53" w:type="dxa"/>
            <w:shd w:val="clear" w:color="auto" w:fill="FFFF00"/>
          </w:tcPr>
          <w:p w14:paraId="160A1D44" w14:textId="77777777" w:rsidR="000F4E4E" w:rsidRPr="009C1543" w:rsidRDefault="000F4E4E">
            <w:pPr>
              <w:rPr>
                <w:b/>
                <w:bCs/>
              </w:rPr>
            </w:pPr>
          </w:p>
        </w:tc>
      </w:tr>
      <w:tr w:rsidR="000F4E4E" w14:paraId="7824A2B5" w14:textId="77777777" w:rsidTr="009C1543">
        <w:tc>
          <w:tcPr>
            <w:tcW w:w="924" w:type="dxa"/>
          </w:tcPr>
          <w:p w14:paraId="39749901" w14:textId="77777777" w:rsidR="000F4E4E" w:rsidRDefault="000F4E4E">
            <w:r>
              <w:rPr>
                <w:rFonts w:ascii="Calibri" w:hAnsi="Calibri"/>
                <w:sz w:val="18"/>
              </w:rPr>
              <w:t>15</w:t>
            </w:r>
          </w:p>
        </w:tc>
        <w:tc>
          <w:tcPr>
            <w:tcW w:w="932" w:type="dxa"/>
          </w:tcPr>
          <w:p w14:paraId="491E8E62" w14:textId="77777777" w:rsidR="000F4E4E" w:rsidRDefault="000F4E4E">
            <w:r>
              <w:rPr>
                <w:rFonts w:ascii="Calibri" w:hAnsi="Calibri"/>
                <w:sz w:val="18"/>
              </w:rPr>
              <w:t>56</w:t>
            </w:r>
          </w:p>
        </w:tc>
        <w:tc>
          <w:tcPr>
            <w:tcW w:w="1796" w:type="dxa"/>
          </w:tcPr>
          <w:p w14:paraId="34492955" w14:textId="77777777" w:rsidR="000F4E4E" w:rsidRDefault="000F4E4E">
            <w:r>
              <w:rPr>
                <w:rFonts w:ascii="Calibri" w:hAnsi="Calibri"/>
                <w:sz w:val="18"/>
              </w:rPr>
              <w:t>Cover page module 6</w:t>
            </w:r>
            <w:r>
              <w:rPr>
                <w:rFonts w:ascii="Calibri" w:hAnsi="Calibri"/>
                <w:sz w:val="18"/>
              </w:rPr>
              <w:br/>
              <w:t>6A</w:t>
            </w:r>
          </w:p>
        </w:tc>
        <w:tc>
          <w:tcPr>
            <w:tcW w:w="2227" w:type="dxa"/>
          </w:tcPr>
          <w:p w14:paraId="75C372A6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počasie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66124329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oboznámiť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témou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predchádzajúce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javy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počasia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súvisiacu</w:t>
            </w:r>
            <w:proofErr w:type="spellEnd"/>
            <w:r>
              <w:rPr>
                <w:rFonts w:ascii="Calibri" w:hAnsi="Calibri"/>
                <w:sz w:val="18"/>
              </w:rPr>
              <w:t xml:space="preserve"> so </w:t>
            </w:r>
            <w:proofErr w:type="spellStart"/>
            <w:r>
              <w:rPr>
                <w:rFonts w:ascii="Calibri" w:hAnsi="Calibri"/>
                <w:sz w:val="18"/>
              </w:rPr>
              <w:t>zábavnými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parkmi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hlavným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informáciám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počúvanom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počasí</w:t>
            </w:r>
            <w:proofErr w:type="spellEnd"/>
          </w:p>
        </w:tc>
        <w:tc>
          <w:tcPr>
            <w:tcW w:w="1668" w:type="dxa"/>
          </w:tcPr>
          <w:p w14:paraId="65A77BA5" w14:textId="77777777" w:rsidR="000F4E4E" w:rsidRDefault="000F4E4E"/>
        </w:tc>
        <w:tc>
          <w:tcPr>
            <w:tcW w:w="1638" w:type="dxa"/>
          </w:tcPr>
          <w:p w14:paraId="653F5D87" w14:textId="77777777" w:rsidR="000F4E4E" w:rsidRDefault="000F4E4E">
            <w:r>
              <w:rPr>
                <w:rFonts w:ascii="Calibri" w:hAnsi="Calibri"/>
                <w:sz w:val="18"/>
              </w:rPr>
              <w:t>Words related to weather</w:t>
            </w:r>
            <w:r>
              <w:rPr>
                <w:rFonts w:ascii="Calibri" w:hAnsi="Calibri"/>
                <w:sz w:val="18"/>
              </w:rPr>
              <w:br/>
              <w:t>Words/Phrases related to amusement parks</w:t>
            </w:r>
          </w:p>
        </w:tc>
        <w:tc>
          <w:tcPr>
            <w:tcW w:w="1507" w:type="dxa"/>
          </w:tcPr>
          <w:p w14:paraId="4AF3F629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0C374EE0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</w:p>
        </w:tc>
      </w:tr>
      <w:tr w:rsidR="000F4E4E" w14:paraId="32B7B388" w14:textId="77777777" w:rsidTr="009C1543">
        <w:tc>
          <w:tcPr>
            <w:tcW w:w="924" w:type="dxa"/>
          </w:tcPr>
          <w:p w14:paraId="3082F5C3" w14:textId="77777777" w:rsidR="000F4E4E" w:rsidRDefault="000F4E4E"/>
        </w:tc>
        <w:tc>
          <w:tcPr>
            <w:tcW w:w="932" w:type="dxa"/>
          </w:tcPr>
          <w:p w14:paraId="2B1B04FF" w14:textId="77777777" w:rsidR="000F4E4E" w:rsidRDefault="000F4E4E">
            <w:r>
              <w:rPr>
                <w:rFonts w:ascii="Calibri" w:hAnsi="Calibri"/>
                <w:sz w:val="18"/>
              </w:rPr>
              <w:t>57</w:t>
            </w:r>
          </w:p>
        </w:tc>
        <w:tc>
          <w:tcPr>
            <w:tcW w:w="1796" w:type="dxa"/>
          </w:tcPr>
          <w:p w14:paraId="469B653B" w14:textId="77777777" w:rsidR="000F4E4E" w:rsidRDefault="000F4E4E">
            <w:r>
              <w:rPr>
                <w:rFonts w:ascii="Calibri" w:hAnsi="Calibri"/>
                <w:sz w:val="18"/>
              </w:rPr>
              <w:t>6A</w:t>
            </w:r>
          </w:p>
        </w:tc>
        <w:tc>
          <w:tcPr>
            <w:tcW w:w="2227" w:type="dxa"/>
          </w:tcPr>
          <w:p w14:paraId="528763EC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prítomný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priebehový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opis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obrázku</w:t>
            </w:r>
            <w:proofErr w:type="spellEnd"/>
          </w:p>
        </w:tc>
        <w:tc>
          <w:tcPr>
            <w:tcW w:w="2451" w:type="dxa"/>
          </w:tcPr>
          <w:p w14:paraId="2F11264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prítomný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priebehový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opise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prebiehajúcich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dejov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činnosti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obrázku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opis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aktuálne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prebiehajúcej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situácie</w:t>
            </w:r>
            <w:proofErr w:type="spellEnd"/>
          </w:p>
        </w:tc>
        <w:tc>
          <w:tcPr>
            <w:tcW w:w="1668" w:type="dxa"/>
          </w:tcPr>
          <w:p w14:paraId="3FF57D6E" w14:textId="77777777" w:rsidR="000F4E4E" w:rsidRDefault="000F4E4E">
            <w:r>
              <w:rPr>
                <w:rFonts w:ascii="Calibri" w:hAnsi="Calibri"/>
                <w:sz w:val="18"/>
              </w:rPr>
              <w:t>Present Progressive</w:t>
            </w:r>
          </w:p>
        </w:tc>
        <w:tc>
          <w:tcPr>
            <w:tcW w:w="1638" w:type="dxa"/>
          </w:tcPr>
          <w:p w14:paraId="47D9BB6E" w14:textId="77777777" w:rsidR="000F4E4E" w:rsidRDefault="000F4E4E"/>
        </w:tc>
        <w:tc>
          <w:tcPr>
            <w:tcW w:w="1507" w:type="dxa"/>
          </w:tcPr>
          <w:p w14:paraId="06F835F8" w14:textId="77777777" w:rsidR="000F4E4E" w:rsidRDefault="000F4E4E"/>
        </w:tc>
        <w:tc>
          <w:tcPr>
            <w:tcW w:w="1553" w:type="dxa"/>
          </w:tcPr>
          <w:p w14:paraId="7B3B17BF" w14:textId="77777777" w:rsidR="000F4E4E" w:rsidRDefault="000F4E4E"/>
        </w:tc>
      </w:tr>
      <w:tr w:rsidR="000F4E4E" w14:paraId="783145D0" w14:textId="77777777" w:rsidTr="009C1543">
        <w:tc>
          <w:tcPr>
            <w:tcW w:w="924" w:type="dxa"/>
          </w:tcPr>
          <w:p w14:paraId="4C6F41DF" w14:textId="77777777" w:rsidR="000F4E4E" w:rsidRDefault="000F4E4E"/>
        </w:tc>
        <w:tc>
          <w:tcPr>
            <w:tcW w:w="932" w:type="dxa"/>
          </w:tcPr>
          <w:p w14:paraId="633EDD34" w14:textId="77777777" w:rsidR="000F4E4E" w:rsidRDefault="000F4E4E">
            <w:r>
              <w:rPr>
                <w:rFonts w:ascii="Calibri" w:hAnsi="Calibri"/>
                <w:sz w:val="18"/>
              </w:rPr>
              <w:t>58</w:t>
            </w:r>
          </w:p>
        </w:tc>
        <w:tc>
          <w:tcPr>
            <w:tcW w:w="1796" w:type="dxa"/>
          </w:tcPr>
          <w:p w14:paraId="7DB901E2" w14:textId="77777777" w:rsidR="000F4E4E" w:rsidRDefault="000F4E4E">
            <w:r>
              <w:rPr>
                <w:rFonts w:ascii="Calibri" w:hAnsi="Calibri"/>
                <w:sz w:val="18"/>
              </w:rPr>
              <w:t>6B</w:t>
            </w:r>
          </w:p>
        </w:tc>
        <w:tc>
          <w:tcPr>
            <w:tcW w:w="2227" w:type="dxa"/>
          </w:tcPr>
          <w:p w14:paraId="3D8A2DD1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výrazy</w:t>
            </w:r>
            <w:proofErr w:type="spellEnd"/>
            <w:r>
              <w:rPr>
                <w:rFonts w:ascii="Calibri" w:hAnsi="Calibri"/>
                <w:sz w:val="18"/>
              </w:rPr>
              <w:t xml:space="preserve"> so </w:t>
            </w:r>
            <w:proofErr w:type="spellStart"/>
            <w:r>
              <w:rPr>
                <w:rFonts w:ascii="Calibri" w:hAnsi="Calibri"/>
                <w:sz w:val="18"/>
              </w:rPr>
              <w:t>slovesom</w:t>
            </w:r>
            <w:proofErr w:type="spellEnd"/>
            <w:r>
              <w:rPr>
                <w:rFonts w:ascii="Calibri" w:hAnsi="Calibri"/>
                <w:sz w:val="18"/>
              </w:rPr>
              <w:t xml:space="preserve"> go,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790C885C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spojenia</w:t>
            </w:r>
            <w:proofErr w:type="spellEnd"/>
            <w:r>
              <w:rPr>
                <w:rFonts w:ascii="Calibri" w:hAnsi="Calibri"/>
                <w:sz w:val="18"/>
              </w:rPr>
              <w:t xml:space="preserve"> so </w:t>
            </w:r>
            <w:proofErr w:type="spellStart"/>
            <w:r>
              <w:rPr>
                <w:rFonts w:ascii="Calibri" w:hAnsi="Calibri"/>
                <w:sz w:val="18"/>
              </w:rPr>
              <w:t>slovesom</w:t>
            </w:r>
            <w:proofErr w:type="spellEnd"/>
            <w:r>
              <w:rPr>
                <w:rFonts w:ascii="Calibri" w:hAnsi="Calibri"/>
                <w:sz w:val="18"/>
              </w:rPr>
              <w:t xml:space="preserve"> go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opise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voľnočasových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aktivít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voľnom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hovoriť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obľúbených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voľnočasových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aktivitách</w:t>
            </w:r>
            <w:proofErr w:type="spellEnd"/>
          </w:p>
        </w:tc>
        <w:tc>
          <w:tcPr>
            <w:tcW w:w="1668" w:type="dxa"/>
          </w:tcPr>
          <w:p w14:paraId="70D81EAA" w14:textId="77777777" w:rsidR="000F4E4E" w:rsidRDefault="000F4E4E"/>
        </w:tc>
        <w:tc>
          <w:tcPr>
            <w:tcW w:w="1638" w:type="dxa"/>
          </w:tcPr>
          <w:p w14:paraId="2E1D59AB" w14:textId="77777777" w:rsidR="000F4E4E" w:rsidRDefault="000F4E4E">
            <w:r>
              <w:rPr>
                <w:rFonts w:ascii="Calibri" w:hAnsi="Calibri"/>
                <w:sz w:val="18"/>
              </w:rPr>
              <w:t>Phrases with go</w:t>
            </w:r>
          </w:p>
        </w:tc>
        <w:tc>
          <w:tcPr>
            <w:tcW w:w="1507" w:type="dxa"/>
          </w:tcPr>
          <w:p w14:paraId="3705BCFA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722FA413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učenie</w:t>
            </w:r>
            <w:proofErr w:type="spellEnd"/>
          </w:p>
        </w:tc>
      </w:tr>
      <w:tr w:rsidR="000F4E4E" w14:paraId="56D96BC4" w14:textId="77777777" w:rsidTr="009C1543">
        <w:tc>
          <w:tcPr>
            <w:tcW w:w="924" w:type="dxa"/>
          </w:tcPr>
          <w:p w14:paraId="155036D9" w14:textId="77777777" w:rsidR="000F4E4E" w:rsidRDefault="000F4E4E"/>
        </w:tc>
        <w:tc>
          <w:tcPr>
            <w:tcW w:w="932" w:type="dxa"/>
          </w:tcPr>
          <w:p w14:paraId="4154E718" w14:textId="77777777" w:rsidR="000F4E4E" w:rsidRDefault="000F4E4E">
            <w:r>
              <w:rPr>
                <w:rFonts w:ascii="Calibri" w:hAnsi="Calibri"/>
                <w:sz w:val="18"/>
              </w:rPr>
              <w:t>59</w:t>
            </w:r>
          </w:p>
        </w:tc>
        <w:tc>
          <w:tcPr>
            <w:tcW w:w="1796" w:type="dxa"/>
          </w:tcPr>
          <w:p w14:paraId="71324966" w14:textId="77777777" w:rsidR="000F4E4E" w:rsidRDefault="000F4E4E">
            <w:r>
              <w:rPr>
                <w:rFonts w:ascii="Calibri" w:hAnsi="Calibri"/>
                <w:sz w:val="18"/>
              </w:rPr>
              <w:t>6B</w:t>
            </w:r>
          </w:p>
        </w:tc>
        <w:tc>
          <w:tcPr>
            <w:tcW w:w="2227" w:type="dxa"/>
          </w:tcPr>
          <w:p w14:paraId="3136CB69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prítomný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 vs </w:t>
            </w:r>
            <w:proofErr w:type="spellStart"/>
            <w:r>
              <w:rPr>
                <w:rFonts w:ascii="Calibri" w:hAnsi="Calibri"/>
                <w:sz w:val="18"/>
              </w:rPr>
              <w:t>priebehový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stavové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slovesá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rozhovor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dvojici</w:t>
            </w:r>
            <w:proofErr w:type="spellEnd"/>
          </w:p>
        </w:tc>
        <w:tc>
          <w:tcPr>
            <w:tcW w:w="2451" w:type="dxa"/>
          </w:tcPr>
          <w:p w14:paraId="1E2650A4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rozlišovať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používanie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prítomného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jednoduchého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prítomného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priebehového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stavové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slovesá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správnom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gramatickom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kontexte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viesť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rozhovor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každodenných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práve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prebiehajúcich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činnostiach</w:t>
            </w:r>
            <w:proofErr w:type="spellEnd"/>
          </w:p>
        </w:tc>
        <w:tc>
          <w:tcPr>
            <w:tcW w:w="1668" w:type="dxa"/>
          </w:tcPr>
          <w:p w14:paraId="3EF060B8" w14:textId="77777777" w:rsidR="000F4E4E" w:rsidRDefault="000F4E4E">
            <w:r>
              <w:rPr>
                <w:rFonts w:ascii="Calibri" w:hAnsi="Calibri"/>
                <w:sz w:val="18"/>
              </w:rPr>
              <w:t>Present Simple vs Present Progressive</w:t>
            </w:r>
            <w:r>
              <w:rPr>
                <w:rFonts w:ascii="Calibri" w:hAnsi="Calibri"/>
                <w:sz w:val="18"/>
              </w:rPr>
              <w:br/>
              <w:t>Stative verbs</w:t>
            </w:r>
          </w:p>
        </w:tc>
        <w:tc>
          <w:tcPr>
            <w:tcW w:w="1638" w:type="dxa"/>
          </w:tcPr>
          <w:p w14:paraId="26BB5514" w14:textId="77777777" w:rsidR="000F4E4E" w:rsidRDefault="000F4E4E"/>
        </w:tc>
        <w:tc>
          <w:tcPr>
            <w:tcW w:w="1507" w:type="dxa"/>
          </w:tcPr>
          <w:p w14:paraId="7BBB98C2" w14:textId="77777777" w:rsidR="000F4E4E" w:rsidRDefault="000F4E4E"/>
        </w:tc>
        <w:tc>
          <w:tcPr>
            <w:tcW w:w="1553" w:type="dxa"/>
          </w:tcPr>
          <w:p w14:paraId="66E04907" w14:textId="77777777" w:rsidR="000F4E4E" w:rsidRDefault="000F4E4E"/>
        </w:tc>
      </w:tr>
      <w:tr w:rsidR="000F4E4E" w14:paraId="678C251F" w14:textId="77777777" w:rsidTr="009C1543">
        <w:tc>
          <w:tcPr>
            <w:tcW w:w="924" w:type="dxa"/>
          </w:tcPr>
          <w:p w14:paraId="6E08266D" w14:textId="77777777" w:rsidR="000F4E4E" w:rsidRDefault="000F4E4E">
            <w:r>
              <w:rPr>
                <w:rFonts w:ascii="Calibri" w:hAnsi="Calibri"/>
                <w:sz w:val="18"/>
              </w:rPr>
              <w:t>16</w:t>
            </w:r>
          </w:p>
        </w:tc>
        <w:tc>
          <w:tcPr>
            <w:tcW w:w="932" w:type="dxa"/>
          </w:tcPr>
          <w:p w14:paraId="49B716D6" w14:textId="77777777" w:rsidR="000F4E4E" w:rsidRDefault="000F4E4E">
            <w:r>
              <w:rPr>
                <w:rFonts w:ascii="Calibri" w:hAnsi="Calibri"/>
                <w:sz w:val="18"/>
              </w:rPr>
              <w:t>60</w:t>
            </w:r>
          </w:p>
        </w:tc>
        <w:tc>
          <w:tcPr>
            <w:tcW w:w="1796" w:type="dxa"/>
          </w:tcPr>
          <w:p w14:paraId="0FF3F7AC" w14:textId="77777777" w:rsidR="000F4E4E" w:rsidRDefault="000F4E4E">
            <w:r>
              <w:rPr>
                <w:rFonts w:ascii="Calibri" w:hAnsi="Calibri"/>
                <w:sz w:val="18"/>
              </w:rPr>
              <w:t>6C</w:t>
            </w:r>
          </w:p>
        </w:tc>
        <w:tc>
          <w:tcPr>
            <w:tcW w:w="2227" w:type="dxa"/>
          </w:tcPr>
          <w:p w14:paraId="1D71327D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gramatika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vzťažné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zámená</w:t>
            </w:r>
            <w:proofErr w:type="spellEnd"/>
          </w:p>
        </w:tc>
        <w:tc>
          <w:tcPr>
            <w:tcW w:w="2451" w:type="dxa"/>
          </w:tcPr>
          <w:p w14:paraId="1AAAB74F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vzťažné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zámená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spájaní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viet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rozlišovať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predmety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miesta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vzťažných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zámen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osobách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veciach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miestac</w:t>
            </w:r>
            <w:proofErr w:type="spellEnd"/>
          </w:p>
        </w:tc>
        <w:tc>
          <w:tcPr>
            <w:tcW w:w="1668" w:type="dxa"/>
          </w:tcPr>
          <w:p w14:paraId="224719A2" w14:textId="77777777" w:rsidR="000F4E4E" w:rsidRDefault="000F4E4E">
            <w:r>
              <w:rPr>
                <w:rFonts w:ascii="Calibri" w:hAnsi="Calibri"/>
                <w:sz w:val="18"/>
              </w:rPr>
              <w:t>Relative pronouns who, which, that</w:t>
            </w:r>
            <w:r>
              <w:rPr>
                <w:rFonts w:ascii="Calibri" w:hAnsi="Calibri"/>
                <w:sz w:val="18"/>
              </w:rPr>
              <w:br/>
              <w:t>Relative adverb where</w:t>
            </w:r>
          </w:p>
        </w:tc>
        <w:tc>
          <w:tcPr>
            <w:tcW w:w="1638" w:type="dxa"/>
          </w:tcPr>
          <w:p w14:paraId="1CAF1DB7" w14:textId="77777777" w:rsidR="000F4E4E" w:rsidRDefault="000F4E4E">
            <w:r>
              <w:rPr>
                <w:rFonts w:ascii="Calibri" w:hAnsi="Calibri"/>
                <w:sz w:val="18"/>
              </w:rPr>
              <w:t>Words/Phrases related to appearance</w:t>
            </w:r>
          </w:p>
        </w:tc>
        <w:tc>
          <w:tcPr>
            <w:tcW w:w="1507" w:type="dxa"/>
          </w:tcPr>
          <w:p w14:paraId="0513C25C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621404D5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</w:p>
        </w:tc>
      </w:tr>
      <w:tr w:rsidR="000F4E4E" w14:paraId="3A69D3D2" w14:textId="77777777" w:rsidTr="009C1543">
        <w:tc>
          <w:tcPr>
            <w:tcW w:w="924" w:type="dxa"/>
          </w:tcPr>
          <w:p w14:paraId="067903D0" w14:textId="77777777" w:rsidR="000F4E4E" w:rsidRDefault="000F4E4E"/>
        </w:tc>
        <w:tc>
          <w:tcPr>
            <w:tcW w:w="932" w:type="dxa"/>
          </w:tcPr>
          <w:p w14:paraId="6B93E51A" w14:textId="77777777" w:rsidR="000F4E4E" w:rsidRDefault="000F4E4E">
            <w:r>
              <w:rPr>
                <w:rFonts w:ascii="Calibri" w:hAnsi="Calibri"/>
                <w:sz w:val="18"/>
              </w:rPr>
              <w:t>61</w:t>
            </w:r>
          </w:p>
        </w:tc>
        <w:tc>
          <w:tcPr>
            <w:tcW w:w="1796" w:type="dxa"/>
          </w:tcPr>
          <w:p w14:paraId="23C90C89" w14:textId="77777777" w:rsidR="000F4E4E" w:rsidRDefault="000F4E4E">
            <w:r>
              <w:rPr>
                <w:rFonts w:ascii="Calibri" w:hAnsi="Calibri"/>
                <w:sz w:val="18"/>
              </w:rPr>
              <w:t>6C</w:t>
            </w:r>
          </w:p>
        </w:tc>
        <w:tc>
          <w:tcPr>
            <w:tcW w:w="2227" w:type="dxa"/>
          </w:tcPr>
          <w:p w14:paraId="72F2A16F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– </w:t>
            </w:r>
            <w:proofErr w:type="spellStart"/>
            <w:r>
              <w:rPr>
                <w:rFonts w:ascii="Calibri" w:hAnsi="Calibri"/>
                <w:sz w:val="18"/>
              </w:rPr>
              <w:t>opis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vzhľadu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osôb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popis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ľudi</w:t>
            </w:r>
            <w:proofErr w:type="spellEnd"/>
          </w:p>
        </w:tc>
        <w:tc>
          <w:tcPr>
            <w:tcW w:w="2451" w:type="dxa"/>
          </w:tcPr>
          <w:p w14:paraId="61280BF8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fyzické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črty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vzhľad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osôb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vzhľad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porovnať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vzhľad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rôznych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osôb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krátkom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ústnom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prejave</w:t>
            </w:r>
            <w:proofErr w:type="spellEnd"/>
          </w:p>
        </w:tc>
        <w:tc>
          <w:tcPr>
            <w:tcW w:w="1668" w:type="dxa"/>
          </w:tcPr>
          <w:p w14:paraId="5860119E" w14:textId="77777777" w:rsidR="000F4E4E" w:rsidRDefault="000F4E4E"/>
        </w:tc>
        <w:tc>
          <w:tcPr>
            <w:tcW w:w="1638" w:type="dxa"/>
          </w:tcPr>
          <w:p w14:paraId="7890C325" w14:textId="77777777" w:rsidR="000F4E4E" w:rsidRDefault="000F4E4E"/>
        </w:tc>
        <w:tc>
          <w:tcPr>
            <w:tcW w:w="1507" w:type="dxa"/>
          </w:tcPr>
          <w:p w14:paraId="649B6018" w14:textId="77777777" w:rsidR="000F4E4E" w:rsidRDefault="000F4E4E"/>
        </w:tc>
        <w:tc>
          <w:tcPr>
            <w:tcW w:w="1553" w:type="dxa"/>
          </w:tcPr>
          <w:p w14:paraId="37C26A16" w14:textId="77777777" w:rsidR="000F4E4E" w:rsidRDefault="000F4E4E"/>
        </w:tc>
      </w:tr>
      <w:tr w:rsidR="000F4E4E" w14:paraId="4BDDD1A2" w14:textId="77777777" w:rsidTr="009C1543">
        <w:tc>
          <w:tcPr>
            <w:tcW w:w="924" w:type="dxa"/>
          </w:tcPr>
          <w:p w14:paraId="08EFF011" w14:textId="77777777" w:rsidR="000F4E4E" w:rsidRDefault="000F4E4E"/>
        </w:tc>
        <w:tc>
          <w:tcPr>
            <w:tcW w:w="932" w:type="dxa"/>
          </w:tcPr>
          <w:p w14:paraId="77D9684E" w14:textId="77777777" w:rsidR="000F4E4E" w:rsidRDefault="000F4E4E">
            <w:r>
              <w:rPr>
                <w:rFonts w:ascii="Calibri" w:hAnsi="Calibri"/>
                <w:sz w:val="18"/>
              </w:rPr>
              <w:t>62</w:t>
            </w:r>
          </w:p>
        </w:tc>
        <w:tc>
          <w:tcPr>
            <w:tcW w:w="1796" w:type="dxa"/>
          </w:tcPr>
          <w:p w14:paraId="6A837803" w14:textId="77777777" w:rsidR="000F4E4E" w:rsidRDefault="000F4E4E">
            <w:r>
              <w:rPr>
                <w:rFonts w:ascii="Calibri" w:hAnsi="Calibri"/>
                <w:sz w:val="18"/>
              </w:rPr>
              <w:t>6D</w:t>
            </w:r>
          </w:p>
        </w:tc>
        <w:tc>
          <w:tcPr>
            <w:tcW w:w="2227" w:type="dxa"/>
          </w:tcPr>
          <w:p w14:paraId="509FF8B6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vedenie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rozhovoru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2451" w:type="dxa"/>
          </w:tcPr>
          <w:p w14:paraId="24152DFE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začať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udržiavať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ukončiť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rozhovor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komunikačné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frázy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rozhovoru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primerane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partnera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bežných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komunikačných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situáciách</w:t>
            </w:r>
            <w:proofErr w:type="spellEnd"/>
          </w:p>
        </w:tc>
        <w:tc>
          <w:tcPr>
            <w:tcW w:w="1668" w:type="dxa"/>
          </w:tcPr>
          <w:p w14:paraId="5B9234E0" w14:textId="77777777" w:rsidR="000F4E4E" w:rsidRDefault="000F4E4E"/>
        </w:tc>
        <w:tc>
          <w:tcPr>
            <w:tcW w:w="1638" w:type="dxa"/>
          </w:tcPr>
          <w:p w14:paraId="130359C8" w14:textId="77777777" w:rsidR="000F4E4E" w:rsidRDefault="000F4E4E">
            <w:r>
              <w:rPr>
                <w:rFonts w:ascii="Calibri" w:hAnsi="Calibri"/>
                <w:sz w:val="18"/>
              </w:rPr>
              <w:t>Phrases connected to conversations</w:t>
            </w:r>
          </w:p>
        </w:tc>
        <w:tc>
          <w:tcPr>
            <w:tcW w:w="1507" w:type="dxa"/>
          </w:tcPr>
          <w:p w14:paraId="0298106C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1EBAACA5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</w:p>
        </w:tc>
      </w:tr>
      <w:tr w:rsidR="000F4E4E" w14:paraId="55CD90CA" w14:textId="77777777" w:rsidTr="009C1543">
        <w:tc>
          <w:tcPr>
            <w:tcW w:w="924" w:type="dxa"/>
          </w:tcPr>
          <w:p w14:paraId="17C0011B" w14:textId="77777777" w:rsidR="000F4E4E" w:rsidRDefault="000F4E4E"/>
        </w:tc>
        <w:tc>
          <w:tcPr>
            <w:tcW w:w="932" w:type="dxa"/>
          </w:tcPr>
          <w:p w14:paraId="3BF726B3" w14:textId="77777777" w:rsidR="000F4E4E" w:rsidRDefault="000F4E4E">
            <w:r>
              <w:rPr>
                <w:rFonts w:ascii="Calibri" w:hAnsi="Calibri"/>
                <w:sz w:val="18"/>
              </w:rPr>
              <w:t>63</w:t>
            </w:r>
          </w:p>
        </w:tc>
        <w:tc>
          <w:tcPr>
            <w:tcW w:w="1796" w:type="dxa"/>
          </w:tcPr>
          <w:p w14:paraId="13947C38" w14:textId="77777777" w:rsidR="000F4E4E" w:rsidRDefault="000F4E4E">
            <w:r>
              <w:rPr>
                <w:rFonts w:ascii="Calibri" w:hAnsi="Calibri"/>
                <w:sz w:val="18"/>
              </w:rPr>
              <w:t>6D</w:t>
            </w:r>
          </w:p>
        </w:tc>
        <w:tc>
          <w:tcPr>
            <w:tcW w:w="2227" w:type="dxa"/>
          </w:tcPr>
          <w:p w14:paraId="426E25F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</w:t>
            </w:r>
            <w:proofErr w:type="spellStart"/>
            <w:r>
              <w:rPr>
                <w:rFonts w:ascii="Calibri" w:hAnsi="Calibri"/>
                <w:sz w:val="18"/>
              </w:rPr>
              <w:t>príspevok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sociálnej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sieti</w:t>
            </w:r>
            <w:proofErr w:type="spellEnd"/>
          </w:p>
        </w:tc>
        <w:tc>
          <w:tcPr>
            <w:tcW w:w="2451" w:type="dxa"/>
          </w:tcPr>
          <w:p w14:paraId="16B45D37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príspevku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sociálnej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sieti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prostriedky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tvorbe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krátkeho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príspevku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príspevok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komentár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sociálnu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sieť</w:t>
            </w:r>
            <w:proofErr w:type="spellEnd"/>
          </w:p>
        </w:tc>
        <w:tc>
          <w:tcPr>
            <w:tcW w:w="1668" w:type="dxa"/>
          </w:tcPr>
          <w:p w14:paraId="2068B597" w14:textId="77777777" w:rsidR="000F4E4E" w:rsidRDefault="000F4E4E"/>
        </w:tc>
        <w:tc>
          <w:tcPr>
            <w:tcW w:w="1638" w:type="dxa"/>
          </w:tcPr>
          <w:p w14:paraId="6C0B1494" w14:textId="77777777" w:rsidR="000F4E4E" w:rsidRDefault="000F4E4E"/>
        </w:tc>
        <w:tc>
          <w:tcPr>
            <w:tcW w:w="1507" w:type="dxa"/>
          </w:tcPr>
          <w:p w14:paraId="002170D9" w14:textId="77777777" w:rsidR="000F4E4E" w:rsidRDefault="000F4E4E"/>
        </w:tc>
        <w:tc>
          <w:tcPr>
            <w:tcW w:w="1553" w:type="dxa"/>
          </w:tcPr>
          <w:p w14:paraId="1DF2EAB5" w14:textId="77777777" w:rsidR="000F4E4E" w:rsidRDefault="000F4E4E"/>
        </w:tc>
      </w:tr>
      <w:tr w:rsidR="000F4E4E" w14:paraId="78F8DDC2" w14:textId="77777777" w:rsidTr="009C1543">
        <w:tc>
          <w:tcPr>
            <w:tcW w:w="924" w:type="dxa"/>
          </w:tcPr>
          <w:p w14:paraId="4A386ACD" w14:textId="77777777" w:rsidR="000F4E4E" w:rsidRDefault="000F4E4E"/>
        </w:tc>
        <w:tc>
          <w:tcPr>
            <w:tcW w:w="932" w:type="dxa"/>
          </w:tcPr>
          <w:p w14:paraId="71661702" w14:textId="77777777" w:rsidR="000F4E4E" w:rsidRDefault="000F4E4E">
            <w:r>
              <w:rPr>
                <w:rFonts w:ascii="Calibri" w:hAnsi="Calibri"/>
                <w:sz w:val="18"/>
              </w:rPr>
              <w:t>64</w:t>
            </w:r>
          </w:p>
        </w:tc>
        <w:tc>
          <w:tcPr>
            <w:tcW w:w="1796" w:type="dxa"/>
          </w:tcPr>
          <w:p w14:paraId="748D8E13" w14:textId="77777777" w:rsidR="000F4E4E" w:rsidRDefault="000F4E4E">
            <w:r>
              <w:rPr>
                <w:rFonts w:ascii="Calibri" w:hAnsi="Calibri"/>
                <w:sz w:val="18"/>
              </w:rPr>
              <w:t>Review 6</w:t>
            </w:r>
            <w:r>
              <w:rPr>
                <w:rFonts w:ascii="Calibri" w:hAnsi="Calibri"/>
                <w:sz w:val="18"/>
              </w:rPr>
              <w:br/>
            </w:r>
            <w:r>
              <w:rPr>
                <w:rFonts w:ascii="Calibri" w:hAnsi="Calibri"/>
                <w:sz w:val="18"/>
              </w:rPr>
              <w:lastRenderedPageBreak/>
              <w:t>Self-evaluation</w:t>
            </w:r>
          </w:p>
        </w:tc>
        <w:tc>
          <w:tcPr>
            <w:tcW w:w="2227" w:type="dxa"/>
          </w:tcPr>
          <w:p w14:paraId="759073E6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lastRenderedPageBreak/>
              <w:t>Zhrnutie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  <w:r>
              <w:rPr>
                <w:rFonts w:ascii="Calibri" w:hAnsi="Calibri"/>
                <w:sz w:val="18"/>
              </w:rPr>
              <w:t xml:space="preserve"> 6,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sebahodnotenie</w:t>
            </w:r>
            <w:proofErr w:type="spellEnd"/>
          </w:p>
        </w:tc>
        <w:tc>
          <w:tcPr>
            <w:tcW w:w="2451" w:type="dxa"/>
          </w:tcPr>
          <w:p w14:paraId="41BB2847" w14:textId="77777777" w:rsidR="000F4E4E" w:rsidRDefault="000F4E4E">
            <w:r>
              <w:rPr>
                <w:rFonts w:ascii="Calibri" w:hAnsi="Calibri"/>
                <w:sz w:val="18"/>
              </w:rPr>
              <w:lastRenderedPageBreak/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upevniť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štruktúry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učení</w:t>
            </w:r>
            <w:proofErr w:type="spellEnd"/>
          </w:p>
        </w:tc>
        <w:tc>
          <w:tcPr>
            <w:tcW w:w="1668" w:type="dxa"/>
          </w:tcPr>
          <w:p w14:paraId="44051105" w14:textId="77777777" w:rsidR="000F4E4E" w:rsidRDefault="000F4E4E"/>
        </w:tc>
        <w:tc>
          <w:tcPr>
            <w:tcW w:w="1638" w:type="dxa"/>
          </w:tcPr>
          <w:p w14:paraId="116AD5DE" w14:textId="77777777" w:rsidR="000F4E4E" w:rsidRDefault="000F4E4E"/>
        </w:tc>
        <w:tc>
          <w:tcPr>
            <w:tcW w:w="1507" w:type="dxa"/>
          </w:tcPr>
          <w:p w14:paraId="4A9B7273" w14:textId="77777777" w:rsidR="000F4E4E" w:rsidRDefault="000F4E4E">
            <w:r>
              <w:rPr>
                <w:rFonts w:ascii="Calibri" w:hAnsi="Calibri"/>
                <w:sz w:val="18"/>
              </w:rPr>
              <w:t xml:space="preserve">Student’s book, </w:t>
            </w:r>
            <w:r>
              <w:rPr>
                <w:rFonts w:ascii="Calibri" w:hAnsi="Calibri"/>
                <w:sz w:val="18"/>
              </w:rPr>
              <w:lastRenderedPageBreak/>
              <w:t>multimedia material</w:t>
            </w:r>
          </w:p>
        </w:tc>
        <w:tc>
          <w:tcPr>
            <w:tcW w:w="1553" w:type="dxa"/>
          </w:tcPr>
          <w:p w14:paraId="48828696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lastRenderedPageBreak/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</w:p>
        </w:tc>
      </w:tr>
      <w:tr w:rsidR="000F4E4E" w14:paraId="4833863C" w14:textId="77777777" w:rsidTr="009C1543">
        <w:tc>
          <w:tcPr>
            <w:tcW w:w="924" w:type="dxa"/>
          </w:tcPr>
          <w:p w14:paraId="7E604C8A" w14:textId="77777777" w:rsidR="000F4E4E" w:rsidRDefault="000F4E4E">
            <w:r>
              <w:rPr>
                <w:rFonts w:ascii="Calibri" w:hAnsi="Calibri"/>
                <w:sz w:val="18"/>
              </w:rPr>
              <w:lastRenderedPageBreak/>
              <w:t>17</w:t>
            </w:r>
          </w:p>
        </w:tc>
        <w:tc>
          <w:tcPr>
            <w:tcW w:w="932" w:type="dxa"/>
          </w:tcPr>
          <w:p w14:paraId="4F654E15" w14:textId="77777777" w:rsidR="000F4E4E" w:rsidRDefault="000F4E4E">
            <w:r>
              <w:rPr>
                <w:rFonts w:ascii="Calibri" w:hAnsi="Calibri"/>
                <w:sz w:val="18"/>
              </w:rPr>
              <w:t>65</w:t>
            </w:r>
          </w:p>
        </w:tc>
        <w:tc>
          <w:tcPr>
            <w:tcW w:w="1796" w:type="dxa"/>
          </w:tcPr>
          <w:p w14:paraId="7C715085" w14:textId="77777777" w:rsidR="000F4E4E" w:rsidRDefault="000F4E4E">
            <w:r>
              <w:rPr>
                <w:rFonts w:ascii="Calibri" w:hAnsi="Calibri"/>
                <w:sz w:val="18"/>
              </w:rPr>
              <w:t>Test</w:t>
            </w:r>
          </w:p>
        </w:tc>
        <w:tc>
          <w:tcPr>
            <w:tcW w:w="2227" w:type="dxa"/>
          </w:tcPr>
          <w:p w14:paraId="222AF6C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Hodnotenie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študentov</w:t>
            </w:r>
            <w:proofErr w:type="spellEnd"/>
          </w:p>
        </w:tc>
        <w:tc>
          <w:tcPr>
            <w:tcW w:w="2451" w:type="dxa"/>
          </w:tcPr>
          <w:p w14:paraId="654AF34F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aplikovať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testových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porozumenie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</w:p>
        </w:tc>
        <w:tc>
          <w:tcPr>
            <w:tcW w:w="1668" w:type="dxa"/>
          </w:tcPr>
          <w:p w14:paraId="0764F991" w14:textId="77777777" w:rsidR="000F4E4E" w:rsidRDefault="000F4E4E"/>
        </w:tc>
        <w:tc>
          <w:tcPr>
            <w:tcW w:w="1638" w:type="dxa"/>
          </w:tcPr>
          <w:p w14:paraId="47C6D750" w14:textId="77777777" w:rsidR="000F4E4E" w:rsidRDefault="000F4E4E"/>
        </w:tc>
        <w:tc>
          <w:tcPr>
            <w:tcW w:w="1507" w:type="dxa"/>
          </w:tcPr>
          <w:p w14:paraId="323EF546" w14:textId="77777777" w:rsidR="000F4E4E" w:rsidRDefault="000F4E4E">
            <w:r>
              <w:rPr>
                <w:rFonts w:ascii="Calibri" w:hAnsi="Calibri"/>
                <w:sz w:val="18"/>
              </w:rPr>
              <w:t>Tests &amp; audio (downloadable from the Teacher’s assistant)</w:t>
            </w:r>
          </w:p>
        </w:tc>
        <w:tc>
          <w:tcPr>
            <w:tcW w:w="1553" w:type="dxa"/>
          </w:tcPr>
          <w:p w14:paraId="345456C5" w14:textId="77777777" w:rsidR="000F4E4E" w:rsidRDefault="000F4E4E"/>
        </w:tc>
      </w:tr>
      <w:tr w:rsidR="000F4E4E" w14:paraId="6AFE1411" w14:textId="77777777" w:rsidTr="009C1543">
        <w:tc>
          <w:tcPr>
            <w:tcW w:w="924" w:type="dxa"/>
          </w:tcPr>
          <w:p w14:paraId="7BB198E4" w14:textId="77777777" w:rsidR="000F4E4E" w:rsidRDefault="000F4E4E"/>
        </w:tc>
        <w:tc>
          <w:tcPr>
            <w:tcW w:w="932" w:type="dxa"/>
          </w:tcPr>
          <w:p w14:paraId="67434EA6" w14:textId="77777777" w:rsidR="000F4E4E" w:rsidRDefault="000F4E4E">
            <w:r>
              <w:rPr>
                <w:rFonts w:ascii="Calibri" w:hAnsi="Calibri"/>
                <w:sz w:val="18"/>
              </w:rPr>
              <w:t>66</w:t>
            </w:r>
          </w:p>
        </w:tc>
        <w:tc>
          <w:tcPr>
            <w:tcW w:w="1796" w:type="dxa"/>
          </w:tcPr>
          <w:p w14:paraId="1C2D1ED5" w14:textId="77777777" w:rsidR="000F4E4E" w:rsidRDefault="000F4E4E">
            <w:r>
              <w:rPr>
                <w:rFonts w:ascii="Calibri" w:hAnsi="Calibri"/>
                <w:sz w:val="18"/>
              </w:rPr>
              <w:t xml:space="preserve">Task </w:t>
            </w:r>
            <w:proofErr w:type="gramStart"/>
            <w:r>
              <w:rPr>
                <w:rFonts w:ascii="Calibri" w:hAnsi="Calibri"/>
                <w:sz w:val="18"/>
              </w:rPr>
              <w:t>3,  modules</w:t>
            </w:r>
            <w:proofErr w:type="gramEnd"/>
            <w:r>
              <w:rPr>
                <w:rFonts w:ascii="Calibri" w:hAnsi="Calibri"/>
                <w:sz w:val="18"/>
              </w:rPr>
              <w:t xml:space="preserve"> 5-6</w:t>
            </w:r>
          </w:p>
        </w:tc>
        <w:tc>
          <w:tcPr>
            <w:tcW w:w="2227" w:type="dxa"/>
          </w:tcPr>
          <w:p w14:paraId="0A0493C5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Spoločenské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podujatie</w:t>
            </w:r>
            <w:proofErr w:type="spellEnd"/>
          </w:p>
        </w:tc>
        <w:tc>
          <w:tcPr>
            <w:tcW w:w="2451" w:type="dxa"/>
          </w:tcPr>
          <w:p w14:paraId="6CA59D7E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naplánovať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spoločenské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podujatie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rozdeliť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medzi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členov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skupiny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spolupracovať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príprave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programu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zdôvodniť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navrhované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riešenia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prezentovať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návrh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spoločenského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podujatia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otázky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spolužiakov</w:t>
            </w:r>
            <w:proofErr w:type="spellEnd"/>
          </w:p>
        </w:tc>
        <w:tc>
          <w:tcPr>
            <w:tcW w:w="1668" w:type="dxa"/>
          </w:tcPr>
          <w:p w14:paraId="2897DC11" w14:textId="77777777" w:rsidR="000F4E4E" w:rsidRDefault="000F4E4E"/>
        </w:tc>
        <w:tc>
          <w:tcPr>
            <w:tcW w:w="1638" w:type="dxa"/>
          </w:tcPr>
          <w:p w14:paraId="64E2443A" w14:textId="77777777" w:rsidR="000F4E4E" w:rsidRDefault="000F4E4E"/>
        </w:tc>
        <w:tc>
          <w:tcPr>
            <w:tcW w:w="1507" w:type="dxa"/>
          </w:tcPr>
          <w:p w14:paraId="57604CEB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2473CA22" w14:textId="77777777" w:rsidR="000F4E4E" w:rsidRDefault="000F4E4E">
            <w:proofErr w:type="spellStart"/>
            <w:proofErr w:type="gram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proofErr w:type="gram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Prezentačné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zručnosti</w:t>
            </w:r>
            <w:proofErr w:type="spellEnd"/>
          </w:p>
        </w:tc>
      </w:tr>
      <w:tr w:rsidR="000F4E4E" w14:paraId="2876A35E" w14:textId="77777777" w:rsidTr="009C1543">
        <w:tc>
          <w:tcPr>
            <w:tcW w:w="924" w:type="dxa"/>
          </w:tcPr>
          <w:p w14:paraId="3054BBED" w14:textId="77777777" w:rsidR="000F4E4E" w:rsidRDefault="000F4E4E"/>
        </w:tc>
        <w:tc>
          <w:tcPr>
            <w:tcW w:w="932" w:type="dxa"/>
          </w:tcPr>
          <w:p w14:paraId="3DBA2E5E" w14:textId="77777777" w:rsidR="000F4E4E" w:rsidRDefault="000F4E4E">
            <w:r>
              <w:rPr>
                <w:rFonts w:ascii="Calibri" w:hAnsi="Calibri"/>
                <w:sz w:val="18"/>
              </w:rPr>
              <w:t>67</w:t>
            </w:r>
          </w:p>
        </w:tc>
        <w:tc>
          <w:tcPr>
            <w:tcW w:w="1796" w:type="dxa"/>
          </w:tcPr>
          <w:p w14:paraId="2A9199A0" w14:textId="77777777" w:rsidR="000F4E4E" w:rsidRDefault="000F4E4E">
            <w:r>
              <w:rPr>
                <w:rFonts w:ascii="Calibri" w:hAnsi="Calibri"/>
                <w:sz w:val="18"/>
              </w:rPr>
              <w:t>Revision</w:t>
            </w:r>
          </w:p>
        </w:tc>
        <w:tc>
          <w:tcPr>
            <w:tcW w:w="2227" w:type="dxa"/>
          </w:tcPr>
          <w:p w14:paraId="2EBF61EC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Opakovanie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</w:p>
        </w:tc>
        <w:tc>
          <w:tcPr>
            <w:tcW w:w="2451" w:type="dxa"/>
          </w:tcPr>
          <w:p w14:paraId="7F1C698E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javy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komunikačné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funkcie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modulov</w:t>
            </w:r>
            <w:proofErr w:type="spellEnd"/>
            <w:r>
              <w:rPr>
                <w:rFonts w:ascii="Calibri" w:hAnsi="Calibri"/>
                <w:sz w:val="18"/>
              </w:rPr>
              <w:t xml:space="preserve"> 1 – 3 • </w:t>
            </w:r>
            <w:proofErr w:type="spellStart"/>
            <w:r>
              <w:rPr>
                <w:rFonts w:ascii="Calibri" w:hAnsi="Calibri"/>
                <w:sz w:val="18"/>
              </w:rPr>
              <w:t>uplatniť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riešení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rôznych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typov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</w:t>
            </w:r>
            <w:proofErr w:type="spellEnd"/>
            <w:r>
              <w:rPr>
                <w:rFonts w:ascii="Calibri" w:hAnsi="Calibri"/>
                <w:sz w:val="18"/>
              </w:rPr>
              <w:t xml:space="preserve"> •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identifikovať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oblasti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zlepšenie</w:t>
            </w:r>
            <w:proofErr w:type="spellEnd"/>
          </w:p>
        </w:tc>
        <w:tc>
          <w:tcPr>
            <w:tcW w:w="1668" w:type="dxa"/>
          </w:tcPr>
          <w:p w14:paraId="000A7017" w14:textId="77777777" w:rsidR="000F4E4E" w:rsidRDefault="000F4E4E"/>
        </w:tc>
        <w:tc>
          <w:tcPr>
            <w:tcW w:w="1638" w:type="dxa"/>
          </w:tcPr>
          <w:p w14:paraId="2B7ACD71" w14:textId="77777777" w:rsidR="000F4E4E" w:rsidRDefault="000F4E4E"/>
        </w:tc>
        <w:tc>
          <w:tcPr>
            <w:tcW w:w="1507" w:type="dxa"/>
          </w:tcPr>
          <w:p w14:paraId="21282C8A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1D416BFF" w14:textId="77777777" w:rsidR="000F4E4E" w:rsidRDefault="000F4E4E"/>
        </w:tc>
      </w:tr>
      <w:tr w:rsidR="000F4E4E" w14:paraId="1A55F48C" w14:textId="77777777" w:rsidTr="009C1543">
        <w:tc>
          <w:tcPr>
            <w:tcW w:w="924" w:type="dxa"/>
          </w:tcPr>
          <w:p w14:paraId="6A6616A7" w14:textId="77777777" w:rsidR="000F4E4E" w:rsidRDefault="000F4E4E"/>
        </w:tc>
        <w:tc>
          <w:tcPr>
            <w:tcW w:w="932" w:type="dxa"/>
          </w:tcPr>
          <w:p w14:paraId="697FE5C6" w14:textId="77777777" w:rsidR="000F4E4E" w:rsidRDefault="000F4E4E">
            <w:r>
              <w:rPr>
                <w:rFonts w:ascii="Calibri" w:hAnsi="Calibri"/>
                <w:sz w:val="18"/>
              </w:rPr>
              <w:t>68</w:t>
            </w:r>
          </w:p>
        </w:tc>
        <w:tc>
          <w:tcPr>
            <w:tcW w:w="1796" w:type="dxa"/>
          </w:tcPr>
          <w:p w14:paraId="6A9EC65A" w14:textId="77777777" w:rsidR="000F4E4E" w:rsidRDefault="000F4E4E">
            <w:r>
              <w:rPr>
                <w:rFonts w:ascii="Calibri" w:hAnsi="Calibri"/>
                <w:sz w:val="18"/>
              </w:rPr>
              <w:t>Revision</w:t>
            </w:r>
          </w:p>
        </w:tc>
        <w:tc>
          <w:tcPr>
            <w:tcW w:w="2227" w:type="dxa"/>
          </w:tcPr>
          <w:p w14:paraId="682C5A56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Opakovanie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</w:p>
        </w:tc>
        <w:tc>
          <w:tcPr>
            <w:tcW w:w="2451" w:type="dxa"/>
          </w:tcPr>
          <w:p w14:paraId="089287D0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javy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komunikačné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funkcie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modulov</w:t>
            </w:r>
            <w:proofErr w:type="spellEnd"/>
            <w:r>
              <w:rPr>
                <w:rFonts w:ascii="Calibri" w:hAnsi="Calibri"/>
                <w:sz w:val="18"/>
              </w:rPr>
              <w:t xml:space="preserve"> 4 - 6 • </w:t>
            </w:r>
            <w:proofErr w:type="spellStart"/>
            <w:r>
              <w:rPr>
                <w:rFonts w:ascii="Calibri" w:hAnsi="Calibri"/>
                <w:sz w:val="18"/>
              </w:rPr>
              <w:t>uplatniť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riešení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rôznych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typov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</w:t>
            </w:r>
            <w:proofErr w:type="spellEnd"/>
            <w:r>
              <w:rPr>
                <w:rFonts w:ascii="Calibri" w:hAnsi="Calibri"/>
                <w:sz w:val="18"/>
              </w:rPr>
              <w:t xml:space="preserve"> •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identifikovať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oblasti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zlepšenie</w:t>
            </w:r>
            <w:proofErr w:type="spellEnd"/>
          </w:p>
        </w:tc>
        <w:tc>
          <w:tcPr>
            <w:tcW w:w="1668" w:type="dxa"/>
          </w:tcPr>
          <w:p w14:paraId="7870DF9F" w14:textId="77777777" w:rsidR="000F4E4E" w:rsidRDefault="000F4E4E"/>
        </w:tc>
        <w:tc>
          <w:tcPr>
            <w:tcW w:w="1638" w:type="dxa"/>
          </w:tcPr>
          <w:p w14:paraId="1D3FC549" w14:textId="77777777" w:rsidR="000F4E4E" w:rsidRDefault="000F4E4E"/>
        </w:tc>
        <w:tc>
          <w:tcPr>
            <w:tcW w:w="1507" w:type="dxa"/>
          </w:tcPr>
          <w:p w14:paraId="32803200" w14:textId="77777777" w:rsidR="000F4E4E" w:rsidRDefault="000F4E4E"/>
        </w:tc>
        <w:tc>
          <w:tcPr>
            <w:tcW w:w="1553" w:type="dxa"/>
          </w:tcPr>
          <w:p w14:paraId="7B0AF17A" w14:textId="77777777" w:rsidR="000F4E4E" w:rsidRDefault="000F4E4E"/>
        </w:tc>
      </w:tr>
      <w:tr w:rsidR="000F4E4E" w14:paraId="36B8EDD9" w14:textId="77777777" w:rsidTr="009C1543">
        <w:tc>
          <w:tcPr>
            <w:tcW w:w="924" w:type="dxa"/>
          </w:tcPr>
          <w:p w14:paraId="6E936511" w14:textId="77777777" w:rsidR="000F4E4E" w:rsidRDefault="000F4E4E">
            <w:r>
              <w:rPr>
                <w:rFonts w:ascii="Calibri" w:hAnsi="Calibri"/>
                <w:sz w:val="18"/>
              </w:rPr>
              <w:t>18</w:t>
            </w:r>
          </w:p>
        </w:tc>
        <w:tc>
          <w:tcPr>
            <w:tcW w:w="932" w:type="dxa"/>
          </w:tcPr>
          <w:p w14:paraId="27991E96" w14:textId="77777777" w:rsidR="000F4E4E" w:rsidRDefault="000F4E4E">
            <w:r>
              <w:rPr>
                <w:rFonts w:ascii="Calibri" w:hAnsi="Calibri"/>
                <w:sz w:val="18"/>
              </w:rPr>
              <w:t>69</w:t>
            </w:r>
          </w:p>
        </w:tc>
        <w:tc>
          <w:tcPr>
            <w:tcW w:w="1796" w:type="dxa"/>
          </w:tcPr>
          <w:p w14:paraId="38371910" w14:textId="77777777" w:rsidR="000F4E4E" w:rsidRDefault="000F4E4E">
            <w:r>
              <w:rPr>
                <w:rFonts w:ascii="Calibri" w:hAnsi="Calibri"/>
                <w:sz w:val="18"/>
              </w:rPr>
              <w:t>Mid-term test</w:t>
            </w:r>
          </w:p>
        </w:tc>
        <w:tc>
          <w:tcPr>
            <w:tcW w:w="2227" w:type="dxa"/>
          </w:tcPr>
          <w:p w14:paraId="34C959F9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Priebežné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hodnotenie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vedomostí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</w:p>
        </w:tc>
        <w:tc>
          <w:tcPr>
            <w:tcW w:w="2451" w:type="dxa"/>
          </w:tcPr>
          <w:p w14:paraId="2B8D7329" w14:textId="77777777" w:rsidR="000F4E4E" w:rsidRDefault="000F4E4E">
            <w:r>
              <w:rPr>
                <w:rFonts w:ascii="Calibri" w:hAnsi="Calibri"/>
                <w:sz w:val="18"/>
              </w:rPr>
              <w:lastRenderedPageBreak/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osvojených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aplikovať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riešení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testových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porozumenie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modulov</w:t>
            </w:r>
            <w:proofErr w:type="spellEnd"/>
            <w:r>
              <w:rPr>
                <w:rFonts w:ascii="Calibri" w:hAnsi="Calibri"/>
                <w:sz w:val="18"/>
              </w:rPr>
              <w:t xml:space="preserve"> 1 – 6</w:t>
            </w:r>
          </w:p>
        </w:tc>
        <w:tc>
          <w:tcPr>
            <w:tcW w:w="1668" w:type="dxa"/>
          </w:tcPr>
          <w:p w14:paraId="6C87AD3B" w14:textId="77777777" w:rsidR="000F4E4E" w:rsidRDefault="000F4E4E"/>
        </w:tc>
        <w:tc>
          <w:tcPr>
            <w:tcW w:w="1638" w:type="dxa"/>
          </w:tcPr>
          <w:p w14:paraId="2C0D9943" w14:textId="77777777" w:rsidR="000F4E4E" w:rsidRDefault="000F4E4E"/>
        </w:tc>
        <w:tc>
          <w:tcPr>
            <w:tcW w:w="1507" w:type="dxa"/>
          </w:tcPr>
          <w:p w14:paraId="20BD5750" w14:textId="77777777" w:rsidR="000F4E4E" w:rsidRDefault="000F4E4E">
            <w:r>
              <w:rPr>
                <w:rFonts w:ascii="Calibri" w:hAnsi="Calibri"/>
                <w:sz w:val="18"/>
              </w:rPr>
              <w:t xml:space="preserve">Tests &amp; audio </w:t>
            </w:r>
            <w:r>
              <w:rPr>
                <w:rFonts w:ascii="Calibri" w:hAnsi="Calibri"/>
                <w:sz w:val="18"/>
              </w:rPr>
              <w:lastRenderedPageBreak/>
              <w:t>(downloadable from the Teacher’s assistant)</w:t>
            </w:r>
          </w:p>
        </w:tc>
        <w:tc>
          <w:tcPr>
            <w:tcW w:w="1553" w:type="dxa"/>
          </w:tcPr>
          <w:p w14:paraId="1ACB65D7" w14:textId="77777777" w:rsidR="000F4E4E" w:rsidRDefault="000F4E4E"/>
        </w:tc>
      </w:tr>
      <w:tr w:rsidR="000F4E4E" w14:paraId="6754CACC" w14:textId="77777777" w:rsidTr="009C1543">
        <w:trPr>
          <w:trHeight w:val="461"/>
        </w:trPr>
        <w:tc>
          <w:tcPr>
            <w:tcW w:w="924" w:type="dxa"/>
          </w:tcPr>
          <w:p w14:paraId="6F897C77" w14:textId="77777777" w:rsidR="000F4E4E" w:rsidRDefault="000F4E4E"/>
        </w:tc>
        <w:tc>
          <w:tcPr>
            <w:tcW w:w="932" w:type="dxa"/>
          </w:tcPr>
          <w:p w14:paraId="0878CAE2" w14:textId="77777777" w:rsidR="000F4E4E" w:rsidRDefault="000F4E4E"/>
        </w:tc>
        <w:tc>
          <w:tcPr>
            <w:tcW w:w="1796" w:type="dxa"/>
          </w:tcPr>
          <w:p w14:paraId="1D0BF813" w14:textId="77777777" w:rsidR="000F4E4E" w:rsidRDefault="000F4E4E"/>
        </w:tc>
        <w:tc>
          <w:tcPr>
            <w:tcW w:w="2227" w:type="dxa"/>
            <w:shd w:val="clear" w:color="auto" w:fill="FFFF00"/>
          </w:tcPr>
          <w:p w14:paraId="6F38BEAD" w14:textId="77777777" w:rsidR="000F4E4E" w:rsidRPr="009C1543" w:rsidRDefault="000F4E4E">
            <w:pPr>
              <w:rPr>
                <w:b/>
                <w:bCs/>
              </w:rPr>
            </w:pPr>
            <w:r w:rsidRPr="009C1543">
              <w:rPr>
                <w:rFonts w:ascii="Calibri" w:hAnsi="Calibri"/>
                <w:b/>
                <w:bCs/>
                <w:sz w:val="18"/>
              </w:rPr>
              <w:t>Module 7: Give it a try!</w:t>
            </w:r>
          </w:p>
        </w:tc>
        <w:tc>
          <w:tcPr>
            <w:tcW w:w="2451" w:type="dxa"/>
            <w:shd w:val="clear" w:color="auto" w:fill="FFFF00"/>
          </w:tcPr>
          <w:p w14:paraId="6EF7E184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68" w:type="dxa"/>
            <w:shd w:val="clear" w:color="auto" w:fill="FFFF00"/>
          </w:tcPr>
          <w:p w14:paraId="369369BC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38" w:type="dxa"/>
            <w:shd w:val="clear" w:color="auto" w:fill="FFFF00"/>
          </w:tcPr>
          <w:p w14:paraId="504C109C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07" w:type="dxa"/>
            <w:shd w:val="clear" w:color="auto" w:fill="FFFF00"/>
          </w:tcPr>
          <w:p w14:paraId="11261D2C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53" w:type="dxa"/>
            <w:shd w:val="clear" w:color="auto" w:fill="FFFF00"/>
          </w:tcPr>
          <w:p w14:paraId="7E39D50E" w14:textId="77777777" w:rsidR="000F4E4E" w:rsidRPr="009C1543" w:rsidRDefault="000F4E4E">
            <w:pPr>
              <w:rPr>
                <w:b/>
                <w:bCs/>
              </w:rPr>
            </w:pPr>
          </w:p>
        </w:tc>
      </w:tr>
      <w:tr w:rsidR="000F4E4E" w14:paraId="4714DBAF" w14:textId="77777777" w:rsidTr="009C1543">
        <w:tc>
          <w:tcPr>
            <w:tcW w:w="924" w:type="dxa"/>
          </w:tcPr>
          <w:p w14:paraId="3AF4D345" w14:textId="77777777" w:rsidR="000F4E4E" w:rsidRDefault="000F4E4E"/>
        </w:tc>
        <w:tc>
          <w:tcPr>
            <w:tcW w:w="932" w:type="dxa"/>
          </w:tcPr>
          <w:p w14:paraId="5D59CBC4" w14:textId="77777777" w:rsidR="000F4E4E" w:rsidRDefault="000F4E4E">
            <w:r>
              <w:rPr>
                <w:rFonts w:ascii="Calibri" w:hAnsi="Calibri"/>
                <w:sz w:val="18"/>
              </w:rPr>
              <w:t>70</w:t>
            </w:r>
          </w:p>
        </w:tc>
        <w:tc>
          <w:tcPr>
            <w:tcW w:w="1796" w:type="dxa"/>
          </w:tcPr>
          <w:p w14:paraId="58EB05E7" w14:textId="77777777" w:rsidR="000F4E4E" w:rsidRDefault="000F4E4E">
            <w:r>
              <w:rPr>
                <w:rFonts w:ascii="Calibri" w:hAnsi="Calibri"/>
                <w:sz w:val="18"/>
              </w:rPr>
              <w:t>Cover page module 7</w:t>
            </w:r>
            <w:r>
              <w:rPr>
                <w:rFonts w:ascii="Calibri" w:hAnsi="Calibri"/>
                <w:sz w:val="18"/>
              </w:rPr>
              <w:br/>
              <w:t>7A</w:t>
            </w:r>
          </w:p>
        </w:tc>
        <w:tc>
          <w:tcPr>
            <w:tcW w:w="2227" w:type="dxa"/>
          </w:tcPr>
          <w:p w14:paraId="4B4E57B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podstatné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mená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označujúce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1788F249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oboznámiť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témou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predchádzajúce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rozlišovať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mená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označujúce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talentoch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schopnostiach</w:t>
            </w:r>
            <w:proofErr w:type="spellEnd"/>
          </w:p>
        </w:tc>
        <w:tc>
          <w:tcPr>
            <w:tcW w:w="1668" w:type="dxa"/>
          </w:tcPr>
          <w:p w14:paraId="7BC3A153" w14:textId="77777777" w:rsidR="000F4E4E" w:rsidRDefault="000F4E4E"/>
        </w:tc>
        <w:tc>
          <w:tcPr>
            <w:tcW w:w="1638" w:type="dxa"/>
          </w:tcPr>
          <w:p w14:paraId="1B10DFF2" w14:textId="77777777" w:rsidR="000F4E4E" w:rsidRDefault="000F4E4E">
            <w:r>
              <w:rPr>
                <w:rFonts w:ascii="Calibri" w:hAnsi="Calibri"/>
                <w:sz w:val="18"/>
              </w:rPr>
              <w:t>Nouns ending in -er</w:t>
            </w:r>
          </w:p>
        </w:tc>
        <w:tc>
          <w:tcPr>
            <w:tcW w:w="1507" w:type="dxa"/>
          </w:tcPr>
          <w:p w14:paraId="716C04E1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58040DE5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</w:p>
        </w:tc>
      </w:tr>
      <w:tr w:rsidR="000F4E4E" w14:paraId="301556F3" w14:textId="77777777" w:rsidTr="009C1543">
        <w:tc>
          <w:tcPr>
            <w:tcW w:w="924" w:type="dxa"/>
          </w:tcPr>
          <w:p w14:paraId="063C91C8" w14:textId="77777777" w:rsidR="000F4E4E" w:rsidRDefault="000F4E4E"/>
        </w:tc>
        <w:tc>
          <w:tcPr>
            <w:tcW w:w="932" w:type="dxa"/>
          </w:tcPr>
          <w:p w14:paraId="5CB16AE3" w14:textId="77777777" w:rsidR="000F4E4E" w:rsidRDefault="000F4E4E">
            <w:r>
              <w:rPr>
                <w:rFonts w:ascii="Calibri" w:hAnsi="Calibri"/>
                <w:sz w:val="18"/>
              </w:rPr>
              <w:t>71</w:t>
            </w:r>
          </w:p>
        </w:tc>
        <w:tc>
          <w:tcPr>
            <w:tcW w:w="1796" w:type="dxa"/>
          </w:tcPr>
          <w:p w14:paraId="1D5E8060" w14:textId="77777777" w:rsidR="000F4E4E" w:rsidRDefault="000F4E4E">
            <w:r>
              <w:rPr>
                <w:rFonts w:ascii="Calibri" w:hAnsi="Calibri"/>
                <w:sz w:val="18"/>
              </w:rPr>
              <w:t>7A</w:t>
            </w:r>
          </w:p>
        </w:tc>
        <w:tc>
          <w:tcPr>
            <w:tcW w:w="2227" w:type="dxa"/>
          </w:tcPr>
          <w:p w14:paraId="4D6FAAA8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sloveso</w:t>
            </w:r>
            <w:proofErr w:type="spellEnd"/>
            <w:r>
              <w:rPr>
                <w:rFonts w:ascii="Calibri" w:hAnsi="Calibri"/>
                <w:sz w:val="18"/>
              </w:rPr>
              <w:t xml:space="preserve"> could, </w:t>
            </w:r>
            <w:proofErr w:type="spellStart"/>
            <w:r>
              <w:rPr>
                <w:rFonts w:ascii="Calibri" w:hAnsi="Calibri"/>
                <w:sz w:val="18"/>
              </w:rPr>
              <w:t>príslovky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spôsobu</w:t>
            </w:r>
            <w:proofErr w:type="spellEnd"/>
          </w:p>
        </w:tc>
        <w:tc>
          <w:tcPr>
            <w:tcW w:w="2451" w:type="dxa"/>
          </w:tcPr>
          <w:p w14:paraId="4FF2C95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sloveso</w:t>
            </w:r>
            <w:proofErr w:type="spellEnd"/>
            <w:r>
              <w:rPr>
                <w:rFonts w:ascii="Calibri" w:hAnsi="Calibri"/>
                <w:sz w:val="18"/>
              </w:rPr>
              <w:t xml:space="preserve"> could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rozprávaní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schopnostiach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minulosti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príslovky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spôsobu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opise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talenty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schopnosti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krátkom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prejave</w:t>
            </w:r>
            <w:proofErr w:type="spellEnd"/>
          </w:p>
        </w:tc>
        <w:tc>
          <w:tcPr>
            <w:tcW w:w="1668" w:type="dxa"/>
          </w:tcPr>
          <w:p w14:paraId="302223E9" w14:textId="77777777" w:rsidR="000F4E4E" w:rsidRDefault="000F4E4E">
            <w:r>
              <w:rPr>
                <w:rFonts w:ascii="Calibri" w:hAnsi="Calibri"/>
                <w:sz w:val="18"/>
              </w:rPr>
              <w:t>The verb could</w:t>
            </w:r>
            <w:r>
              <w:rPr>
                <w:rFonts w:ascii="Calibri" w:hAnsi="Calibri"/>
                <w:sz w:val="18"/>
              </w:rPr>
              <w:br/>
              <w:t>Adjectives - Adverbs of manner</w:t>
            </w:r>
          </w:p>
        </w:tc>
        <w:tc>
          <w:tcPr>
            <w:tcW w:w="1638" w:type="dxa"/>
          </w:tcPr>
          <w:p w14:paraId="28C8624F" w14:textId="77777777" w:rsidR="000F4E4E" w:rsidRDefault="000F4E4E"/>
        </w:tc>
        <w:tc>
          <w:tcPr>
            <w:tcW w:w="1507" w:type="dxa"/>
          </w:tcPr>
          <w:p w14:paraId="2A70412D" w14:textId="77777777" w:rsidR="000F4E4E" w:rsidRDefault="000F4E4E"/>
        </w:tc>
        <w:tc>
          <w:tcPr>
            <w:tcW w:w="1553" w:type="dxa"/>
          </w:tcPr>
          <w:p w14:paraId="2F8111F9" w14:textId="77777777" w:rsidR="000F4E4E" w:rsidRDefault="000F4E4E"/>
        </w:tc>
      </w:tr>
      <w:tr w:rsidR="000F4E4E" w14:paraId="1670428F" w14:textId="77777777" w:rsidTr="009C1543">
        <w:tc>
          <w:tcPr>
            <w:tcW w:w="924" w:type="dxa"/>
          </w:tcPr>
          <w:p w14:paraId="3DB5863D" w14:textId="77777777" w:rsidR="000F4E4E" w:rsidRDefault="000F4E4E">
            <w:r>
              <w:rPr>
                <w:rFonts w:ascii="Calibri" w:hAnsi="Calibri"/>
                <w:sz w:val="18"/>
              </w:rPr>
              <w:t>19</w:t>
            </w:r>
          </w:p>
        </w:tc>
        <w:tc>
          <w:tcPr>
            <w:tcW w:w="932" w:type="dxa"/>
          </w:tcPr>
          <w:p w14:paraId="77EBA374" w14:textId="77777777" w:rsidR="000F4E4E" w:rsidRDefault="000F4E4E">
            <w:r>
              <w:rPr>
                <w:rFonts w:ascii="Calibri" w:hAnsi="Calibri"/>
                <w:sz w:val="18"/>
              </w:rPr>
              <w:t>72</w:t>
            </w:r>
          </w:p>
        </w:tc>
        <w:tc>
          <w:tcPr>
            <w:tcW w:w="1796" w:type="dxa"/>
          </w:tcPr>
          <w:p w14:paraId="25EA9C6B" w14:textId="77777777" w:rsidR="000F4E4E" w:rsidRDefault="000F4E4E">
            <w:r>
              <w:rPr>
                <w:rFonts w:ascii="Calibri" w:hAnsi="Calibri"/>
                <w:sz w:val="18"/>
              </w:rPr>
              <w:t>7B</w:t>
            </w:r>
          </w:p>
        </w:tc>
        <w:tc>
          <w:tcPr>
            <w:tcW w:w="2227" w:type="dxa"/>
          </w:tcPr>
          <w:p w14:paraId="347F715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fitness a </w:t>
            </w:r>
            <w:proofErr w:type="spellStart"/>
            <w:r>
              <w:rPr>
                <w:rFonts w:ascii="Calibri" w:hAnsi="Calibri"/>
                <w:sz w:val="18"/>
              </w:rPr>
              <w:t>zdravie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182BE07D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súvisiace</w:t>
            </w:r>
            <w:proofErr w:type="spellEnd"/>
            <w:r>
              <w:rPr>
                <w:rFonts w:ascii="Calibri" w:hAnsi="Calibri"/>
                <w:sz w:val="18"/>
              </w:rPr>
              <w:t xml:space="preserve"> so </w:t>
            </w:r>
            <w:proofErr w:type="spellStart"/>
            <w:r>
              <w:rPr>
                <w:rFonts w:ascii="Calibri" w:hAnsi="Calibri"/>
                <w:sz w:val="18"/>
              </w:rPr>
              <w:t>zdravým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štýlom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hlavným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informáciám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počúvanom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zdraví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kondícii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diskutovať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spôsoboch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zdravého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životného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štýlu</w:t>
            </w:r>
            <w:proofErr w:type="spellEnd"/>
          </w:p>
        </w:tc>
        <w:tc>
          <w:tcPr>
            <w:tcW w:w="1668" w:type="dxa"/>
          </w:tcPr>
          <w:p w14:paraId="664FD2A1" w14:textId="77777777" w:rsidR="000F4E4E" w:rsidRDefault="000F4E4E"/>
        </w:tc>
        <w:tc>
          <w:tcPr>
            <w:tcW w:w="1638" w:type="dxa"/>
          </w:tcPr>
          <w:p w14:paraId="1F5065AC" w14:textId="77777777" w:rsidR="000F4E4E" w:rsidRDefault="000F4E4E">
            <w:r>
              <w:rPr>
                <w:rFonts w:ascii="Calibri" w:hAnsi="Calibri"/>
                <w:sz w:val="18"/>
              </w:rPr>
              <w:t>Words/Phrases related to keeping fit</w:t>
            </w:r>
          </w:p>
        </w:tc>
        <w:tc>
          <w:tcPr>
            <w:tcW w:w="1507" w:type="dxa"/>
          </w:tcPr>
          <w:p w14:paraId="6A5942A3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7D5E482B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Dobré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zdravie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kvalitný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</w:t>
            </w:r>
            <w:proofErr w:type="spellEnd"/>
          </w:p>
        </w:tc>
      </w:tr>
      <w:tr w:rsidR="000F4E4E" w14:paraId="09967BBD" w14:textId="77777777" w:rsidTr="009C1543">
        <w:tc>
          <w:tcPr>
            <w:tcW w:w="924" w:type="dxa"/>
          </w:tcPr>
          <w:p w14:paraId="6BB61401" w14:textId="77777777" w:rsidR="000F4E4E" w:rsidRDefault="000F4E4E"/>
        </w:tc>
        <w:tc>
          <w:tcPr>
            <w:tcW w:w="932" w:type="dxa"/>
          </w:tcPr>
          <w:p w14:paraId="432A6313" w14:textId="77777777" w:rsidR="000F4E4E" w:rsidRDefault="000F4E4E">
            <w:r>
              <w:rPr>
                <w:rFonts w:ascii="Calibri" w:hAnsi="Calibri"/>
                <w:sz w:val="18"/>
              </w:rPr>
              <w:t>73</w:t>
            </w:r>
          </w:p>
        </w:tc>
        <w:tc>
          <w:tcPr>
            <w:tcW w:w="1796" w:type="dxa"/>
          </w:tcPr>
          <w:p w14:paraId="4C279B5B" w14:textId="77777777" w:rsidR="000F4E4E" w:rsidRDefault="000F4E4E">
            <w:r>
              <w:rPr>
                <w:rFonts w:ascii="Calibri" w:hAnsi="Calibri"/>
                <w:sz w:val="18"/>
              </w:rPr>
              <w:t>7B</w:t>
            </w:r>
          </w:p>
        </w:tc>
        <w:tc>
          <w:tcPr>
            <w:tcW w:w="2227" w:type="dxa"/>
          </w:tcPr>
          <w:p w14:paraId="267FC887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neurčité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zložené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zámená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 xml:space="preserve">-  </w:t>
            </w:r>
            <w:proofErr w:type="spellStart"/>
            <w:r>
              <w:rPr>
                <w:rFonts w:ascii="Calibri" w:hAnsi="Calibri"/>
                <w:sz w:val="18"/>
              </w:rPr>
              <w:t>ako</w:t>
            </w:r>
            <w:proofErr w:type="spellEnd"/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udržať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dobrú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kondíciu</w:t>
            </w:r>
            <w:proofErr w:type="spellEnd"/>
          </w:p>
        </w:tc>
        <w:tc>
          <w:tcPr>
            <w:tcW w:w="2451" w:type="dxa"/>
          </w:tcPr>
          <w:p w14:paraId="0F3CAE0D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neurčité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zložené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zámená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jednoduchých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vetách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spôsoby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udržiavania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dobrej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fyzickej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kondície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odporučiť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podporu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zdravého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životného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štýlu</w:t>
            </w:r>
            <w:proofErr w:type="spellEnd"/>
          </w:p>
        </w:tc>
        <w:tc>
          <w:tcPr>
            <w:tcW w:w="1668" w:type="dxa"/>
          </w:tcPr>
          <w:p w14:paraId="25EDD562" w14:textId="77777777" w:rsidR="000F4E4E" w:rsidRDefault="000F4E4E">
            <w:r>
              <w:rPr>
                <w:rFonts w:ascii="Calibri" w:hAnsi="Calibri"/>
                <w:sz w:val="18"/>
              </w:rPr>
              <w:t>Compounds of some, any, no, every</w:t>
            </w:r>
          </w:p>
        </w:tc>
        <w:tc>
          <w:tcPr>
            <w:tcW w:w="1638" w:type="dxa"/>
          </w:tcPr>
          <w:p w14:paraId="301FCDF8" w14:textId="77777777" w:rsidR="000F4E4E" w:rsidRDefault="000F4E4E"/>
        </w:tc>
        <w:tc>
          <w:tcPr>
            <w:tcW w:w="1507" w:type="dxa"/>
          </w:tcPr>
          <w:p w14:paraId="4F2D73DE" w14:textId="77777777" w:rsidR="000F4E4E" w:rsidRDefault="000F4E4E"/>
        </w:tc>
        <w:tc>
          <w:tcPr>
            <w:tcW w:w="1553" w:type="dxa"/>
          </w:tcPr>
          <w:p w14:paraId="1DC2DE26" w14:textId="77777777" w:rsidR="000F4E4E" w:rsidRDefault="000F4E4E"/>
        </w:tc>
      </w:tr>
      <w:tr w:rsidR="000F4E4E" w14:paraId="4D022418" w14:textId="77777777" w:rsidTr="009C1543">
        <w:tc>
          <w:tcPr>
            <w:tcW w:w="924" w:type="dxa"/>
          </w:tcPr>
          <w:p w14:paraId="6D15AB2B" w14:textId="77777777" w:rsidR="000F4E4E" w:rsidRDefault="000F4E4E"/>
        </w:tc>
        <w:tc>
          <w:tcPr>
            <w:tcW w:w="932" w:type="dxa"/>
          </w:tcPr>
          <w:p w14:paraId="73548296" w14:textId="77777777" w:rsidR="000F4E4E" w:rsidRDefault="000F4E4E">
            <w:r>
              <w:rPr>
                <w:rFonts w:ascii="Calibri" w:hAnsi="Calibri"/>
                <w:sz w:val="18"/>
              </w:rPr>
              <w:t>74</w:t>
            </w:r>
          </w:p>
        </w:tc>
        <w:tc>
          <w:tcPr>
            <w:tcW w:w="1796" w:type="dxa"/>
          </w:tcPr>
          <w:p w14:paraId="0C2298F9" w14:textId="77777777" w:rsidR="000F4E4E" w:rsidRDefault="000F4E4E">
            <w:r>
              <w:rPr>
                <w:rFonts w:ascii="Calibri" w:hAnsi="Calibri"/>
                <w:sz w:val="18"/>
              </w:rPr>
              <w:t>7C</w:t>
            </w:r>
          </w:p>
        </w:tc>
        <w:tc>
          <w:tcPr>
            <w:tcW w:w="2227" w:type="dxa"/>
          </w:tcPr>
          <w:p w14:paraId="26535243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športové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vybavenie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6587AAF4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športové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vybavenie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pomôcky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športových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priradiť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športové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vybavenie</w:t>
            </w:r>
            <w:proofErr w:type="spellEnd"/>
            <w:r>
              <w:rPr>
                <w:rFonts w:ascii="Calibri" w:hAnsi="Calibri"/>
                <w:sz w:val="18"/>
              </w:rPr>
              <w:t xml:space="preserve"> k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jednotlivým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športom</w:t>
            </w:r>
            <w:proofErr w:type="spellEnd"/>
          </w:p>
        </w:tc>
        <w:tc>
          <w:tcPr>
            <w:tcW w:w="1668" w:type="dxa"/>
          </w:tcPr>
          <w:p w14:paraId="20B651F2" w14:textId="77777777" w:rsidR="000F4E4E" w:rsidRDefault="000F4E4E"/>
        </w:tc>
        <w:tc>
          <w:tcPr>
            <w:tcW w:w="1638" w:type="dxa"/>
          </w:tcPr>
          <w:p w14:paraId="0D727BB2" w14:textId="77777777" w:rsidR="000F4E4E" w:rsidRDefault="000F4E4E">
            <w:r>
              <w:rPr>
                <w:rFonts w:ascii="Calibri" w:hAnsi="Calibri"/>
                <w:sz w:val="18"/>
              </w:rPr>
              <w:t>Sports equipment</w:t>
            </w:r>
          </w:p>
        </w:tc>
        <w:tc>
          <w:tcPr>
            <w:tcW w:w="1507" w:type="dxa"/>
          </w:tcPr>
          <w:p w14:paraId="7C0019C7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2AE9D763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Osobná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sociálna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zodpovednosť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Mediácia</w:t>
            </w:r>
            <w:proofErr w:type="spellEnd"/>
          </w:p>
        </w:tc>
      </w:tr>
      <w:tr w:rsidR="000F4E4E" w14:paraId="4F05E2A6" w14:textId="77777777" w:rsidTr="009C1543">
        <w:tc>
          <w:tcPr>
            <w:tcW w:w="924" w:type="dxa"/>
          </w:tcPr>
          <w:p w14:paraId="662F9D7C" w14:textId="77777777" w:rsidR="000F4E4E" w:rsidRDefault="000F4E4E"/>
        </w:tc>
        <w:tc>
          <w:tcPr>
            <w:tcW w:w="932" w:type="dxa"/>
          </w:tcPr>
          <w:p w14:paraId="4BB9860C" w14:textId="77777777" w:rsidR="000F4E4E" w:rsidRDefault="000F4E4E">
            <w:r>
              <w:rPr>
                <w:rFonts w:ascii="Calibri" w:hAnsi="Calibri"/>
                <w:sz w:val="18"/>
              </w:rPr>
              <w:t>75</w:t>
            </w:r>
          </w:p>
        </w:tc>
        <w:tc>
          <w:tcPr>
            <w:tcW w:w="1796" w:type="dxa"/>
          </w:tcPr>
          <w:p w14:paraId="275858B2" w14:textId="77777777" w:rsidR="000F4E4E" w:rsidRDefault="000F4E4E">
            <w:r>
              <w:rPr>
                <w:rFonts w:ascii="Calibri" w:hAnsi="Calibri"/>
                <w:sz w:val="18"/>
              </w:rPr>
              <w:t>7C</w:t>
            </w:r>
          </w:p>
        </w:tc>
        <w:tc>
          <w:tcPr>
            <w:tcW w:w="2227" w:type="dxa"/>
          </w:tcPr>
          <w:p w14:paraId="034F7272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modálne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slovesá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vyjadrenie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povinnosti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zákazu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dovolenia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nepovinnosti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19E6215C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modálne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slovesá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vyjadrenie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povinnosti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zákazu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dovolenia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nepovinnosti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rozlišovať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vyžadujúce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rôzne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modálne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slovesá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pravidlá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pokyny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bežných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komunikačných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situáciách</w:t>
            </w:r>
            <w:proofErr w:type="spellEnd"/>
          </w:p>
        </w:tc>
        <w:tc>
          <w:tcPr>
            <w:tcW w:w="1668" w:type="dxa"/>
          </w:tcPr>
          <w:p w14:paraId="2C9A84C4" w14:textId="77777777" w:rsidR="000F4E4E" w:rsidRDefault="000F4E4E">
            <w:r>
              <w:rPr>
                <w:rFonts w:ascii="Calibri" w:hAnsi="Calibri"/>
                <w:sz w:val="18"/>
              </w:rPr>
              <w:t>must - mustn’t</w:t>
            </w:r>
            <w:r>
              <w:rPr>
                <w:rFonts w:ascii="Calibri" w:hAnsi="Calibri"/>
                <w:sz w:val="18"/>
              </w:rPr>
              <w:br/>
              <w:t>have to - don’t have to</w:t>
            </w:r>
          </w:p>
        </w:tc>
        <w:tc>
          <w:tcPr>
            <w:tcW w:w="1638" w:type="dxa"/>
          </w:tcPr>
          <w:p w14:paraId="3EE4227A" w14:textId="77777777" w:rsidR="000F4E4E" w:rsidRDefault="000F4E4E"/>
        </w:tc>
        <w:tc>
          <w:tcPr>
            <w:tcW w:w="1507" w:type="dxa"/>
          </w:tcPr>
          <w:p w14:paraId="510B82E7" w14:textId="77777777" w:rsidR="000F4E4E" w:rsidRDefault="000F4E4E"/>
        </w:tc>
        <w:tc>
          <w:tcPr>
            <w:tcW w:w="1553" w:type="dxa"/>
          </w:tcPr>
          <w:p w14:paraId="41A9B6ED" w14:textId="77777777" w:rsidR="000F4E4E" w:rsidRDefault="000F4E4E"/>
        </w:tc>
      </w:tr>
      <w:tr w:rsidR="000F4E4E" w14:paraId="01617C2F" w14:textId="77777777" w:rsidTr="009C1543">
        <w:tc>
          <w:tcPr>
            <w:tcW w:w="924" w:type="dxa"/>
          </w:tcPr>
          <w:p w14:paraId="2FD4E262" w14:textId="77777777" w:rsidR="000F4E4E" w:rsidRDefault="000F4E4E">
            <w:r>
              <w:rPr>
                <w:rFonts w:ascii="Calibri" w:hAnsi="Calibri"/>
                <w:sz w:val="18"/>
              </w:rPr>
              <w:t>20</w:t>
            </w:r>
          </w:p>
        </w:tc>
        <w:tc>
          <w:tcPr>
            <w:tcW w:w="932" w:type="dxa"/>
          </w:tcPr>
          <w:p w14:paraId="14FD888B" w14:textId="77777777" w:rsidR="000F4E4E" w:rsidRDefault="000F4E4E">
            <w:r>
              <w:rPr>
                <w:rFonts w:ascii="Calibri" w:hAnsi="Calibri"/>
                <w:sz w:val="18"/>
              </w:rPr>
              <w:t>76</w:t>
            </w:r>
          </w:p>
        </w:tc>
        <w:tc>
          <w:tcPr>
            <w:tcW w:w="1796" w:type="dxa"/>
          </w:tcPr>
          <w:p w14:paraId="5D6C0626" w14:textId="77777777" w:rsidR="000F4E4E" w:rsidRDefault="000F4E4E">
            <w:r>
              <w:rPr>
                <w:rFonts w:ascii="Calibri" w:hAnsi="Calibri"/>
                <w:sz w:val="18"/>
              </w:rPr>
              <w:t>7D</w:t>
            </w:r>
          </w:p>
        </w:tc>
        <w:tc>
          <w:tcPr>
            <w:tcW w:w="2227" w:type="dxa"/>
          </w:tcPr>
          <w:p w14:paraId="1434CEDA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športy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vyjadrenie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názoru</w:t>
            </w:r>
            <w:proofErr w:type="spellEnd"/>
          </w:p>
        </w:tc>
        <w:tc>
          <w:tcPr>
            <w:tcW w:w="2451" w:type="dxa"/>
          </w:tcPr>
          <w:p w14:paraId="48F03C04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vyjadriť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zdôvodniť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názor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športové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frázy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vyjadrovaní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názoru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pochybností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názory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partnera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diskusii</w:t>
            </w:r>
            <w:proofErr w:type="spellEnd"/>
          </w:p>
        </w:tc>
        <w:tc>
          <w:tcPr>
            <w:tcW w:w="1668" w:type="dxa"/>
          </w:tcPr>
          <w:p w14:paraId="433B2F7B" w14:textId="77777777" w:rsidR="000F4E4E" w:rsidRDefault="000F4E4E"/>
        </w:tc>
        <w:tc>
          <w:tcPr>
            <w:tcW w:w="1638" w:type="dxa"/>
          </w:tcPr>
          <w:p w14:paraId="50996D34" w14:textId="77777777" w:rsidR="000F4E4E" w:rsidRDefault="000F4E4E">
            <w:r>
              <w:rPr>
                <w:rFonts w:ascii="Calibri" w:hAnsi="Calibri"/>
                <w:sz w:val="18"/>
              </w:rPr>
              <w:t>Sports</w:t>
            </w:r>
          </w:p>
        </w:tc>
        <w:tc>
          <w:tcPr>
            <w:tcW w:w="1507" w:type="dxa"/>
          </w:tcPr>
          <w:p w14:paraId="28FF56D5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66B2F54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5021A6A7" w14:textId="77777777" w:rsidTr="009C1543">
        <w:tc>
          <w:tcPr>
            <w:tcW w:w="924" w:type="dxa"/>
          </w:tcPr>
          <w:p w14:paraId="13E5C60F" w14:textId="77777777" w:rsidR="000F4E4E" w:rsidRDefault="000F4E4E"/>
        </w:tc>
        <w:tc>
          <w:tcPr>
            <w:tcW w:w="932" w:type="dxa"/>
          </w:tcPr>
          <w:p w14:paraId="70EBDCA7" w14:textId="77777777" w:rsidR="000F4E4E" w:rsidRDefault="000F4E4E">
            <w:r>
              <w:rPr>
                <w:rFonts w:ascii="Calibri" w:hAnsi="Calibri"/>
                <w:sz w:val="18"/>
              </w:rPr>
              <w:t>77</w:t>
            </w:r>
          </w:p>
        </w:tc>
        <w:tc>
          <w:tcPr>
            <w:tcW w:w="1796" w:type="dxa"/>
          </w:tcPr>
          <w:p w14:paraId="237CE8A5" w14:textId="77777777" w:rsidR="000F4E4E" w:rsidRDefault="000F4E4E">
            <w:r>
              <w:rPr>
                <w:rFonts w:ascii="Calibri" w:hAnsi="Calibri"/>
                <w:sz w:val="18"/>
              </w:rPr>
              <w:t>7D</w:t>
            </w:r>
          </w:p>
        </w:tc>
        <w:tc>
          <w:tcPr>
            <w:tcW w:w="2227" w:type="dxa"/>
          </w:tcPr>
          <w:p w14:paraId="09F5C874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športový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zážitok</w:t>
            </w:r>
            <w:proofErr w:type="spellEnd"/>
          </w:p>
        </w:tc>
        <w:tc>
          <w:tcPr>
            <w:tcW w:w="2451" w:type="dxa"/>
          </w:tcPr>
          <w:p w14:paraId="3517BAB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športovom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zážitku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usporiadať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udalosti</w:t>
            </w:r>
            <w:proofErr w:type="spellEnd"/>
            <w:r>
              <w:rPr>
                <w:rFonts w:ascii="Calibri" w:hAnsi="Calibri"/>
                <w:sz w:val="18"/>
              </w:rPr>
              <w:t xml:space="preserve"> do </w:t>
            </w:r>
            <w:proofErr w:type="spellStart"/>
            <w:r>
              <w:rPr>
                <w:rFonts w:ascii="Calibri" w:hAnsi="Calibri"/>
                <w:sz w:val="18"/>
              </w:rPr>
              <w:t>logického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sledu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príspevok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svojom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prvom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športovom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zážitku</w:t>
            </w:r>
            <w:proofErr w:type="spellEnd"/>
          </w:p>
        </w:tc>
        <w:tc>
          <w:tcPr>
            <w:tcW w:w="1668" w:type="dxa"/>
          </w:tcPr>
          <w:p w14:paraId="6A620D1D" w14:textId="77777777" w:rsidR="000F4E4E" w:rsidRDefault="000F4E4E"/>
        </w:tc>
        <w:tc>
          <w:tcPr>
            <w:tcW w:w="1638" w:type="dxa"/>
          </w:tcPr>
          <w:p w14:paraId="4E9DF231" w14:textId="77777777" w:rsidR="000F4E4E" w:rsidRDefault="000F4E4E"/>
        </w:tc>
        <w:tc>
          <w:tcPr>
            <w:tcW w:w="1507" w:type="dxa"/>
          </w:tcPr>
          <w:p w14:paraId="1C6127C8" w14:textId="77777777" w:rsidR="000F4E4E" w:rsidRDefault="000F4E4E"/>
        </w:tc>
        <w:tc>
          <w:tcPr>
            <w:tcW w:w="1553" w:type="dxa"/>
          </w:tcPr>
          <w:p w14:paraId="563FDF4C" w14:textId="77777777" w:rsidR="000F4E4E" w:rsidRDefault="000F4E4E"/>
        </w:tc>
      </w:tr>
      <w:tr w:rsidR="000F4E4E" w14:paraId="34350B6C" w14:textId="77777777" w:rsidTr="009C1543">
        <w:tc>
          <w:tcPr>
            <w:tcW w:w="924" w:type="dxa"/>
          </w:tcPr>
          <w:p w14:paraId="36032584" w14:textId="77777777" w:rsidR="000F4E4E" w:rsidRDefault="000F4E4E"/>
        </w:tc>
        <w:tc>
          <w:tcPr>
            <w:tcW w:w="932" w:type="dxa"/>
          </w:tcPr>
          <w:p w14:paraId="31C3126B" w14:textId="77777777" w:rsidR="000F4E4E" w:rsidRDefault="000F4E4E">
            <w:r>
              <w:rPr>
                <w:rFonts w:ascii="Calibri" w:hAnsi="Calibri"/>
                <w:sz w:val="18"/>
              </w:rPr>
              <w:t>78</w:t>
            </w:r>
          </w:p>
        </w:tc>
        <w:tc>
          <w:tcPr>
            <w:tcW w:w="1796" w:type="dxa"/>
          </w:tcPr>
          <w:p w14:paraId="23A66811" w14:textId="77777777" w:rsidR="000F4E4E" w:rsidRDefault="000F4E4E">
            <w:r>
              <w:rPr>
                <w:rFonts w:ascii="Calibri" w:hAnsi="Calibri"/>
                <w:sz w:val="18"/>
              </w:rPr>
              <w:t>Review 7</w:t>
            </w:r>
            <w:r>
              <w:rPr>
                <w:rFonts w:ascii="Calibri" w:hAnsi="Calibri"/>
                <w:sz w:val="18"/>
              </w:rPr>
              <w:br/>
              <w:t>Self-evaluation</w:t>
            </w:r>
          </w:p>
        </w:tc>
        <w:tc>
          <w:tcPr>
            <w:tcW w:w="2227" w:type="dxa"/>
          </w:tcPr>
          <w:p w14:paraId="41F31BCF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Zhrnutie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  <w:r>
              <w:rPr>
                <w:rFonts w:ascii="Calibri" w:hAnsi="Calibri"/>
                <w:sz w:val="18"/>
              </w:rPr>
              <w:t xml:space="preserve"> 7, </w:t>
            </w:r>
            <w:proofErr w:type="spellStart"/>
            <w:r>
              <w:rPr>
                <w:rFonts w:ascii="Calibri" w:hAnsi="Calibri"/>
                <w:sz w:val="18"/>
              </w:rPr>
              <w:t>sebahodnotenie</w:t>
            </w:r>
            <w:proofErr w:type="spellEnd"/>
          </w:p>
        </w:tc>
        <w:tc>
          <w:tcPr>
            <w:tcW w:w="2451" w:type="dxa"/>
          </w:tcPr>
          <w:p w14:paraId="267EA08E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upevniť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štruktúry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učení</w:t>
            </w:r>
            <w:proofErr w:type="spellEnd"/>
          </w:p>
        </w:tc>
        <w:tc>
          <w:tcPr>
            <w:tcW w:w="1668" w:type="dxa"/>
          </w:tcPr>
          <w:p w14:paraId="62E21E95" w14:textId="77777777" w:rsidR="000F4E4E" w:rsidRDefault="000F4E4E"/>
        </w:tc>
        <w:tc>
          <w:tcPr>
            <w:tcW w:w="1638" w:type="dxa"/>
          </w:tcPr>
          <w:p w14:paraId="17BC2069" w14:textId="77777777" w:rsidR="000F4E4E" w:rsidRDefault="000F4E4E"/>
        </w:tc>
        <w:tc>
          <w:tcPr>
            <w:tcW w:w="1507" w:type="dxa"/>
          </w:tcPr>
          <w:p w14:paraId="27340D4D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12EEFC72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</w:p>
        </w:tc>
      </w:tr>
      <w:tr w:rsidR="000F4E4E" w14:paraId="1C2E7833" w14:textId="77777777" w:rsidTr="009C1543">
        <w:tc>
          <w:tcPr>
            <w:tcW w:w="924" w:type="dxa"/>
          </w:tcPr>
          <w:p w14:paraId="7203F424" w14:textId="77777777" w:rsidR="000F4E4E" w:rsidRDefault="000F4E4E"/>
        </w:tc>
        <w:tc>
          <w:tcPr>
            <w:tcW w:w="932" w:type="dxa"/>
          </w:tcPr>
          <w:p w14:paraId="1CB9F4FA" w14:textId="77777777" w:rsidR="000F4E4E" w:rsidRDefault="000F4E4E">
            <w:r>
              <w:rPr>
                <w:rFonts w:ascii="Calibri" w:hAnsi="Calibri"/>
                <w:sz w:val="18"/>
              </w:rPr>
              <w:t>79</w:t>
            </w:r>
          </w:p>
        </w:tc>
        <w:tc>
          <w:tcPr>
            <w:tcW w:w="1796" w:type="dxa"/>
          </w:tcPr>
          <w:p w14:paraId="24F7E3E1" w14:textId="77777777" w:rsidR="000F4E4E" w:rsidRDefault="000F4E4E">
            <w:r>
              <w:rPr>
                <w:rFonts w:ascii="Calibri" w:hAnsi="Calibri"/>
                <w:sz w:val="18"/>
              </w:rPr>
              <w:t>Test</w:t>
            </w:r>
          </w:p>
        </w:tc>
        <w:tc>
          <w:tcPr>
            <w:tcW w:w="2227" w:type="dxa"/>
          </w:tcPr>
          <w:p w14:paraId="54EDE609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Hodnotenie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študentov</w:t>
            </w:r>
            <w:proofErr w:type="spellEnd"/>
          </w:p>
        </w:tc>
        <w:tc>
          <w:tcPr>
            <w:tcW w:w="2451" w:type="dxa"/>
          </w:tcPr>
          <w:p w14:paraId="459EC30F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aplikovať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testových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porozumenie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</w:p>
        </w:tc>
        <w:tc>
          <w:tcPr>
            <w:tcW w:w="1668" w:type="dxa"/>
          </w:tcPr>
          <w:p w14:paraId="76ADDD7A" w14:textId="77777777" w:rsidR="000F4E4E" w:rsidRDefault="000F4E4E"/>
        </w:tc>
        <w:tc>
          <w:tcPr>
            <w:tcW w:w="1638" w:type="dxa"/>
          </w:tcPr>
          <w:p w14:paraId="07169905" w14:textId="77777777" w:rsidR="000F4E4E" w:rsidRDefault="000F4E4E"/>
        </w:tc>
        <w:tc>
          <w:tcPr>
            <w:tcW w:w="1507" w:type="dxa"/>
          </w:tcPr>
          <w:p w14:paraId="08F9067F" w14:textId="77777777" w:rsidR="000F4E4E" w:rsidRDefault="000F4E4E">
            <w:r>
              <w:rPr>
                <w:rFonts w:ascii="Calibri" w:hAnsi="Calibri"/>
                <w:sz w:val="18"/>
              </w:rPr>
              <w:t>Tests &amp; audio (downloadable from the Teacher’s assistant)</w:t>
            </w:r>
          </w:p>
        </w:tc>
        <w:tc>
          <w:tcPr>
            <w:tcW w:w="1553" w:type="dxa"/>
          </w:tcPr>
          <w:p w14:paraId="547AFA05" w14:textId="77777777" w:rsidR="000F4E4E" w:rsidRDefault="000F4E4E"/>
        </w:tc>
      </w:tr>
      <w:tr w:rsidR="000F4E4E" w14:paraId="1D38E9F5" w14:textId="77777777" w:rsidTr="009C1543">
        <w:tc>
          <w:tcPr>
            <w:tcW w:w="924" w:type="dxa"/>
          </w:tcPr>
          <w:p w14:paraId="3DC61013" w14:textId="77777777" w:rsidR="000F4E4E" w:rsidRDefault="000F4E4E"/>
        </w:tc>
        <w:tc>
          <w:tcPr>
            <w:tcW w:w="932" w:type="dxa"/>
          </w:tcPr>
          <w:p w14:paraId="726370AE" w14:textId="77777777" w:rsidR="000F4E4E" w:rsidRDefault="000F4E4E"/>
        </w:tc>
        <w:tc>
          <w:tcPr>
            <w:tcW w:w="1796" w:type="dxa"/>
          </w:tcPr>
          <w:p w14:paraId="6BE6C3DC" w14:textId="77777777" w:rsidR="000F4E4E" w:rsidRDefault="000F4E4E"/>
        </w:tc>
        <w:tc>
          <w:tcPr>
            <w:tcW w:w="2227" w:type="dxa"/>
            <w:shd w:val="clear" w:color="auto" w:fill="FFFF00"/>
          </w:tcPr>
          <w:p w14:paraId="0EF4CA7B" w14:textId="77777777" w:rsidR="000F4E4E" w:rsidRPr="009C1543" w:rsidRDefault="000F4E4E">
            <w:pPr>
              <w:rPr>
                <w:b/>
                <w:bCs/>
              </w:rPr>
            </w:pPr>
            <w:r w:rsidRPr="009C1543">
              <w:rPr>
                <w:rFonts w:ascii="Calibri" w:hAnsi="Calibri"/>
                <w:b/>
                <w:bCs/>
                <w:sz w:val="18"/>
              </w:rPr>
              <w:t>Module 8: A material world</w:t>
            </w:r>
          </w:p>
        </w:tc>
        <w:tc>
          <w:tcPr>
            <w:tcW w:w="2451" w:type="dxa"/>
            <w:shd w:val="clear" w:color="auto" w:fill="FFFF00"/>
          </w:tcPr>
          <w:p w14:paraId="60089863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68" w:type="dxa"/>
            <w:shd w:val="clear" w:color="auto" w:fill="FFFF00"/>
          </w:tcPr>
          <w:p w14:paraId="44CB07A6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38" w:type="dxa"/>
            <w:shd w:val="clear" w:color="auto" w:fill="FFFF00"/>
          </w:tcPr>
          <w:p w14:paraId="3BF1448B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07" w:type="dxa"/>
            <w:shd w:val="clear" w:color="auto" w:fill="FFFF00"/>
          </w:tcPr>
          <w:p w14:paraId="31DF6F26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53" w:type="dxa"/>
            <w:shd w:val="clear" w:color="auto" w:fill="FFFF00"/>
          </w:tcPr>
          <w:p w14:paraId="63B7D8CC" w14:textId="77777777" w:rsidR="000F4E4E" w:rsidRPr="009C1543" w:rsidRDefault="000F4E4E">
            <w:pPr>
              <w:rPr>
                <w:b/>
                <w:bCs/>
              </w:rPr>
            </w:pPr>
          </w:p>
        </w:tc>
      </w:tr>
      <w:tr w:rsidR="000F4E4E" w14:paraId="7B2571E5" w14:textId="77777777" w:rsidTr="009C1543">
        <w:tc>
          <w:tcPr>
            <w:tcW w:w="924" w:type="dxa"/>
          </w:tcPr>
          <w:p w14:paraId="2B740D02" w14:textId="77777777" w:rsidR="000F4E4E" w:rsidRDefault="000F4E4E">
            <w:r>
              <w:rPr>
                <w:rFonts w:ascii="Calibri" w:hAnsi="Calibri"/>
                <w:sz w:val="18"/>
              </w:rPr>
              <w:t>21</w:t>
            </w:r>
          </w:p>
        </w:tc>
        <w:tc>
          <w:tcPr>
            <w:tcW w:w="932" w:type="dxa"/>
          </w:tcPr>
          <w:p w14:paraId="1E23D7A0" w14:textId="77777777" w:rsidR="000F4E4E" w:rsidRDefault="000F4E4E">
            <w:r>
              <w:rPr>
                <w:rFonts w:ascii="Calibri" w:hAnsi="Calibri"/>
                <w:sz w:val="18"/>
              </w:rPr>
              <w:t>80</w:t>
            </w:r>
          </w:p>
        </w:tc>
        <w:tc>
          <w:tcPr>
            <w:tcW w:w="1796" w:type="dxa"/>
          </w:tcPr>
          <w:p w14:paraId="6013DD0E" w14:textId="77777777" w:rsidR="000F4E4E" w:rsidRDefault="000F4E4E">
            <w:r>
              <w:rPr>
                <w:rFonts w:ascii="Calibri" w:hAnsi="Calibri"/>
                <w:sz w:val="18"/>
              </w:rPr>
              <w:t>Cover page module 8</w:t>
            </w:r>
            <w:r>
              <w:rPr>
                <w:rFonts w:ascii="Calibri" w:hAnsi="Calibri"/>
                <w:sz w:val="18"/>
              </w:rPr>
              <w:br/>
              <w:t>8A</w:t>
            </w:r>
          </w:p>
        </w:tc>
        <w:tc>
          <w:tcPr>
            <w:tcW w:w="2227" w:type="dxa"/>
          </w:tcPr>
          <w:p w14:paraId="75144A4F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oblečenie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doplnky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Calibri" w:hAnsi="Calibri"/>
                <w:sz w:val="18"/>
              </w:rPr>
              <w:t>materiály</w:t>
            </w:r>
            <w:proofErr w:type="spellEnd"/>
            <w:r>
              <w:rPr>
                <w:rFonts w:ascii="Calibri" w:hAnsi="Calibri"/>
                <w:sz w:val="18"/>
              </w:rPr>
              <w:t xml:space="preserve">, 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proofErr w:type="gram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2673ABF1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oboznámiť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témou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predchádzajúce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oblečenie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módne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doplnky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materiály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veľkosti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oblečení</w:t>
            </w:r>
            <w:proofErr w:type="spellEnd"/>
          </w:p>
        </w:tc>
        <w:tc>
          <w:tcPr>
            <w:tcW w:w="1668" w:type="dxa"/>
          </w:tcPr>
          <w:p w14:paraId="3E97FE1D" w14:textId="77777777" w:rsidR="000F4E4E" w:rsidRDefault="000F4E4E">
            <w:r>
              <w:rPr>
                <w:rFonts w:ascii="Calibri" w:hAnsi="Calibri"/>
                <w:sz w:val="18"/>
              </w:rPr>
              <w:lastRenderedPageBreak/>
              <w:t>too - enough</w:t>
            </w:r>
            <w:r>
              <w:rPr>
                <w:rFonts w:ascii="Calibri" w:hAnsi="Calibri"/>
                <w:sz w:val="18"/>
              </w:rPr>
              <w:br/>
              <w:t>one - ones</w:t>
            </w:r>
          </w:p>
        </w:tc>
        <w:tc>
          <w:tcPr>
            <w:tcW w:w="1638" w:type="dxa"/>
          </w:tcPr>
          <w:p w14:paraId="67FC75E6" w14:textId="77777777" w:rsidR="000F4E4E" w:rsidRDefault="000F4E4E">
            <w:r>
              <w:rPr>
                <w:rFonts w:ascii="Calibri" w:hAnsi="Calibri"/>
                <w:sz w:val="18"/>
              </w:rPr>
              <w:t>Clothes and accessories</w:t>
            </w:r>
            <w:r>
              <w:rPr>
                <w:rFonts w:ascii="Calibri" w:hAnsi="Calibri"/>
                <w:sz w:val="18"/>
              </w:rPr>
              <w:br/>
              <w:t>Materials</w:t>
            </w:r>
            <w:r>
              <w:rPr>
                <w:rFonts w:ascii="Calibri" w:hAnsi="Calibri"/>
                <w:sz w:val="18"/>
              </w:rPr>
              <w:br/>
              <w:t>Sizes</w:t>
            </w:r>
          </w:p>
        </w:tc>
        <w:tc>
          <w:tcPr>
            <w:tcW w:w="1507" w:type="dxa"/>
          </w:tcPr>
          <w:p w14:paraId="5B43F0D0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587A49DB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</w:p>
        </w:tc>
      </w:tr>
      <w:tr w:rsidR="000F4E4E" w14:paraId="7B7B55BB" w14:textId="77777777" w:rsidTr="009C1543">
        <w:tc>
          <w:tcPr>
            <w:tcW w:w="924" w:type="dxa"/>
          </w:tcPr>
          <w:p w14:paraId="668F45F7" w14:textId="77777777" w:rsidR="000F4E4E" w:rsidRDefault="000F4E4E"/>
        </w:tc>
        <w:tc>
          <w:tcPr>
            <w:tcW w:w="932" w:type="dxa"/>
          </w:tcPr>
          <w:p w14:paraId="217C049A" w14:textId="77777777" w:rsidR="000F4E4E" w:rsidRDefault="000F4E4E">
            <w:r>
              <w:rPr>
                <w:rFonts w:ascii="Calibri" w:hAnsi="Calibri"/>
                <w:sz w:val="18"/>
              </w:rPr>
              <w:t>81</w:t>
            </w:r>
          </w:p>
        </w:tc>
        <w:tc>
          <w:tcPr>
            <w:tcW w:w="1796" w:type="dxa"/>
          </w:tcPr>
          <w:p w14:paraId="2DC942B1" w14:textId="77777777" w:rsidR="000F4E4E" w:rsidRDefault="000F4E4E">
            <w:r>
              <w:rPr>
                <w:rFonts w:ascii="Calibri" w:hAnsi="Calibri"/>
                <w:sz w:val="18"/>
              </w:rPr>
              <w:t>8A</w:t>
            </w:r>
          </w:p>
        </w:tc>
        <w:tc>
          <w:tcPr>
            <w:tcW w:w="2227" w:type="dxa"/>
          </w:tcPr>
          <w:p w14:paraId="1D10435D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obľúbené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oblečenie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ďakovný</w:t>
            </w:r>
            <w:proofErr w:type="spellEnd"/>
            <w:r>
              <w:rPr>
                <w:rFonts w:ascii="Calibri" w:hAnsi="Calibri"/>
                <w:sz w:val="18"/>
              </w:rPr>
              <w:t xml:space="preserve"> e-mail</w:t>
            </w:r>
          </w:p>
        </w:tc>
        <w:tc>
          <w:tcPr>
            <w:tcW w:w="2451" w:type="dxa"/>
          </w:tcPr>
          <w:p w14:paraId="13F51011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oblečenie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podľa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farby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materiálu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veľkosti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vyjadriť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názor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oblečenie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módne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doplnky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ďakovný</w:t>
            </w:r>
            <w:proofErr w:type="spellEnd"/>
            <w:r>
              <w:rPr>
                <w:rFonts w:ascii="Calibri" w:hAnsi="Calibri"/>
                <w:sz w:val="18"/>
              </w:rPr>
              <w:t xml:space="preserve"> e-mail</w:t>
            </w:r>
          </w:p>
        </w:tc>
        <w:tc>
          <w:tcPr>
            <w:tcW w:w="1668" w:type="dxa"/>
          </w:tcPr>
          <w:p w14:paraId="3B762861" w14:textId="77777777" w:rsidR="000F4E4E" w:rsidRDefault="000F4E4E"/>
        </w:tc>
        <w:tc>
          <w:tcPr>
            <w:tcW w:w="1638" w:type="dxa"/>
          </w:tcPr>
          <w:p w14:paraId="3EF7E0AA" w14:textId="77777777" w:rsidR="000F4E4E" w:rsidRDefault="000F4E4E"/>
        </w:tc>
        <w:tc>
          <w:tcPr>
            <w:tcW w:w="1507" w:type="dxa"/>
          </w:tcPr>
          <w:p w14:paraId="4672A1EA" w14:textId="77777777" w:rsidR="000F4E4E" w:rsidRDefault="000F4E4E"/>
        </w:tc>
        <w:tc>
          <w:tcPr>
            <w:tcW w:w="1553" w:type="dxa"/>
          </w:tcPr>
          <w:p w14:paraId="36BA64C7" w14:textId="77777777" w:rsidR="000F4E4E" w:rsidRDefault="000F4E4E"/>
        </w:tc>
      </w:tr>
      <w:tr w:rsidR="000F4E4E" w14:paraId="564ADCED" w14:textId="77777777" w:rsidTr="009C1543">
        <w:tc>
          <w:tcPr>
            <w:tcW w:w="924" w:type="dxa"/>
          </w:tcPr>
          <w:p w14:paraId="4594F286" w14:textId="77777777" w:rsidR="000F4E4E" w:rsidRDefault="000F4E4E"/>
        </w:tc>
        <w:tc>
          <w:tcPr>
            <w:tcW w:w="932" w:type="dxa"/>
          </w:tcPr>
          <w:p w14:paraId="7E28E7CD" w14:textId="77777777" w:rsidR="000F4E4E" w:rsidRDefault="000F4E4E">
            <w:r>
              <w:rPr>
                <w:rFonts w:ascii="Calibri" w:hAnsi="Calibri"/>
                <w:sz w:val="18"/>
              </w:rPr>
              <w:t>82</w:t>
            </w:r>
          </w:p>
        </w:tc>
        <w:tc>
          <w:tcPr>
            <w:tcW w:w="1796" w:type="dxa"/>
          </w:tcPr>
          <w:p w14:paraId="02519D9C" w14:textId="77777777" w:rsidR="000F4E4E" w:rsidRDefault="000F4E4E">
            <w:r>
              <w:rPr>
                <w:rFonts w:ascii="Calibri" w:hAnsi="Calibri"/>
                <w:sz w:val="18"/>
              </w:rPr>
              <w:t>8B</w:t>
            </w:r>
          </w:p>
        </w:tc>
        <w:tc>
          <w:tcPr>
            <w:tcW w:w="2227" w:type="dxa"/>
          </w:tcPr>
          <w:p w14:paraId="10182026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frázy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spojené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nakupovaním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0896074F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súvisiacu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nakupovaním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hlavným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informáciám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rozhovore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nakupovaní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nakupovaní</w:t>
            </w:r>
            <w:proofErr w:type="spellEnd"/>
          </w:p>
        </w:tc>
        <w:tc>
          <w:tcPr>
            <w:tcW w:w="1668" w:type="dxa"/>
          </w:tcPr>
          <w:p w14:paraId="7EA32056" w14:textId="77777777" w:rsidR="000F4E4E" w:rsidRDefault="000F4E4E"/>
        </w:tc>
        <w:tc>
          <w:tcPr>
            <w:tcW w:w="1638" w:type="dxa"/>
          </w:tcPr>
          <w:p w14:paraId="531C7DC0" w14:textId="77777777" w:rsidR="000F4E4E" w:rsidRDefault="000F4E4E">
            <w:r>
              <w:rPr>
                <w:rFonts w:ascii="Calibri" w:hAnsi="Calibri"/>
                <w:sz w:val="18"/>
              </w:rPr>
              <w:t>Phrases connected to shopping</w:t>
            </w:r>
          </w:p>
        </w:tc>
        <w:tc>
          <w:tcPr>
            <w:tcW w:w="1507" w:type="dxa"/>
          </w:tcPr>
          <w:p w14:paraId="071107FE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336C5B90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</w:p>
        </w:tc>
      </w:tr>
      <w:tr w:rsidR="000F4E4E" w14:paraId="5E42AB5F" w14:textId="77777777" w:rsidTr="009C1543">
        <w:tc>
          <w:tcPr>
            <w:tcW w:w="924" w:type="dxa"/>
          </w:tcPr>
          <w:p w14:paraId="110A5807" w14:textId="77777777" w:rsidR="000F4E4E" w:rsidRDefault="000F4E4E"/>
        </w:tc>
        <w:tc>
          <w:tcPr>
            <w:tcW w:w="932" w:type="dxa"/>
          </w:tcPr>
          <w:p w14:paraId="54DFB58C" w14:textId="77777777" w:rsidR="000F4E4E" w:rsidRDefault="000F4E4E">
            <w:r>
              <w:rPr>
                <w:rFonts w:ascii="Calibri" w:hAnsi="Calibri"/>
                <w:sz w:val="18"/>
              </w:rPr>
              <w:t>83</w:t>
            </w:r>
          </w:p>
        </w:tc>
        <w:tc>
          <w:tcPr>
            <w:tcW w:w="1796" w:type="dxa"/>
          </w:tcPr>
          <w:p w14:paraId="25448DC2" w14:textId="77777777" w:rsidR="000F4E4E" w:rsidRDefault="000F4E4E">
            <w:r>
              <w:rPr>
                <w:rFonts w:ascii="Calibri" w:hAnsi="Calibri"/>
                <w:sz w:val="18"/>
              </w:rPr>
              <w:t>8B</w:t>
            </w:r>
          </w:p>
        </w:tc>
        <w:tc>
          <w:tcPr>
            <w:tcW w:w="2227" w:type="dxa"/>
          </w:tcPr>
          <w:p w14:paraId="51FF1368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porovnávanie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v </w:t>
            </w:r>
            <w:proofErr w:type="spellStart"/>
            <w:r>
              <w:rPr>
                <w:rFonts w:ascii="Calibri" w:hAnsi="Calibri"/>
                <w:sz w:val="18"/>
              </w:rPr>
              <w:t>obchode</w:t>
            </w:r>
            <w:proofErr w:type="spellEnd"/>
          </w:p>
        </w:tc>
        <w:tc>
          <w:tcPr>
            <w:tcW w:w="2451" w:type="dxa"/>
          </w:tcPr>
          <w:p w14:paraId="4198650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druhý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stupeň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prídavných</w:t>
            </w:r>
            <w:proofErr w:type="spellEnd"/>
            <w:r>
              <w:rPr>
                <w:rFonts w:ascii="Calibri" w:hAnsi="Calibri"/>
                <w:sz w:val="18"/>
              </w:rPr>
              <w:t xml:space="preserve"> mien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porovnávaní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porovnať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výrobky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podľa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ceny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kvality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viesť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rozhovor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nakupovaní</w:t>
            </w:r>
            <w:proofErr w:type="spellEnd"/>
          </w:p>
        </w:tc>
        <w:tc>
          <w:tcPr>
            <w:tcW w:w="1668" w:type="dxa"/>
          </w:tcPr>
          <w:p w14:paraId="0E67CA9B" w14:textId="77777777" w:rsidR="000F4E4E" w:rsidRDefault="000F4E4E">
            <w:r>
              <w:rPr>
                <w:rFonts w:ascii="Calibri" w:hAnsi="Calibri"/>
                <w:sz w:val="18"/>
              </w:rPr>
              <w:t>Comparative forms</w:t>
            </w:r>
            <w:r>
              <w:rPr>
                <w:rFonts w:ascii="Calibri" w:hAnsi="Calibri"/>
                <w:sz w:val="18"/>
              </w:rPr>
              <w:br/>
              <w:t>as + adjective + as</w:t>
            </w:r>
          </w:p>
        </w:tc>
        <w:tc>
          <w:tcPr>
            <w:tcW w:w="1638" w:type="dxa"/>
          </w:tcPr>
          <w:p w14:paraId="3ED45DB9" w14:textId="77777777" w:rsidR="000F4E4E" w:rsidRDefault="000F4E4E"/>
        </w:tc>
        <w:tc>
          <w:tcPr>
            <w:tcW w:w="1507" w:type="dxa"/>
          </w:tcPr>
          <w:p w14:paraId="741C4BA2" w14:textId="77777777" w:rsidR="000F4E4E" w:rsidRDefault="000F4E4E"/>
        </w:tc>
        <w:tc>
          <w:tcPr>
            <w:tcW w:w="1553" w:type="dxa"/>
          </w:tcPr>
          <w:p w14:paraId="7C8E865A" w14:textId="77777777" w:rsidR="000F4E4E" w:rsidRDefault="000F4E4E"/>
        </w:tc>
      </w:tr>
      <w:tr w:rsidR="000F4E4E" w14:paraId="2A2A6A74" w14:textId="77777777" w:rsidTr="009C1543">
        <w:tc>
          <w:tcPr>
            <w:tcW w:w="924" w:type="dxa"/>
          </w:tcPr>
          <w:p w14:paraId="3EB55473" w14:textId="77777777" w:rsidR="000F4E4E" w:rsidRDefault="000F4E4E">
            <w:r>
              <w:rPr>
                <w:rFonts w:ascii="Calibri" w:hAnsi="Calibri"/>
                <w:sz w:val="18"/>
              </w:rPr>
              <w:t>22</w:t>
            </w:r>
          </w:p>
        </w:tc>
        <w:tc>
          <w:tcPr>
            <w:tcW w:w="932" w:type="dxa"/>
          </w:tcPr>
          <w:p w14:paraId="4D7590B3" w14:textId="77777777" w:rsidR="000F4E4E" w:rsidRDefault="000F4E4E">
            <w:r>
              <w:rPr>
                <w:rFonts w:ascii="Calibri" w:hAnsi="Calibri"/>
                <w:sz w:val="18"/>
              </w:rPr>
              <w:t>84</w:t>
            </w:r>
          </w:p>
        </w:tc>
        <w:tc>
          <w:tcPr>
            <w:tcW w:w="1796" w:type="dxa"/>
          </w:tcPr>
          <w:p w14:paraId="323D0376" w14:textId="77777777" w:rsidR="000F4E4E" w:rsidRDefault="000F4E4E">
            <w:r>
              <w:rPr>
                <w:rFonts w:ascii="Calibri" w:hAnsi="Calibri"/>
                <w:sz w:val="18"/>
              </w:rPr>
              <w:t>8C</w:t>
            </w:r>
          </w:p>
        </w:tc>
        <w:tc>
          <w:tcPr>
            <w:tcW w:w="2227" w:type="dxa"/>
          </w:tcPr>
          <w:p w14:paraId="69BA96F0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nákupné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návyky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peniaze</w:t>
            </w:r>
            <w:proofErr w:type="spellEnd"/>
          </w:p>
        </w:tc>
        <w:tc>
          <w:tcPr>
            <w:tcW w:w="2451" w:type="dxa"/>
          </w:tcPr>
          <w:p w14:paraId="363D638F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nákupných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návykoch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nákupné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návyky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spôsob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nakladania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peniazmi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porovnať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nákupné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zvyklosti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rôznych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osôb</w:t>
            </w:r>
            <w:proofErr w:type="spellEnd"/>
          </w:p>
        </w:tc>
        <w:tc>
          <w:tcPr>
            <w:tcW w:w="1668" w:type="dxa"/>
          </w:tcPr>
          <w:p w14:paraId="6C212DC7" w14:textId="77777777" w:rsidR="000F4E4E" w:rsidRDefault="000F4E4E"/>
        </w:tc>
        <w:tc>
          <w:tcPr>
            <w:tcW w:w="1638" w:type="dxa"/>
          </w:tcPr>
          <w:p w14:paraId="4FE61A69" w14:textId="77777777" w:rsidR="000F4E4E" w:rsidRDefault="000F4E4E">
            <w:r>
              <w:rPr>
                <w:rFonts w:ascii="Calibri" w:hAnsi="Calibri"/>
                <w:sz w:val="18"/>
              </w:rPr>
              <w:t>Spending money</w:t>
            </w:r>
          </w:p>
        </w:tc>
        <w:tc>
          <w:tcPr>
            <w:tcW w:w="1507" w:type="dxa"/>
          </w:tcPr>
          <w:p w14:paraId="4990165F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37B70764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Osobná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sociálna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zodpovednosť</w:t>
            </w:r>
            <w:proofErr w:type="spellEnd"/>
          </w:p>
        </w:tc>
      </w:tr>
      <w:tr w:rsidR="000F4E4E" w14:paraId="6C3D88BB" w14:textId="77777777" w:rsidTr="009C1543">
        <w:tc>
          <w:tcPr>
            <w:tcW w:w="924" w:type="dxa"/>
          </w:tcPr>
          <w:p w14:paraId="3842BE48" w14:textId="77777777" w:rsidR="000F4E4E" w:rsidRDefault="000F4E4E"/>
        </w:tc>
        <w:tc>
          <w:tcPr>
            <w:tcW w:w="932" w:type="dxa"/>
          </w:tcPr>
          <w:p w14:paraId="738A9756" w14:textId="77777777" w:rsidR="000F4E4E" w:rsidRDefault="000F4E4E">
            <w:r>
              <w:rPr>
                <w:rFonts w:ascii="Calibri" w:hAnsi="Calibri"/>
                <w:sz w:val="18"/>
              </w:rPr>
              <w:t>85</w:t>
            </w:r>
          </w:p>
        </w:tc>
        <w:tc>
          <w:tcPr>
            <w:tcW w:w="1796" w:type="dxa"/>
          </w:tcPr>
          <w:p w14:paraId="26DCAD83" w14:textId="77777777" w:rsidR="000F4E4E" w:rsidRDefault="000F4E4E">
            <w:r>
              <w:rPr>
                <w:rFonts w:ascii="Calibri" w:hAnsi="Calibri"/>
                <w:sz w:val="18"/>
              </w:rPr>
              <w:t>8C</w:t>
            </w:r>
          </w:p>
        </w:tc>
        <w:tc>
          <w:tcPr>
            <w:tcW w:w="2227" w:type="dxa"/>
          </w:tcPr>
          <w:p w14:paraId="7AF94A63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Gramatika- </w:t>
            </w:r>
            <w:proofErr w:type="spellStart"/>
            <w:r>
              <w:rPr>
                <w:rFonts w:ascii="Calibri" w:hAnsi="Calibri"/>
                <w:sz w:val="18"/>
              </w:rPr>
              <w:t>najvyšší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stupeň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prídavných</w:t>
            </w:r>
            <w:proofErr w:type="spellEnd"/>
            <w:r>
              <w:rPr>
                <w:rFonts w:ascii="Calibri" w:hAnsi="Calibri"/>
                <w:sz w:val="18"/>
              </w:rPr>
              <w:t xml:space="preserve"> mien (</w:t>
            </w:r>
            <w:proofErr w:type="spellStart"/>
            <w:r>
              <w:rPr>
                <w:rFonts w:ascii="Calibri" w:hAnsi="Calibri"/>
                <w:sz w:val="18"/>
              </w:rPr>
              <w:t>superlatív</w:t>
            </w:r>
            <w:proofErr w:type="spellEnd"/>
            <w:r>
              <w:rPr>
                <w:rFonts w:ascii="Calibri" w:hAnsi="Calibri"/>
                <w:sz w:val="18"/>
              </w:rPr>
              <w:t xml:space="preserve">) </w:t>
            </w:r>
          </w:p>
        </w:tc>
        <w:tc>
          <w:tcPr>
            <w:tcW w:w="2451" w:type="dxa"/>
          </w:tcPr>
          <w:p w14:paraId="48A7A2F6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najvyšší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stupeň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prídavných</w:t>
            </w:r>
            <w:proofErr w:type="spellEnd"/>
            <w:r>
              <w:rPr>
                <w:rFonts w:ascii="Calibri" w:hAnsi="Calibri"/>
                <w:sz w:val="18"/>
              </w:rPr>
              <w:t xml:space="preserve"> mien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opise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osôb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predmetov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situácií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porovnať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viacero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predmetov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superlatívu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vety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využitím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superlatívu</w:t>
            </w:r>
            <w:proofErr w:type="spellEnd"/>
          </w:p>
        </w:tc>
        <w:tc>
          <w:tcPr>
            <w:tcW w:w="1668" w:type="dxa"/>
          </w:tcPr>
          <w:p w14:paraId="62239FE4" w14:textId="77777777" w:rsidR="000F4E4E" w:rsidRDefault="000F4E4E">
            <w:r>
              <w:rPr>
                <w:rFonts w:ascii="Calibri" w:hAnsi="Calibri"/>
                <w:sz w:val="18"/>
              </w:rPr>
              <w:t>Superlative forms</w:t>
            </w:r>
          </w:p>
        </w:tc>
        <w:tc>
          <w:tcPr>
            <w:tcW w:w="1638" w:type="dxa"/>
          </w:tcPr>
          <w:p w14:paraId="0BB9D695" w14:textId="77777777" w:rsidR="000F4E4E" w:rsidRDefault="000F4E4E"/>
        </w:tc>
        <w:tc>
          <w:tcPr>
            <w:tcW w:w="1507" w:type="dxa"/>
          </w:tcPr>
          <w:p w14:paraId="7369C30E" w14:textId="77777777" w:rsidR="000F4E4E" w:rsidRDefault="000F4E4E"/>
        </w:tc>
        <w:tc>
          <w:tcPr>
            <w:tcW w:w="1553" w:type="dxa"/>
          </w:tcPr>
          <w:p w14:paraId="3B6CE161" w14:textId="77777777" w:rsidR="000F4E4E" w:rsidRDefault="000F4E4E"/>
        </w:tc>
      </w:tr>
      <w:tr w:rsidR="000F4E4E" w14:paraId="59C09CEA" w14:textId="77777777" w:rsidTr="009C1543">
        <w:tc>
          <w:tcPr>
            <w:tcW w:w="924" w:type="dxa"/>
          </w:tcPr>
          <w:p w14:paraId="0FB364B3" w14:textId="77777777" w:rsidR="000F4E4E" w:rsidRDefault="000F4E4E"/>
        </w:tc>
        <w:tc>
          <w:tcPr>
            <w:tcW w:w="932" w:type="dxa"/>
          </w:tcPr>
          <w:p w14:paraId="702AD6C1" w14:textId="77777777" w:rsidR="000F4E4E" w:rsidRDefault="000F4E4E">
            <w:r>
              <w:rPr>
                <w:rFonts w:ascii="Calibri" w:hAnsi="Calibri"/>
                <w:sz w:val="18"/>
              </w:rPr>
              <w:t>86</w:t>
            </w:r>
          </w:p>
        </w:tc>
        <w:tc>
          <w:tcPr>
            <w:tcW w:w="1796" w:type="dxa"/>
          </w:tcPr>
          <w:p w14:paraId="367D9F01" w14:textId="77777777" w:rsidR="000F4E4E" w:rsidRDefault="000F4E4E">
            <w:r>
              <w:rPr>
                <w:rFonts w:ascii="Calibri" w:hAnsi="Calibri"/>
                <w:sz w:val="18"/>
              </w:rPr>
              <w:t>8D</w:t>
            </w:r>
          </w:p>
        </w:tc>
        <w:tc>
          <w:tcPr>
            <w:tcW w:w="2227" w:type="dxa"/>
          </w:tcPr>
          <w:p w14:paraId="0C49AAA1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materiály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vyjadrenie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súhlasu</w:t>
            </w:r>
            <w:proofErr w:type="spellEnd"/>
            <w:r>
              <w:rPr>
                <w:rFonts w:ascii="Calibri" w:hAnsi="Calibri"/>
                <w:sz w:val="18"/>
              </w:rPr>
              <w:t>/</w:t>
            </w:r>
            <w:proofErr w:type="spellStart"/>
            <w:r>
              <w:rPr>
                <w:rFonts w:ascii="Calibri" w:hAnsi="Calibri"/>
                <w:sz w:val="18"/>
              </w:rPr>
              <w:t>nesúhlasu</w:t>
            </w:r>
            <w:proofErr w:type="spellEnd"/>
          </w:p>
        </w:tc>
        <w:tc>
          <w:tcPr>
            <w:tcW w:w="2451" w:type="dxa"/>
          </w:tcPr>
          <w:p w14:paraId="01239DFC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materiály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používané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výrobe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predmetov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oblečenia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vyjadriť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súhlas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nesúhlas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názorom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partnera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prídavné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mená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opise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predmetov</w:t>
            </w:r>
            <w:proofErr w:type="spellEnd"/>
          </w:p>
        </w:tc>
        <w:tc>
          <w:tcPr>
            <w:tcW w:w="1668" w:type="dxa"/>
          </w:tcPr>
          <w:p w14:paraId="4E708890" w14:textId="77777777" w:rsidR="000F4E4E" w:rsidRDefault="000F4E4E"/>
        </w:tc>
        <w:tc>
          <w:tcPr>
            <w:tcW w:w="1638" w:type="dxa"/>
          </w:tcPr>
          <w:p w14:paraId="4E33E91C" w14:textId="77777777" w:rsidR="000F4E4E" w:rsidRDefault="000F4E4E">
            <w:r>
              <w:rPr>
                <w:rFonts w:ascii="Calibri" w:hAnsi="Calibri"/>
                <w:sz w:val="18"/>
              </w:rPr>
              <w:t>Materials</w:t>
            </w:r>
          </w:p>
        </w:tc>
        <w:tc>
          <w:tcPr>
            <w:tcW w:w="1507" w:type="dxa"/>
          </w:tcPr>
          <w:p w14:paraId="3882B296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0909EF0D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0921A810" w14:textId="77777777" w:rsidTr="009C1543">
        <w:tc>
          <w:tcPr>
            <w:tcW w:w="924" w:type="dxa"/>
          </w:tcPr>
          <w:p w14:paraId="4D50B1E5" w14:textId="77777777" w:rsidR="000F4E4E" w:rsidRDefault="000F4E4E"/>
        </w:tc>
        <w:tc>
          <w:tcPr>
            <w:tcW w:w="932" w:type="dxa"/>
          </w:tcPr>
          <w:p w14:paraId="2BC585D2" w14:textId="77777777" w:rsidR="000F4E4E" w:rsidRDefault="000F4E4E">
            <w:r>
              <w:rPr>
                <w:rFonts w:ascii="Calibri" w:hAnsi="Calibri"/>
                <w:sz w:val="18"/>
              </w:rPr>
              <w:t>87</w:t>
            </w:r>
          </w:p>
        </w:tc>
        <w:tc>
          <w:tcPr>
            <w:tcW w:w="1796" w:type="dxa"/>
          </w:tcPr>
          <w:p w14:paraId="53AB84C8" w14:textId="77777777" w:rsidR="000F4E4E" w:rsidRDefault="000F4E4E">
            <w:r>
              <w:rPr>
                <w:rFonts w:ascii="Calibri" w:hAnsi="Calibri"/>
                <w:sz w:val="18"/>
              </w:rPr>
              <w:t>8D</w:t>
            </w:r>
          </w:p>
        </w:tc>
        <w:tc>
          <w:tcPr>
            <w:tcW w:w="2227" w:type="dxa"/>
          </w:tcPr>
          <w:p w14:paraId="7611CF09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odpoveď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e-mail</w:t>
            </w:r>
          </w:p>
        </w:tc>
        <w:tc>
          <w:tcPr>
            <w:tcW w:w="2451" w:type="dxa"/>
          </w:tcPr>
          <w:p w14:paraId="24407911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e-</w:t>
            </w:r>
            <w:proofErr w:type="spellStart"/>
            <w:r>
              <w:rPr>
                <w:rFonts w:ascii="Calibri" w:hAnsi="Calibri"/>
                <w:sz w:val="18"/>
              </w:rPr>
              <w:t>mailovej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komunikácii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frázy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písaní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odpovede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e-mail • </w:t>
            </w:r>
            <w:proofErr w:type="spellStart"/>
            <w:r>
              <w:rPr>
                <w:rFonts w:ascii="Calibri" w:hAnsi="Calibri"/>
                <w:sz w:val="18"/>
              </w:rPr>
              <w:t>napísať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stručnú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odpoveď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e-mail </w:t>
            </w:r>
            <w:proofErr w:type="spellStart"/>
            <w:r>
              <w:rPr>
                <w:rFonts w:ascii="Calibri" w:hAnsi="Calibri"/>
                <w:sz w:val="18"/>
              </w:rPr>
              <w:t>podľa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zadania</w:t>
            </w:r>
            <w:proofErr w:type="spellEnd"/>
          </w:p>
        </w:tc>
        <w:tc>
          <w:tcPr>
            <w:tcW w:w="1668" w:type="dxa"/>
          </w:tcPr>
          <w:p w14:paraId="58715120" w14:textId="77777777" w:rsidR="000F4E4E" w:rsidRDefault="000F4E4E"/>
        </w:tc>
        <w:tc>
          <w:tcPr>
            <w:tcW w:w="1638" w:type="dxa"/>
          </w:tcPr>
          <w:p w14:paraId="0E420B33" w14:textId="77777777" w:rsidR="000F4E4E" w:rsidRDefault="000F4E4E"/>
        </w:tc>
        <w:tc>
          <w:tcPr>
            <w:tcW w:w="1507" w:type="dxa"/>
          </w:tcPr>
          <w:p w14:paraId="16B45D73" w14:textId="77777777" w:rsidR="000F4E4E" w:rsidRDefault="000F4E4E"/>
        </w:tc>
        <w:tc>
          <w:tcPr>
            <w:tcW w:w="1553" w:type="dxa"/>
          </w:tcPr>
          <w:p w14:paraId="2071C7EA" w14:textId="77777777" w:rsidR="000F4E4E" w:rsidRDefault="000F4E4E"/>
        </w:tc>
      </w:tr>
      <w:tr w:rsidR="000F4E4E" w14:paraId="36BD793D" w14:textId="77777777" w:rsidTr="009C1543">
        <w:tc>
          <w:tcPr>
            <w:tcW w:w="924" w:type="dxa"/>
          </w:tcPr>
          <w:p w14:paraId="6B39173F" w14:textId="77777777" w:rsidR="000F4E4E" w:rsidRDefault="000F4E4E"/>
        </w:tc>
        <w:tc>
          <w:tcPr>
            <w:tcW w:w="932" w:type="dxa"/>
          </w:tcPr>
          <w:p w14:paraId="083DB6E3" w14:textId="77777777" w:rsidR="000F4E4E" w:rsidRDefault="000F4E4E">
            <w:r>
              <w:rPr>
                <w:rFonts w:ascii="Calibri" w:hAnsi="Calibri"/>
                <w:sz w:val="18"/>
              </w:rPr>
              <w:t>88</w:t>
            </w:r>
          </w:p>
        </w:tc>
        <w:tc>
          <w:tcPr>
            <w:tcW w:w="1796" w:type="dxa"/>
          </w:tcPr>
          <w:p w14:paraId="429DE4A0" w14:textId="77777777" w:rsidR="000F4E4E" w:rsidRDefault="000F4E4E">
            <w:r>
              <w:rPr>
                <w:rFonts w:ascii="Calibri" w:hAnsi="Calibri"/>
                <w:sz w:val="18"/>
              </w:rPr>
              <w:t>Review 8</w:t>
            </w:r>
            <w:r>
              <w:rPr>
                <w:rFonts w:ascii="Calibri" w:hAnsi="Calibri"/>
                <w:sz w:val="18"/>
              </w:rPr>
              <w:br/>
              <w:t>Self-evaluation</w:t>
            </w:r>
          </w:p>
        </w:tc>
        <w:tc>
          <w:tcPr>
            <w:tcW w:w="2227" w:type="dxa"/>
          </w:tcPr>
          <w:p w14:paraId="3E58B6E0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Zhrnutie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  <w:r>
              <w:rPr>
                <w:rFonts w:ascii="Calibri" w:hAnsi="Calibri"/>
                <w:sz w:val="18"/>
              </w:rPr>
              <w:t xml:space="preserve"> 8, </w:t>
            </w:r>
            <w:proofErr w:type="spellStart"/>
            <w:r>
              <w:rPr>
                <w:rFonts w:ascii="Calibri" w:hAnsi="Calibri"/>
                <w:sz w:val="18"/>
              </w:rPr>
              <w:t>sebahodnotenie</w:t>
            </w:r>
            <w:proofErr w:type="spellEnd"/>
          </w:p>
        </w:tc>
        <w:tc>
          <w:tcPr>
            <w:tcW w:w="2451" w:type="dxa"/>
          </w:tcPr>
          <w:p w14:paraId="6C6C86AA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upevniť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štruktúry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učení</w:t>
            </w:r>
            <w:proofErr w:type="spellEnd"/>
          </w:p>
        </w:tc>
        <w:tc>
          <w:tcPr>
            <w:tcW w:w="1668" w:type="dxa"/>
          </w:tcPr>
          <w:p w14:paraId="1A77190D" w14:textId="77777777" w:rsidR="000F4E4E" w:rsidRDefault="000F4E4E"/>
        </w:tc>
        <w:tc>
          <w:tcPr>
            <w:tcW w:w="1638" w:type="dxa"/>
          </w:tcPr>
          <w:p w14:paraId="6608D3C6" w14:textId="77777777" w:rsidR="000F4E4E" w:rsidRDefault="000F4E4E"/>
        </w:tc>
        <w:tc>
          <w:tcPr>
            <w:tcW w:w="1507" w:type="dxa"/>
          </w:tcPr>
          <w:p w14:paraId="7BB13AC7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5928DB0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32C5EBD3" w14:textId="77777777" w:rsidTr="009C1543">
        <w:tc>
          <w:tcPr>
            <w:tcW w:w="924" w:type="dxa"/>
          </w:tcPr>
          <w:p w14:paraId="1DE0DA6D" w14:textId="77777777" w:rsidR="000F4E4E" w:rsidRDefault="000F4E4E">
            <w:r>
              <w:rPr>
                <w:rFonts w:ascii="Calibri" w:hAnsi="Calibri"/>
                <w:sz w:val="18"/>
              </w:rPr>
              <w:t>23</w:t>
            </w:r>
          </w:p>
        </w:tc>
        <w:tc>
          <w:tcPr>
            <w:tcW w:w="932" w:type="dxa"/>
          </w:tcPr>
          <w:p w14:paraId="56284317" w14:textId="77777777" w:rsidR="000F4E4E" w:rsidRDefault="000F4E4E">
            <w:r>
              <w:rPr>
                <w:rFonts w:ascii="Calibri" w:hAnsi="Calibri"/>
                <w:sz w:val="18"/>
              </w:rPr>
              <w:t>89</w:t>
            </w:r>
          </w:p>
        </w:tc>
        <w:tc>
          <w:tcPr>
            <w:tcW w:w="1796" w:type="dxa"/>
          </w:tcPr>
          <w:p w14:paraId="61A2ABBC" w14:textId="77777777" w:rsidR="000F4E4E" w:rsidRDefault="000F4E4E">
            <w:r>
              <w:rPr>
                <w:rFonts w:ascii="Calibri" w:hAnsi="Calibri"/>
                <w:sz w:val="18"/>
              </w:rPr>
              <w:t>Task 4, modules 7-8</w:t>
            </w:r>
          </w:p>
        </w:tc>
        <w:tc>
          <w:tcPr>
            <w:tcW w:w="2227" w:type="dxa"/>
          </w:tcPr>
          <w:p w14:paraId="38A33818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Spoločné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rozhodovanie</w:t>
            </w:r>
            <w:proofErr w:type="spellEnd"/>
          </w:p>
        </w:tc>
        <w:tc>
          <w:tcPr>
            <w:tcW w:w="2451" w:type="dxa"/>
          </w:tcPr>
          <w:p w14:paraId="68ABC0AA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spolupracovať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riešení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zadanej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navrhovať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možné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riešenia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zdôvodniť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názor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dospieť</w:t>
            </w:r>
            <w:proofErr w:type="spellEnd"/>
            <w:r>
              <w:rPr>
                <w:rFonts w:ascii="Calibri" w:hAnsi="Calibri"/>
                <w:sz w:val="18"/>
              </w:rPr>
              <w:t xml:space="preserve"> k </w:t>
            </w:r>
            <w:proofErr w:type="spellStart"/>
            <w:r>
              <w:rPr>
                <w:rFonts w:ascii="Calibri" w:hAnsi="Calibri"/>
                <w:sz w:val="18"/>
              </w:rPr>
              <w:t>spoločnému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rozhodnutiu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základe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diskusie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prezentovať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výsledok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spoločného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rozhodnutia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obhájiť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zvolený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postup</w:t>
            </w:r>
            <w:proofErr w:type="spellEnd"/>
          </w:p>
        </w:tc>
        <w:tc>
          <w:tcPr>
            <w:tcW w:w="1668" w:type="dxa"/>
          </w:tcPr>
          <w:p w14:paraId="200B32B2" w14:textId="77777777" w:rsidR="000F4E4E" w:rsidRDefault="000F4E4E"/>
        </w:tc>
        <w:tc>
          <w:tcPr>
            <w:tcW w:w="1638" w:type="dxa"/>
          </w:tcPr>
          <w:p w14:paraId="68A49095" w14:textId="77777777" w:rsidR="000F4E4E" w:rsidRDefault="000F4E4E"/>
        </w:tc>
        <w:tc>
          <w:tcPr>
            <w:tcW w:w="1507" w:type="dxa"/>
          </w:tcPr>
          <w:p w14:paraId="0C4B8DA2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498529BC" w14:textId="77777777" w:rsidR="000F4E4E" w:rsidRDefault="000F4E4E">
            <w:proofErr w:type="spellStart"/>
            <w:proofErr w:type="gram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proofErr w:type="gram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Prezentačné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zručnosti</w:t>
            </w:r>
            <w:proofErr w:type="spellEnd"/>
          </w:p>
        </w:tc>
      </w:tr>
      <w:tr w:rsidR="000F4E4E" w14:paraId="1EA1B79A" w14:textId="77777777" w:rsidTr="009C1543">
        <w:tc>
          <w:tcPr>
            <w:tcW w:w="924" w:type="dxa"/>
          </w:tcPr>
          <w:p w14:paraId="6DF4C249" w14:textId="77777777" w:rsidR="000F4E4E" w:rsidRDefault="000F4E4E"/>
        </w:tc>
        <w:tc>
          <w:tcPr>
            <w:tcW w:w="932" w:type="dxa"/>
          </w:tcPr>
          <w:p w14:paraId="61CE530B" w14:textId="77777777" w:rsidR="000F4E4E" w:rsidRDefault="000F4E4E">
            <w:r>
              <w:rPr>
                <w:rFonts w:ascii="Calibri" w:hAnsi="Calibri"/>
                <w:sz w:val="18"/>
              </w:rPr>
              <w:t>90</w:t>
            </w:r>
          </w:p>
        </w:tc>
        <w:tc>
          <w:tcPr>
            <w:tcW w:w="1796" w:type="dxa"/>
          </w:tcPr>
          <w:p w14:paraId="4354B5D2" w14:textId="77777777" w:rsidR="000F4E4E" w:rsidRDefault="000F4E4E">
            <w:r>
              <w:rPr>
                <w:rFonts w:ascii="Calibri" w:hAnsi="Calibri"/>
                <w:sz w:val="18"/>
              </w:rPr>
              <w:t>Test</w:t>
            </w:r>
          </w:p>
        </w:tc>
        <w:tc>
          <w:tcPr>
            <w:tcW w:w="2227" w:type="dxa"/>
          </w:tcPr>
          <w:p w14:paraId="23D0178D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Hodnotenie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študentov</w:t>
            </w:r>
            <w:proofErr w:type="spellEnd"/>
          </w:p>
        </w:tc>
        <w:tc>
          <w:tcPr>
            <w:tcW w:w="2451" w:type="dxa"/>
          </w:tcPr>
          <w:p w14:paraId="01244309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aplikovať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testových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porozumenie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</w:p>
        </w:tc>
        <w:tc>
          <w:tcPr>
            <w:tcW w:w="1668" w:type="dxa"/>
          </w:tcPr>
          <w:p w14:paraId="672C5655" w14:textId="77777777" w:rsidR="000F4E4E" w:rsidRDefault="000F4E4E"/>
        </w:tc>
        <w:tc>
          <w:tcPr>
            <w:tcW w:w="1638" w:type="dxa"/>
          </w:tcPr>
          <w:p w14:paraId="2AF8DF36" w14:textId="77777777" w:rsidR="000F4E4E" w:rsidRDefault="000F4E4E"/>
        </w:tc>
        <w:tc>
          <w:tcPr>
            <w:tcW w:w="1507" w:type="dxa"/>
          </w:tcPr>
          <w:p w14:paraId="2897E1E0" w14:textId="77777777" w:rsidR="000F4E4E" w:rsidRDefault="000F4E4E">
            <w:r>
              <w:rPr>
                <w:rFonts w:ascii="Calibri" w:hAnsi="Calibri"/>
                <w:sz w:val="18"/>
              </w:rPr>
              <w:t>Tests &amp; audio (downloadable from the Teacher’s assistant)</w:t>
            </w:r>
          </w:p>
        </w:tc>
        <w:tc>
          <w:tcPr>
            <w:tcW w:w="1553" w:type="dxa"/>
          </w:tcPr>
          <w:p w14:paraId="65C11E3F" w14:textId="77777777" w:rsidR="000F4E4E" w:rsidRDefault="000F4E4E"/>
        </w:tc>
      </w:tr>
      <w:tr w:rsidR="000F4E4E" w14:paraId="5E2AFA63" w14:textId="77777777" w:rsidTr="009C1543">
        <w:tc>
          <w:tcPr>
            <w:tcW w:w="924" w:type="dxa"/>
          </w:tcPr>
          <w:p w14:paraId="3D0D51B5" w14:textId="77777777" w:rsidR="000F4E4E" w:rsidRDefault="000F4E4E">
            <w:r>
              <w:rPr>
                <w:rFonts w:ascii="Calibri" w:hAnsi="Calibri"/>
                <w:sz w:val="18"/>
              </w:rPr>
              <w:t>23</w:t>
            </w:r>
          </w:p>
        </w:tc>
        <w:tc>
          <w:tcPr>
            <w:tcW w:w="932" w:type="dxa"/>
          </w:tcPr>
          <w:p w14:paraId="43046086" w14:textId="77777777" w:rsidR="000F4E4E" w:rsidRDefault="000F4E4E"/>
        </w:tc>
        <w:tc>
          <w:tcPr>
            <w:tcW w:w="1796" w:type="dxa"/>
          </w:tcPr>
          <w:p w14:paraId="19F7D15E" w14:textId="77777777" w:rsidR="000F4E4E" w:rsidRDefault="000F4E4E"/>
        </w:tc>
        <w:tc>
          <w:tcPr>
            <w:tcW w:w="2227" w:type="dxa"/>
            <w:shd w:val="clear" w:color="auto" w:fill="FFFF00"/>
          </w:tcPr>
          <w:p w14:paraId="5327D113" w14:textId="77777777" w:rsidR="000F4E4E" w:rsidRPr="009C1543" w:rsidRDefault="000F4E4E">
            <w:pPr>
              <w:rPr>
                <w:b/>
                <w:bCs/>
              </w:rPr>
            </w:pPr>
            <w:r w:rsidRPr="009C1543">
              <w:rPr>
                <w:rFonts w:ascii="Calibri" w:hAnsi="Calibri"/>
                <w:b/>
                <w:bCs/>
                <w:sz w:val="18"/>
              </w:rPr>
              <w:t>Module 9: Moments in life</w:t>
            </w:r>
          </w:p>
        </w:tc>
        <w:tc>
          <w:tcPr>
            <w:tcW w:w="2451" w:type="dxa"/>
            <w:shd w:val="clear" w:color="auto" w:fill="FFFF00"/>
          </w:tcPr>
          <w:p w14:paraId="398C9C25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68" w:type="dxa"/>
            <w:shd w:val="clear" w:color="auto" w:fill="FFFF00"/>
          </w:tcPr>
          <w:p w14:paraId="624F13E7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38" w:type="dxa"/>
            <w:shd w:val="clear" w:color="auto" w:fill="FFFF00"/>
          </w:tcPr>
          <w:p w14:paraId="0EBB644E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07" w:type="dxa"/>
            <w:shd w:val="clear" w:color="auto" w:fill="FFFF00"/>
          </w:tcPr>
          <w:p w14:paraId="4603C094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53" w:type="dxa"/>
            <w:shd w:val="clear" w:color="auto" w:fill="FFFF00"/>
          </w:tcPr>
          <w:p w14:paraId="18FFC91B" w14:textId="77777777" w:rsidR="000F4E4E" w:rsidRPr="009C1543" w:rsidRDefault="000F4E4E">
            <w:pPr>
              <w:rPr>
                <w:b/>
                <w:bCs/>
              </w:rPr>
            </w:pPr>
          </w:p>
        </w:tc>
      </w:tr>
      <w:tr w:rsidR="000F4E4E" w14:paraId="6C4AF2FD" w14:textId="77777777" w:rsidTr="009C1543">
        <w:tc>
          <w:tcPr>
            <w:tcW w:w="924" w:type="dxa"/>
          </w:tcPr>
          <w:p w14:paraId="31D47DAF" w14:textId="77777777" w:rsidR="000F4E4E" w:rsidRDefault="000F4E4E"/>
        </w:tc>
        <w:tc>
          <w:tcPr>
            <w:tcW w:w="932" w:type="dxa"/>
          </w:tcPr>
          <w:p w14:paraId="3FE6749F" w14:textId="77777777" w:rsidR="000F4E4E" w:rsidRDefault="000F4E4E">
            <w:r>
              <w:rPr>
                <w:rFonts w:ascii="Calibri" w:hAnsi="Calibri"/>
                <w:sz w:val="18"/>
              </w:rPr>
              <w:t>91</w:t>
            </w:r>
          </w:p>
        </w:tc>
        <w:tc>
          <w:tcPr>
            <w:tcW w:w="1796" w:type="dxa"/>
          </w:tcPr>
          <w:p w14:paraId="0714CDA2" w14:textId="77777777" w:rsidR="000F4E4E" w:rsidRDefault="000F4E4E">
            <w:r>
              <w:rPr>
                <w:rFonts w:ascii="Calibri" w:hAnsi="Calibri"/>
                <w:sz w:val="18"/>
              </w:rPr>
              <w:t>Cover page module 9</w:t>
            </w:r>
            <w:r>
              <w:rPr>
                <w:rFonts w:ascii="Calibri" w:hAnsi="Calibri"/>
                <w:sz w:val="18"/>
              </w:rPr>
              <w:br/>
              <w:t>9A</w:t>
            </w:r>
          </w:p>
        </w:tc>
        <w:tc>
          <w:tcPr>
            <w:tcW w:w="2227" w:type="dxa"/>
          </w:tcPr>
          <w:p w14:paraId="44217979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životné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udalosti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gramatika</w:t>
            </w:r>
            <w:proofErr w:type="spellEnd"/>
            <w:r>
              <w:rPr>
                <w:rFonts w:ascii="Calibri" w:hAnsi="Calibri"/>
                <w:sz w:val="18"/>
              </w:rPr>
              <w:t xml:space="preserve"> -</w:t>
            </w:r>
            <w:proofErr w:type="spellStart"/>
            <w:r>
              <w:rPr>
                <w:rFonts w:ascii="Calibri" w:hAnsi="Calibri"/>
                <w:sz w:val="18"/>
              </w:rPr>
              <w:t>budúci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s going to,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plány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dohody</w:t>
            </w:r>
            <w:proofErr w:type="spellEnd"/>
          </w:p>
        </w:tc>
        <w:tc>
          <w:tcPr>
            <w:tcW w:w="2451" w:type="dxa"/>
          </w:tcPr>
          <w:p w14:paraId="533DE495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oboznámiť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témou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predchádzajúce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budúci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rozprávaní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plánoch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zámeroch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hlavným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informáciám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počúvanom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životných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udalostiach</w:t>
            </w:r>
            <w:proofErr w:type="spellEnd"/>
          </w:p>
        </w:tc>
        <w:tc>
          <w:tcPr>
            <w:tcW w:w="1668" w:type="dxa"/>
          </w:tcPr>
          <w:p w14:paraId="087708DD" w14:textId="77777777" w:rsidR="000F4E4E" w:rsidRDefault="000F4E4E">
            <w:r>
              <w:rPr>
                <w:rFonts w:ascii="Calibri" w:hAnsi="Calibri"/>
                <w:sz w:val="18"/>
              </w:rPr>
              <w:t xml:space="preserve">Future </w:t>
            </w:r>
            <w:proofErr w:type="gramStart"/>
            <w:r>
              <w:rPr>
                <w:rFonts w:ascii="Calibri" w:hAnsi="Calibri"/>
                <w:sz w:val="18"/>
              </w:rPr>
              <w:t>be going</w:t>
            </w:r>
            <w:proofErr w:type="gramEnd"/>
            <w:r>
              <w:rPr>
                <w:rFonts w:ascii="Calibri" w:hAnsi="Calibri"/>
                <w:sz w:val="18"/>
              </w:rPr>
              <w:t xml:space="preserve"> to</w:t>
            </w:r>
            <w:r>
              <w:rPr>
                <w:rFonts w:ascii="Calibri" w:hAnsi="Calibri"/>
                <w:sz w:val="18"/>
              </w:rPr>
              <w:br/>
              <w:t>Present Progressive with future meaning</w:t>
            </w:r>
          </w:p>
        </w:tc>
        <w:tc>
          <w:tcPr>
            <w:tcW w:w="1638" w:type="dxa"/>
          </w:tcPr>
          <w:p w14:paraId="599BCCDE" w14:textId="77777777" w:rsidR="000F4E4E" w:rsidRDefault="000F4E4E">
            <w:r>
              <w:rPr>
                <w:rFonts w:ascii="Calibri" w:hAnsi="Calibri"/>
                <w:sz w:val="18"/>
              </w:rPr>
              <w:t>Life events</w:t>
            </w:r>
          </w:p>
        </w:tc>
        <w:tc>
          <w:tcPr>
            <w:tcW w:w="1507" w:type="dxa"/>
          </w:tcPr>
          <w:p w14:paraId="490F3E89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68DED819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</w:p>
        </w:tc>
      </w:tr>
      <w:tr w:rsidR="000F4E4E" w14:paraId="07785115" w14:textId="77777777" w:rsidTr="009C1543">
        <w:tc>
          <w:tcPr>
            <w:tcW w:w="924" w:type="dxa"/>
          </w:tcPr>
          <w:p w14:paraId="1258C7AD" w14:textId="77777777" w:rsidR="000F4E4E" w:rsidRDefault="000F4E4E"/>
        </w:tc>
        <w:tc>
          <w:tcPr>
            <w:tcW w:w="932" w:type="dxa"/>
          </w:tcPr>
          <w:p w14:paraId="72F103BF" w14:textId="77777777" w:rsidR="000F4E4E" w:rsidRDefault="000F4E4E">
            <w:r>
              <w:rPr>
                <w:rFonts w:ascii="Calibri" w:hAnsi="Calibri"/>
                <w:sz w:val="18"/>
              </w:rPr>
              <w:t>92</w:t>
            </w:r>
          </w:p>
        </w:tc>
        <w:tc>
          <w:tcPr>
            <w:tcW w:w="1796" w:type="dxa"/>
          </w:tcPr>
          <w:p w14:paraId="2329B6AB" w14:textId="77777777" w:rsidR="000F4E4E" w:rsidRDefault="000F4E4E">
            <w:r>
              <w:rPr>
                <w:rFonts w:ascii="Calibri" w:hAnsi="Calibri"/>
                <w:sz w:val="18"/>
              </w:rPr>
              <w:t>9A</w:t>
            </w:r>
          </w:p>
        </w:tc>
        <w:tc>
          <w:tcPr>
            <w:tcW w:w="2227" w:type="dxa"/>
          </w:tcPr>
          <w:p w14:paraId="1251706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tvorba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slov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príprava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spoločného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stretnutia</w:t>
            </w:r>
            <w:proofErr w:type="spellEnd"/>
          </w:p>
        </w:tc>
        <w:tc>
          <w:tcPr>
            <w:tcW w:w="2451" w:type="dxa"/>
          </w:tcPr>
          <w:p w14:paraId="5951CE52" w14:textId="77777777" w:rsidR="000F4E4E" w:rsidRDefault="000F4E4E">
            <w:r>
              <w:rPr>
                <w:rFonts w:ascii="Calibri" w:hAnsi="Calibri"/>
                <w:sz w:val="18"/>
              </w:rPr>
              <w:lastRenderedPageBreak/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súvisiacu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organizovaním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stretnutia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navrhnúť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naplánovať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spoločné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stretnutie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dohodnúť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spoločných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aktivitách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termíne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stretnutia</w:t>
            </w:r>
            <w:proofErr w:type="spellEnd"/>
          </w:p>
        </w:tc>
        <w:tc>
          <w:tcPr>
            <w:tcW w:w="1668" w:type="dxa"/>
          </w:tcPr>
          <w:p w14:paraId="326514C1" w14:textId="77777777" w:rsidR="000F4E4E" w:rsidRDefault="000F4E4E"/>
        </w:tc>
        <w:tc>
          <w:tcPr>
            <w:tcW w:w="1638" w:type="dxa"/>
          </w:tcPr>
          <w:p w14:paraId="6AD9F858" w14:textId="77777777" w:rsidR="000F4E4E" w:rsidRDefault="000F4E4E"/>
        </w:tc>
        <w:tc>
          <w:tcPr>
            <w:tcW w:w="1507" w:type="dxa"/>
          </w:tcPr>
          <w:p w14:paraId="471925B4" w14:textId="77777777" w:rsidR="000F4E4E" w:rsidRDefault="000F4E4E"/>
        </w:tc>
        <w:tc>
          <w:tcPr>
            <w:tcW w:w="1553" w:type="dxa"/>
          </w:tcPr>
          <w:p w14:paraId="2AC84D39" w14:textId="77777777" w:rsidR="000F4E4E" w:rsidRDefault="000F4E4E"/>
        </w:tc>
      </w:tr>
      <w:tr w:rsidR="000F4E4E" w14:paraId="43266180" w14:textId="77777777" w:rsidTr="009C1543">
        <w:tc>
          <w:tcPr>
            <w:tcW w:w="924" w:type="dxa"/>
          </w:tcPr>
          <w:p w14:paraId="2DCB4116" w14:textId="77777777" w:rsidR="000F4E4E" w:rsidRDefault="000F4E4E">
            <w:r>
              <w:rPr>
                <w:rFonts w:ascii="Calibri" w:hAnsi="Calibri"/>
                <w:sz w:val="18"/>
              </w:rPr>
              <w:t>24</w:t>
            </w:r>
          </w:p>
        </w:tc>
        <w:tc>
          <w:tcPr>
            <w:tcW w:w="932" w:type="dxa"/>
          </w:tcPr>
          <w:p w14:paraId="698CB425" w14:textId="77777777" w:rsidR="000F4E4E" w:rsidRDefault="000F4E4E">
            <w:r>
              <w:rPr>
                <w:rFonts w:ascii="Calibri" w:hAnsi="Calibri"/>
                <w:sz w:val="18"/>
              </w:rPr>
              <w:t>93</w:t>
            </w:r>
          </w:p>
        </w:tc>
        <w:tc>
          <w:tcPr>
            <w:tcW w:w="1796" w:type="dxa"/>
          </w:tcPr>
          <w:p w14:paraId="55E7D066" w14:textId="77777777" w:rsidR="000F4E4E" w:rsidRDefault="000F4E4E">
            <w:r>
              <w:rPr>
                <w:rFonts w:ascii="Calibri" w:hAnsi="Calibri"/>
                <w:sz w:val="18"/>
              </w:rPr>
              <w:t>9B</w:t>
            </w:r>
          </w:p>
        </w:tc>
        <w:tc>
          <w:tcPr>
            <w:tcW w:w="2227" w:type="dxa"/>
          </w:tcPr>
          <w:p w14:paraId="3932B48B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slovné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spojenia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súvisiace</w:t>
            </w:r>
            <w:proofErr w:type="spellEnd"/>
            <w:r>
              <w:rPr>
                <w:rFonts w:ascii="Calibri" w:hAnsi="Calibri"/>
                <w:sz w:val="18"/>
              </w:rPr>
              <w:t xml:space="preserve"> so </w:t>
            </w:r>
            <w:proofErr w:type="spellStart"/>
            <w:r>
              <w:rPr>
                <w:rFonts w:ascii="Calibri" w:hAnsi="Calibri"/>
                <w:sz w:val="18"/>
              </w:rPr>
              <w:t>vzdelávaním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gramatika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plný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holý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infinitív</w:t>
            </w:r>
            <w:proofErr w:type="spellEnd"/>
          </w:p>
        </w:tc>
        <w:tc>
          <w:tcPr>
            <w:tcW w:w="2451" w:type="dxa"/>
          </w:tcPr>
          <w:p w14:paraId="69450A04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kolokácie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súvisiace</w:t>
            </w:r>
            <w:proofErr w:type="spellEnd"/>
            <w:r>
              <w:rPr>
                <w:rFonts w:ascii="Calibri" w:hAnsi="Calibri"/>
                <w:sz w:val="18"/>
              </w:rPr>
              <w:t xml:space="preserve"> so </w:t>
            </w:r>
            <w:proofErr w:type="spellStart"/>
            <w:r>
              <w:rPr>
                <w:rFonts w:ascii="Calibri" w:hAnsi="Calibri"/>
                <w:sz w:val="18"/>
              </w:rPr>
              <w:t>vzdelávaním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bežných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rozlišovať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používanie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plného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holého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infinitívu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vzdelávaní</w:t>
            </w:r>
            <w:proofErr w:type="spellEnd"/>
          </w:p>
        </w:tc>
        <w:tc>
          <w:tcPr>
            <w:tcW w:w="1668" w:type="dxa"/>
          </w:tcPr>
          <w:p w14:paraId="189E2D46" w14:textId="77777777" w:rsidR="000F4E4E" w:rsidRDefault="000F4E4E">
            <w:r>
              <w:rPr>
                <w:rFonts w:ascii="Calibri" w:hAnsi="Calibri"/>
                <w:sz w:val="18"/>
              </w:rPr>
              <w:t>Full infinitive</w:t>
            </w:r>
            <w:r>
              <w:rPr>
                <w:rFonts w:ascii="Calibri" w:hAnsi="Calibri"/>
                <w:sz w:val="18"/>
              </w:rPr>
              <w:br/>
              <w:t>Bare infinitive</w:t>
            </w:r>
          </w:p>
        </w:tc>
        <w:tc>
          <w:tcPr>
            <w:tcW w:w="1638" w:type="dxa"/>
          </w:tcPr>
          <w:p w14:paraId="073B868A" w14:textId="77777777" w:rsidR="000F4E4E" w:rsidRDefault="000F4E4E">
            <w:r>
              <w:rPr>
                <w:rFonts w:ascii="Calibri" w:hAnsi="Calibri"/>
                <w:sz w:val="18"/>
              </w:rPr>
              <w:t>Collocations related to education</w:t>
            </w:r>
          </w:p>
        </w:tc>
        <w:tc>
          <w:tcPr>
            <w:tcW w:w="1507" w:type="dxa"/>
          </w:tcPr>
          <w:p w14:paraId="11A500C7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021B7EF4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Kvalitné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vzdelávanie</w:t>
            </w:r>
            <w:proofErr w:type="spellEnd"/>
          </w:p>
        </w:tc>
      </w:tr>
      <w:tr w:rsidR="000F4E4E" w14:paraId="138D96CB" w14:textId="77777777" w:rsidTr="009C1543">
        <w:tc>
          <w:tcPr>
            <w:tcW w:w="924" w:type="dxa"/>
          </w:tcPr>
          <w:p w14:paraId="32775513" w14:textId="77777777" w:rsidR="000F4E4E" w:rsidRDefault="000F4E4E"/>
        </w:tc>
        <w:tc>
          <w:tcPr>
            <w:tcW w:w="932" w:type="dxa"/>
          </w:tcPr>
          <w:p w14:paraId="2707911F" w14:textId="77777777" w:rsidR="000F4E4E" w:rsidRDefault="000F4E4E">
            <w:r>
              <w:rPr>
                <w:rFonts w:ascii="Calibri" w:hAnsi="Calibri"/>
                <w:sz w:val="18"/>
              </w:rPr>
              <w:t>94</w:t>
            </w:r>
          </w:p>
        </w:tc>
        <w:tc>
          <w:tcPr>
            <w:tcW w:w="1796" w:type="dxa"/>
          </w:tcPr>
          <w:p w14:paraId="68571638" w14:textId="77777777" w:rsidR="000F4E4E" w:rsidRDefault="000F4E4E">
            <w:r>
              <w:rPr>
                <w:rFonts w:ascii="Calibri" w:hAnsi="Calibri"/>
                <w:sz w:val="18"/>
              </w:rPr>
              <w:t>9B</w:t>
            </w:r>
          </w:p>
        </w:tc>
        <w:tc>
          <w:tcPr>
            <w:tcW w:w="2227" w:type="dxa"/>
          </w:tcPr>
          <w:p w14:paraId="6FFC58E1" w14:textId="77777777" w:rsidR="000F4E4E" w:rsidRDefault="000F4E4E">
            <w:proofErr w:type="spellStart"/>
            <w:proofErr w:type="gram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 s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skúsenosti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učením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angličtiny</w:t>
            </w:r>
            <w:proofErr w:type="spellEnd"/>
          </w:p>
        </w:tc>
        <w:tc>
          <w:tcPr>
            <w:tcW w:w="2451" w:type="dxa"/>
          </w:tcPr>
          <w:p w14:paraId="3EEA9737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hlavným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informáciám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skúsenostiach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učením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angličtiny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skúsenosti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učením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cudzieho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text </w:t>
            </w:r>
            <w:proofErr w:type="spellStart"/>
            <w:r>
              <w:rPr>
                <w:rFonts w:ascii="Calibri" w:hAnsi="Calibri"/>
                <w:sz w:val="18"/>
              </w:rPr>
              <w:t>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svojich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skúsenostiach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učením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angličtiny</w:t>
            </w:r>
            <w:proofErr w:type="spellEnd"/>
          </w:p>
        </w:tc>
        <w:tc>
          <w:tcPr>
            <w:tcW w:w="1668" w:type="dxa"/>
          </w:tcPr>
          <w:p w14:paraId="48B7ECFA" w14:textId="77777777" w:rsidR="000F4E4E" w:rsidRDefault="000F4E4E"/>
        </w:tc>
        <w:tc>
          <w:tcPr>
            <w:tcW w:w="1638" w:type="dxa"/>
          </w:tcPr>
          <w:p w14:paraId="530AFE0C" w14:textId="77777777" w:rsidR="000F4E4E" w:rsidRDefault="000F4E4E"/>
        </w:tc>
        <w:tc>
          <w:tcPr>
            <w:tcW w:w="1507" w:type="dxa"/>
          </w:tcPr>
          <w:p w14:paraId="67C0FA48" w14:textId="77777777" w:rsidR="000F4E4E" w:rsidRDefault="000F4E4E"/>
        </w:tc>
        <w:tc>
          <w:tcPr>
            <w:tcW w:w="1553" w:type="dxa"/>
          </w:tcPr>
          <w:p w14:paraId="714E99E2" w14:textId="77777777" w:rsidR="000F4E4E" w:rsidRDefault="000F4E4E"/>
        </w:tc>
      </w:tr>
      <w:tr w:rsidR="000F4E4E" w14:paraId="4C6451F9" w14:textId="77777777" w:rsidTr="009C1543">
        <w:tc>
          <w:tcPr>
            <w:tcW w:w="924" w:type="dxa"/>
          </w:tcPr>
          <w:p w14:paraId="39DEB2A7" w14:textId="77777777" w:rsidR="000F4E4E" w:rsidRDefault="000F4E4E"/>
        </w:tc>
        <w:tc>
          <w:tcPr>
            <w:tcW w:w="932" w:type="dxa"/>
          </w:tcPr>
          <w:p w14:paraId="2F788065" w14:textId="77777777" w:rsidR="000F4E4E" w:rsidRDefault="000F4E4E">
            <w:r>
              <w:rPr>
                <w:rFonts w:ascii="Calibri" w:hAnsi="Calibri"/>
                <w:sz w:val="18"/>
              </w:rPr>
              <w:t>95</w:t>
            </w:r>
          </w:p>
        </w:tc>
        <w:tc>
          <w:tcPr>
            <w:tcW w:w="1796" w:type="dxa"/>
          </w:tcPr>
          <w:p w14:paraId="3CE2605C" w14:textId="77777777" w:rsidR="000F4E4E" w:rsidRDefault="000F4E4E">
            <w:r>
              <w:rPr>
                <w:rFonts w:ascii="Calibri" w:hAnsi="Calibri"/>
                <w:sz w:val="18"/>
              </w:rPr>
              <w:t>9C</w:t>
            </w:r>
          </w:p>
        </w:tc>
        <w:tc>
          <w:tcPr>
            <w:tcW w:w="2227" w:type="dxa"/>
          </w:tcPr>
          <w:p w14:paraId="53976FB4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práca</w:t>
            </w:r>
            <w:proofErr w:type="spellEnd"/>
          </w:p>
        </w:tc>
        <w:tc>
          <w:tcPr>
            <w:tcW w:w="2451" w:type="dxa"/>
          </w:tcPr>
          <w:p w14:paraId="73A534C3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povolania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pracovné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práci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hovoriť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svojich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predstavách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budúcom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povolaní</w:t>
            </w:r>
            <w:proofErr w:type="spellEnd"/>
          </w:p>
        </w:tc>
        <w:tc>
          <w:tcPr>
            <w:tcW w:w="1668" w:type="dxa"/>
          </w:tcPr>
          <w:p w14:paraId="23E61E05" w14:textId="77777777" w:rsidR="000F4E4E" w:rsidRDefault="000F4E4E"/>
        </w:tc>
        <w:tc>
          <w:tcPr>
            <w:tcW w:w="1638" w:type="dxa"/>
          </w:tcPr>
          <w:p w14:paraId="4E1A5EFC" w14:textId="77777777" w:rsidR="000F4E4E" w:rsidRDefault="000F4E4E">
            <w:r>
              <w:rPr>
                <w:rFonts w:ascii="Calibri" w:hAnsi="Calibri"/>
                <w:sz w:val="18"/>
              </w:rPr>
              <w:t>Work</w:t>
            </w:r>
          </w:p>
        </w:tc>
        <w:tc>
          <w:tcPr>
            <w:tcW w:w="1507" w:type="dxa"/>
          </w:tcPr>
          <w:p w14:paraId="64BADA16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6F4D7773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Dobré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zdravie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kvalitný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Dôstojná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práca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hospodársky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rast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Opatrenia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oblasti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klímy</w:t>
            </w:r>
            <w:proofErr w:type="spellEnd"/>
          </w:p>
        </w:tc>
      </w:tr>
      <w:tr w:rsidR="000F4E4E" w14:paraId="5F4DE72E" w14:textId="77777777" w:rsidTr="009C1543">
        <w:tc>
          <w:tcPr>
            <w:tcW w:w="924" w:type="dxa"/>
          </w:tcPr>
          <w:p w14:paraId="3FA99054" w14:textId="77777777" w:rsidR="000F4E4E" w:rsidRDefault="000F4E4E"/>
        </w:tc>
        <w:tc>
          <w:tcPr>
            <w:tcW w:w="932" w:type="dxa"/>
          </w:tcPr>
          <w:p w14:paraId="6712BC4E" w14:textId="77777777" w:rsidR="000F4E4E" w:rsidRDefault="000F4E4E">
            <w:r>
              <w:rPr>
                <w:rFonts w:ascii="Calibri" w:hAnsi="Calibri"/>
                <w:sz w:val="18"/>
              </w:rPr>
              <w:t>96</w:t>
            </w:r>
          </w:p>
        </w:tc>
        <w:tc>
          <w:tcPr>
            <w:tcW w:w="1796" w:type="dxa"/>
          </w:tcPr>
          <w:p w14:paraId="54CEFBB7" w14:textId="77777777" w:rsidR="000F4E4E" w:rsidRDefault="000F4E4E">
            <w:r>
              <w:rPr>
                <w:rFonts w:ascii="Calibri" w:hAnsi="Calibri"/>
                <w:sz w:val="18"/>
              </w:rPr>
              <w:t>9C</w:t>
            </w:r>
          </w:p>
        </w:tc>
        <w:tc>
          <w:tcPr>
            <w:tcW w:w="2227" w:type="dxa"/>
          </w:tcPr>
          <w:p w14:paraId="239B6D3B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ing</w:t>
            </w:r>
            <w:proofErr w:type="spellEnd"/>
            <w:r>
              <w:rPr>
                <w:rFonts w:ascii="Calibri" w:hAnsi="Calibri"/>
                <w:sz w:val="18"/>
              </w:rPr>
              <w:t xml:space="preserve"> forma </w:t>
            </w:r>
            <w:proofErr w:type="spellStart"/>
            <w:r>
              <w:rPr>
                <w:rFonts w:ascii="Calibri" w:hAnsi="Calibri"/>
                <w:sz w:val="18"/>
              </w:rPr>
              <w:t>slovesa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práci</w:t>
            </w:r>
            <w:proofErr w:type="spellEnd"/>
          </w:p>
        </w:tc>
        <w:tc>
          <w:tcPr>
            <w:tcW w:w="2451" w:type="dxa"/>
          </w:tcPr>
          <w:p w14:paraId="1CBA2A6E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-</w:t>
            </w:r>
            <w:proofErr w:type="spellStart"/>
            <w:r>
              <w:rPr>
                <w:rFonts w:ascii="Calibri" w:hAnsi="Calibri"/>
                <w:sz w:val="18"/>
              </w:rPr>
              <w:t>ing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formu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slovesa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gramatických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kontextoch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hlavným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informáciám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rozhovore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práci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pracovné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činnosti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povinnosti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zásoby</w:t>
            </w:r>
            <w:proofErr w:type="spellEnd"/>
          </w:p>
        </w:tc>
        <w:tc>
          <w:tcPr>
            <w:tcW w:w="1668" w:type="dxa"/>
          </w:tcPr>
          <w:p w14:paraId="2CFA8811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ing</w:t>
            </w:r>
            <w:proofErr w:type="spellEnd"/>
            <w:r>
              <w:rPr>
                <w:rFonts w:ascii="Calibri" w:hAnsi="Calibri"/>
                <w:sz w:val="18"/>
              </w:rPr>
              <w:t xml:space="preserve"> form</w:t>
            </w:r>
          </w:p>
        </w:tc>
        <w:tc>
          <w:tcPr>
            <w:tcW w:w="1638" w:type="dxa"/>
          </w:tcPr>
          <w:p w14:paraId="2242C04E" w14:textId="77777777" w:rsidR="000F4E4E" w:rsidRDefault="000F4E4E"/>
        </w:tc>
        <w:tc>
          <w:tcPr>
            <w:tcW w:w="1507" w:type="dxa"/>
          </w:tcPr>
          <w:p w14:paraId="75D838CA" w14:textId="77777777" w:rsidR="000F4E4E" w:rsidRDefault="000F4E4E"/>
        </w:tc>
        <w:tc>
          <w:tcPr>
            <w:tcW w:w="1553" w:type="dxa"/>
          </w:tcPr>
          <w:p w14:paraId="03079007" w14:textId="77777777" w:rsidR="000F4E4E" w:rsidRDefault="000F4E4E"/>
        </w:tc>
      </w:tr>
      <w:tr w:rsidR="000F4E4E" w14:paraId="07DD108D" w14:textId="77777777" w:rsidTr="009C1543">
        <w:tc>
          <w:tcPr>
            <w:tcW w:w="924" w:type="dxa"/>
          </w:tcPr>
          <w:p w14:paraId="4AAAB59D" w14:textId="77777777" w:rsidR="000F4E4E" w:rsidRDefault="000F4E4E">
            <w:r>
              <w:rPr>
                <w:rFonts w:ascii="Calibri" w:hAnsi="Calibri"/>
                <w:sz w:val="18"/>
              </w:rPr>
              <w:t>25</w:t>
            </w:r>
          </w:p>
        </w:tc>
        <w:tc>
          <w:tcPr>
            <w:tcW w:w="932" w:type="dxa"/>
          </w:tcPr>
          <w:p w14:paraId="12062313" w14:textId="77777777" w:rsidR="000F4E4E" w:rsidRDefault="000F4E4E">
            <w:r>
              <w:rPr>
                <w:rFonts w:ascii="Calibri" w:hAnsi="Calibri"/>
                <w:sz w:val="18"/>
              </w:rPr>
              <w:t>97</w:t>
            </w:r>
          </w:p>
        </w:tc>
        <w:tc>
          <w:tcPr>
            <w:tcW w:w="1796" w:type="dxa"/>
          </w:tcPr>
          <w:p w14:paraId="107C5DFB" w14:textId="77777777" w:rsidR="000F4E4E" w:rsidRDefault="000F4E4E">
            <w:r>
              <w:rPr>
                <w:rFonts w:ascii="Calibri" w:hAnsi="Calibri"/>
                <w:sz w:val="18"/>
              </w:rPr>
              <w:t>9D</w:t>
            </w:r>
          </w:p>
        </w:tc>
        <w:tc>
          <w:tcPr>
            <w:tcW w:w="2227" w:type="dxa"/>
          </w:tcPr>
          <w:p w14:paraId="0E2E2401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plány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budúcnosti</w:t>
            </w:r>
            <w:proofErr w:type="spellEnd"/>
          </w:p>
        </w:tc>
        <w:tc>
          <w:tcPr>
            <w:tcW w:w="2451" w:type="dxa"/>
          </w:tcPr>
          <w:p w14:paraId="1B27E839" w14:textId="77777777" w:rsidR="000F4E4E" w:rsidRDefault="000F4E4E">
            <w:r>
              <w:rPr>
                <w:rFonts w:ascii="Calibri" w:hAnsi="Calibri"/>
                <w:sz w:val="18"/>
              </w:rPr>
              <w:lastRenderedPageBreak/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-</w:t>
            </w:r>
            <w:proofErr w:type="spellStart"/>
            <w:r>
              <w:rPr>
                <w:rFonts w:ascii="Calibri" w:hAnsi="Calibri"/>
                <w:sz w:val="18"/>
              </w:rPr>
              <w:t>ing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formu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slovesa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gramatických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kontextoch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hlavným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informáciám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rozhovore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práci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pracovné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činnosti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povinnosti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zásoby</w:t>
            </w:r>
            <w:proofErr w:type="spellEnd"/>
          </w:p>
        </w:tc>
        <w:tc>
          <w:tcPr>
            <w:tcW w:w="1668" w:type="dxa"/>
          </w:tcPr>
          <w:p w14:paraId="65048C7A" w14:textId="77777777" w:rsidR="000F4E4E" w:rsidRDefault="000F4E4E"/>
        </w:tc>
        <w:tc>
          <w:tcPr>
            <w:tcW w:w="1638" w:type="dxa"/>
          </w:tcPr>
          <w:p w14:paraId="7A8DFFE1" w14:textId="77777777" w:rsidR="000F4E4E" w:rsidRDefault="000F4E4E">
            <w:r>
              <w:rPr>
                <w:rFonts w:ascii="Calibri" w:hAnsi="Calibri"/>
                <w:sz w:val="18"/>
              </w:rPr>
              <w:t>Life events</w:t>
            </w:r>
          </w:p>
        </w:tc>
        <w:tc>
          <w:tcPr>
            <w:tcW w:w="1507" w:type="dxa"/>
          </w:tcPr>
          <w:p w14:paraId="349E5998" w14:textId="77777777" w:rsidR="000F4E4E" w:rsidRDefault="000F4E4E">
            <w:r>
              <w:rPr>
                <w:rFonts w:ascii="Calibri" w:hAnsi="Calibri"/>
                <w:sz w:val="18"/>
              </w:rPr>
              <w:t xml:space="preserve">Student’s book, multimedia </w:t>
            </w:r>
            <w:r>
              <w:rPr>
                <w:rFonts w:ascii="Calibri" w:hAnsi="Calibri"/>
                <w:sz w:val="18"/>
              </w:rPr>
              <w:lastRenderedPageBreak/>
              <w:t>material</w:t>
            </w:r>
          </w:p>
        </w:tc>
        <w:tc>
          <w:tcPr>
            <w:tcW w:w="1553" w:type="dxa"/>
          </w:tcPr>
          <w:p w14:paraId="39DFE3A0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lastRenderedPageBreak/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  <w:t xml:space="preserve">Mier, </w:t>
            </w:r>
            <w:proofErr w:type="spellStart"/>
            <w:r>
              <w:rPr>
                <w:rFonts w:ascii="Calibri" w:hAnsi="Calibri"/>
                <w:sz w:val="18"/>
              </w:rPr>
              <w:t>spravodlivosť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silné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inštitúcie</w:t>
            </w:r>
            <w:proofErr w:type="spellEnd"/>
          </w:p>
        </w:tc>
      </w:tr>
      <w:tr w:rsidR="000F4E4E" w14:paraId="531E412E" w14:textId="77777777" w:rsidTr="009C1543">
        <w:tc>
          <w:tcPr>
            <w:tcW w:w="924" w:type="dxa"/>
          </w:tcPr>
          <w:p w14:paraId="46D0B003" w14:textId="77777777" w:rsidR="000F4E4E" w:rsidRDefault="000F4E4E"/>
        </w:tc>
        <w:tc>
          <w:tcPr>
            <w:tcW w:w="932" w:type="dxa"/>
          </w:tcPr>
          <w:p w14:paraId="4EFD452C" w14:textId="77777777" w:rsidR="000F4E4E" w:rsidRDefault="000F4E4E">
            <w:r>
              <w:rPr>
                <w:rFonts w:ascii="Calibri" w:hAnsi="Calibri"/>
                <w:sz w:val="18"/>
              </w:rPr>
              <w:t>98</w:t>
            </w:r>
          </w:p>
        </w:tc>
        <w:tc>
          <w:tcPr>
            <w:tcW w:w="1796" w:type="dxa"/>
          </w:tcPr>
          <w:p w14:paraId="655379E8" w14:textId="77777777" w:rsidR="000F4E4E" w:rsidRDefault="000F4E4E">
            <w:r>
              <w:rPr>
                <w:rFonts w:ascii="Calibri" w:hAnsi="Calibri"/>
                <w:sz w:val="18"/>
              </w:rPr>
              <w:t>9D</w:t>
            </w:r>
          </w:p>
        </w:tc>
        <w:tc>
          <w:tcPr>
            <w:tcW w:w="2227" w:type="dxa"/>
          </w:tcPr>
          <w:p w14:paraId="4E7899B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blogový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príspevok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mojom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živote</w:t>
            </w:r>
            <w:proofErr w:type="spellEnd"/>
          </w:p>
        </w:tc>
        <w:tc>
          <w:tcPr>
            <w:tcW w:w="2451" w:type="dxa"/>
          </w:tcPr>
          <w:p w14:paraId="03ADD28F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blogovom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príspevku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usporiadať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myšlienky</w:t>
            </w:r>
            <w:proofErr w:type="spellEnd"/>
            <w:r>
              <w:rPr>
                <w:rFonts w:ascii="Calibri" w:hAnsi="Calibri"/>
                <w:sz w:val="18"/>
              </w:rPr>
              <w:t xml:space="preserve"> do </w:t>
            </w:r>
            <w:proofErr w:type="spellStart"/>
            <w:r>
              <w:rPr>
                <w:rFonts w:ascii="Calibri" w:hAnsi="Calibri"/>
                <w:sz w:val="18"/>
              </w:rPr>
              <w:t>logickej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štruktúry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textu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blogový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príspevok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svojom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živote</w:t>
            </w:r>
            <w:proofErr w:type="spellEnd"/>
          </w:p>
        </w:tc>
        <w:tc>
          <w:tcPr>
            <w:tcW w:w="1668" w:type="dxa"/>
          </w:tcPr>
          <w:p w14:paraId="3E735998" w14:textId="77777777" w:rsidR="000F4E4E" w:rsidRDefault="000F4E4E"/>
        </w:tc>
        <w:tc>
          <w:tcPr>
            <w:tcW w:w="1638" w:type="dxa"/>
          </w:tcPr>
          <w:p w14:paraId="6A40E50C" w14:textId="77777777" w:rsidR="000F4E4E" w:rsidRDefault="000F4E4E"/>
        </w:tc>
        <w:tc>
          <w:tcPr>
            <w:tcW w:w="1507" w:type="dxa"/>
          </w:tcPr>
          <w:p w14:paraId="569FEC7A" w14:textId="77777777" w:rsidR="000F4E4E" w:rsidRDefault="000F4E4E"/>
        </w:tc>
        <w:tc>
          <w:tcPr>
            <w:tcW w:w="1553" w:type="dxa"/>
          </w:tcPr>
          <w:p w14:paraId="503FEC78" w14:textId="77777777" w:rsidR="000F4E4E" w:rsidRDefault="000F4E4E"/>
        </w:tc>
      </w:tr>
      <w:tr w:rsidR="000F4E4E" w14:paraId="145F3D85" w14:textId="77777777" w:rsidTr="009C1543">
        <w:tc>
          <w:tcPr>
            <w:tcW w:w="924" w:type="dxa"/>
          </w:tcPr>
          <w:p w14:paraId="4AB77121" w14:textId="77777777" w:rsidR="000F4E4E" w:rsidRDefault="000F4E4E"/>
        </w:tc>
        <w:tc>
          <w:tcPr>
            <w:tcW w:w="932" w:type="dxa"/>
          </w:tcPr>
          <w:p w14:paraId="7A7BDCA5" w14:textId="77777777" w:rsidR="000F4E4E" w:rsidRDefault="000F4E4E">
            <w:r>
              <w:rPr>
                <w:rFonts w:ascii="Calibri" w:hAnsi="Calibri"/>
                <w:sz w:val="18"/>
              </w:rPr>
              <w:t>99</w:t>
            </w:r>
          </w:p>
        </w:tc>
        <w:tc>
          <w:tcPr>
            <w:tcW w:w="1796" w:type="dxa"/>
          </w:tcPr>
          <w:p w14:paraId="7CCCA817" w14:textId="77777777" w:rsidR="000F4E4E" w:rsidRDefault="000F4E4E">
            <w:r>
              <w:rPr>
                <w:rFonts w:ascii="Calibri" w:hAnsi="Calibri"/>
                <w:sz w:val="18"/>
              </w:rPr>
              <w:t>Review 9</w:t>
            </w:r>
            <w:r>
              <w:rPr>
                <w:rFonts w:ascii="Calibri" w:hAnsi="Calibri"/>
                <w:sz w:val="18"/>
              </w:rPr>
              <w:br/>
              <w:t>Self-evaluation</w:t>
            </w:r>
          </w:p>
        </w:tc>
        <w:tc>
          <w:tcPr>
            <w:tcW w:w="2227" w:type="dxa"/>
          </w:tcPr>
          <w:p w14:paraId="525967D3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Zhrnutie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  <w:r>
              <w:rPr>
                <w:rFonts w:ascii="Calibri" w:hAnsi="Calibri"/>
                <w:sz w:val="18"/>
              </w:rPr>
              <w:t xml:space="preserve"> 9, </w:t>
            </w:r>
            <w:proofErr w:type="spellStart"/>
            <w:r>
              <w:rPr>
                <w:rFonts w:ascii="Calibri" w:hAnsi="Calibri"/>
                <w:sz w:val="18"/>
              </w:rPr>
              <w:t>sebahodnotenie</w:t>
            </w:r>
            <w:proofErr w:type="spellEnd"/>
          </w:p>
        </w:tc>
        <w:tc>
          <w:tcPr>
            <w:tcW w:w="2451" w:type="dxa"/>
          </w:tcPr>
          <w:p w14:paraId="4AF0F207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upevniť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štruktúry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učení</w:t>
            </w:r>
            <w:proofErr w:type="spellEnd"/>
          </w:p>
        </w:tc>
        <w:tc>
          <w:tcPr>
            <w:tcW w:w="1668" w:type="dxa"/>
          </w:tcPr>
          <w:p w14:paraId="1881D15C" w14:textId="77777777" w:rsidR="000F4E4E" w:rsidRDefault="000F4E4E"/>
        </w:tc>
        <w:tc>
          <w:tcPr>
            <w:tcW w:w="1638" w:type="dxa"/>
          </w:tcPr>
          <w:p w14:paraId="47496F98" w14:textId="77777777" w:rsidR="000F4E4E" w:rsidRDefault="000F4E4E"/>
        </w:tc>
        <w:tc>
          <w:tcPr>
            <w:tcW w:w="1507" w:type="dxa"/>
          </w:tcPr>
          <w:p w14:paraId="674AE465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3F28F02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</w:p>
        </w:tc>
      </w:tr>
      <w:tr w:rsidR="000F4E4E" w14:paraId="5B0993AE" w14:textId="77777777" w:rsidTr="009C1543">
        <w:tc>
          <w:tcPr>
            <w:tcW w:w="924" w:type="dxa"/>
          </w:tcPr>
          <w:p w14:paraId="24C7C3D3" w14:textId="77777777" w:rsidR="000F4E4E" w:rsidRDefault="000F4E4E"/>
        </w:tc>
        <w:tc>
          <w:tcPr>
            <w:tcW w:w="932" w:type="dxa"/>
          </w:tcPr>
          <w:p w14:paraId="1EB04B73" w14:textId="77777777" w:rsidR="000F4E4E" w:rsidRDefault="000F4E4E">
            <w:r>
              <w:rPr>
                <w:rFonts w:ascii="Calibri" w:hAnsi="Calibri"/>
                <w:sz w:val="18"/>
              </w:rPr>
              <w:t>100</w:t>
            </w:r>
          </w:p>
        </w:tc>
        <w:tc>
          <w:tcPr>
            <w:tcW w:w="1796" w:type="dxa"/>
          </w:tcPr>
          <w:p w14:paraId="6C4B2D6D" w14:textId="77777777" w:rsidR="000F4E4E" w:rsidRDefault="000F4E4E">
            <w:r>
              <w:rPr>
                <w:rFonts w:ascii="Calibri" w:hAnsi="Calibri"/>
                <w:sz w:val="18"/>
              </w:rPr>
              <w:t>Test</w:t>
            </w:r>
          </w:p>
        </w:tc>
        <w:tc>
          <w:tcPr>
            <w:tcW w:w="2227" w:type="dxa"/>
          </w:tcPr>
          <w:p w14:paraId="1B1AA6B6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Hodnotenie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študentov</w:t>
            </w:r>
            <w:proofErr w:type="spellEnd"/>
          </w:p>
        </w:tc>
        <w:tc>
          <w:tcPr>
            <w:tcW w:w="2451" w:type="dxa"/>
          </w:tcPr>
          <w:p w14:paraId="687A4E2F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aplikovať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testových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porozumenie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</w:p>
        </w:tc>
        <w:tc>
          <w:tcPr>
            <w:tcW w:w="1668" w:type="dxa"/>
          </w:tcPr>
          <w:p w14:paraId="37165883" w14:textId="77777777" w:rsidR="000F4E4E" w:rsidRDefault="000F4E4E"/>
        </w:tc>
        <w:tc>
          <w:tcPr>
            <w:tcW w:w="1638" w:type="dxa"/>
          </w:tcPr>
          <w:p w14:paraId="6F4E6198" w14:textId="77777777" w:rsidR="000F4E4E" w:rsidRDefault="000F4E4E"/>
        </w:tc>
        <w:tc>
          <w:tcPr>
            <w:tcW w:w="1507" w:type="dxa"/>
          </w:tcPr>
          <w:p w14:paraId="2D02F36A" w14:textId="77777777" w:rsidR="000F4E4E" w:rsidRDefault="000F4E4E">
            <w:r>
              <w:rPr>
                <w:rFonts w:ascii="Calibri" w:hAnsi="Calibri"/>
                <w:sz w:val="18"/>
              </w:rPr>
              <w:t>Tests &amp; audio (downloadable from the Teacher’s assistant)</w:t>
            </w:r>
          </w:p>
        </w:tc>
        <w:tc>
          <w:tcPr>
            <w:tcW w:w="1553" w:type="dxa"/>
          </w:tcPr>
          <w:p w14:paraId="6540F243" w14:textId="77777777" w:rsidR="000F4E4E" w:rsidRDefault="000F4E4E"/>
        </w:tc>
      </w:tr>
      <w:tr w:rsidR="000F4E4E" w14:paraId="06B3C550" w14:textId="77777777" w:rsidTr="009C1543">
        <w:trPr>
          <w:trHeight w:val="379"/>
        </w:trPr>
        <w:tc>
          <w:tcPr>
            <w:tcW w:w="924" w:type="dxa"/>
          </w:tcPr>
          <w:p w14:paraId="1973661C" w14:textId="77777777" w:rsidR="000F4E4E" w:rsidRDefault="000F4E4E"/>
        </w:tc>
        <w:tc>
          <w:tcPr>
            <w:tcW w:w="932" w:type="dxa"/>
          </w:tcPr>
          <w:p w14:paraId="7B210939" w14:textId="77777777" w:rsidR="000F4E4E" w:rsidRDefault="000F4E4E"/>
        </w:tc>
        <w:tc>
          <w:tcPr>
            <w:tcW w:w="1796" w:type="dxa"/>
          </w:tcPr>
          <w:p w14:paraId="3D6BD3BB" w14:textId="77777777" w:rsidR="000F4E4E" w:rsidRDefault="000F4E4E"/>
        </w:tc>
        <w:tc>
          <w:tcPr>
            <w:tcW w:w="2227" w:type="dxa"/>
            <w:shd w:val="clear" w:color="auto" w:fill="FFFF00"/>
          </w:tcPr>
          <w:p w14:paraId="6CA688DE" w14:textId="77777777" w:rsidR="000F4E4E" w:rsidRPr="009C1543" w:rsidRDefault="000F4E4E">
            <w:pPr>
              <w:rPr>
                <w:b/>
                <w:bCs/>
              </w:rPr>
            </w:pPr>
            <w:r w:rsidRPr="009C1543">
              <w:rPr>
                <w:rFonts w:ascii="Calibri" w:hAnsi="Calibri"/>
                <w:b/>
                <w:bCs/>
                <w:sz w:val="18"/>
              </w:rPr>
              <w:t>Module 10: Oh, no!</w:t>
            </w:r>
          </w:p>
        </w:tc>
        <w:tc>
          <w:tcPr>
            <w:tcW w:w="2451" w:type="dxa"/>
            <w:shd w:val="clear" w:color="auto" w:fill="FFFF00"/>
          </w:tcPr>
          <w:p w14:paraId="4BDDA7FB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68" w:type="dxa"/>
            <w:shd w:val="clear" w:color="auto" w:fill="FFFF00"/>
          </w:tcPr>
          <w:p w14:paraId="1182216D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38" w:type="dxa"/>
            <w:shd w:val="clear" w:color="auto" w:fill="FFFF00"/>
          </w:tcPr>
          <w:p w14:paraId="484912E3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07" w:type="dxa"/>
            <w:shd w:val="clear" w:color="auto" w:fill="FFFF00"/>
          </w:tcPr>
          <w:p w14:paraId="36666276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53" w:type="dxa"/>
            <w:shd w:val="clear" w:color="auto" w:fill="FFFF00"/>
          </w:tcPr>
          <w:p w14:paraId="10DC1419" w14:textId="77777777" w:rsidR="000F4E4E" w:rsidRPr="009C1543" w:rsidRDefault="000F4E4E">
            <w:pPr>
              <w:rPr>
                <w:b/>
                <w:bCs/>
              </w:rPr>
            </w:pPr>
          </w:p>
        </w:tc>
      </w:tr>
      <w:tr w:rsidR="000F4E4E" w14:paraId="334E4FCA" w14:textId="77777777" w:rsidTr="009C1543">
        <w:tc>
          <w:tcPr>
            <w:tcW w:w="924" w:type="dxa"/>
          </w:tcPr>
          <w:p w14:paraId="39A53999" w14:textId="77777777" w:rsidR="000F4E4E" w:rsidRDefault="000F4E4E">
            <w:r>
              <w:rPr>
                <w:rFonts w:ascii="Calibri" w:hAnsi="Calibri"/>
                <w:sz w:val="18"/>
              </w:rPr>
              <w:t>26</w:t>
            </w:r>
          </w:p>
        </w:tc>
        <w:tc>
          <w:tcPr>
            <w:tcW w:w="932" w:type="dxa"/>
          </w:tcPr>
          <w:p w14:paraId="129F6A84" w14:textId="77777777" w:rsidR="000F4E4E" w:rsidRDefault="000F4E4E">
            <w:r>
              <w:rPr>
                <w:rFonts w:ascii="Calibri" w:hAnsi="Calibri"/>
                <w:sz w:val="18"/>
              </w:rPr>
              <w:t>101</w:t>
            </w:r>
          </w:p>
        </w:tc>
        <w:tc>
          <w:tcPr>
            <w:tcW w:w="1796" w:type="dxa"/>
          </w:tcPr>
          <w:p w14:paraId="08C60BD2" w14:textId="77777777" w:rsidR="000F4E4E" w:rsidRDefault="000F4E4E">
            <w:r>
              <w:rPr>
                <w:rFonts w:ascii="Calibri" w:hAnsi="Calibri"/>
                <w:sz w:val="18"/>
              </w:rPr>
              <w:t>Cover page module 10</w:t>
            </w:r>
            <w:r>
              <w:rPr>
                <w:rFonts w:ascii="Calibri" w:hAnsi="Calibri"/>
                <w:sz w:val="18"/>
              </w:rPr>
              <w:br/>
              <w:t>10A</w:t>
            </w:r>
          </w:p>
        </w:tc>
        <w:tc>
          <w:tcPr>
            <w:tcW w:w="2227" w:type="dxa"/>
          </w:tcPr>
          <w:p w14:paraId="30C01DC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časti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tela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gramatika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sloveso</w:t>
            </w:r>
            <w:proofErr w:type="spellEnd"/>
            <w:r>
              <w:rPr>
                <w:rFonts w:ascii="Calibri" w:hAnsi="Calibri"/>
                <w:sz w:val="18"/>
              </w:rPr>
              <w:t xml:space="preserve"> should</w:t>
            </w:r>
          </w:p>
        </w:tc>
        <w:tc>
          <w:tcPr>
            <w:tcW w:w="2451" w:type="dxa"/>
          </w:tcPr>
          <w:p w14:paraId="5544293F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oboznámiť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témou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predchádzajúce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tela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zdravotné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ťažkosti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ochorenia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hlavným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informáciám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počúvanom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zdravotných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problémoch</w:t>
            </w:r>
            <w:proofErr w:type="spellEnd"/>
          </w:p>
        </w:tc>
        <w:tc>
          <w:tcPr>
            <w:tcW w:w="1668" w:type="dxa"/>
          </w:tcPr>
          <w:p w14:paraId="32EF45AE" w14:textId="77777777" w:rsidR="000F4E4E" w:rsidRDefault="000F4E4E">
            <w:r>
              <w:rPr>
                <w:rFonts w:ascii="Calibri" w:hAnsi="Calibri"/>
                <w:sz w:val="18"/>
              </w:rPr>
              <w:t>The verb should</w:t>
            </w:r>
          </w:p>
        </w:tc>
        <w:tc>
          <w:tcPr>
            <w:tcW w:w="1638" w:type="dxa"/>
          </w:tcPr>
          <w:p w14:paraId="2050FE5A" w14:textId="77777777" w:rsidR="000F4E4E" w:rsidRDefault="000F4E4E">
            <w:r>
              <w:rPr>
                <w:rFonts w:ascii="Calibri" w:hAnsi="Calibri"/>
                <w:sz w:val="18"/>
              </w:rPr>
              <w:t>Parts of the body</w:t>
            </w:r>
            <w:r>
              <w:rPr>
                <w:rFonts w:ascii="Calibri" w:hAnsi="Calibri"/>
                <w:sz w:val="18"/>
              </w:rPr>
              <w:br/>
              <w:t>Ailments and illnesses</w:t>
            </w:r>
          </w:p>
        </w:tc>
        <w:tc>
          <w:tcPr>
            <w:tcW w:w="1507" w:type="dxa"/>
          </w:tcPr>
          <w:p w14:paraId="5E3A89E0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06C845A6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Dobré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zdravie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kvalitný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</w:t>
            </w:r>
            <w:proofErr w:type="spellEnd"/>
          </w:p>
        </w:tc>
      </w:tr>
      <w:tr w:rsidR="000F4E4E" w14:paraId="0B53B823" w14:textId="77777777" w:rsidTr="009C1543">
        <w:tc>
          <w:tcPr>
            <w:tcW w:w="924" w:type="dxa"/>
          </w:tcPr>
          <w:p w14:paraId="5E57BEAA" w14:textId="77777777" w:rsidR="000F4E4E" w:rsidRDefault="000F4E4E"/>
        </w:tc>
        <w:tc>
          <w:tcPr>
            <w:tcW w:w="932" w:type="dxa"/>
          </w:tcPr>
          <w:p w14:paraId="673A6821" w14:textId="77777777" w:rsidR="000F4E4E" w:rsidRDefault="000F4E4E">
            <w:r>
              <w:rPr>
                <w:rFonts w:ascii="Calibri" w:hAnsi="Calibri"/>
                <w:sz w:val="18"/>
              </w:rPr>
              <w:t>102</w:t>
            </w:r>
          </w:p>
        </w:tc>
        <w:tc>
          <w:tcPr>
            <w:tcW w:w="1796" w:type="dxa"/>
          </w:tcPr>
          <w:p w14:paraId="46B9BB2A" w14:textId="77777777" w:rsidR="000F4E4E" w:rsidRDefault="000F4E4E">
            <w:r>
              <w:rPr>
                <w:rFonts w:ascii="Calibri" w:hAnsi="Calibri"/>
                <w:sz w:val="18"/>
              </w:rPr>
              <w:t>10A</w:t>
            </w:r>
          </w:p>
        </w:tc>
        <w:tc>
          <w:tcPr>
            <w:tcW w:w="2227" w:type="dxa"/>
          </w:tcPr>
          <w:p w14:paraId="5E4E19CA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rady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odporúčania</w:t>
            </w:r>
            <w:proofErr w:type="spellEnd"/>
          </w:p>
        </w:tc>
        <w:tc>
          <w:tcPr>
            <w:tcW w:w="2451" w:type="dxa"/>
          </w:tcPr>
          <w:p w14:paraId="75404AEC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požiadať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radu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bežných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poskytovať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rady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odporúčania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slovesa</w:t>
            </w:r>
            <w:proofErr w:type="spellEnd"/>
            <w:r>
              <w:rPr>
                <w:rFonts w:ascii="Calibri" w:hAnsi="Calibri"/>
                <w:sz w:val="18"/>
              </w:rPr>
              <w:t xml:space="preserve"> should •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odporúčania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primeraným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spôsobom</w:t>
            </w:r>
            <w:proofErr w:type="spellEnd"/>
          </w:p>
        </w:tc>
        <w:tc>
          <w:tcPr>
            <w:tcW w:w="1668" w:type="dxa"/>
          </w:tcPr>
          <w:p w14:paraId="3E873932" w14:textId="77777777" w:rsidR="000F4E4E" w:rsidRDefault="000F4E4E"/>
        </w:tc>
        <w:tc>
          <w:tcPr>
            <w:tcW w:w="1638" w:type="dxa"/>
          </w:tcPr>
          <w:p w14:paraId="64A9F792" w14:textId="77777777" w:rsidR="000F4E4E" w:rsidRDefault="000F4E4E"/>
        </w:tc>
        <w:tc>
          <w:tcPr>
            <w:tcW w:w="1507" w:type="dxa"/>
          </w:tcPr>
          <w:p w14:paraId="678B9605" w14:textId="77777777" w:rsidR="000F4E4E" w:rsidRDefault="000F4E4E"/>
        </w:tc>
        <w:tc>
          <w:tcPr>
            <w:tcW w:w="1553" w:type="dxa"/>
          </w:tcPr>
          <w:p w14:paraId="710732ED" w14:textId="77777777" w:rsidR="000F4E4E" w:rsidRDefault="000F4E4E"/>
        </w:tc>
      </w:tr>
      <w:tr w:rsidR="000F4E4E" w14:paraId="37BA3DBA" w14:textId="77777777" w:rsidTr="009C1543">
        <w:tc>
          <w:tcPr>
            <w:tcW w:w="924" w:type="dxa"/>
          </w:tcPr>
          <w:p w14:paraId="25CBBB6E" w14:textId="77777777" w:rsidR="000F4E4E" w:rsidRDefault="000F4E4E"/>
        </w:tc>
        <w:tc>
          <w:tcPr>
            <w:tcW w:w="932" w:type="dxa"/>
          </w:tcPr>
          <w:p w14:paraId="13E244F4" w14:textId="77777777" w:rsidR="000F4E4E" w:rsidRDefault="000F4E4E">
            <w:r>
              <w:rPr>
                <w:rFonts w:ascii="Calibri" w:hAnsi="Calibri"/>
                <w:sz w:val="18"/>
              </w:rPr>
              <w:t>103</w:t>
            </w:r>
          </w:p>
        </w:tc>
        <w:tc>
          <w:tcPr>
            <w:tcW w:w="1796" w:type="dxa"/>
          </w:tcPr>
          <w:p w14:paraId="6A7BFDE2" w14:textId="77777777" w:rsidR="000F4E4E" w:rsidRDefault="000F4E4E">
            <w:r>
              <w:rPr>
                <w:rFonts w:ascii="Calibri" w:hAnsi="Calibri"/>
                <w:sz w:val="18"/>
              </w:rPr>
              <w:t>10B</w:t>
            </w:r>
          </w:p>
        </w:tc>
        <w:tc>
          <w:tcPr>
            <w:tcW w:w="2227" w:type="dxa"/>
          </w:tcPr>
          <w:p w14:paraId="31C7BE9D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gramatika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minulý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priebehový</w:t>
            </w:r>
            <w:proofErr w:type="spellEnd"/>
          </w:p>
        </w:tc>
        <w:tc>
          <w:tcPr>
            <w:tcW w:w="2451" w:type="dxa"/>
          </w:tcPr>
          <w:p w14:paraId="56E85C0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rozlišovať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ukončené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prebiehajúce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deje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minulosti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minulý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priebehový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opise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minulých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udalostiach</w:t>
            </w:r>
            <w:proofErr w:type="spellEnd"/>
            <w:r>
              <w:rPr>
                <w:rFonts w:ascii="Calibri" w:hAnsi="Calibri"/>
                <w:sz w:val="18"/>
              </w:rPr>
              <w:t xml:space="preserve"> z </w:t>
            </w:r>
            <w:proofErr w:type="spellStart"/>
            <w:r>
              <w:rPr>
                <w:rFonts w:ascii="Calibri" w:hAnsi="Calibri"/>
                <w:sz w:val="18"/>
              </w:rPr>
              <w:t>minulosti</w:t>
            </w:r>
            <w:proofErr w:type="spellEnd"/>
          </w:p>
        </w:tc>
        <w:tc>
          <w:tcPr>
            <w:tcW w:w="1668" w:type="dxa"/>
          </w:tcPr>
          <w:p w14:paraId="2B1EA3CD" w14:textId="77777777" w:rsidR="000F4E4E" w:rsidRDefault="000F4E4E">
            <w:r>
              <w:rPr>
                <w:rFonts w:ascii="Calibri" w:hAnsi="Calibri"/>
                <w:sz w:val="18"/>
              </w:rPr>
              <w:t>Past Progressive</w:t>
            </w:r>
          </w:p>
        </w:tc>
        <w:tc>
          <w:tcPr>
            <w:tcW w:w="1638" w:type="dxa"/>
          </w:tcPr>
          <w:p w14:paraId="517EB89A" w14:textId="77777777" w:rsidR="000F4E4E" w:rsidRDefault="000F4E4E">
            <w:r>
              <w:rPr>
                <w:rFonts w:ascii="Calibri" w:hAnsi="Calibri"/>
                <w:sz w:val="18"/>
              </w:rPr>
              <w:t>Crime</w:t>
            </w:r>
          </w:p>
        </w:tc>
        <w:tc>
          <w:tcPr>
            <w:tcW w:w="1507" w:type="dxa"/>
          </w:tcPr>
          <w:p w14:paraId="057CD094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205A6F12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</w:p>
        </w:tc>
      </w:tr>
      <w:tr w:rsidR="000F4E4E" w14:paraId="34DD50A8" w14:textId="77777777" w:rsidTr="009C1543">
        <w:tc>
          <w:tcPr>
            <w:tcW w:w="924" w:type="dxa"/>
          </w:tcPr>
          <w:p w14:paraId="7EDECBED" w14:textId="77777777" w:rsidR="000F4E4E" w:rsidRDefault="000F4E4E"/>
        </w:tc>
        <w:tc>
          <w:tcPr>
            <w:tcW w:w="932" w:type="dxa"/>
          </w:tcPr>
          <w:p w14:paraId="44424E9D" w14:textId="77777777" w:rsidR="000F4E4E" w:rsidRDefault="000F4E4E">
            <w:r>
              <w:rPr>
                <w:rFonts w:ascii="Calibri" w:hAnsi="Calibri"/>
                <w:sz w:val="18"/>
              </w:rPr>
              <w:t>104</w:t>
            </w:r>
          </w:p>
        </w:tc>
        <w:tc>
          <w:tcPr>
            <w:tcW w:w="1796" w:type="dxa"/>
          </w:tcPr>
          <w:p w14:paraId="3ECEBF44" w14:textId="77777777" w:rsidR="000F4E4E" w:rsidRDefault="000F4E4E">
            <w:r>
              <w:rPr>
                <w:rFonts w:ascii="Calibri" w:hAnsi="Calibri"/>
                <w:sz w:val="18"/>
              </w:rPr>
              <w:t>10B</w:t>
            </w:r>
          </w:p>
        </w:tc>
        <w:tc>
          <w:tcPr>
            <w:tcW w:w="2227" w:type="dxa"/>
          </w:tcPr>
          <w:p w14:paraId="1C8C7291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precvičovanie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minulého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priebehového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čo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udielo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včera</w:t>
            </w:r>
            <w:proofErr w:type="spellEnd"/>
          </w:p>
        </w:tc>
        <w:tc>
          <w:tcPr>
            <w:tcW w:w="2451" w:type="dxa"/>
          </w:tcPr>
          <w:p w14:paraId="5313D681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minulý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priebehový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krátkom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ústnom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prejave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udalosti</w:t>
            </w:r>
            <w:proofErr w:type="spellEnd"/>
            <w:r>
              <w:rPr>
                <w:rFonts w:ascii="Calibri" w:hAnsi="Calibri"/>
                <w:sz w:val="18"/>
              </w:rPr>
              <w:t xml:space="preserve"> z </w:t>
            </w:r>
            <w:proofErr w:type="spellStart"/>
            <w:r>
              <w:rPr>
                <w:rFonts w:ascii="Calibri" w:hAnsi="Calibri"/>
                <w:sz w:val="18"/>
              </w:rPr>
              <w:t>predchádzajúceho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dňa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minulých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činnostiach</w:t>
            </w:r>
            <w:proofErr w:type="spellEnd"/>
          </w:p>
        </w:tc>
        <w:tc>
          <w:tcPr>
            <w:tcW w:w="1668" w:type="dxa"/>
          </w:tcPr>
          <w:p w14:paraId="3B18E4B0" w14:textId="77777777" w:rsidR="000F4E4E" w:rsidRDefault="000F4E4E"/>
        </w:tc>
        <w:tc>
          <w:tcPr>
            <w:tcW w:w="1638" w:type="dxa"/>
          </w:tcPr>
          <w:p w14:paraId="4509F4E6" w14:textId="77777777" w:rsidR="000F4E4E" w:rsidRDefault="000F4E4E"/>
        </w:tc>
        <w:tc>
          <w:tcPr>
            <w:tcW w:w="1507" w:type="dxa"/>
          </w:tcPr>
          <w:p w14:paraId="2A0507E7" w14:textId="77777777" w:rsidR="000F4E4E" w:rsidRDefault="000F4E4E"/>
        </w:tc>
        <w:tc>
          <w:tcPr>
            <w:tcW w:w="1553" w:type="dxa"/>
          </w:tcPr>
          <w:p w14:paraId="1E0CF56C" w14:textId="77777777" w:rsidR="000F4E4E" w:rsidRDefault="000F4E4E"/>
        </w:tc>
      </w:tr>
      <w:tr w:rsidR="000F4E4E" w14:paraId="6485DD79" w14:textId="77777777" w:rsidTr="009C1543">
        <w:tc>
          <w:tcPr>
            <w:tcW w:w="924" w:type="dxa"/>
          </w:tcPr>
          <w:p w14:paraId="296C1560" w14:textId="77777777" w:rsidR="000F4E4E" w:rsidRDefault="000F4E4E">
            <w:r>
              <w:rPr>
                <w:rFonts w:ascii="Calibri" w:hAnsi="Calibri"/>
                <w:sz w:val="18"/>
              </w:rPr>
              <w:t>27</w:t>
            </w:r>
          </w:p>
        </w:tc>
        <w:tc>
          <w:tcPr>
            <w:tcW w:w="932" w:type="dxa"/>
          </w:tcPr>
          <w:p w14:paraId="327CBD45" w14:textId="77777777" w:rsidR="000F4E4E" w:rsidRDefault="000F4E4E">
            <w:r>
              <w:rPr>
                <w:rFonts w:ascii="Calibri" w:hAnsi="Calibri"/>
                <w:sz w:val="18"/>
              </w:rPr>
              <w:t>105</w:t>
            </w:r>
          </w:p>
        </w:tc>
        <w:tc>
          <w:tcPr>
            <w:tcW w:w="1796" w:type="dxa"/>
          </w:tcPr>
          <w:p w14:paraId="7675DF26" w14:textId="77777777" w:rsidR="000F4E4E" w:rsidRDefault="000F4E4E">
            <w:r>
              <w:rPr>
                <w:rFonts w:ascii="Calibri" w:hAnsi="Calibri"/>
                <w:sz w:val="18"/>
              </w:rPr>
              <w:t>10C</w:t>
            </w:r>
          </w:p>
        </w:tc>
        <w:tc>
          <w:tcPr>
            <w:tcW w:w="2227" w:type="dxa"/>
          </w:tcPr>
          <w:p w14:paraId="22FEA1E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nehody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2451" w:type="dxa"/>
          </w:tcPr>
          <w:p w14:paraId="1D95E061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nehody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úrazy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situácie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spojené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bezpečnosťou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nehodách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nehodu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úraz</w:t>
            </w:r>
            <w:proofErr w:type="spellEnd"/>
          </w:p>
        </w:tc>
        <w:tc>
          <w:tcPr>
            <w:tcW w:w="1668" w:type="dxa"/>
          </w:tcPr>
          <w:p w14:paraId="19CDAB54" w14:textId="77777777" w:rsidR="000F4E4E" w:rsidRDefault="000F4E4E"/>
        </w:tc>
        <w:tc>
          <w:tcPr>
            <w:tcW w:w="1638" w:type="dxa"/>
          </w:tcPr>
          <w:p w14:paraId="023270F0" w14:textId="77777777" w:rsidR="000F4E4E" w:rsidRDefault="000F4E4E">
            <w:r>
              <w:rPr>
                <w:rFonts w:ascii="Calibri" w:hAnsi="Calibri"/>
                <w:sz w:val="18"/>
              </w:rPr>
              <w:t>Accidents</w:t>
            </w:r>
          </w:p>
        </w:tc>
        <w:tc>
          <w:tcPr>
            <w:tcW w:w="1507" w:type="dxa"/>
          </w:tcPr>
          <w:p w14:paraId="64235C3C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3B965AB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Dobré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zdravie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kvalitný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</w:t>
            </w:r>
            <w:proofErr w:type="spellEnd"/>
          </w:p>
        </w:tc>
      </w:tr>
      <w:tr w:rsidR="000F4E4E" w14:paraId="24C24864" w14:textId="77777777" w:rsidTr="009C1543">
        <w:tc>
          <w:tcPr>
            <w:tcW w:w="924" w:type="dxa"/>
          </w:tcPr>
          <w:p w14:paraId="7E8E60AA" w14:textId="77777777" w:rsidR="000F4E4E" w:rsidRDefault="000F4E4E"/>
        </w:tc>
        <w:tc>
          <w:tcPr>
            <w:tcW w:w="932" w:type="dxa"/>
          </w:tcPr>
          <w:p w14:paraId="371F67AC" w14:textId="77777777" w:rsidR="000F4E4E" w:rsidRDefault="000F4E4E">
            <w:r>
              <w:rPr>
                <w:rFonts w:ascii="Calibri" w:hAnsi="Calibri"/>
                <w:sz w:val="18"/>
              </w:rPr>
              <w:t>106</w:t>
            </w:r>
          </w:p>
        </w:tc>
        <w:tc>
          <w:tcPr>
            <w:tcW w:w="1796" w:type="dxa"/>
          </w:tcPr>
          <w:p w14:paraId="4AD90C86" w14:textId="77777777" w:rsidR="000F4E4E" w:rsidRDefault="000F4E4E">
            <w:r>
              <w:rPr>
                <w:rFonts w:ascii="Calibri" w:hAnsi="Calibri"/>
                <w:sz w:val="18"/>
              </w:rPr>
              <w:t>10C</w:t>
            </w:r>
          </w:p>
        </w:tc>
        <w:tc>
          <w:tcPr>
            <w:tcW w:w="2227" w:type="dxa"/>
          </w:tcPr>
          <w:p w14:paraId="03C23EC2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minulý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priebehový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časové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vety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opis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úrazu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nehody</w:t>
            </w:r>
            <w:proofErr w:type="spellEnd"/>
          </w:p>
        </w:tc>
        <w:tc>
          <w:tcPr>
            <w:tcW w:w="2451" w:type="dxa"/>
          </w:tcPr>
          <w:p w14:paraId="4DEE564B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rozlišovať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používanie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minulého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jednoduchého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minulého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priebehového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spojky</w:t>
            </w:r>
            <w:proofErr w:type="spellEnd"/>
            <w:r>
              <w:rPr>
                <w:rFonts w:ascii="Calibri" w:hAnsi="Calibri"/>
                <w:sz w:val="18"/>
              </w:rPr>
              <w:t xml:space="preserve"> when a while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rozprávaní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minulých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udalostiach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úraz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nehodu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krátkom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ústnom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písomnom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prejave</w:t>
            </w:r>
            <w:proofErr w:type="spellEnd"/>
          </w:p>
        </w:tc>
        <w:tc>
          <w:tcPr>
            <w:tcW w:w="1668" w:type="dxa"/>
          </w:tcPr>
          <w:p w14:paraId="4B714F77" w14:textId="77777777" w:rsidR="000F4E4E" w:rsidRDefault="000F4E4E">
            <w:r>
              <w:rPr>
                <w:rFonts w:ascii="Calibri" w:hAnsi="Calibri"/>
                <w:sz w:val="18"/>
              </w:rPr>
              <w:t>Past Simple - Past Progressive</w:t>
            </w:r>
            <w:r>
              <w:rPr>
                <w:rFonts w:ascii="Calibri" w:hAnsi="Calibri"/>
                <w:sz w:val="18"/>
              </w:rPr>
              <w:br/>
              <w:t>Time clauses (when, while)</w:t>
            </w:r>
          </w:p>
        </w:tc>
        <w:tc>
          <w:tcPr>
            <w:tcW w:w="1638" w:type="dxa"/>
          </w:tcPr>
          <w:p w14:paraId="5502685D" w14:textId="77777777" w:rsidR="000F4E4E" w:rsidRDefault="000F4E4E"/>
        </w:tc>
        <w:tc>
          <w:tcPr>
            <w:tcW w:w="1507" w:type="dxa"/>
          </w:tcPr>
          <w:p w14:paraId="586A9359" w14:textId="77777777" w:rsidR="000F4E4E" w:rsidRDefault="000F4E4E"/>
        </w:tc>
        <w:tc>
          <w:tcPr>
            <w:tcW w:w="1553" w:type="dxa"/>
          </w:tcPr>
          <w:p w14:paraId="0BA395D3" w14:textId="77777777" w:rsidR="000F4E4E" w:rsidRDefault="000F4E4E"/>
        </w:tc>
      </w:tr>
      <w:tr w:rsidR="000F4E4E" w14:paraId="70A92CF7" w14:textId="77777777" w:rsidTr="009C1543">
        <w:tc>
          <w:tcPr>
            <w:tcW w:w="924" w:type="dxa"/>
          </w:tcPr>
          <w:p w14:paraId="4C5FEBCF" w14:textId="77777777" w:rsidR="000F4E4E" w:rsidRDefault="000F4E4E"/>
        </w:tc>
        <w:tc>
          <w:tcPr>
            <w:tcW w:w="932" w:type="dxa"/>
          </w:tcPr>
          <w:p w14:paraId="16E648FB" w14:textId="77777777" w:rsidR="000F4E4E" w:rsidRDefault="000F4E4E">
            <w:r>
              <w:rPr>
                <w:rFonts w:ascii="Calibri" w:hAnsi="Calibri"/>
                <w:sz w:val="18"/>
              </w:rPr>
              <w:t>107</w:t>
            </w:r>
          </w:p>
        </w:tc>
        <w:tc>
          <w:tcPr>
            <w:tcW w:w="1796" w:type="dxa"/>
          </w:tcPr>
          <w:p w14:paraId="1B8A846D" w14:textId="77777777" w:rsidR="000F4E4E" w:rsidRDefault="000F4E4E">
            <w:r>
              <w:rPr>
                <w:rFonts w:ascii="Calibri" w:hAnsi="Calibri"/>
                <w:sz w:val="18"/>
              </w:rPr>
              <w:t>10D</w:t>
            </w:r>
          </w:p>
        </w:tc>
        <w:tc>
          <w:tcPr>
            <w:tcW w:w="2227" w:type="dxa"/>
          </w:tcPr>
          <w:p w14:paraId="2C0708C4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rady</w:t>
            </w:r>
            <w:proofErr w:type="spellEnd"/>
          </w:p>
        </w:tc>
        <w:tc>
          <w:tcPr>
            <w:tcW w:w="2451" w:type="dxa"/>
          </w:tcPr>
          <w:p w14:paraId="24E7FF67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hlavným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informáciám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poskytovaní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rád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spojovacie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výrazy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spájanie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myšlienok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formulovať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rady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odporúčania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bežných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komunikačných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situáciách</w:t>
            </w:r>
            <w:proofErr w:type="spellEnd"/>
          </w:p>
        </w:tc>
        <w:tc>
          <w:tcPr>
            <w:tcW w:w="1668" w:type="dxa"/>
          </w:tcPr>
          <w:p w14:paraId="733DCEBC" w14:textId="77777777" w:rsidR="000F4E4E" w:rsidRDefault="000F4E4E"/>
        </w:tc>
        <w:tc>
          <w:tcPr>
            <w:tcW w:w="1638" w:type="dxa"/>
          </w:tcPr>
          <w:p w14:paraId="2530E49B" w14:textId="77777777" w:rsidR="000F4E4E" w:rsidRDefault="000F4E4E">
            <w:r>
              <w:rPr>
                <w:rFonts w:ascii="Calibri" w:hAnsi="Calibri"/>
                <w:sz w:val="18"/>
              </w:rPr>
              <w:t>Linking words/phrases</w:t>
            </w:r>
          </w:p>
        </w:tc>
        <w:tc>
          <w:tcPr>
            <w:tcW w:w="1507" w:type="dxa"/>
          </w:tcPr>
          <w:p w14:paraId="5FBECDC5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35E8F900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Osobná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sociálna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zodpovednosť</w:t>
            </w:r>
            <w:proofErr w:type="spellEnd"/>
          </w:p>
        </w:tc>
      </w:tr>
      <w:tr w:rsidR="000F4E4E" w14:paraId="6300312A" w14:textId="77777777" w:rsidTr="009C1543">
        <w:tc>
          <w:tcPr>
            <w:tcW w:w="924" w:type="dxa"/>
          </w:tcPr>
          <w:p w14:paraId="252EFDD6" w14:textId="77777777" w:rsidR="000F4E4E" w:rsidRDefault="000F4E4E"/>
        </w:tc>
        <w:tc>
          <w:tcPr>
            <w:tcW w:w="932" w:type="dxa"/>
          </w:tcPr>
          <w:p w14:paraId="16CCC932" w14:textId="77777777" w:rsidR="000F4E4E" w:rsidRDefault="000F4E4E">
            <w:r>
              <w:rPr>
                <w:rFonts w:ascii="Calibri" w:hAnsi="Calibri"/>
                <w:sz w:val="18"/>
              </w:rPr>
              <w:t>108</w:t>
            </w:r>
          </w:p>
        </w:tc>
        <w:tc>
          <w:tcPr>
            <w:tcW w:w="1796" w:type="dxa"/>
          </w:tcPr>
          <w:p w14:paraId="494F3D75" w14:textId="77777777" w:rsidR="000F4E4E" w:rsidRDefault="000F4E4E">
            <w:r>
              <w:rPr>
                <w:rFonts w:ascii="Calibri" w:hAnsi="Calibri"/>
                <w:sz w:val="18"/>
              </w:rPr>
              <w:t>10D</w:t>
            </w:r>
          </w:p>
        </w:tc>
        <w:tc>
          <w:tcPr>
            <w:tcW w:w="2227" w:type="dxa"/>
          </w:tcPr>
          <w:p w14:paraId="7FF5977A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opis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problému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pýtanie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rady</w:t>
            </w:r>
            <w:proofErr w:type="spellEnd"/>
          </w:p>
        </w:tc>
        <w:tc>
          <w:tcPr>
            <w:tcW w:w="2451" w:type="dxa"/>
          </w:tcPr>
          <w:p w14:paraId="0BC12BB1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problémovou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situáciou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problém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požiadať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radu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text so </w:t>
            </w:r>
            <w:proofErr w:type="spellStart"/>
            <w:r>
              <w:rPr>
                <w:rFonts w:ascii="Calibri" w:hAnsi="Calibri"/>
                <w:sz w:val="18"/>
              </w:rPr>
              <w:t>žiadosťou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radu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odporúčaním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riešenia</w:t>
            </w:r>
            <w:proofErr w:type="spellEnd"/>
          </w:p>
        </w:tc>
        <w:tc>
          <w:tcPr>
            <w:tcW w:w="1668" w:type="dxa"/>
          </w:tcPr>
          <w:p w14:paraId="0CB5EF42" w14:textId="77777777" w:rsidR="000F4E4E" w:rsidRDefault="000F4E4E"/>
        </w:tc>
        <w:tc>
          <w:tcPr>
            <w:tcW w:w="1638" w:type="dxa"/>
          </w:tcPr>
          <w:p w14:paraId="3AA8752B" w14:textId="77777777" w:rsidR="000F4E4E" w:rsidRDefault="000F4E4E"/>
        </w:tc>
        <w:tc>
          <w:tcPr>
            <w:tcW w:w="1507" w:type="dxa"/>
          </w:tcPr>
          <w:p w14:paraId="6BA3C351" w14:textId="77777777" w:rsidR="000F4E4E" w:rsidRDefault="000F4E4E"/>
        </w:tc>
        <w:tc>
          <w:tcPr>
            <w:tcW w:w="1553" w:type="dxa"/>
          </w:tcPr>
          <w:p w14:paraId="0488EC52" w14:textId="77777777" w:rsidR="000F4E4E" w:rsidRDefault="000F4E4E"/>
        </w:tc>
      </w:tr>
      <w:tr w:rsidR="000F4E4E" w14:paraId="26986EB5" w14:textId="77777777" w:rsidTr="009C1543">
        <w:tc>
          <w:tcPr>
            <w:tcW w:w="924" w:type="dxa"/>
          </w:tcPr>
          <w:p w14:paraId="196B1205" w14:textId="77777777" w:rsidR="000F4E4E" w:rsidRDefault="000F4E4E">
            <w:r>
              <w:rPr>
                <w:rFonts w:ascii="Calibri" w:hAnsi="Calibri"/>
                <w:sz w:val="18"/>
              </w:rPr>
              <w:t>28</w:t>
            </w:r>
          </w:p>
        </w:tc>
        <w:tc>
          <w:tcPr>
            <w:tcW w:w="932" w:type="dxa"/>
          </w:tcPr>
          <w:p w14:paraId="3B9F03A9" w14:textId="77777777" w:rsidR="000F4E4E" w:rsidRDefault="000F4E4E">
            <w:r>
              <w:rPr>
                <w:rFonts w:ascii="Calibri" w:hAnsi="Calibri"/>
                <w:sz w:val="18"/>
              </w:rPr>
              <w:t>109</w:t>
            </w:r>
          </w:p>
        </w:tc>
        <w:tc>
          <w:tcPr>
            <w:tcW w:w="1796" w:type="dxa"/>
          </w:tcPr>
          <w:p w14:paraId="5E5C4CEC" w14:textId="77777777" w:rsidR="000F4E4E" w:rsidRDefault="000F4E4E">
            <w:r>
              <w:rPr>
                <w:rFonts w:ascii="Calibri" w:hAnsi="Calibri"/>
                <w:sz w:val="18"/>
              </w:rPr>
              <w:t>Review 10</w:t>
            </w:r>
            <w:r>
              <w:rPr>
                <w:rFonts w:ascii="Calibri" w:hAnsi="Calibri"/>
                <w:sz w:val="18"/>
              </w:rPr>
              <w:br/>
              <w:t>Self-evaluation</w:t>
            </w:r>
          </w:p>
        </w:tc>
        <w:tc>
          <w:tcPr>
            <w:tcW w:w="2227" w:type="dxa"/>
          </w:tcPr>
          <w:p w14:paraId="15FFF478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Zhrnutie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  <w:r>
              <w:rPr>
                <w:rFonts w:ascii="Calibri" w:hAnsi="Calibri"/>
                <w:sz w:val="18"/>
              </w:rPr>
              <w:t xml:space="preserve"> 10, </w:t>
            </w:r>
            <w:proofErr w:type="spellStart"/>
            <w:r>
              <w:rPr>
                <w:rFonts w:ascii="Calibri" w:hAnsi="Calibri"/>
                <w:sz w:val="18"/>
              </w:rPr>
              <w:t>sebahodnotenie</w:t>
            </w:r>
            <w:proofErr w:type="spellEnd"/>
          </w:p>
        </w:tc>
        <w:tc>
          <w:tcPr>
            <w:tcW w:w="2451" w:type="dxa"/>
          </w:tcPr>
          <w:p w14:paraId="1752674E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upevniť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štruktúry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učení</w:t>
            </w:r>
            <w:proofErr w:type="spellEnd"/>
          </w:p>
        </w:tc>
        <w:tc>
          <w:tcPr>
            <w:tcW w:w="1668" w:type="dxa"/>
          </w:tcPr>
          <w:p w14:paraId="4F51C84B" w14:textId="77777777" w:rsidR="000F4E4E" w:rsidRDefault="000F4E4E"/>
        </w:tc>
        <w:tc>
          <w:tcPr>
            <w:tcW w:w="1638" w:type="dxa"/>
          </w:tcPr>
          <w:p w14:paraId="0F7DBE7D" w14:textId="77777777" w:rsidR="000F4E4E" w:rsidRDefault="000F4E4E"/>
        </w:tc>
        <w:tc>
          <w:tcPr>
            <w:tcW w:w="1507" w:type="dxa"/>
          </w:tcPr>
          <w:p w14:paraId="660181B2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62D98405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</w:p>
        </w:tc>
      </w:tr>
      <w:tr w:rsidR="000F4E4E" w14:paraId="062DDFE0" w14:textId="77777777" w:rsidTr="009C1543">
        <w:tc>
          <w:tcPr>
            <w:tcW w:w="924" w:type="dxa"/>
          </w:tcPr>
          <w:p w14:paraId="40DBED1F" w14:textId="77777777" w:rsidR="000F4E4E" w:rsidRDefault="000F4E4E"/>
        </w:tc>
        <w:tc>
          <w:tcPr>
            <w:tcW w:w="932" w:type="dxa"/>
          </w:tcPr>
          <w:p w14:paraId="50249028" w14:textId="77777777" w:rsidR="000F4E4E" w:rsidRDefault="000F4E4E">
            <w:r>
              <w:rPr>
                <w:rFonts w:ascii="Calibri" w:hAnsi="Calibri"/>
                <w:sz w:val="18"/>
              </w:rPr>
              <w:t>110</w:t>
            </w:r>
          </w:p>
        </w:tc>
        <w:tc>
          <w:tcPr>
            <w:tcW w:w="1796" w:type="dxa"/>
          </w:tcPr>
          <w:p w14:paraId="25BB3CD4" w14:textId="77777777" w:rsidR="000F4E4E" w:rsidRDefault="000F4E4E">
            <w:r>
              <w:rPr>
                <w:rFonts w:ascii="Calibri" w:hAnsi="Calibri"/>
                <w:sz w:val="18"/>
              </w:rPr>
              <w:t xml:space="preserve">Task </w:t>
            </w:r>
            <w:proofErr w:type="gramStart"/>
            <w:r>
              <w:rPr>
                <w:rFonts w:ascii="Calibri" w:hAnsi="Calibri"/>
                <w:sz w:val="18"/>
              </w:rPr>
              <w:t>5,  modules</w:t>
            </w:r>
            <w:proofErr w:type="gramEnd"/>
            <w:r>
              <w:rPr>
                <w:rFonts w:ascii="Calibri" w:hAnsi="Calibri"/>
                <w:sz w:val="18"/>
              </w:rPr>
              <w:t xml:space="preserve"> 9-10</w:t>
            </w:r>
          </w:p>
        </w:tc>
        <w:tc>
          <w:tcPr>
            <w:tcW w:w="2227" w:type="dxa"/>
          </w:tcPr>
          <w:p w14:paraId="1B1952E1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Zapisovanie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poznámok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používanie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skratiek</w:t>
            </w:r>
            <w:proofErr w:type="spellEnd"/>
          </w:p>
        </w:tc>
        <w:tc>
          <w:tcPr>
            <w:tcW w:w="2451" w:type="dxa"/>
          </w:tcPr>
          <w:p w14:paraId="358D4E9E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zaznamenať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dôležité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stručných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poznámok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skratiek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usporiadať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do </w:t>
            </w:r>
            <w:proofErr w:type="spellStart"/>
            <w:r>
              <w:rPr>
                <w:rFonts w:ascii="Calibri" w:hAnsi="Calibri"/>
                <w:sz w:val="18"/>
              </w:rPr>
              <w:t>prehľadnej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formy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skratky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prezentovať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spracované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poznámky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vysvetliť</w:t>
            </w:r>
            <w:proofErr w:type="spellEnd"/>
            <w:r>
              <w:rPr>
                <w:rFonts w:ascii="Calibri" w:hAnsi="Calibri"/>
                <w:sz w:val="18"/>
              </w:rPr>
              <w:t xml:space="preserve"> ich </w:t>
            </w:r>
            <w:proofErr w:type="spellStart"/>
            <w:r>
              <w:rPr>
                <w:rFonts w:ascii="Calibri" w:hAnsi="Calibri"/>
                <w:sz w:val="18"/>
              </w:rPr>
              <w:t>obsah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spolužiakom</w:t>
            </w:r>
            <w:proofErr w:type="spellEnd"/>
          </w:p>
        </w:tc>
        <w:tc>
          <w:tcPr>
            <w:tcW w:w="1668" w:type="dxa"/>
          </w:tcPr>
          <w:p w14:paraId="090DC4D1" w14:textId="77777777" w:rsidR="000F4E4E" w:rsidRDefault="000F4E4E"/>
        </w:tc>
        <w:tc>
          <w:tcPr>
            <w:tcW w:w="1638" w:type="dxa"/>
          </w:tcPr>
          <w:p w14:paraId="704428FD" w14:textId="77777777" w:rsidR="000F4E4E" w:rsidRDefault="000F4E4E"/>
        </w:tc>
        <w:tc>
          <w:tcPr>
            <w:tcW w:w="1507" w:type="dxa"/>
          </w:tcPr>
          <w:p w14:paraId="01E5726B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5A6313C3" w14:textId="77777777" w:rsidR="000F4E4E" w:rsidRDefault="000F4E4E">
            <w:proofErr w:type="spellStart"/>
            <w:proofErr w:type="gram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proofErr w:type="gram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Prezentačné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zručnosti</w:t>
            </w:r>
            <w:proofErr w:type="spellEnd"/>
          </w:p>
        </w:tc>
      </w:tr>
      <w:tr w:rsidR="000F4E4E" w14:paraId="0351F2B5" w14:textId="77777777" w:rsidTr="009C1543">
        <w:tc>
          <w:tcPr>
            <w:tcW w:w="924" w:type="dxa"/>
          </w:tcPr>
          <w:p w14:paraId="28F2495A" w14:textId="77777777" w:rsidR="000F4E4E" w:rsidRDefault="000F4E4E"/>
        </w:tc>
        <w:tc>
          <w:tcPr>
            <w:tcW w:w="932" w:type="dxa"/>
          </w:tcPr>
          <w:p w14:paraId="71F4C547" w14:textId="77777777" w:rsidR="000F4E4E" w:rsidRDefault="000F4E4E">
            <w:r>
              <w:rPr>
                <w:rFonts w:ascii="Calibri" w:hAnsi="Calibri"/>
                <w:sz w:val="18"/>
              </w:rPr>
              <w:t>111</w:t>
            </w:r>
          </w:p>
        </w:tc>
        <w:tc>
          <w:tcPr>
            <w:tcW w:w="1796" w:type="dxa"/>
          </w:tcPr>
          <w:p w14:paraId="56412EDA" w14:textId="77777777" w:rsidR="000F4E4E" w:rsidRDefault="000F4E4E">
            <w:r>
              <w:rPr>
                <w:rFonts w:ascii="Calibri" w:hAnsi="Calibri"/>
                <w:sz w:val="18"/>
              </w:rPr>
              <w:t>Test</w:t>
            </w:r>
          </w:p>
        </w:tc>
        <w:tc>
          <w:tcPr>
            <w:tcW w:w="2227" w:type="dxa"/>
          </w:tcPr>
          <w:p w14:paraId="1DAF36F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Hodnotenie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študentov</w:t>
            </w:r>
            <w:proofErr w:type="spellEnd"/>
          </w:p>
        </w:tc>
        <w:tc>
          <w:tcPr>
            <w:tcW w:w="2451" w:type="dxa"/>
          </w:tcPr>
          <w:p w14:paraId="65DD60EC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aplikovať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testových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porozumenie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</w:p>
        </w:tc>
        <w:tc>
          <w:tcPr>
            <w:tcW w:w="1668" w:type="dxa"/>
          </w:tcPr>
          <w:p w14:paraId="78DC35D7" w14:textId="77777777" w:rsidR="000F4E4E" w:rsidRDefault="000F4E4E"/>
        </w:tc>
        <w:tc>
          <w:tcPr>
            <w:tcW w:w="1638" w:type="dxa"/>
          </w:tcPr>
          <w:p w14:paraId="330A7FD4" w14:textId="77777777" w:rsidR="000F4E4E" w:rsidRDefault="000F4E4E"/>
        </w:tc>
        <w:tc>
          <w:tcPr>
            <w:tcW w:w="1507" w:type="dxa"/>
          </w:tcPr>
          <w:p w14:paraId="34D6B245" w14:textId="77777777" w:rsidR="000F4E4E" w:rsidRDefault="000F4E4E">
            <w:r>
              <w:rPr>
                <w:rFonts w:ascii="Calibri" w:hAnsi="Calibri"/>
                <w:sz w:val="18"/>
              </w:rPr>
              <w:t>Tests &amp; audio (downloadable from the Teacher’s assistant)</w:t>
            </w:r>
          </w:p>
        </w:tc>
        <w:tc>
          <w:tcPr>
            <w:tcW w:w="1553" w:type="dxa"/>
          </w:tcPr>
          <w:p w14:paraId="2B81DB22" w14:textId="77777777" w:rsidR="000F4E4E" w:rsidRDefault="000F4E4E"/>
        </w:tc>
      </w:tr>
      <w:tr w:rsidR="000F4E4E" w14:paraId="4245F8D0" w14:textId="77777777" w:rsidTr="009C1543">
        <w:tc>
          <w:tcPr>
            <w:tcW w:w="924" w:type="dxa"/>
          </w:tcPr>
          <w:p w14:paraId="79D8B2BD" w14:textId="77777777" w:rsidR="000F4E4E" w:rsidRDefault="000F4E4E"/>
        </w:tc>
        <w:tc>
          <w:tcPr>
            <w:tcW w:w="932" w:type="dxa"/>
          </w:tcPr>
          <w:p w14:paraId="094DE438" w14:textId="77777777" w:rsidR="000F4E4E" w:rsidRDefault="000F4E4E"/>
        </w:tc>
        <w:tc>
          <w:tcPr>
            <w:tcW w:w="1796" w:type="dxa"/>
          </w:tcPr>
          <w:p w14:paraId="0C38DD96" w14:textId="77777777" w:rsidR="000F4E4E" w:rsidRDefault="000F4E4E"/>
        </w:tc>
        <w:tc>
          <w:tcPr>
            <w:tcW w:w="2227" w:type="dxa"/>
            <w:shd w:val="clear" w:color="auto" w:fill="FFFF00"/>
          </w:tcPr>
          <w:p w14:paraId="7C998188" w14:textId="77777777" w:rsidR="000F4E4E" w:rsidRPr="009C1543" w:rsidRDefault="000F4E4E">
            <w:pPr>
              <w:rPr>
                <w:b/>
                <w:bCs/>
              </w:rPr>
            </w:pPr>
            <w:r w:rsidRPr="009C1543">
              <w:rPr>
                <w:rFonts w:ascii="Calibri" w:hAnsi="Calibri"/>
                <w:b/>
                <w:bCs/>
                <w:sz w:val="18"/>
              </w:rPr>
              <w:t>Module 11: Travel experiences</w:t>
            </w:r>
          </w:p>
        </w:tc>
        <w:tc>
          <w:tcPr>
            <w:tcW w:w="2451" w:type="dxa"/>
            <w:shd w:val="clear" w:color="auto" w:fill="FFFF00"/>
          </w:tcPr>
          <w:p w14:paraId="280B2788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68" w:type="dxa"/>
            <w:shd w:val="clear" w:color="auto" w:fill="FFFF00"/>
          </w:tcPr>
          <w:p w14:paraId="4EF86040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38" w:type="dxa"/>
            <w:shd w:val="clear" w:color="auto" w:fill="FFFF00"/>
          </w:tcPr>
          <w:p w14:paraId="29915AE8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07" w:type="dxa"/>
            <w:shd w:val="clear" w:color="auto" w:fill="FFFF00"/>
          </w:tcPr>
          <w:p w14:paraId="48594016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53" w:type="dxa"/>
            <w:shd w:val="clear" w:color="auto" w:fill="FFFF00"/>
          </w:tcPr>
          <w:p w14:paraId="22FC629D" w14:textId="77777777" w:rsidR="000F4E4E" w:rsidRPr="009C1543" w:rsidRDefault="000F4E4E">
            <w:pPr>
              <w:rPr>
                <w:b/>
                <w:bCs/>
              </w:rPr>
            </w:pPr>
          </w:p>
        </w:tc>
      </w:tr>
      <w:tr w:rsidR="000F4E4E" w14:paraId="38CC8DE6" w14:textId="77777777" w:rsidTr="009C1543">
        <w:tc>
          <w:tcPr>
            <w:tcW w:w="924" w:type="dxa"/>
          </w:tcPr>
          <w:p w14:paraId="1167280B" w14:textId="77777777" w:rsidR="000F4E4E" w:rsidRDefault="000F4E4E">
            <w:r>
              <w:rPr>
                <w:rFonts w:ascii="Calibri" w:hAnsi="Calibri"/>
                <w:sz w:val="18"/>
              </w:rPr>
              <w:t>29</w:t>
            </w:r>
          </w:p>
        </w:tc>
        <w:tc>
          <w:tcPr>
            <w:tcW w:w="932" w:type="dxa"/>
          </w:tcPr>
          <w:p w14:paraId="3D77F7BA" w14:textId="77777777" w:rsidR="000F4E4E" w:rsidRDefault="000F4E4E">
            <w:r>
              <w:rPr>
                <w:rFonts w:ascii="Calibri" w:hAnsi="Calibri"/>
                <w:sz w:val="18"/>
              </w:rPr>
              <w:t>112</w:t>
            </w:r>
          </w:p>
        </w:tc>
        <w:tc>
          <w:tcPr>
            <w:tcW w:w="1796" w:type="dxa"/>
          </w:tcPr>
          <w:p w14:paraId="3E676A38" w14:textId="77777777" w:rsidR="000F4E4E" w:rsidRDefault="000F4E4E">
            <w:r>
              <w:rPr>
                <w:rFonts w:ascii="Calibri" w:hAnsi="Calibri"/>
                <w:sz w:val="18"/>
              </w:rPr>
              <w:t>Cover page module 11</w:t>
            </w:r>
            <w:r>
              <w:rPr>
                <w:rFonts w:ascii="Calibri" w:hAnsi="Calibri"/>
                <w:sz w:val="18"/>
              </w:rPr>
              <w:br/>
              <w:t>11A</w:t>
            </w:r>
          </w:p>
        </w:tc>
        <w:tc>
          <w:tcPr>
            <w:tcW w:w="2227" w:type="dxa"/>
          </w:tcPr>
          <w:p w14:paraId="2062C368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dovolenka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gramatika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predprítomný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</w:p>
        </w:tc>
        <w:tc>
          <w:tcPr>
            <w:tcW w:w="2451" w:type="dxa"/>
          </w:tcPr>
          <w:p w14:paraId="07EF3730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oboznámiť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témou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predchádzajúce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dovolenkové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hovoriť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svojich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skúsenostiach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cestovaní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dovolenkách</w:t>
            </w:r>
            <w:proofErr w:type="spellEnd"/>
          </w:p>
        </w:tc>
        <w:tc>
          <w:tcPr>
            <w:tcW w:w="1668" w:type="dxa"/>
          </w:tcPr>
          <w:p w14:paraId="7F24EE12" w14:textId="77777777" w:rsidR="000F4E4E" w:rsidRDefault="000F4E4E">
            <w:r>
              <w:rPr>
                <w:rFonts w:ascii="Calibri" w:hAnsi="Calibri"/>
                <w:sz w:val="18"/>
              </w:rPr>
              <w:t>Present Perfect Simple</w:t>
            </w:r>
          </w:p>
        </w:tc>
        <w:tc>
          <w:tcPr>
            <w:tcW w:w="1638" w:type="dxa"/>
          </w:tcPr>
          <w:p w14:paraId="46CE2D3D" w14:textId="77777777" w:rsidR="000F4E4E" w:rsidRDefault="000F4E4E">
            <w:r>
              <w:rPr>
                <w:rFonts w:ascii="Calibri" w:hAnsi="Calibri"/>
                <w:sz w:val="18"/>
              </w:rPr>
              <w:t>Holiday activities</w:t>
            </w:r>
          </w:p>
        </w:tc>
        <w:tc>
          <w:tcPr>
            <w:tcW w:w="1507" w:type="dxa"/>
          </w:tcPr>
          <w:p w14:paraId="6EAA4B02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160C815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2CB9659C" w14:textId="77777777" w:rsidTr="009C1543">
        <w:tc>
          <w:tcPr>
            <w:tcW w:w="924" w:type="dxa"/>
          </w:tcPr>
          <w:p w14:paraId="1A6C8E98" w14:textId="77777777" w:rsidR="000F4E4E" w:rsidRDefault="000F4E4E"/>
        </w:tc>
        <w:tc>
          <w:tcPr>
            <w:tcW w:w="932" w:type="dxa"/>
          </w:tcPr>
          <w:p w14:paraId="51A70F1F" w14:textId="77777777" w:rsidR="000F4E4E" w:rsidRDefault="000F4E4E">
            <w:r>
              <w:rPr>
                <w:rFonts w:ascii="Calibri" w:hAnsi="Calibri"/>
                <w:sz w:val="18"/>
              </w:rPr>
              <w:t>113</w:t>
            </w:r>
          </w:p>
        </w:tc>
        <w:tc>
          <w:tcPr>
            <w:tcW w:w="1796" w:type="dxa"/>
          </w:tcPr>
          <w:p w14:paraId="10FBF10E" w14:textId="77777777" w:rsidR="000F4E4E" w:rsidRDefault="000F4E4E">
            <w:r>
              <w:rPr>
                <w:rFonts w:ascii="Calibri" w:hAnsi="Calibri"/>
                <w:sz w:val="18"/>
              </w:rPr>
              <w:t>11A</w:t>
            </w:r>
          </w:p>
        </w:tc>
        <w:tc>
          <w:tcPr>
            <w:tcW w:w="2227" w:type="dxa"/>
          </w:tcPr>
          <w:p w14:paraId="2C5B62E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dovolenkové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aktivity</w:t>
            </w:r>
            <w:proofErr w:type="spellEnd"/>
          </w:p>
        </w:tc>
        <w:tc>
          <w:tcPr>
            <w:tcW w:w="2451" w:type="dxa"/>
          </w:tcPr>
          <w:p w14:paraId="48EF0AD2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dovolenkové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zážitky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zdieľať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skúsenosti</w:t>
            </w:r>
            <w:proofErr w:type="spellEnd"/>
            <w:r>
              <w:rPr>
                <w:rFonts w:ascii="Calibri" w:hAnsi="Calibri"/>
                <w:sz w:val="18"/>
              </w:rPr>
              <w:t xml:space="preserve"> z </w:t>
            </w:r>
            <w:proofErr w:type="spellStart"/>
            <w:r>
              <w:rPr>
                <w:rFonts w:ascii="Calibri" w:hAnsi="Calibri"/>
                <w:sz w:val="18"/>
              </w:rPr>
              <w:t>dovolenky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ostatnými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vytvoriť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text </w:t>
            </w:r>
            <w:proofErr w:type="spellStart"/>
            <w:r>
              <w:rPr>
                <w:rFonts w:ascii="Calibri" w:hAnsi="Calibri"/>
                <w:sz w:val="18"/>
              </w:rPr>
              <w:t>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dovolenkových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aktivitách</w:t>
            </w:r>
            <w:proofErr w:type="spellEnd"/>
          </w:p>
        </w:tc>
        <w:tc>
          <w:tcPr>
            <w:tcW w:w="1668" w:type="dxa"/>
          </w:tcPr>
          <w:p w14:paraId="157EE346" w14:textId="77777777" w:rsidR="000F4E4E" w:rsidRDefault="000F4E4E"/>
        </w:tc>
        <w:tc>
          <w:tcPr>
            <w:tcW w:w="1638" w:type="dxa"/>
          </w:tcPr>
          <w:p w14:paraId="3FE1A4C2" w14:textId="77777777" w:rsidR="000F4E4E" w:rsidRDefault="000F4E4E"/>
        </w:tc>
        <w:tc>
          <w:tcPr>
            <w:tcW w:w="1507" w:type="dxa"/>
          </w:tcPr>
          <w:p w14:paraId="4E7A8662" w14:textId="77777777" w:rsidR="000F4E4E" w:rsidRDefault="000F4E4E"/>
        </w:tc>
        <w:tc>
          <w:tcPr>
            <w:tcW w:w="1553" w:type="dxa"/>
          </w:tcPr>
          <w:p w14:paraId="4D824A9F" w14:textId="77777777" w:rsidR="000F4E4E" w:rsidRDefault="000F4E4E"/>
        </w:tc>
      </w:tr>
      <w:tr w:rsidR="000F4E4E" w14:paraId="325C570B" w14:textId="77777777" w:rsidTr="009C1543">
        <w:tc>
          <w:tcPr>
            <w:tcW w:w="924" w:type="dxa"/>
          </w:tcPr>
          <w:p w14:paraId="5F7BCCB7" w14:textId="77777777" w:rsidR="000F4E4E" w:rsidRDefault="000F4E4E"/>
        </w:tc>
        <w:tc>
          <w:tcPr>
            <w:tcW w:w="932" w:type="dxa"/>
          </w:tcPr>
          <w:p w14:paraId="2B69676B" w14:textId="77777777" w:rsidR="000F4E4E" w:rsidRDefault="000F4E4E">
            <w:r>
              <w:rPr>
                <w:rFonts w:ascii="Calibri" w:hAnsi="Calibri"/>
                <w:sz w:val="18"/>
              </w:rPr>
              <w:t>114</w:t>
            </w:r>
          </w:p>
        </w:tc>
        <w:tc>
          <w:tcPr>
            <w:tcW w:w="1796" w:type="dxa"/>
          </w:tcPr>
          <w:p w14:paraId="05B12CAC" w14:textId="77777777" w:rsidR="000F4E4E" w:rsidRDefault="000F4E4E">
            <w:r>
              <w:rPr>
                <w:rFonts w:ascii="Calibri" w:hAnsi="Calibri"/>
                <w:sz w:val="18"/>
              </w:rPr>
              <w:t>11B</w:t>
            </w:r>
          </w:p>
        </w:tc>
        <w:tc>
          <w:tcPr>
            <w:tcW w:w="2227" w:type="dxa"/>
          </w:tcPr>
          <w:p w14:paraId="790B69D2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cestovanie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gramatika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predprítomný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 vs </w:t>
            </w:r>
            <w:proofErr w:type="spellStart"/>
            <w:r>
              <w:rPr>
                <w:rFonts w:ascii="Calibri" w:hAnsi="Calibri"/>
                <w:sz w:val="18"/>
              </w:rPr>
              <w:t>minulý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</w:p>
        </w:tc>
        <w:tc>
          <w:tcPr>
            <w:tcW w:w="2451" w:type="dxa"/>
          </w:tcPr>
          <w:p w14:paraId="45E784FD" w14:textId="77777777" w:rsidR="000F4E4E" w:rsidRDefault="000F4E4E">
            <w:r>
              <w:rPr>
                <w:rFonts w:ascii="Calibri" w:hAnsi="Calibri"/>
                <w:sz w:val="18"/>
              </w:rPr>
              <w:lastRenderedPageBreak/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dopravné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prostriedky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súvisiacu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cestovaním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rozlišovať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používanie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predprítomného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minulého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správne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väzby</w:t>
            </w:r>
            <w:proofErr w:type="spellEnd"/>
            <w:r>
              <w:rPr>
                <w:rFonts w:ascii="Calibri" w:hAnsi="Calibri"/>
                <w:sz w:val="18"/>
              </w:rPr>
              <w:t xml:space="preserve"> have/has been a have/has gone</w:t>
            </w:r>
          </w:p>
        </w:tc>
        <w:tc>
          <w:tcPr>
            <w:tcW w:w="1668" w:type="dxa"/>
          </w:tcPr>
          <w:p w14:paraId="5DE5C6BC" w14:textId="77777777" w:rsidR="000F4E4E" w:rsidRDefault="000F4E4E">
            <w:r>
              <w:rPr>
                <w:rFonts w:ascii="Calibri" w:hAnsi="Calibri"/>
                <w:sz w:val="18"/>
              </w:rPr>
              <w:lastRenderedPageBreak/>
              <w:t xml:space="preserve">Present Perfect </w:t>
            </w:r>
            <w:r>
              <w:rPr>
                <w:rFonts w:ascii="Calibri" w:hAnsi="Calibri"/>
                <w:sz w:val="18"/>
              </w:rPr>
              <w:lastRenderedPageBreak/>
              <w:t>Simple vs Past Simple</w:t>
            </w:r>
            <w:r>
              <w:rPr>
                <w:rFonts w:ascii="Calibri" w:hAnsi="Calibri"/>
                <w:sz w:val="18"/>
              </w:rPr>
              <w:br/>
              <w:t>have/has been vs have/has gone</w:t>
            </w:r>
          </w:p>
        </w:tc>
        <w:tc>
          <w:tcPr>
            <w:tcW w:w="1638" w:type="dxa"/>
          </w:tcPr>
          <w:p w14:paraId="5305F88E" w14:textId="77777777" w:rsidR="000F4E4E" w:rsidRDefault="000F4E4E">
            <w:r>
              <w:rPr>
                <w:rFonts w:ascii="Calibri" w:hAnsi="Calibri"/>
                <w:sz w:val="18"/>
              </w:rPr>
              <w:lastRenderedPageBreak/>
              <w:t xml:space="preserve">Means of </w:t>
            </w:r>
            <w:r>
              <w:rPr>
                <w:rFonts w:ascii="Calibri" w:hAnsi="Calibri"/>
                <w:sz w:val="18"/>
              </w:rPr>
              <w:lastRenderedPageBreak/>
              <w:t>transport</w:t>
            </w:r>
          </w:p>
        </w:tc>
        <w:tc>
          <w:tcPr>
            <w:tcW w:w="1507" w:type="dxa"/>
          </w:tcPr>
          <w:p w14:paraId="271D4CC2" w14:textId="77777777" w:rsidR="000F4E4E" w:rsidRDefault="000F4E4E">
            <w:r>
              <w:rPr>
                <w:rFonts w:ascii="Calibri" w:hAnsi="Calibri"/>
                <w:sz w:val="18"/>
              </w:rPr>
              <w:lastRenderedPageBreak/>
              <w:t xml:space="preserve">Student’s book, </w:t>
            </w:r>
            <w:r>
              <w:rPr>
                <w:rFonts w:ascii="Calibri" w:hAnsi="Calibri"/>
                <w:sz w:val="18"/>
              </w:rPr>
              <w:lastRenderedPageBreak/>
              <w:t>multimedia material</w:t>
            </w:r>
          </w:p>
        </w:tc>
        <w:tc>
          <w:tcPr>
            <w:tcW w:w="1553" w:type="dxa"/>
          </w:tcPr>
          <w:p w14:paraId="2A167AE8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lastRenderedPageBreak/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lastRenderedPageBreak/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Udržateľné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mestá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komunity</w:t>
            </w:r>
            <w:proofErr w:type="spellEnd"/>
          </w:p>
        </w:tc>
      </w:tr>
      <w:tr w:rsidR="000F4E4E" w14:paraId="6F50C4A1" w14:textId="77777777" w:rsidTr="009C1543">
        <w:tc>
          <w:tcPr>
            <w:tcW w:w="924" w:type="dxa"/>
          </w:tcPr>
          <w:p w14:paraId="1B8418E4" w14:textId="77777777" w:rsidR="000F4E4E" w:rsidRDefault="000F4E4E"/>
        </w:tc>
        <w:tc>
          <w:tcPr>
            <w:tcW w:w="932" w:type="dxa"/>
          </w:tcPr>
          <w:p w14:paraId="35BB98C7" w14:textId="77777777" w:rsidR="000F4E4E" w:rsidRDefault="000F4E4E">
            <w:r>
              <w:rPr>
                <w:rFonts w:ascii="Calibri" w:hAnsi="Calibri"/>
                <w:sz w:val="18"/>
              </w:rPr>
              <w:t>115</w:t>
            </w:r>
          </w:p>
        </w:tc>
        <w:tc>
          <w:tcPr>
            <w:tcW w:w="1796" w:type="dxa"/>
          </w:tcPr>
          <w:p w14:paraId="78E0DBBD" w14:textId="77777777" w:rsidR="000F4E4E" w:rsidRDefault="000F4E4E">
            <w:r>
              <w:rPr>
                <w:rFonts w:ascii="Calibri" w:hAnsi="Calibri"/>
                <w:sz w:val="18"/>
              </w:rPr>
              <w:t>11B</w:t>
            </w:r>
          </w:p>
        </w:tc>
        <w:tc>
          <w:tcPr>
            <w:tcW w:w="2227" w:type="dxa"/>
          </w:tcPr>
          <w:p w14:paraId="655ACC82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zážitky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skúsenosti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2451" w:type="dxa"/>
          </w:tcPr>
          <w:p w14:paraId="676471F6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hlavným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informáciám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cestovateľských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zážitkoch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rozprávať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vlastných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skúsenostiach</w:t>
            </w:r>
            <w:proofErr w:type="spellEnd"/>
            <w:r>
              <w:rPr>
                <w:rFonts w:ascii="Calibri" w:hAnsi="Calibri"/>
                <w:sz w:val="18"/>
              </w:rPr>
              <w:t xml:space="preserve"> z </w:t>
            </w:r>
            <w:proofErr w:type="spellStart"/>
            <w:r>
              <w:rPr>
                <w:rFonts w:ascii="Calibri" w:hAnsi="Calibri"/>
                <w:sz w:val="18"/>
              </w:rPr>
              <w:t>cestovania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krátky</w:t>
            </w:r>
            <w:proofErr w:type="spellEnd"/>
            <w:r>
              <w:rPr>
                <w:rFonts w:ascii="Calibri" w:hAnsi="Calibri"/>
                <w:sz w:val="18"/>
              </w:rPr>
              <w:t xml:space="preserve"> text </w:t>
            </w:r>
            <w:proofErr w:type="spellStart"/>
            <w:r>
              <w:rPr>
                <w:rFonts w:ascii="Calibri" w:hAnsi="Calibri"/>
                <w:sz w:val="18"/>
              </w:rPr>
              <w:t>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svojich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zážitkoch</w:t>
            </w:r>
            <w:proofErr w:type="spellEnd"/>
          </w:p>
        </w:tc>
        <w:tc>
          <w:tcPr>
            <w:tcW w:w="1668" w:type="dxa"/>
          </w:tcPr>
          <w:p w14:paraId="1374E94C" w14:textId="77777777" w:rsidR="000F4E4E" w:rsidRDefault="000F4E4E"/>
        </w:tc>
        <w:tc>
          <w:tcPr>
            <w:tcW w:w="1638" w:type="dxa"/>
          </w:tcPr>
          <w:p w14:paraId="0726D6EA" w14:textId="77777777" w:rsidR="000F4E4E" w:rsidRDefault="000F4E4E"/>
        </w:tc>
        <w:tc>
          <w:tcPr>
            <w:tcW w:w="1507" w:type="dxa"/>
          </w:tcPr>
          <w:p w14:paraId="780F7B5D" w14:textId="77777777" w:rsidR="000F4E4E" w:rsidRDefault="000F4E4E"/>
        </w:tc>
        <w:tc>
          <w:tcPr>
            <w:tcW w:w="1553" w:type="dxa"/>
          </w:tcPr>
          <w:p w14:paraId="04FC8D02" w14:textId="77777777" w:rsidR="000F4E4E" w:rsidRDefault="000F4E4E"/>
        </w:tc>
      </w:tr>
      <w:tr w:rsidR="000F4E4E" w14:paraId="49E0A5AD" w14:textId="77777777" w:rsidTr="009C1543">
        <w:tc>
          <w:tcPr>
            <w:tcW w:w="924" w:type="dxa"/>
          </w:tcPr>
          <w:p w14:paraId="089437C6" w14:textId="77777777" w:rsidR="000F4E4E" w:rsidRDefault="000F4E4E">
            <w:r>
              <w:rPr>
                <w:rFonts w:ascii="Calibri" w:hAnsi="Calibri"/>
                <w:sz w:val="18"/>
              </w:rPr>
              <w:t>30</w:t>
            </w:r>
          </w:p>
        </w:tc>
        <w:tc>
          <w:tcPr>
            <w:tcW w:w="932" w:type="dxa"/>
          </w:tcPr>
          <w:p w14:paraId="392C4DF8" w14:textId="77777777" w:rsidR="000F4E4E" w:rsidRDefault="000F4E4E">
            <w:r>
              <w:rPr>
                <w:rFonts w:ascii="Calibri" w:hAnsi="Calibri"/>
                <w:sz w:val="18"/>
              </w:rPr>
              <w:t>116</w:t>
            </w:r>
          </w:p>
        </w:tc>
        <w:tc>
          <w:tcPr>
            <w:tcW w:w="1796" w:type="dxa"/>
          </w:tcPr>
          <w:p w14:paraId="73B7EEEB" w14:textId="77777777" w:rsidR="000F4E4E" w:rsidRDefault="000F4E4E">
            <w:r>
              <w:rPr>
                <w:rFonts w:ascii="Calibri" w:hAnsi="Calibri"/>
                <w:sz w:val="18"/>
              </w:rPr>
              <w:t>11C</w:t>
            </w:r>
          </w:p>
        </w:tc>
        <w:tc>
          <w:tcPr>
            <w:tcW w:w="2227" w:type="dxa"/>
          </w:tcPr>
          <w:p w14:paraId="7255A6AD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</w:p>
        </w:tc>
        <w:tc>
          <w:tcPr>
            <w:tcW w:w="2451" w:type="dxa"/>
          </w:tcPr>
          <w:p w14:paraId="5AE83E0C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rozlišovať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rôzne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typy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dovoleniek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dovolenkách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vyjadriť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zdôvodniť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preferencie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výbere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dovolenky</w:t>
            </w:r>
            <w:proofErr w:type="spellEnd"/>
          </w:p>
        </w:tc>
        <w:tc>
          <w:tcPr>
            <w:tcW w:w="1668" w:type="dxa"/>
          </w:tcPr>
          <w:p w14:paraId="1AA12E4D" w14:textId="77777777" w:rsidR="000F4E4E" w:rsidRDefault="000F4E4E"/>
        </w:tc>
        <w:tc>
          <w:tcPr>
            <w:tcW w:w="1638" w:type="dxa"/>
          </w:tcPr>
          <w:p w14:paraId="3479EE94" w14:textId="77777777" w:rsidR="000F4E4E" w:rsidRDefault="000F4E4E">
            <w:r>
              <w:rPr>
                <w:rFonts w:ascii="Calibri" w:hAnsi="Calibri"/>
                <w:sz w:val="18"/>
              </w:rPr>
              <w:t>Types of holidays</w:t>
            </w:r>
          </w:p>
        </w:tc>
        <w:tc>
          <w:tcPr>
            <w:tcW w:w="1507" w:type="dxa"/>
          </w:tcPr>
          <w:p w14:paraId="44C27CDB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743CB645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br/>
              <w:t xml:space="preserve">Mier, </w:t>
            </w:r>
            <w:proofErr w:type="spellStart"/>
            <w:r>
              <w:rPr>
                <w:rFonts w:ascii="Calibri" w:hAnsi="Calibri"/>
                <w:sz w:val="18"/>
              </w:rPr>
              <w:t>spravodlivosť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silné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inštitúcie</w:t>
            </w:r>
            <w:proofErr w:type="spellEnd"/>
          </w:p>
        </w:tc>
      </w:tr>
      <w:tr w:rsidR="000F4E4E" w14:paraId="2590102F" w14:textId="77777777" w:rsidTr="009C1543">
        <w:tc>
          <w:tcPr>
            <w:tcW w:w="924" w:type="dxa"/>
          </w:tcPr>
          <w:p w14:paraId="4A40AD6C" w14:textId="77777777" w:rsidR="000F4E4E" w:rsidRDefault="000F4E4E"/>
        </w:tc>
        <w:tc>
          <w:tcPr>
            <w:tcW w:w="932" w:type="dxa"/>
          </w:tcPr>
          <w:p w14:paraId="2E49DE54" w14:textId="77777777" w:rsidR="000F4E4E" w:rsidRDefault="000F4E4E">
            <w:r>
              <w:rPr>
                <w:rFonts w:ascii="Calibri" w:hAnsi="Calibri"/>
                <w:sz w:val="18"/>
              </w:rPr>
              <w:t>117</w:t>
            </w:r>
          </w:p>
        </w:tc>
        <w:tc>
          <w:tcPr>
            <w:tcW w:w="1796" w:type="dxa"/>
          </w:tcPr>
          <w:p w14:paraId="62E30B0A" w14:textId="77777777" w:rsidR="000F4E4E" w:rsidRDefault="000F4E4E">
            <w:r>
              <w:rPr>
                <w:rFonts w:ascii="Calibri" w:hAnsi="Calibri"/>
                <w:sz w:val="18"/>
              </w:rPr>
              <w:t>11C</w:t>
            </w:r>
          </w:p>
        </w:tc>
        <w:tc>
          <w:tcPr>
            <w:tcW w:w="2227" w:type="dxa"/>
          </w:tcPr>
          <w:p w14:paraId="3B2B6642" w14:textId="77777777" w:rsidR="000F4E4E" w:rsidRDefault="000F4E4E">
            <w:r>
              <w:rPr>
                <w:rFonts w:ascii="Calibri" w:hAnsi="Calibri"/>
                <w:sz w:val="18"/>
              </w:rPr>
              <w:t xml:space="preserve">Gramatika - </w:t>
            </w:r>
            <w:proofErr w:type="spellStart"/>
            <w:r>
              <w:rPr>
                <w:rFonts w:ascii="Calibri" w:hAnsi="Calibri"/>
                <w:sz w:val="18"/>
              </w:rPr>
              <w:t>predprítomný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jednoduchý</w:t>
            </w:r>
            <w:proofErr w:type="spellEnd"/>
            <w:r>
              <w:rPr>
                <w:rFonts w:ascii="Calibri" w:hAnsi="Calibri"/>
                <w:sz w:val="18"/>
              </w:rPr>
              <w:t xml:space="preserve"> s for/since, already/yet,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typy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dovoleniek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naše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preferencie</w:t>
            </w:r>
            <w:proofErr w:type="spellEnd"/>
          </w:p>
        </w:tc>
        <w:tc>
          <w:tcPr>
            <w:tcW w:w="2451" w:type="dxa"/>
          </w:tcPr>
          <w:p w14:paraId="0AFED3D6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výrazy</w:t>
            </w:r>
            <w:proofErr w:type="spellEnd"/>
            <w:r>
              <w:rPr>
                <w:rFonts w:ascii="Calibri" w:hAnsi="Calibri"/>
                <w:sz w:val="18"/>
              </w:rPr>
              <w:t xml:space="preserve"> for, since, already a yet v </w:t>
            </w:r>
            <w:proofErr w:type="spellStart"/>
            <w:r>
              <w:rPr>
                <w:rFonts w:ascii="Calibri" w:hAnsi="Calibri"/>
                <w:sz w:val="18"/>
              </w:rPr>
              <w:t>predprítomnom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hovoriť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svojich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skúsenostiach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preferenciách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cestovaní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porovnať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rôzne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typy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dovoleniek</w:t>
            </w:r>
            <w:proofErr w:type="spellEnd"/>
          </w:p>
        </w:tc>
        <w:tc>
          <w:tcPr>
            <w:tcW w:w="1668" w:type="dxa"/>
          </w:tcPr>
          <w:p w14:paraId="6D1174C2" w14:textId="77777777" w:rsidR="000F4E4E" w:rsidRDefault="000F4E4E">
            <w:r>
              <w:rPr>
                <w:rFonts w:ascii="Calibri" w:hAnsi="Calibri"/>
                <w:sz w:val="18"/>
              </w:rPr>
              <w:t>Present Perfect Simple with for - since, already - yet</w:t>
            </w:r>
          </w:p>
        </w:tc>
        <w:tc>
          <w:tcPr>
            <w:tcW w:w="1638" w:type="dxa"/>
          </w:tcPr>
          <w:p w14:paraId="51B92346" w14:textId="77777777" w:rsidR="000F4E4E" w:rsidRDefault="000F4E4E"/>
        </w:tc>
        <w:tc>
          <w:tcPr>
            <w:tcW w:w="1507" w:type="dxa"/>
          </w:tcPr>
          <w:p w14:paraId="468B0461" w14:textId="77777777" w:rsidR="000F4E4E" w:rsidRDefault="000F4E4E"/>
        </w:tc>
        <w:tc>
          <w:tcPr>
            <w:tcW w:w="1553" w:type="dxa"/>
          </w:tcPr>
          <w:p w14:paraId="5E33CFCF" w14:textId="77777777" w:rsidR="000F4E4E" w:rsidRDefault="000F4E4E"/>
        </w:tc>
      </w:tr>
      <w:tr w:rsidR="000F4E4E" w14:paraId="2F5C1C07" w14:textId="77777777" w:rsidTr="009C1543">
        <w:tc>
          <w:tcPr>
            <w:tcW w:w="924" w:type="dxa"/>
          </w:tcPr>
          <w:p w14:paraId="22C9AB53" w14:textId="77777777" w:rsidR="000F4E4E" w:rsidRDefault="000F4E4E"/>
        </w:tc>
        <w:tc>
          <w:tcPr>
            <w:tcW w:w="932" w:type="dxa"/>
          </w:tcPr>
          <w:p w14:paraId="2DBE573C" w14:textId="77777777" w:rsidR="000F4E4E" w:rsidRDefault="000F4E4E">
            <w:r>
              <w:rPr>
                <w:rFonts w:ascii="Calibri" w:hAnsi="Calibri"/>
                <w:sz w:val="18"/>
              </w:rPr>
              <w:t>118</w:t>
            </w:r>
          </w:p>
        </w:tc>
        <w:tc>
          <w:tcPr>
            <w:tcW w:w="1796" w:type="dxa"/>
          </w:tcPr>
          <w:p w14:paraId="7A256898" w14:textId="77777777" w:rsidR="000F4E4E" w:rsidRDefault="000F4E4E">
            <w:r>
              <w:rPr>
                <w:rFonts w:ascii="Calibri" w:hAnsi="Calibri"/>
                <w:sz w:val="18"/>
              </w:rPr>
              <w:t>11D</w:t>
            </w:r>
          </w:p>
        </w:tc>
        <w:tc>
          <w:tcPr>
            <w:tcW w:w="2227" w:type="dxa"/>
          </w:tcPr>
          <w:p w14:paraId="082A7A38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vybavenie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hotelov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v </w:t>
            </w:r>
            <w:proofErr w:type="spellStart"/>
            <w:r>
              <w:rPr>
                <w:rFonts w:ascii="Calibri" w:hAnsi="Calibri"/>
                <w:sz w:val="18"/>
              </w:rPr>
              <w:t>hoteli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sťažnosti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2451" w:type="dxa"/>
          </w:tcPr>
          <w:p w14:paraId="609F7881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súvisiacu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pobytom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hoteli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požiadať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primerane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vzniknutú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formulovať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jednoduchú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sťažnosť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ňu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zdvorilým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spôsobom</w:t>
            </w:r>
            <w:proofErr w:type="spellEnd"/>
          </w:p>
        </w:tc>
        <w:tc>
          <w:tcPr>
            <w:tcW w:w="1668" w:type="dxa"/>
          </w:tcPr>
          <w:p w14:paraId="60DED59D" w14:textId="77777777" w:rsidR="000F4E4E" w:rsidRDefault="000F4E4E"/>
        </w:tc>
        <w:tc>
          <w:tcPr>
            <w:tcW w:w="1638" w:type="dxa"/>
          </w:tcPr>
          <w:p w14:paraId="5FB5BF53" w14:textId="77777777" w:rsidR="000F4E4E" w:rsidRDefault="000F4E4E">
            <w:r>
              <w:rPr>
                <w:rFonts w:ascii="Calibri" w:hAnsi="Calibri"/>
                <w:sz w:val="18"/>
              </w:rPr>
              <w:t>Hotel facilities</w:t>
            </w:r>
          </w:p>
        </w:tc>
        <w:tc>
          <w:tcPr>
            <w:tcW w:w="1507" w:type="dxa"/>
          </w:tcPr>
          <w:p w14:paraId="5A79C471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0C721578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2CFC0585" w14:textId="77777777" w:rsidTr="009C1543">
        <w:tc>
          <w:tcPr>
            <w:tcW w:w="924" w:type="dxa"/>
          </w:tcPr>
          <w:p w14:paraId="7BAC0E8F" w14:textId="77777777" w:rsidR="000F4E4E" w:rsidRDefault="000F4E4E"/>
        </w:tc>
        <w:tc>
          <w:tcPr>
            <w:tcW w:w="932" w:type="dxa"/>
          </w:tcPr>
          <w:p w14:paraId="12B771DF" w14:textId="77777777" w:rsidR="000F4E4E" w:rsidRDefault="000F4E4E">
            <w:r>
              <w:rPr>
                <w:rFonts w:ascii="Calibri" w:hAnsi="Calibri"/>
                <w:sz w:val="18"/>
              </w:rPr>
              <w:t>119</w:t>
            </w:r>
          </w:p>
        </w:tc>
        <w:tc>
          <w:tcPr>
            <w:tcW w:w="1796" w:type="dxa"/>
          </w:tcPr>
          <w:p w14:paraId="22983D79" w14:textId="77777777" w:rsidR="000F4E4E" w:rsidRDefault="000F4E4E">
            <w:r>
              <w:rPr>
                <w:rFonts w:ascii="Calibri" w:hAnsi="Calibri"/>
                <w:sz w:val="18"/>
              </w:rPr>
              <w:t>11D</w:t>
            </w:r>
          </w:p>
        </w:tc>
        <w:tc>
          <w:tcPr>
            <w:tcW w:w="2227" w:type="dxa"/>
          </w:tcPr>
          <w:p w14:paraId="457B0D0B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recenzia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hotela</w:t>
            </w:r>
            <w:proofErr w:type="spellEnd"/>
          </w:p>
        </w:tc>
        <w:tc>
          <w:tcPr>
            <w:tcW w:w="2451" w:type="dxa"/>
          </w:tcPr>
          <w:p w14:paraId="1CB040C8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hotelovej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recenzii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služby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vybavenie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hotela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krátku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recenziu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hotela</w:t>
            </w:r>
            <w:proofErr w:type="spellEnd"/>
          </w:p>
        </w:tc>
        <w:tc>
          <w:tcPr>
            <w:tcW w:w="1668" w:type="dxa"/>
          </w:tcPr>
          <w:p w14:paraId="30B1EDB5" w14:textId="77777777" w:rsidR="000F4E4E" w:rsidRDefault="000F4E4E"/>
        </w:tc>
        <w:tc>
          <w:tcPr>
            <w:tcW w:w="1638" w:type="dxa"/>
          </w:tcPr>
          <w:p w14:paraId="34F9034F" w14:textId="77777777" w:rsidR="000F4E4E" w:rsidRDefault="000F4E4E"/>
        </w:tc>
        <w:tc>
          <w:tcPr>
            <w:tcW w:w="1507" w:type="dxa"/>
          </w:tcPr>
          <w:p w14:paraId="5000BD46" w14:textId="77777777" w:rsidR="000F4E4E" w:rsidRDefault="000F4E4E"/>
        </w:tc>
        <w:tc>
          <w:tcPr>
            <w:tcW w:w="1553" w:type="dxa"/>
          </w:tcPr>
          <w:p w14:paraId="4769FC86" w14:textId="77777777" w:rsidR="000F4E4E" w:rsidRDefault="000F4E4E"/>
        </w:tc>
      </w:tr>
      <w:tr w:rsidR="000F4E4E" w14:paraId="7F006C53" w14:textId="77777777" w:rsidTr="009C1543">
        <w:tc>
          <w:tcPr>
            <w:tcW w:w="924" w:type="dxa"/>
          </w:tcPr>
          <w:p w14:paraId="5B6C7ACF" w14:textId="77777777" w:rsidR="000F4E4E" w:rsidRDefault="000F4E4E"/>
        </w:tc>
        <w:tc>
          <w:tcPr>
            <w:tcW w:w="932" w:type="dxa"/>
          </w:tcPr>
          <w:p w14:paraId="6BB03994" w14:textId="77777777" w:rsidR="000F4E4E" w:rsidRDefault="000F4E4E">
            <w:r>
              <w:rPr>
                <w:rFonts w:ascii="Calibri" w:hAnsi="Calibri"/>
                <w:sz w:val="18"/>
              </w:rPr>
              <w:t>120</w:t>
            </w:r>
          </w:p>
        </w:tc>
        <w:tc>
          <w:tcPr>
            <w:tcW w:w="1796" w:type="dxa"/>
          </w:tcPr>
          <w:p w14:paraId="629DCF8F" w14:textId="77777777" w:rsidR="000F4E4E" w:rsidRDefault="000F4E4E">
            <w:r>
              <w:rPr>
                <w:rFonts w:ascii="Calibri" w:hAnsi="Calibri"/>
                <w:sz w:val="18"/>
              </w:rPr>
              <w:t>Review 11</w:t>
            </w:r>
            <w:r>
              <w:rPr>
                <w:rFonts w:ascii="Calibri" w:hAnsi="Calibri"/>
                <w:sz w:val="18"/>
              </w:rPr>
              <w:br/>
              <w:t>Self-evaluation</w:t>
            </w:r>
          </w:p>
        </w:tc>
        <w:tc>
          <w:tcPr>
            <w:tcW w:w="2227" w:type="dxa"/>
          </w:tcPr>
          <w:p w14:paraId="5B309742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Zhrnutie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  <w:r>
              <w:rPr>
                <w:rFonts w:ascii="Calibri" w:hAnsi="Calibri"/>
                <w:sz w:val="18"/>
              </w:rPr>
              <w:t xml:space="preserve"> 11, </w:t>
            </w:r>
            <w:proofErr w:type="spellStart"/>
            <w:r>
              <w:rPr>
                <w:rFonts w:ascii="Calibri" w:hAnsi="Calibri"/>
                <w:sz w:val="18"/>
              </w:rPr>
              <w:t>sebahodnotenie</w:t>
            </w:r>
            <w:proofErr w:type="spellEnd"/>
          </w:p>
        </w:tc>
        <w:tc>
          <w:tcPr>
            <w:tcW w:w="2451" w:type="dxa"/>
          </w:tcPr>
          <w:p w14:paraId="7227B7E8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upevniť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štruktúry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učení</w:t>
            </w:r>
            <w:proofErr w:type="spellEnd"/>
          </w:p>
        </w:tc>
        <w:tc>
          <w:tcPr>
            <w:tcW w:w="1668" w:type="dxa"/>
          </w:tcPr>
          <w:p w14:paraId="78C745ED" w14:textId="77777777" w:rsidR="000F4E4E" w:rsidRDefault="000F4E4E"/>
        </w:tc>
        <w:tc>
          <w:tcPr>
            <w:tcW w:w="1638" w:type="dxa"/>
          </w:tcPr>
          <w:p w14:paraId="0FD27EAD" w14:textId="77777777" w:rsidR="000F4E4E" w:rsidRDefault="000F4E4E"/>
        </w:tc>
        <w:tc>
          <w:tcPr>
            <w:tcW w:w="1507" w:type="dxa"/>
          </w:tcPr>
          <w:p w14:paraId="195263C7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08CA943A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</w:p>
        </w:tc>
      </w:tr>
      <w:tr w:rsidR="000F4E4E" w14:paraId="2FB01A9B" w14:textId="77777777" w:rsidTr="009C1543">
        <w:tc>
          <w:tcPr>
            <w:tcW w:w="924" w:type="dxa"/>
          </w:tcPr>
          <w:p w14:paraId="4E48A2EA" w14:textId="77777777" w:rsidR="000F4E4E" w:rsidRDefault="000F4E4E">
            <w:r>
              <w:rPr>
                <w:rFonts w:ascii="Calibri" w:hAnsi="Calibri"/>
                <w:sz w:val="18"/>
              </w:rPr>
              <w:t>31</w:t>
            </w:r>
          </w:p>
        </w:tc>
        <w:tc>
          <w:tcPr>
            <w:tcW w:w="932" w:type="dxa"/>
          </w:tcPr>
          <w:p w14:paraId="539EC119" w14:textId="77777777" w:rsidR="000F4E4E" w:rsidRDefault="000F4E4E">
            <w:r>
              <w:rPr>
                <w:rFonts w:ascii="Calibri" w:hAnsi="Calibri"/>
                <w:sz w:val="18"/>
              </w:rPr>
              <w:t>121</w:t>
            </w:r>
          </w:p>
        </w:tc>
        <w:tc>
          <w:tcPr>
            <w:tcW w:w="1796" w:type="dxa"/>
          </w:tcPr>
          <w:p w14:paraId="0C62D0F9" w14:textId="77777777" w:rsidR="000F4E4E" w:rsidRDefault="000F4E4E">
            <w:r>
              <w:rPr>
                <w:rFonts w:ascii="Calibri" w:hAnsi="Calibri"/>
                <w:sz w:val="18"/>
              </w:rPr>
              <w:t>Test</w:t>
            </w:r>
          </w:p>
        </w:tc>
        <w:tc>
          <w:tcPr>
            <w:tcW w:w="2227" w:type="dxa"/>
          </w:tcPr>
          <w:p w14:paraId="45F7A1B8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Hodnotenie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študentov</w:t>
            </w:r>
            <w:proofErr w:type="spellEnd"/>
          </w:p>
        </w:tc>
        <w:tc>
          <w:tcPr>
            <w:tcW w:w="2451" w:type="dxa"/>
          </w:tcPr>
          <w:p w14:paraId="4803F1B3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aplikovať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testových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porozumenie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</w:p>
        </w:tc>
        <w:tc>
          <w:tcPr>
            <w:tcW w:w="1668" w:type="dxa"/>
          </w:tcPr>
          <w:p w14:paraId="5A5C4268" w14:textId="77777777" w:rsidR="000F4E4E" w:rsidRDefault="000F4E4E"/>
        </w:tc>
        <w:tc>
          <w:tcPr>
            <w:tcW w:w="1638" w:type="dxa"/>
          </w:tcPr>
          <w:p w14:paraId="206C7C94" w14:textId="77777777" w:rsidR="000F4E4E" w:rsidRDefault="000F4E4E"/>
        </w:tc>
        <w:tc>
          <w:tcPr>
            <w:tcW w:w="1507" w:type="dxa"/>
          </w:tcPr>
          <w:p w14:paraId="7CF409B6" w14:textId="77777777" w:rsidR="000F4E4E" w:rsidRDefault="000F4E4E">
            <w:r>
              <w:rPr>
                <w:rFonts w:ascii="Calibri" w:hAnsi="Calibri"/>
                <w:sz w:val="18"/>
              </w:rPr>
              <w:t>Tests &amp; audio (downloadable from the Teacher’s assistant)</w:t>
            </w:r>
          </w:p>
        </w:tc>
        <w:tc>
          <w:tcPr>
            <w:tcW w:w="1553" w:type="dxa"/>
          </w:tcPr>
          <w:p w14:paraId="3925840D" w14:textId="77777777" w:rsidR="000F4E4E" w:rsidRDefault="000F4E4E"/>
        </w:tc>
      </w:tr>
      <w:tr w:rsidR="000F4E4E" w14:paraId="12926F40" w14:textId="77777777" w:rsidTr="009C1543">
        <w:trPr>
          <w:trHeight w:val="327"/>
        </w:trPr>
        <w:tc>
          <w:tcPr>
            <w:tcW w:w="924" w:type="dxa"/>
          </w:tcPr>
          <w:p w14:paraId="11F97478" w14:textId="77777777" w:rsidR="000F4E4E" w:rsidRDefault="000F4E4E"/>
        </w:tc>
        <w:tc>
          <w:tcPr>
            <w:tcW w:w="932" w:type="dxa"/>
          </w:tcPr>
          <w:p w14:paraId="29F5D000" w14:textId="77777777" w:rsidR="000F4E4E" w:rsidRDefault="000F4E4E"/>
        </w:tc>
        <w:tc>
          <w:tcPr>
            <w:tcW w:w="1796" w:type="dxa"/>
          </w:tcPr>
          <w:p w14:paraId="56395083" w14:textId="77777777" w:rsidR="000F4E4E" w:rsidRDefault="000F4E4E"/>
        </w:tc>
        <w:tc>
          <w:tcPr>
            <w:tcW w:w="2227" w:type="dxa"/>
            <w:shd w:val="clear" w:color="auto" w:fill="FFFF00"/>
          </w:tcPr>
          <w:p w14:paraId="6FD29A7D" w14:textId="77777777" w:rsidR="000F4E4E" w:rsidRPr="009C1543" w:rsidRDefault="000F4E4E">
            <w:pPr>
              <w:rPr>
                <w:b/>
                <w:bCs/>
              </w:rPr>
            </w:pPr>
            <w:r w:rsidRPr="009C1543">
              <w:rPr>
                <w:rFonts w:ascii="Calibri" w:hAnsi="Calibri"/>
                <w:b/>
                <w:bCs/>
                <w:sz w:val="18"/>
              </w:rPr>
              <w:t>Module 12: Help out</w:t>
            </w:r>
          </w:p>
        </w:tc>
        <w:tc>
          <w:tcPr>
            <w:tcW w:w="2451" w:type="dxa"/>
            <w:shd w:val="clear" w:color="auto" w:fill="FFFF00"/>
          </w:tcPr>
          <w:p w14:paraId="7D7D92A3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68" w:type="dxa"/>
            <w:shd w:val="clear" w:color="auto" w:fill="FFFF00"/>
          </w:tcPr>
          <w:p w14:paraId="556F6057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638" w:type="dxa"/>
            <w:shd w:val="clear" w:color="auto" w:fill="FFFF00"/>
          </w:tcPr>
          <w:p w14:paraId="2CCFBD74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07" w:type="dxa"/>
            <w:shd w:val="clear" w:color="auto" w:fill="FFFF00"/>
          </w:tcPr>
          <w:p w14:paraId="38A3C86F" w14:textId="77777777" w:rsidR="000F4E4E" w:rsidRPr="009C1543" w:rsidRDefault="000F4E4E">
            <w:pPr>
              <w:rPr>
                <w:b/>
                <w:bCs/>
              </w:rPr>
            </w:pPr>
          </w:p>
        </w:tc>
        <w:tc>
          <w:tcPr>
            <w:tcW w:w="1553" w:type="dxa"/>
            <w:shd w:val="clear" w:color="auto" w:fill="FFFF00"/>
          </w:tcPr>
          <w:p w14:paraId="7E4D1420" w14:textId="77777777" w:rsidR="000F4E4E" w:rsidRPr="009C1543" w:rsidRDefault="000F4E4E">
            <w:pPr>
              <w:rPr>
                <w:b/>
                <w:bCs/>
              </w:rPr>
            </w:pPr>
          </w:p>
        </w:tc>
      </w:tr>
      <w:tr w:rsidR="000F4E4E" w14:paraId="5132040B" w14:textId="77777777" w:rsidTr="009C1543">
        <w:tc>
          <w:tcPr>
            <w:tcW w:w="924" w:type="dxa"/>
          </w:tcPr>
          <w:p w14:paraId="16C2B51B" w14:textId="77777777" w:rsidR="000F4E4E" w:rsidRDefault="000F4E4E"/>
        </w:tc>
        <w:tc>
          <w:tcPr>
            <w:tcW w:w="932" w:type="dxa"/>
          </w:tcPr>
          <w:p w14:paraId="46AA91E4" w14:textId="77777777" w:rsidR="000F4E4E" w:rsidRDefault="000F4E4E">
            <w:r>
              <w:rPr>
                <w:rFonts w:ascii="Calibri" w:hAnsi="Calibri"/>
                <w:sz w:val="18"/>
              </w:rPr>
              <w:t>122</w:t>
            </w:r>
          </w:p>
        </w:tc>
        <w:tc>
          <w:tcPr>
            <w:tcW w:w="1796" w:type="dxa"/>
          </w:tcPr>
          <w:p w14:paraId="18ABC3CD" w14:textId="77777777" w:rsidR="000F4E4E" w:rsidRDefault="000F4E4E">
            <w:r>
              <w:rPr>
                <w:rFonts w:ascii="Calibri" w:hAnsi="Calibri"/>
                <w:sz w:val="18"/>
              </w:rPr>
              <w:t>Cover page module 12</w:t>
            </w:r>
            <w:r>
              <w:rPr>
                <w:rFonts w:ascii="Calibri" w:hAnsi="Calibri"/>
                <w:sz w:val="18"/>
              </w:rPr>
              <w:br/>
              <w:t>12A</w:t>
            </w:r>
          </w:p>
        </w:tc>
        <w:tc>
          <w:tcPr>
            <w:tcW w:w="2227" w:type="dxa"/>
          </w:tcPr>
          <w:p w14:paraId="10835F80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životné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prostredie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gramatika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budúci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will</w:t>
            </w:r>
          </w:p>
        </w:tc>
        <w:tc>
          <w:tcPr>
            <w:tcW w:w="2451" w:type="dxa"/>
          </w:tcPr>
          <w:p w14:paraId="1AF364AE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oboznámiť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sa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témou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predchádzajúce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spôsoby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ochrany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životného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prostredia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ochrane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prírody</w:t>
            </w:r>
            <w:proofErr w:type="spellEnd"/>
          </w:p>
        </w:tc>
        <w:tc>
          <w:tcPr>
            <w:tcW w:w="1668" w:type="dxa"/>
          </w:tcPr>
          <w:p w14:paraId="066A1D03" w14:textId="77777777" w:rsidR="000F4E4E" w:rsidRDefault="000F4E4E">
            <w:r>
              <w:rPr>
                <w:rFonts w:ascii="Calibri" w:hAnsi="Calibri"/>
                <w:sz w:val="18"/>
              </w:rPr>
              <w:t>Future will - Shall I/we…?</w:t>
            </w:r>
            <w:r>
              <w:rPr>
                <w:rFonts w:ascii="Calibri" w:hAnsi="Calibri"/>
                <w:sz w:val="18"/>
              </w:rPr>
              <w:br/>
              <w:t>may/might</w:t>
            </w:r>
          </w:p>
        </w:tc>
        <w:tc>
          <w:tcPr>
            <w:tcW w:w="1638" w:type="dxa"/>
          </w:tcPr>
          <w:p w14:paraId="2FE7BF9A" w14:textId="77777777" w:rsidR="000F4E4E" w:rsidRDefault="000F4E4E">
            <w:r>
              <w:rPr>
                <w:rFonts w:ascii="Calibri" w:hAnsi="Calibri"/>
                <w:sz w:val="18"/>
              </w:rPr>
              <w:t>Words/Phrases connected to protecting the environment</w:t>
            </w:r>
          </w:p>
        </w:tc>
        <w:tc>
          <w:tcPr>
            <w:tcW w:w="1507" w:type="dxa"/>
          </w:tcPr>
          <w:p w14:paraId="68AE43AB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0066F754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Osobná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sociálna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zodpovednosť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Opatrenia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oblasti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klímy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Zodpovedná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spotreba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výroba</w:t>
            </w:r>
            <w:proofErr w:type="spellEnd"/>
          </w:p>
        </w:tc>
      </w:tr>
      <w:tr w:rsidR="000F4E4E" w14:paraId="52782C7D" w14:textId="77777777" w:rsidTr="009C1543">
        <w:tc>
          <w:tcPr>
            <w:tcW w:w="924" w:type="dxa"/>
          </w:tcPr>
          <w:p w14:paraId="06D1F69A" w14:textId="77777777" w:rsidR="000F4E4E" w:rsidRDefault="000F4E4E"/>
        </w:tc>
        <w:tc>
          <w:tcPr>
            <w:tcW w:w="932" w:type="dxa"/>
          </w:tcPr>
          <w:p w14:paraId="3FEE299E" w14:textId="77777777" w:rsidR="000F4E4E" w:rsidRDefault="000F4E4E">
            <w:r>
              <w:rPr>
                <w:rFonts w:ascii="Calibri" w:hAnsi="Calibri"/>
                <w:sz w:val="18"/>
              </w:rPr>
              <w:t>123</w:t>
            </w:r>
          </w:p>
        </w:tc>
        <w:tc>
          <w:tcPr>
            <w:tcW w:w="1796" w:type="dxa"/>
          </w:tcPr>
          <w:p w14:paraId="2EBF6AAA" w14:textId="77777777" w:rsidR="000F4E4E" w:rsidRDefault="000F4E4E">
            <w:r>
              <w:rPr>
                <w:rFonts w:ascii="Calibri" w:hAnsi="Calibri"/>
                <w:sz w:val="18"/>
              </w:rPr>
              <w:t>12A</w:t>
            </w:r>
          </w:p>
        </w:tc>
        <w:tc>
          <w:tcPr>
            <w:tcW w:w="2227" w:type="dxa"/>
          </w:tcPr>
          <w:p w14:paraId="006BD48D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predvídanie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sľuby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ponuky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náhle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rozhodnutia</w:t>
            </w:r>
            <w:proofErr w:type="spellEnd"/>
          </w:p>
        </w:tc>
        <w:tc>
          <w:tcPr>
            <w:tcW w:w="2451" w:type="dxa"/>
          </w:tcPr>
          <w:p w14:paraId="43C5E211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budúci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</w:t>
            </w:r>
            <w:proofErr w:type="spellEnd"/>
            <w:r>
              <w:rPr>
                <w:rFonts w:ascii="Calibri" w:hAnsi="Calibri"/>
                <w:sz w:val="18"/>
              </w:rPr>
              <w:t xml:space="preserve"> will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predpovediach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sľuboch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spontánnych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rozhodnutiach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formulovať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ponuky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návrhy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pomoci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bežných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reagovať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vyžadujúce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okamžité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rozhodnutie</w:t>
            </w:r>
            <w:proofErr w:type="spellEnd"/>
          </w:p>
        </w:tc>
        <w:tc>
          <w:tcPr>
            <w:tcW w:w="1668" w:type="dxa"/>
          </w:tcPr>
          <w:p w14:paraId="197E6C8A" w14:textId="77777777" w:rsidR="000F4E4E" w:rsidRDefault="000F4E4E"/>
        </w:tc>
        <w:tc>
          <w:tcPr>
            <w:tcW w:w="1638" w:type="dxa"/>
          </w:tcPr>
          <w:p w14:paraId="22169837" w14:textId="77777777" w:rsidR="000F4E4E" w:rsidRDefault="000F4E4E"/>
        </w:tc>
        <w:tc>
          <w:tcPr>
            <w:tcW w:w="1507" w:type="dxa"/>
          </w:tcPr>
          <w:p w14:paraId="57DA44A7" w14:textId="77777777" w:rsidR="000F4E4E" w:rsidRDefault="000F4E4E"/>
        </w:tc>
        <w:tc>
          <w:tcPr>
            <w:tcW w:w="1553" w:type="dxa"/>
          </w:tcPr>
          <w:p w14:paraId="6B88B03A" w14:textId="77777777" w:rsidR="000F4E4E" w:rsidRDefault="000F4E4E"/>
        </w:tc>
      </w:tr>
      <w:tr w:rsidR="000F4E4E" w14:paraId="0C4CEBFF" w14:textId="77777777" w:rsidTr="009C1543">
        <w:tc>
          <w:tcPr>
            <w:tcW w:w="924" w:type="dxa"/>
          </w:tcPr>
          <w:p w14:paraId="674F9D3C" w14:textId="77777777" w:rsidR="000F4E4E" w:rsidRDefault="000F4E4E">
            <w:r>
              <w:rPr>
                <w:rFonts w:ascii="Calibri" w:hAnsi="Calibri"/>
                <w:sz w:val="18"/>
              </w:rPr>
              <w:t>32</w:t>
            </w:r>
          </w:p>
        </w:tc>
        <w:tc>
          <w:tcPr>
            <w:tcW w:w="932" w:type="dxa"/>
          </w:tcPr>
          <w:p w14:paraId="7450013A" w14:textId="77777777" w:rsidR="000F4E4E" w:rsidRDefault="000F4E4E">
            <w:r>
              <w:rPr>
                <w:rFonts w:ascii="Calibri" w:hAnsi="Calibri"/>
                <w:sz w:val="18"/>
              </w:rPr>
              <w:t>124</w:t>
            </w:r>
          </w:p>
        </w:tc>
        <w:tc>
          <w:tcPr>
            <w:tcW w:w="1796" w:type="dxa"/>
          </w:tcPr>
          <w:p w14:paraId="3C4C06A1" w14:textId="77777777" w:rsidR="000F4E4E" w:rsidRDefault="000F4E4E">
            <w:r>
              <w:rPr>
                <w:rFonts w:ascii="Calibri" w:hAnsi="Calibri"/>
                <w:sz w:val="18"/>
              </w:rPr>
              <w:t>12B</w:t>
            </w:r>
          </w:p>
        </w:tc>
        <w:tc>
          <w:tcPr>
            <w:tcW w:w="2227" w:type="dxa"/>
          </w:tcPr>
          <w:p w14:paraId="4BA7325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gramatika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podmienkové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vety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2451" w:type="dxa"/>
          </w:tcPr>
          <w:p w14:paraId="68441EDB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podmienkové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vety</w:t>
            </w:r>
            <w:proofErr w:type="spellEnd"/>
            <w:r>
              <w:rPr>
                <w:rFonts w:ascii="Calibri" w:hAnsi="Calibri"/>
                <w:sz w:val="18"/>
              </w:rPr>
              <w:t xml:space="preserve"> 1. </w:t>
            </w:r>
            <w:proofErr w:type="spellStart"/>
            <w:r>
              <w:rPr>
                <w:rFonts w:ascii="Calibri" w:hAnsi="Calibri"/>
                <w:sz w:val="18"/>
              </w:rPr>
              <w:t>typu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opisovaní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možných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vyjadriť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podmienku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jej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dôsledok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environmentálnych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problémoch</w:t>
            </w:r>
            <w:proofErr w:type="spellEnd"/>
          </w:p>
        </w:tc>
        <w:tc>
          <w:tcPr>
            <w:tcW w:w="1668" w:type="dxa"/>
          </w:tcPr>
          <w:p w14:paraId="1860A82E" w14:textId="77777777" w:rsidR="000F4E4E" w:rsidRDefault="000F4E4E">
            <w:r>
              <w:rPr>
                <w:rFonts w:ascii="Calibri" w:hAnsi="Calibri"/>
                <w:sz w:val="18"/>
              </w:rPr>
              <w:t>Conditional Sentences Type 1</w:t>
            </w:r>
          </w:p>
        </w:tc>
        <w:tc>
          <w:tcPr>
            <w:tcW w:w="1638" w:type="dxa"/>
          </w:tcPr>
          <w:p w14:paraId="4F20A069" w14:textId="77777777" w:rsidR="000F4E4E" w:rsidRDefault="000F4E4E">
            <w:r>
              <w:rPr>
                <w:rFonts w:ascii="Calibri" w:hAnsi="Calibri"/>
                <w:sz w:val="18"/>
              </w:rPr>
              <w:t>Animals</w:t>
            </w:r>
          </w:p>
        </w:tc>
        <w:tc>
          <w:tcPr>
            <w:tcW w:w="1507" w:type="dxa"/>
          </w:tcPr>
          <w:p w14:paraId="31B6C2B9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4B59003C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Digitálna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gramotnosť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Osobná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sociálna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zodpovednosť</w:t>
            </w:r>
            <w:proofErr w:type="spellEnd"/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Zodpovedná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spotreba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výroba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Opatrenia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lastRenderedPageBreak/>
              <w:t xml:space="preserve">v </w:t>
            </w:r>
            <w:proofErr w:type="spellStart"/>
            <w:r>
              <w:rPr>
                <w:rFonts w:ascii="Calibri" w:hAnsi="Calibri"/>
                <w:sz w:val="18"/>
              </w:rPr>
              <w:t>oblasti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klímy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Život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súši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Život</w:t>
            </w:r>
            <w:proofErr w:type="spellEnd"/>
            <w:r>
              <w:rPr>
                <w:rFonts w:ascii="Calibri" w:hAnsi="Calibri"/>
                <w:sz w:val="18"/>
              </w:rPr>
              <w:t xml:space="preserve"> pod vodou</w:t>
            </w:r>
          </w:p>
        </w:tc>
      </w:tr>
      <w:tr w:rsidR="000F4E4E" w14:paraId="4086F32D" w14:textId="77777777" w:rsidTr="009C1543">
        <w:tc>
          <w:tcPr>
            <w:tcW w:w="924" w:type="dxa"/>
          </w:tcPr>
          <w:p w14:paraId="7E064A28" w14:textId="77777777" w:rsidR="000F4E4E" w:rsidRDefault="000F4E4E"/>
        </w:tc>
        <w:tc>
          <w:tcPr>
            <w:tcW w:w="932" w:type="dxa"/>
          </w:tcPr>
          <w:p w14:paraId="5257ED65" w14:textId="77777777" w:rsidR="000F4E4E" w:rsidRDefault="000F4E4E">
            <w:r>
              <w:rPr>
                <w:rFonts w:ascii="Calibri" w:hAnsi="Calibri"/>
                <w:sz w:val="18"/>
              </w:rPr>
              <w:t>125</w:t>
            </w:r>
          </w:p>
        </w:tc>
        <w:tc>
          <w:tcPr>
            <w:tcW w:w="1796" w:type="dxa"/>
          </w:tcPr>
          <w:p w14:paraId="123B281E" w14:textId="77777777" w:rsidR="000F4E4E" w:rsidRDefault="000F4E4E">
            <w:r>
              <w:rPr>
                <w:rFonts w:ascii="Calibri" w:hAnsi="Calibri"/>
                <w:sz w:val="18"/>
              </w:rPr>
              <w:t>12B</w:t>
            </w:r>
          </w:p>
        </w:tc>
        <w:tc>
          <w:tcPr>
            <w:tcW w:w="2227" w:type="dxa"/>
          </w:tcPr>
          <w:p w14:paraId="027EB402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Slovná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zvieratá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ich </w:t>
            </w:r>
            <w:proofErr w:type="spellStart"/>
            <w:r>
              <w:rPr>
                <w:rFonts w:ascii="Calibri" w:hAnsi="Calibri"/>
                <w:sz w:val="18"/>
              </w:rPr>
              <w:t>prirodzené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prostredie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</w:p>
        </w:tc>
        <w:tc>
          <w:tcPr>
            <w:tcW w:w="2451" w:type="dxa"/>
          </w:tcPr>
          <w:p w14:paraId="51CC718A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pomenovať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zvieratá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ich </w:t>
            </w:r>
            <w:proofErr w:type="spellStart"/>
            <w:r>
              <w:rPr>
                <w:rFonts w:ascii="Calibri" w:hAnsi="Calibri"/>
                <w:sz w:val="18"/>
              </w:rPr>
              <w:t>prirodzené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prostredie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opísať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vzťah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medzi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zvieratami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ich </w:t>
            </w:r>
            <w:proofErr w:type="spellStart"/>
            <w:r>
              <w:rPr>
                <w:rFonts w:ascii="Calibri" w:hAnsi="Calibri"/>
                <w:sz w:val="18"/>
              </w:rPr>
              <w:t>životným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prostredím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diskutovať</w:t>
            </w:r>
            <w:proofErr w:type="spellEnd"/>
            <w:r>
              <w:rPr>
                <w:rFonts w:ascii="Calibri" w:hAnsi="Calibri"/>
                <w:sz w:val="18"/>
              </w:rPr>
              <w:t xml:space="preserve"> o </w:t>
            </w:r>
            <w:proofErr w:type="spellStart"/>
            <w:r>
              <w:rPr>
                <w:rFonts w:ascii="Calibri" w:hAnsi="Calibri"/>
                <w:sz w:val="18"/>
              </w:rPr>
              <w:t>spôsoboch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ochrany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zvierat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prírody</w:t>
            </w:r>
            <w:proofErr w:type="spellEnd"/>
          </w:p>
        </w:tc>
        <w:tc>
          <w:tcPr>
            <w:tcW w:w="1668" w:type="dxa"/>
          </w:tcPr>
          <w:p w14:paraId="2B2C998C" w14:textId="77777777" w:rsidR="000F4E4E" w:rsidRDefault="000F4E4E"/>
        </w:tc>
        <w:tc>
          <w:tcPr>
            <w:tcW w:w="1638" w:type="dxa"/>
          </w:tcPr>
          <w:p w14:paraId="690B553E" w14:textId="77777777" w:rsidR="000F4E4E" w:rsidRDefault="000F4E4E"/>
        </w:tc>
        <w:tc>
          <w:tcPr>
            <w:tcW w:w="1507" w:type="dxa"/>
          </w:tcPr>
          <w:p w14:paraId="72D20D01" w14:textId="77777777" w:rsidR="000F4E4E" w:rsidRDefault="000F4E4E"/>
        </w:tc>
        <w:tc>
          <w:tcPr>
            <w:tcW w:w="1553" w:type="dxa"/>
          </w:tcPr>
          <w:p w14:paraId="7F49C543" w14:textId="77777777" w:rsidR="000F4E4E" w:rsidRDefault="000F4E4E"/>
        </w:tc>
      </w:tr>
      <w:tr w:rsidR="000F4E4E" w14:paraId="1CF90190" w14:textId="77777777" w:rsidTr="009C1543">
        <w:tc>
          <w:tcPr>
            <w:tcW w:w="924" w:type="dxa"/>
          </w:tcPr>
          <w:p w14:paraId="142BCA23" w14:textId="77777777" w:rsidR="000F4E4E" w:rsidRDefault="000F4E4E"/>
        </w:tc>
        <w:tc>
          <w:tcPr>
            <w:tcW w:w="932" w:type="dxa"/>
          </w:tcPr>
          <w:p w14:paraId="6EF64A73" w14:textId="77777777" w:rsidR="000F4E4E" w:rsidRDefault="000F4E4E">
            <w:r>
              <w:rPr>
                <w:rFonts w:ascii="Calibri" w:hAnsi="Calibri"/>
                <w:sz w:val="18"/>
              </w:rPr>
              <w:t>126</w:t>
            </w:r>
          </w:p>
        </w:tc>
        <w:tc>
          <w:tcPr>
            <w:tcW w:w="1796" w:type="dxa"/>
          </w:tcPr>
          <w:p w14:paraId="7992FE48" w14:textId="77777777" w:rsidR="000F4E4E" w:rsidRDefault="000F4E4E">
            <w:r>
              <w:rPr>
                <w:rFonts w:ascii="Calibri" w:hAnsi="Calibri"/>
                <w:sz w:val="18"/>
              </w:rPr>
              <w:t>12C</w:t>
            </w:r>
          </w:p>
        </w:tc>
        <w:tc>
          <w:tcPr>
            <w:tcW w:w="2227" w:type="dxa"/>
          </w:tcPr>
          <w:p w14:paraId="17320E90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gramatika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trpný</w:t>
            </w:r>
            <w:proofErr w:type="spellEnd"/>
            <w:r>
              <w:rPr>
                <w:rFonts w:ascii="Calibri" w:hAnsi="Calibri"/>
                <w:sz w:val="18"/>
              </w:rPr>
              <w:t xml:space="preserve"> rod</w:t>
            </w:r>
          </w:p>
        </w:tc>
        <w:tc>
          <w:tcPr>
            <w:tcW w:w="2451" w:type="dxa"/>
          </w:tcPr>
          <w:p w14:paraId="76656E45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rozlišovať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činný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trpný</w:t>
            </w:r>
            <w:proofErr w:type="spellEnd"/>
            <w:r>
              <w:rPr>
                <w:rFonts w:ascii="Calibri" w:hAnsi="Calibri"/>
                <w:sz w:val="18"/>
              </w:rPr>
              <w:t xml:space="preserve"> rod v </w:t>
            </w:r>
            <w:proofErr w:type="spellStart"/>
            <w:r>
              <w:rPr>
                <w:rFonts w:ascii="Calibri" w:hAnsi="Calibri"/>
                <w:sz w:val="18"/>
              </w:rPr>
              <w:t>jednoduchých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vetách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trpný</w:t>
            </w:r>
            <w:proofErr w:type="spellEnd"/>
            <w:r>
              <w:rPr>
                <w:rFonts w:ascii="Calibri" w:hAnsi="Calibri"/>
                <w:sz w:val="18"/>
              </w:rPr>
              <w:t xml:space="preserve"> rod v </w:t>
            </w:r>
            <w:proofErr w:type="spellStart"/>
            <w:r>
              <w:rPr>
                <w:rFonts w:ascii="Calibri" w:hAnsi="Calibri"/>
                <w:sz w:val="18"/>
              </w:rPr>
              <w:t>prítomnom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minulom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čase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konkrétne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vecnom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texte</w:t>
            </w:r>
            <w:proofErr w:type="spellEnd"/>
          </w:p>
        </w:tc>
        <w:tc>
          <w:tcPr>
            <w:tcW w:w="1668" w:type="dxa"/>
          </w:tcPr>
          <w:p w14:paraId="2C44439B" w14:textId="77777777" w:rsidR="000F4E4E" w:rsidRDefault="000F4E4E">
            <w:r>
              <w:rPr>
                <w:rFonts w:ascii="Calibri" w:hAnsi="Calibri"/>
                <w:sz w:val="18"/>
              </w:rPr>
              <w:t>Passive Voice: Present Simple and Past Simple</w:t>
            </w:r>
          </w:p>
        </w:tc>
        <w:tc>
          <w:tcPr>
            <w:tcW w:w="1638" w:type="dxa"/>
          </w:tcPr>
          <w:p w14:paraId="51E25292" w14:textId="77777777" w:rsidR="000F4E4E" w:rsidRDefault="000F4E4E"/>
        </w:tc>
        <w:tc>
          <w:tcPr>
            <w:tcW w:w="1507" w:type="dxa"/>
          </w:tcPr>
          <w:p w14:paraId="72868CE5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2ED80F93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Digitálna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gramotnosť</w:t>
            </w:r>
            <w:proofErr w:type="spellEnd"/>
            <w:r>
              <w:rPr>
                <w:rFonts w:ascii="Calibri" w:hAnsi="Calibri"/>
                <w:sz w:val="18"/>
              </w:rPr>
              <w:t>, personal and social responsibility</w:t>
            </w:r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Mediácia</w:t>
            </w:r>
            <w:proofErr w:type="spellEnd"/>
            <w:r>
              <w:rPr>
                <w:rFonts w:ascii="Calibri" w:hAnsi="Calibri"/>
                <w:sz w:val="18"/>
              </w:rPr>
              <w:br/>
              <w:t xml:space="preserve">Bez </w:t>
            </w:r>
            <w:proofErr w:type="spellStart"/>
            <w:r>
              <w:rPr>
                <w:rFonts w:ascii="Calibri" w:hAnsi="Calibri"/>
                <w:sz w:val="18"/>
              </w:rPr>
              <w:t>chudoby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Dobré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zdravie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kvalitný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Kvalitné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vzdelávanie</w:t>
            </w:r>
            <w:proofErr w:type="spellEnd"/>
          </w:p>
        </w:tc>
      </w:tr>
      <w:tr w:rsidR="000F4E4E" w14:paraId="7AFCC9E5" w14:textId="77777777" w:rsidTr="009C1543">
        <w:tc>
          <w:tcPr>
            <w:tcW w:w="924" w:type="dxa"/>
          </w:tcPr>
          <w:p w14:paraId="17BDBFC4" w14:textId="77777777" w:rsidR="000F4E4E" w:rsidRDefault="000F4E4E"/>
        </w:tc>
        <w:tc>
          <w:tcPr>
            <w:tcW w:w="932" w:type="dxa"/>
          </w:tcPr>
          <w:p w14:paraId="65727C7F" w14:textId="77777777" w:rsidR="000F4E4E" w:rsidRDefault="000F4E4E">
            <w:r>
              <w:rPr>
                <w:rFonts w:ascii="Calibri" w:hAnsi="Calibri"/>
                <w:sz w:val="18"/>
              </w:rPr>
              <w:t>127</w:t>
            </w:r>
          </w:p>
        </w:tc>
        <w:tc>
          <w:tcPr>
            <w:tcW w:w="1796" w:type="dxa"/>
          </w:tcPr>
          <w:p w14:paraId="741EFA1C" w14:textId="77777777" w:rsidR="000F4E4E" w:rsidRDefault="000F4E4E">
            <w:r>
              <w:rPr>
                <w:rFonts w:ascii="Calibri" w:hAnsi="Calibri"/>
                <w:sz w:val="18"/>
              </w:rPr>
              <w:t>12C</w:t>
            </w:r>
          </w:p>
        </w:tc>
        <w:tc>
          <w:tcPr>
            <w:tcW w:w="2227" w:type="dxa"/>
          </w:tcPr>
          <w:p w14:paraId="636E0C8A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prieskum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prezentácia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2451" w:type="dxa"/>
          </w:tcPr>
          <w:p w14:paraId="0FE3FA74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zhromaždiť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prostredníctvom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prieskumu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spracovať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údaje</w:t>
            </w:r>
            <w:proofErr w:type="spellEnd"/>
            <w:r>
              <w:rPr>
                <w:rFonts w:ascii="Calibri" w:hAnsi="Calibri"/>
                <w:sz w:val="18"/>
              </w:rPr>
              <w:t xml:space="preserve"> do </w:t>
            </w:r>
            <w:proofErr w:type="spellStart"/>
            <w:r>
              <w:rPr>
                <w:rFonts w:ascii="Calibri" w:hAnsi="Calibri"/>
                <w:sz w:val="18"/>
              </w:rPr>
              <w:t>prehľadnej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formy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prezentovať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výsledky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prieskumu</w:t>
            </w:r>
            <w:proofErr w:type="spellEnd"/>
            <w:r>
              <w:rPr>
                <w:rFonts w:ascii="Calibri" w:hAnsi="Calibri"/>
                <w:sz w:val="18"/>
              </w:rPr>
              <w:t xml:space="preserve"> pred </w:t>
            </w:r>
            <w:proofErr w:type="spellStart"/>
            <w:r>
              <w:rPr>
                <w:rFonts w:ascii="Calibri" w:hAnsi="Calibri"/>
                <w:sz w:val="18"/>
              </w:rPr>
              <w:t>spolužiakmi</w:t>
            </w:r>
            <w:proofErr w:type="spellEnd"/>
          </w:p>
        </w:tc>
        <w:tc>
          <w:tcPr>
            <w:tcW w:w="1668" w:type="dxa"/>
          </w:tcPr>
          <w:p w14:paraId="380BF255" w14:textId="77777777" w:rsidR="000F4E4E" w:rsidRDefault="000F4E4E"/>
        </w:tc>
        <w:tc>
          <w:tcPr>
            <w:tcW w:w="1638" w:type="dxa"/>
          </w:tcPr>
          <w:p w14:paraId="3D5C7794" w14:textId="77777777" w:rsidR="000F4E4E" w:rsidRDefault="000F4E4E"/>
        </w:tc>
        <w:tc>
          <w:tcPr>
            <w:tcW w:w="1507" w:type="dxa"/>
          </w:tcPr>
          <w:p w14:paraId="1F64344C" w14:textId="77777777" w:rsidR="000F4E4E" w:rsidRDefault="000F4E4E"/>
        </w:tc>
        <w:tc>
          <w:tcPr>
            <w:tcW w:w="1553" w:type="dxa"/>
          </w:tcPr>
          <w:p w14:paraId="6236FEAE" w14:textId="77777777" w:rsidR="000F4E4E" w:rsidRDefault="000F4E4E"/>
        </w:tc>
      </w:tr>
      <w:tr w:rsidR="000F4E4E" w14:paraId="0C59EFBC" w14:textId="77777777" w:rsidTr="009C1543">
        <w:tc>
          <w:tcPr>
            <w:tcW w:w="924" w:type="dxa"/>
          </w:tcPr>
          <w:p w14:paraId="4EDA5CD6" w14:textId="77777777" w:rsidR="000F4E4E" w:rsidRDefault="000F4E4E">
            <w:r>
              <w:rPr>
                <w:rFonts w:ascii="Calibri" w:hAnsi="Calibri"/>
                <w:sz w:val="18"/>
              </w:rPr>
              <w:t>33</w:t>
            </w:r>
          </w:p>
        </w:tc>
        <w:tc>
          <w:tcPr>
            <w:tcW w:w="932" w:type="dxa"/>
          </w:tcPr>
          <w:p w14:paraId="2A286751" w14:textId="77777777" w:rsidR="000F4E4E" w:rsidRDefault="000F4E4E">
            <w:r>
              <w:rPr>
                <w:rFonts w:ascii="Calibri" w:hAnsi="Calibri"/>
                <w:sz w:val="18"/>
              </w:rPr>
              <w:t>128</w:t>
            </w:r>
          </w:p>
        </w:tc>
        <w:tc>
          <w:tcPr>
            <w:tcW w:w="1796" w:type="dxa"/>
          </w:tcPr>
          <w:p w14:paraId="6B1065A4" w14:textId="77777777" w:rsidR="000F4E4E" w:rsidRDefault="000F4E4E">
            <w:r>
              <w:rPr>
                <w:rFonts w:ascii="Calibri" w:hAnsi="Calibri"/>
                <w:sz w:val="18"/>
              </w:rPr>
              <w:t>12D</w:t>
            </w:r>
          </w:p>
        </w:tc>
        <w:tc>
          <w:tcPr>
            <w:tcW w:w="2227" w:type="dxa"/>
          </w:tcPr>
          <w:p w14:paraId="6F182EE6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Počúvanie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rozprávanie</w:t>
            </w:r>
            <w:proofErr w:type="spellEnd"/>
            <w:r>
              <w:rPr>
                <w:rFonts w:ascii="Calibri" w:hAnsi="Calibri"/>
                <w:sz w:val="18"/>
              </w:rPr>
              <w:t xml:space="preserve"> - </w:t>
            </w:r>
            <w:proofErr w:type="spellStart"/>
            <w:r>
              <w:rPr>
                <w:rFonts w:ascii="Calibri" w:hAnsi="Calibri"/>
                <w:sz w:val="18"/>
              </w:rPr>
              <w:t>pozvanie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odpovedať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pozvanie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2451" w:type="dxa"/>
          </w:tcPr>
          <w:p w14:paraId="0DCC242B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pozvať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osobu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spoločnú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prijať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odmietnuť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pozvanie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vhodnými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jazykovými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prostriedkami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navrhnúť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spoločné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aktivity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dohodnúť</w:t>
            </w:r>
            <w:proofErr w:type="spellEnd"/>
            <w:r>
              <w:rPr>
                <w:rFonts w:ascii="Calibri" w:hAnsi="Calibri"/>
                <w:sz w:val="18"/>
              </w:rPr>
              <w:t xml:space="preserve"> ich </w:t>
            </w:r>
            <w:proofErr w:type="spellStart"/>
            <w:r>
              <w:rPr>
                <w:rFonts w:ascii="Calibri" w:hAnsi="Calibri"/>
                <w:sz w:val="18"/>
              </w:rPr>
              <w:t>organizáciu</w:t>
            </w:r>
            <w:proofErr w:type="spellEnd"/>
          </w:p>
        </w:tc>
        <w:tc>
          <w:tcPr>
            <w:tcW w:w="1668" w:type="dxa"/>
          </w:tcPr>
          <w:p w14:paraId="6B944DC6" w14:textId="77777777" w:rsidR="000F4E4E" w:rsidRDefault="000F4E4E"/>
        </w:tc>
        <w:tc>
          <w:tcPr>
            <w:tcW w:w="1638" w:type="dxa"/>
          </w:tcPr>
          <w:p w14:paraId="3378A210" w14:textId="77777777" w:rsidR="000F4E4E" w:rsidRDefault="000F4E4E">
            <w:r>
              <w:rPr>
                <w:rFonts w:ascii="Calibri" w:hAnsi="Calibri"/>
                <w:sz w:val="18"/>
              </w:rPr>
              <w:t>Phrases connected to invitations</w:t>
            </w:r>
          </w:p>
        </w:tc>
        <w:tc>
          <w:tcPr>
            <w:tcW w:w="1507" w:type="dxa"/>
          </w:tcPr>
          <w:p w14:paraId="35EE007A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069518CC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br/>
              <w:t xml:space="preserve">Bez </w:t>
            </w:r>
            <w:proofErr w:type="spellStart"/>
            <w:r>
              <w:rPr>
                <w:rFonts w:ascii="Calibri" w:hAnsi="Calibri"/>
                <w:sz w:val="18"/>
              </w:rPr>
              <w:t>chudoby</w:t>
            </w:r>
            <w:proofErr w:type="spellEnd"/>
          </w:p>
        </w:tc>
      </w:tr>
      <w:tr w:rsidR="000F4E4E" w14:paraId="11E6DE11" w14:textId="77777777" w:rsidTr="009C1543">
        <w:tc>
          <w:tcPr>
            <w:tcW w:w="924" w:type="dxa"/>
          </w:tcPr>
          <w:p w14:paraId="714EC50D" w14:textId="77777777" w:rsidR="000F4E4E" w:rsidRDefault="000F4E4E"/>
        </w:tc>
        <w:tc>
          <w:tcPr>
            <w:tcW w:w="932" w:type="dxa"/>
          </w:tcPr>
          <w:p w14:paraId="75EA880B" w14:textId="77777777" w:rsidR="000F4E4E" w:rsidRDefault="000F4E4E">
            <w:r>
              <w:rPr>
                <w:rFonts w:ascii="Calibri" w:hAnsi="Calibri"/>
                <w:sz w:val="18"/>
              </w:rPr>
              <w:t>129</w:t>
            </w:r>
          </w:p>
        </w:tc>
        <w:tc>
          <w:tcPr>
            <w:tcW w:w="1796" w:type="dxa"/>
          </w:tcPr>
          <w:p w14:paraId="417205CF" w14:textId="77777777" w:rsidR="000F4E4E" w:rsidRDefault="000F4E4E">
            <w:r>
              <w:rPr>
                <w:rFonts w:ascii="Calibri" w:hAnsi="Calibri"/>
                <w:sz w:val="18"/>
              </w:rPr>
              <w:t>12D</w:t>
            </w:r>
          </w:p>
        </w:tc>
        <w:tc>
          <w:tcPr>
            <w:tcW w:w="2227" w:type="dxa"/>
          </w:tcPr>
          <w:p w14:paraId="4E559AC2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Čítanie</w:t>
            </w:r>
            <w:proofErr w:type="spellEnd"/>
            <w:r>
              <w:rPr>
                <w:rFonts w:ascii="Calibri" w:hAnsi="Calibri"/>
                <w:sz w:val="18"/>
              </w:rPr>
              <w:t xml:space="preserve"> s </w:t>
            </w:r>
            <w:proofErr w:type="spellStart"/>
            <w:r>
              <w:rPr>
                <w:rFonts w:ascii="Calibri" w:hAnsi="Calibri"/>
                <w:sz w:val="18"/>
              </w:rPr>
              <w:t>porozumením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písanie</w:t>
            </w:r>
            <w:proofErr w:type="spellEnd"/>
            <w:r>
              <w:rPr>
                <w:rFonts w:ascii="Calibri" w:hAnsi="Calibri"/>
                <w:sz w:val="18"/>
              </w:rPr>
              <w:t xml:space="preserve"> - e-mail– </w:t>
            </w:r>
            <w:proofErr w:type="spellStart"/>
            <w:r>
              <w:rPr>
                <w:rFonts w:ascii="Calibri" w:hAnsi="Calibri"/>
                <w:sz w:val="18"/>
              </w:rPr>
              <w:t>prijatie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odmietnutie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pozvania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2451" w:type="dxa"/>
          </w:tcPr>
          <w:p w14:paraId="451EE609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porozumieť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účelu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obsahu</w:t>
            </w:r>
            <w:proofErr w:type="spellEnd"/>
            <w:r>
              <w:rPr>
                <w:rFonts w:ascii="Calibri" w:hAnsi="Calibri"/>
                <w:sz w:val="18"/>
              </w:rPr>
              <w:t xml:space="preserve"> e-</w:t>
            </w:r>
            <w:proofErr w:type="spellStart"/>
            <w:r>
              <w:rPr>
                <w:rFonts w:ascii="Calibri" w:hAnsi="Calibri"/>
                <w:sz w:val="18"/>
              </w:rPr>
              <w:t>mailovej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správy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vhodné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frázy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prijatí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odmietnutí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pozvania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napísať</w:t>
            </w:r>
            <w:proofErr w:type="spellEnd"/>
            <w:r>
              <w:rPr>
                <w:rFonts w:ascii="Calibri" w:hAnsi="Calibri"/>
                <w:sz w:val="18"/>
              </w:rPr>
              <w:t xml:space="preserve"> e-mail s </w:t>
            </w:r>
            <w:proofErr w:type="spellStart"/>
            <w:r>
              <w:rPr>
                <w:rFonts w:ascii="Calibri" w:hAnsi="Calibri"/>
                <w:sz w:val="18"/>
              </w:rPr>
              <w:t>prijatím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alebo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odmietnutím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pozvania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podľa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zadan</w:t>
            </w:r>
            <w:proofErr w:type="spellEnd"/>
          </w:p>
        </w:tc>
        <w:tc>
          <w:tcPr>
            <w:tcW w:w="1668" w:type="dxa"/>
          </w:tcPr>
          <w:p w14:paraId="4D6BADC7" w14:textId="77777777" w:rsidR="000F4E4E" w:rsidRDefault="000F4E4E"/>
        </w:tc>
        <w:tc>
          <w:tcPr>
            <w:tcW w:w="1638" w:type="dxa"/>
          </w:tcPr>
          <w:p w14:paraId="36F68236" w14:textId="77777777" w:rsidR="000F4E4E" w:rsidRDefault="000F4E4E"/>
        </w:tc>
        <w:tc>
          <w:tcPr>
            <w:tcW w:w="1507" w:type="dxa"/>
          </w:tcPr>
          <w:p w14:paraId="29EE2012" w14:textId="77777777" w:rsidR="000F4E4E" w:rsidRDefault="000F4E4E"/>
        </w:tc>
        <w:tc>
          <w:tcPr>
            <w:tcW w:w="1553" w:type="dxa"/>
          </w:tcPr>
          <w:p w14:paraId="2F510CD6" w14:textId="77777777" w:rsidR="000F4E4E" w:rsidRDefault="000F4E4E"/>
        </w:tc>
      </w:tr>
      <w:tr w:rsidR="000F4E4E" w14:paraId="053E8B75" w14:textId="77777777" w:rsidTr="009C1543">
        <w:tc>
          <w:tcPr>
            <w:tcW w:w="924" w:type="dxa"/>
          </w:tcPr>
          <w:p w14:paraId="60E1FC21" w14:textId="77777777" w:rsidR="000F4E4E" w:rsidRDefault="000F4E4E">
            <w:r>
              <w:rPr>
                <w:rFonts w:ascii="Calibri" w:hAnsi="Calibri"/>
                <w:sz w:val="18"/>
              </w:rPr>
              <w:lastRenderedPageBreak/>
              <w:t>33</w:t>
            </w:r>
          </w:p>
        </w:tc>
        <w:tc>
          <w:tcPr>
            <w:tcW w:w="932" w:type="dxa"/>
          </w:tcPr>
          <w:p w14:paraId="5892628A" w14:textId="77777777" w:rsidR="000F4E4E" w:rsidRDefault="000F4E4E">
            <w:r>
              <w:rPr>
                <w:rFonts w:ascii="Calibri" w:hAnsi="Calibri"/>
                <w:sz w:val="18"/>
              </w:rPr>
              <w:t>130</w:t>
            </w:r>
          </w:p>
        </w:tc>
        <w:tc>
          <w:tcPr>
            <w:tcW w:w="1796" w:type="dxa"/>
          </w:tcPr>
          <w:p w14:paraId="02DB3F33" w14:textId="77777777" w:rsidR="000F4E4E" w:rsidRDefault="000F4E4E">
            <w:r>
              <w:rPr>
                <w:rFonts w:ascii="Calibri" w:hAnsi="Calibri"/>
                <w:sz w:val="18"/>
              </w:rPr>
              <w:t>Review 12</w:t>
            </w:r>
            <w:r>
              <w:rPr>
                <w:rFonts w:ascii="Calibri" w:hAnsi="Calibri"/>
                <w:sz w:val="18"/>
              </w:rPr>
              <w:br/>
              <w:t>Self-evaluation</w:t>
            </w:r>
          </w:p>
        </w:tc>
        <w:tc>
          <w:tcPr>
            <w:tcW w:w="2227" w:type="dxa"/>
          </w:tcPr>
          <w:p w14:paraId="30142CB1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Zhrnutie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  <w:r>
              <w:rPr>
                <w:rFonts w:ascii="Calibri" w:hAnsi="Calibri"/>
                <w:sz w:val="18"/>
              </w:rPr>
              <w:t xml:space="preserve"> 12, </w:t>
            </w:r>
            <w:proofErr w:type="spellStart"/>
            <w:r>
              <w:rPr>
                <w:rFonts w:ascii="Calibri" w:hAnsi="Calibri"/>
                <w:sz w:val="18"/>
              </w:rPr>
              <w:t>sebahodnotenie</w:t>
            </w:r>
            <w:proofErr w:type="spellEnd"/>
          </w:p>
        </w:tc>
        <w:tc>
          <w:tcPr>
            <w:tcW w:w="2451" w:type="dxa"/>
          </w:tcPr>
          <w:p w14:paraId="11035FBE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upevniť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štruktúry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učení</w:t>
            </w:r>
            <w:proofErr w:type="spellEnd"/>
          </w:p>
        </w:tc>
        <w:tc>
          <w:tcPr>
            <w:tcW w:w="1668" w:type="dxa"/>
          </w:tcPr>
          <w:p w14:paraId="497CB38C" w14:textId="77777777" w:rsidR="000F4E4E" w:rsidRDefault="000F4E4E"/>
        </w:tc>
        <w:tc>
          <w:tcPr>
            <w:tcW w:w="1638" w:type="dxa"/>
          </w:tcPr>
          <w:p w14:paraId="5000CC30" w14:textId="77777777" w:rsidR="000F4E4E" w:rsidRDefault="000F4E4E"/>
        </w:tc>
        <w:tc>
          <w:tcPr>
            <w:tcW w:w="1507" w:type="dxa"/>
          </w:tcPr>
          <w:p w14:paraId="49A62E78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0751940E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Samostatné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učenie</w:t>
            </w:r>
            <w:proofErr w:type="spellEnd"/>
          </w:p>
        </w:tc>
      </w:tr>
      <w:tr w:rsidR="000F4E4E" w14:paraId="5668C9B3" w14:textId="77777777" w:rsidTr="009C1543">
        <w:tc>
          <w:tcPr>
            <w:tcW w:w="924" w:type="dxa"/>
          </w:tcPr>
          <w:p w14:paraId="4B78B416" w14:textId="77777777" w:rsidR="000F4E4E" w:rsidRDefault="000F4E4E"/>
        </w:tc>
        <w:tc>
          <w:tcPr>
            <w:tcW w:w="932" w:type="dxa"/>
          </w:tcPr>
          <w:p w14:paraId="70A18CC0" w14:textId="77777777" w:rsidR="000F4E4E" w:rsidRDefault="000F4E4E">
            <w:r>
              <w:rPr>
                <w:rFonts w:ascii="Calibri" w:hAnsi="Calibri"/>
                <w:sz w:val="18"/>
              </w:rPr>
              <w:t>131</w:t>
            </w:r>
          </w:p>
        </w:tc>
        <w:tc>
          <w:tcPr>
            <w:tcW w:w="1796" w:type="dxa"/>
          </w:tcPr>
          <w:p w14:paraId="00A19D03" w14:textId="77777777" w:rsidR="000F4E4E" w:rsidRDefault="000F4E4E">
            <w:r>
              <w:rPr>
                <w:rFonts w:ascii="Calibri" w:hAnsi="Calibri"/>
                <w:sz w:val="18"/>
              </w:rPr>
              <w:t>Test</w:t>
            </w:r>
          </w:p>
        </w:tc>
        <w:tc>
          <w:tcPr>
            <w:tcW w:w="2227" w:type="dxa"/>
          </w:tcPr>
          <w:p w14:paraId="531127EC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Hodnotenie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študentov</w:t>
            </w:r>
            <w:proofErr w:type="spellEnd"/>
          </w:p>
        </w:tc>
        <w:tc>
          <w:tcPr>
            <w:tcW w:w="2451" w:type="dxa"/>
          </w:tcPr>
          <w:p w14:paraId="54356C8A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vedomostí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aplikovať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v </w:t>
            </w:r>
            <w:proofErr w:type="spellStart"/>
            <w:r>
              <w:rPr>
                <w:rFonts w:ascii="Calibri" w:hAnsi="Calibri"/>
                <w:sz w:val="18"/>
              </w:rPr>
              <w:t>testových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úlohách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porozumenie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učivu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modulu</w:t>
            </w:r>
            <w:proofErr w:type="spellEnd"/>
          </w:p>
        </w:tc>
        <w:tc>
          <w:tcPr>
            <w:tcW w:w="1668" w:type="dxa"/>
          </w:tcPr>
          <w:p w14:paraId="2091CD57" w14:textId="77777777" w:rsidR="000F4E4E" w:rsidRDefault="000F4E4E"/>
        </w:tc>
        <w:tc>
          <w:tcPr>
            <w:tcW w:w="1638" w:type="dxa"/>
          </w:tcPr>
          <w:p w14:paraId="147F48F7" w14:textId="77777777" w:rsidR="000F4E4E" w:rsidRDefault="000F4E4E"/>
        </w:tc>
        <w:tc>
          <w:tcPr>
            <w:tcW w:w="1507" w:type="dxa"/>
          </w:tcPr>
          <w:p w14:paraId="721EF4B5" w14:textId="77777777" w:rsidR="000F4E4E" w:rsidRDefault="000F4E4E">
            <w:r>
              <w:rPr>
                <w:rFonts w:ascii="Calibri" w:hAnsi="Calibri"/>
                <w:sz w:val="18"/>
              </w:rPr>
              <w:t>Tests &amp; audio (downloadable from the Teacher’s assistant)</w:t>
            </w:r>
          </w:p>
        </w:tc>
        <w:tc>
          <w:tcPr>
            <w:tcW w:w="1553" w:type="dxa"/>
          </w:tcPr>
          <w:p w14:paraId="289EC0D0" w14:textId="77777777" w:rsidR="000F4E4E" w:rsidRDefault="000F4E4E"/>
        </w:tc>
      </w:tr>
      <w:tr w:rsidR="000F4E4E" w14:paraId="0EC6D555" w14:textId="77777777" w:rsidTr="009C1543">
        <w:tc>
          <w:tcPr>
            <w:tcW w:w="924" w:type="dxa"/>
          </w:tcPr>
          <w:p w14:paraId="0D0EB8C3" w14:textId="77777777" w:rsidR="000F4E4E" w:rsidRDefault="000F4E4E"/>
        </w:tc>
        <w:tc>
          <w:tcPr>
            <w:tcW w:w="932" w:type="dxa"/>
          </w:tcPr>
          <w:p w14:paraId="08D2D76D" w14:textId="77777777" w:rsidR="000F4E4E" w:rsidRDefault="000F4E4E">
            <w:r>
              <w:rPr>
                <w:rFonts w:ascii="Calibri" w:hAnsi="Calibri"/>
                <w:sz w:val="18"/>
              </w:rPr>
              <w:t>132</w:t>
            </w:r>
          </w:p>
        </w:tc>
        <w:tc>
          <w:tcPr>
            <w:tcW w:w="1796" w:type="dxa"/>
          </w:tcPr>
          <w:p w14:paraId="1B9F281F" w14:textId="77777777" w:rsidR="000F4E4E" w:rsidRDefault="000F4E4E">
            <w:r>
              <w:rPr>
                <w:rFonts w:ascii="Calibri" w:hAnsi="Calibri"/>
                <w:sz w:val="18"/>
              </w:rPr>
              <w:t>Task 6, modules 11-12</w:t>
            </w:r>
          </w:p>
        </w:tc>
        <w:tc>
          <w:tcPr>
            <w:tcW w:w="2227" w:type="dxa"/>
          </w:tcPr>
          <w:p w14:paraId="43D2F79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Porozumenie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cestovným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oznamom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informáciám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letisku</w:t>
            </w:r>
            <w:proofErr w:type="spellEnd"/>
          </w:p>
        </w:tc>
        <w:tc>
          <w:tcPr>
            <w:tcW w:w="2451" w:type="dxa"/>
          </w:tcPr>
          <w:p w14:paraId="0F713CE4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vyhľadať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interpretovať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z </w:t>
            </w:r>
            <w:proofErr w:type="spellStart"/>
            <w:r>
              <w:rPr>
                <w:rFonts w:ascii="Calibri" w:hAnsi="Calibri"/>
                <w:sz w:val="18"/>
              </w:rPr>
              <w:t>cestovných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oznamov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odletových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tabúľ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cestovných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dokladov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používať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informácie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riešení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modelových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cestovných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situácií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prezentovať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navrhnuté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riešenie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cestovnej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situácie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zdôvodniť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svoj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postup</w:t>
            </w:r>
            <w:proofErr w:type="spellEnd"/>
          </w:p>
        </w:tc>
        <w:tc>
          <w:tcPr>
            <w:tcW w:w="1668" w:type="dxa"/>
          </w:tcPr>
          <w:p w14:paraId="0639B2ED" w14:textId="77777777" w:rsidR="000F4E4E" w:rsidRDefault="000F4E4E"/>
        </w:tc>
        <w:tc>
          <w:tcPr>
            <w:tcW w:w="1638" w:type="dxa"/>
          </w:tcPr>
          <w:p w14:paraId="6E91D522" w14:textId="77777777" w:rsidR="000F4E4E" w:rsidRDefault="000F4E4E"/>
        </w:tc>
        <w:tc>
          <w:tcPr>
            <w:tcW w:w="1507" w:type="dxa"/>
          </w:tcPr>
          <w:p w14:paraId="6BAA6B8A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03EC8672" w14:textId="77777777" w:rsidR="000F4E4E" w:rsidRDefault="000F4E4E">
            <w:proofErr w:type="spellStart"/>
            <w:proofErr w:type="gramStart"/>
            <w:r>
              <w:rPr>
                <w:rFonts w:ascii="Calibri" w:hAnsi="Calibri"/>
                <w:sz w:val="18"/>
              </w:rPr>
              <w:t>Komunikácia</w:t>
            </w:r>
            <w:proofErr w:type="spellEnd"/>
            <w:r>
              <w:rPr>
                <w:rFonts w:ascii="Calibri" w:hAnsi="Calibri"/>
                <w:sz w:val="18"/>
              </w:rPr>
              <w:t xml:space="preserve">,  </w:t>
            </w:r>
            <w:proofErr w:type="spellStart"/>
            <w:r>
              <w:rPr>
                <w:rFonts w:ascii="Calibri" w:hAnsi="Calibri"/>
                <w:sz w:val="18"/>
              </w:rPr>
              <w:t>Spolupráca</w:t>
            </w:r>
            <w:proofErr w:type="spellEnd"/>
            <w:proofErr w:type="gram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Kritické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myslenie</w:t>
            </w:r>
            <w:proofErr w:type="spellEnd"/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br/>
            </w:r>
            <w:proofErr w:type="spellStart"/>
            <w:r>
              <w:rPr>
                <w:rFonts w:ascii="Calibri" w:hAnsi="Calibri"/>
                <w:sz w:val="18"/>
              </w:rPr>
              <w:t>Tvorivosť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Prezentačné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zručnosti</w:t>
            </w:r>
            <w:proofErr w:type="spellEnd"/>
          </w:p>
        </w:tc>
      </w:tr>
      <w:tr w:rsidR="000F4E4E" w14:paraId="1EDB4ED8" w14:textId="77777777" w:rsidTr="009C1543">
        <w:tc>
          <w:tcPr>
            <w:tcW w:w="924" w:type="dxa"/>
          </w:tcPr>
          <w:p w14:paraId="7CF2C583" w14:textId="77777777" w:rsidR="000F4E4E" w:rsidRDefault="000F4E4E">
            <w:r>
              <w:rPr>
                <w:rFonts w:ascii="Calibri" w:hAnsi="Calibri"/>
                <w:sz w:val="18"/>
              </w:rPr>
              <w:t>34</w:t>
            </w:r>
          </w:p>
        </w:tc>
        <w:tc>
          <w:tcPr>
            <w:tcW w:w="932" w:type="dxa"/>
          </w:tcPr>
          <w:p w14:paraId="0890362B" w14:textId="77777777" w:rsidR="000F4E4E" w:rsidRDefault="000F4E4E">
            <w:r>
              <w:rPr>
                <w:rFonts w:ascii="Calibri" w:hAnsi="Calibri"/>
                <w:sz w:val="18"/>
              </w:rPr>
              <w:t>133</w:t>
            </w:r>
          </w:p>
        </w:tc>
        <w:tc>
          <w:tcPr>
            <w:tcW w:w="1796" w:type="dxa"/>
          </w:tcPr>
          <w:p w14:paraId="1F7AC19A" w14:textId="77777777" w:rsidR="000F4E4E" w:rsidRDefault="000F4E4E">
            <w:r>
              <w:rPr>
                <w:rFonts w:ascii="Calibri" w:hAnsi="Calibri"/>
                <w:sz w:val="18"/>
              </w:rPr>
              <w:t>Revision</w:t>
            </w:r>
          </w:p>
        </w:tc>
        <w:tc>
          <w:tcPr>
            <w:tcW w:w="2227" w:type="dxa"/>
          </w:tcPr>
          <w:p w14:paraId="4361EA57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Opakovanie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</w:p>
        </w:tc>
        <w:tc>
          <w:tcPr>
            <w:tcW w:w="2451" w:type="dxa"/>
          </w:tcPr>
          <w:p w14:paraId="1E67EAB1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javy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komunikačné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funkcie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modulov</w:t>
            </w:r>
            <w:proofErr w:type="spellEnd"/>
            <w:r>
              <w:rPr>
                <w:rFonts w:ascii="Calibri" w:hAnsi="Calibri"/>
                <w:sz w:val="18"/>
              </w:rPr>
              <w:t xml:space="preserve"> 7 - 9 • </w:t>
            </w:r>
            <w:proofErr w:type="spellStart"/>
            <w:r>
              <w:rPr>
                <w:rFonts w:ascii="Calibri" w:hAnsi="Calibri"/>
                <w:sz w:val="18"/>
              </w:rPr>
              <w:t>uplatniť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riešení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rôznych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typov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</w:t>
            </w:r>
            <w:proofErr w:type="spellEnd"/>
            <w:r>
              <w:rPr>
                <w:rFonts w:ascii="Calibri" w:hAnsi="Calibri"/>
                <w:sz w:val="18"/>
              </w:rPr>
              <w:t xml:space="preserve"> •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identifikovať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oblasti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zlepšenie</w:t>
            </w:r>
            <w:proofErr w:type="spellEnd"/>
          </w:p>
        </w:tc>
        <w:tc>
          <w:tcPr>
            <w:tcW w:w="1668" w:type="dxa"/>
          </w:tcPr>
          <w:p w14:paraId="13A34F09" w14:textId="77777777" w:rsidR="000F4E4E" w:rsidRDefault="000F4E4E"/>
        </w:tc>
        <w:tc>
          <w:tcPr>
            <w:tcW w:w="1638" w:type="dxa"/>
          </w:tcPr>
          <w:p w14:paraId="7B1BD1BA" w14:textId="77777777" w:rsidR="000F4E4E" w:rsidRDefault="000F4E4E"/>
        </w:tc>
        <w:tc>
          <w:tcPr>
            <w:tcW w:w="1507" w:type="dxa"/>
          </w:tcPr>
          <w:p w14:paraId="7549B504" w14:textId="77777777" w:rsidR="000F4E4E" w:rsidRDefault="000F4E4E">
            <w:r>
              <w:rPr>
                <w:rFonts w:ascii="Calibri" w:hAnsi="Calibri"/>
                <w:sz w:val="18"/>
              </w:rPr>
              <w:t>Student’s book, multimedia material</w:t>
            </w:r>
          </w:p>
        </w:tc>
        <w:tc>
          <w:tcPr>
            <w:tcW w:w="1553" w:type="dxa"/>
          </w:tcPr>
          <w:p w14:paraId="27B262C0" w14:textId="77777777" w:rsidR="000F4E4E" w:rsidRDefault="000F4E4E"/>
        </w:tc>
      </w:tr>
      <w:tr w:rsidR="000F4E4E" w14:paraId="6AD6C75A" w14:textId="77777777" w:rsidTr="009C1543">
        <w:tc>
          <w:tcPr>
            <w:tcW w:w="924" w:type="dxa"/>
          </w:tcPr>
          <w:p w14:paraId="5E6C80AC" w14:textId="77777777" w:rsidR="000F4E4E" w:rsidRDefault="000F4E4E"/>
        </w:tc>
        <w:tc>
          <w:tcPr>
            <w:tcW w:w="932" w:type="dxa"/>
          </w:tcPr>
          <w:p w14:paraId="0391216A" w14:textId="77777777" w:rsidR="000F4E4E" w:rsidRDefault="000F4E4E">
            <w:r>
              <w:rPr>
                <w:rFonts w:ascii="Calibri" w:hAnsi="Calibri"/>
                <w:sz w:val="18"/>
              </w:rPr>
              <w:t>134</w:t>
            </w:r>
          </w:p>
        </w:tc>
        <w:tc>
          <w:tcPr>
            <w:tcW w:w="1796" w:type="dxa"/>
          </w:tcPr>
          <w:p w14:paraId="71BB8FE9" w14:textId="77777777" w:rsidR="000F4E4E" w:rsidRDefault="000F4E4E">
            <w:r>
              <w:rPr>
                <w:rFonts w:ascii="Calibri" w:hAnsi="Calibri"/>
                <w:sz w:val="18"/>
              </w:rPr>
              <w:t>Revision</w:t>
            </w:r>
          </w:p>
        </w:tc>
        <w:tc>
          <w:tcPr>
            <w:tcW w:w="2227" w:type="dxa"/>
          </w:tcPr>
          <w:p w14:paraId="438CC485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Opakovanie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učiva</w:t>
            </w:r>
            <w:proofErr w:type="spellEnd"/>
          </w:p>
        </w:tc>
        <w:tc>
          <w:tcPr>
            <w:tcW w:w="2451" w:type="dxa"/>
          </w:tcPr>
          <w:p w14:paraId="0A5C0B4B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zopakovať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slovnú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zásobu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gramatické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javy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komunikačné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funkcie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modulov</w:t>
            </w:r>
            <w:proofErr w:type="spellEnd"/>
            <w:r>
              <w:rPr>
                <w:rFonts w:ascii="Calibri" w:hAnsi="Calibri"/>
                <w:sz w:val="18"/>
              </w:rPr>
              <w:t xml:space="preserve"> 10 – 12 • </w:t>
            </w:r>
            <w:proofErr w:type="spellStart"/>
            <w:r>
              <w:rPr>
                <w:rFonts w:ascii="Calibri" w:hAnsi="Calibri"/>
                <w:sz w:val="18"/>
              </w:rPr>
              <w:t>uplatniť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riešení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rôznych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typov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</w:t>
            </w:r>
            <w:proofErr w:type="spellEnd"/>
            <w:r>
              <w:rPr>
                <w:rFonts w:ascii="Calibri" w:hAnsi="Calibri"/>
                <w:sz w:val="18"/>
              </w:rPr>
              <w:t xml:space="preserve"> •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>a</w:t>
            </w:r>
            <w:proofErr w:type="gram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identifikovať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oblasti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zlepšenie</w:t>
            </w:r>
            <w:proofErr w:type="spellEnd"/>
          </w:p>
        </w:tc>
        <w:tc>
          <w:tcPr>
            <w:tcW w:w="1668" w:type="dxa"/>
          </w:tcPr>
          <w:p w14:paraId="082A0215" w14:textId="77777777" w:rsidR="000F4E4E" w:rsidRDefault="000F4E4E"/>
        </w:tc>
        <w:tc>
          <w:tcPr>
            <w:tcW w:w="1638" w:type="dxa"/>
          </w:tcPr>
          <w:p w14:paraId="4E9E9E32" w14:textId="77777777" w:rsidR="000F4E4E" w:rsidRDefault="000F4E4E"/>
        </w:tc>
        <w:tc>
          <w:tcPr>
            <w:tcW w:w="1507" w:type="dxa"/>
          </w:tcPr>
          <w:p w14:paraId="3627B157" w14:textId="77777777" w:rsidR="000F4E4E" w:rsidRDefault="000F4E4E"/>
        </w:tc>
        <w:tc>
          <w:tcPr>
            <w:tcW w:w="1553" w:type="dxa"/>
          </w:tcPr>
          <w:p w14:paraId="2BCB33E5" w14:textId="77777777" w:rsidR="000F4E4E" w:rsidRDefault="000F4E4E"/>
        </w:tc>
      </w:tr>
      <w:tr w:rsidR="000F4E4E" w14:paraId="2E1EFA61" w14:textId="77777777" w:rsidTr="009C1543">
        <w:tc>
          <w:tcPr>
            <w:tcW w:w="924" w:type="dxa"/>
          </w:tcPr>
          <w:p w14:paraId="4CAAA727" w14:textId="77777777" w:rsidR="000F4E4E" w:rsidRDefault="000F4E4E"/>
        </w:tc>
        <w:tc>
          <w:tcPr>
            <w:tcW w:w="932" w:type="dxa"/>
          </w:tcPr>
          <w:p w14:paraId="49DB6CE4" w14:textId="77777777" w:rsidR="000F4E4E" w:rsidRDefault="000F4E4E">
            <w:r>
              <w:rPr>
                <w:rFonts w:ascii="Calibri" w:hAnsi="Calibri"/>
                <w:sz w:val="18"/>
              </w:rPr>
              <w:t>135</w:t>
            </w:r>
          </w:p>
        </w:tc>
        <w:tc>
          <w:tcPr>
            <w:tcW w:w="1796" w:type="dxa"/>
          </w:tcPr>
          <w:p w14:paraId="01ED4BFC" w14:textId="77777777" w:rsidR="000F4E4E" w:rsidRDefault="000F4E4E">
            <w:r>
              <w:rPr>
                <w:rFonts w:ascii="Calibri" w:hAnsi="Calibri"/>
                <w:sz w:val="18"/>
              </w:rPr>
              <w:t>Final test</w:t>
            </w:r>
          </w:p>
        </w:tc>
        <w:tc>
          <w:tcPr>
            <w:tcW w:w="2227" w:type="dxa"/>
          </w:tcPr>
          <w:p w14:paraId="0788BE45" w14:textId="77777777" w:rsidR="000F4E4E" w:rsidRDefault="000F4E4E"/>
        </w:tc>
        <w:tc>
          <w:tcPr>
            <w:tcW w:w="2451" w:type="dxa"/>
          </w:tcPr>
          <w:p w14:paraId="23F807A1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preukázať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osvojenie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slovnej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zásoby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gramatických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javov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komunikačných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zručností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školského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roka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uplatniť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riešení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úloh</w:t>
            </w:r>
            <w:proofErr w:type="spellEnd"/>
            <w:r>
              <w:rPr>
                <w:rFonts w:ascii="Calibri" w:hAnsi="Calibri"/>
                <w:sz w:val="18"/>
              </w:rPr>
              <w:t xml:space="preserve"> z </w:t>
            </w:r>
            <w:proofErr w:type="spellStart"/>
            <w:r>
              <w:rPr>
                <w:rFonts w:ascii="Calibri" w:hAnsi="Calibri"/>
                <w:sz w:val="18"/>
              </w:rPr>
              <w:t>počúvania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čítania</w:t>
            </w:r>
            <w:proofErr w:type="spellEnd"/>
            <w:r>
              <w:rPr>
                <w:rFonts w:ascii="Calibri" w:hAnsi="Calibri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</w:rPr>
              <w:t>písania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používania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úroveň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dosiahnutých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jazykových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kompetencií</w:t>
            </w:r>
            <w:proofErr w:type="spellEnd"/>
          </w:p>
        </w:tc>
        <w:tc>
          <w:tcPr>
            <w:tcW w:w="1668" w:type="dxa"/>
          </w:tcPr>
          <w:p w14:paraId="7D497C8C" w14:textId="77777777" w:rsidR="000F4E4E" w:rsidRDefault="000F4E4E"/>
        </w:tc>
        <w:tc>
          <w:tcPr>
            <w:tcW w:w="1638" w:type="dxa"/>
          </w:tcPr>
          <w:p w14:paraId="073C0C59" w14:textId="77777777" w:rsidR="000F4E4E" w:rsidRDefault="000F4E4E"/>
        </w:tc>
        <w:tc>
          <w:tcPr>
            <w:tcW w:w="1507" w:type="dxa"/>
          </w:tcPr>
          <w:p w14:paraId="25B26968" w14:textId="77777777" w:rsidR="000F4E4E" w:rsidRDefault="000F4E4E">
            <w:r>
              <w:rPr>
                <w:rFonts w:ascii="Calibri" w:hAnsi="Calibri"/>
                <w:sz w:val="18"/>
              </w:rPr>
              <w:t>Tests &amp; audio (downloadable from the Teacher’s assistant)</w:t>
            </w:r>
          </w:p>
        </w:tc>
        <w:tc>
          <w:tcPr>
            <w:tcW w:w="1553" w:type="dxa"/>
          </w:tcPr>
          <w:p w14:paraId="488281AA" w14:textId="77777777" w:rsidR="000F4E4E" w:rsidRDefault="000F4E4E"/>
        </w:tc>
      </w:tr>
      <w:tr w:rsidR="000F4E4E" w14:paraId="5F0BFCFC" w14:textId="77777777" w:rsidTr="009C1543">
        <w:tc>
          <w:tcPr>
            <w:tcW w:w="924" w:type="dxa"/>
          </w:tcPr>
          <w:p w14:paraId="75781767" w14:textId="77777777" w:rsidR="000F4E4E" w:rsidRDefault="000F4E4E"/>
        </w:tc>
        <w:tc>
          <w:tcPr>
            <w:tcW w:w="932" w:type="dxa"/>
          </w:tcPr>
          <w:p w14:paraId="1B26C527" w14:textId="77777777" w:rsidR="000F4E4E" w:rsidRDefault="000F4E4E">
            <w:r>
              <w:rPr>
                <w:rFonts w:ascii="Calibri" w:hAnsi="Calibri"/>
                <w:sz w:val="18"/>
              </w:rPr>
              <w:t>136</w:t>
            </w:r>
          </w:p>
        </w:tc>
        <w:tc>
          <w:tcPr>
            <w:tcW w:w="1796" w:type="dxa"/>
          </w:tcPr>
          <w:p w14:paraId="39663106" w14:textId="77777777" w:rsidR="000F4E4E" w:rsidRDefault="000F4E4E">
            <w:r>
              <w:rPr>
                <w:rFonts w:ascii="Calibri" w:hAnsi="Calibri"/>
                <w:sz w:val="18"/>
              </w:rPr>
              <w:t>End of school year</w:t>
            </w:r>
          </w:p>
        </w:tc>
        <w:tc>
          <w:tcPr>
            <w:tcW w:w="2227" w:type="dxa"/>
          </w:tcPr>
          <w:p w14:paraId="20739470" w14:textId="77777777" w:rsidR="000F4E4E" w:rsidRDefault="000F4E4E">
            <w:proofErr w:type="spellStart"/>
            <w:r>
              <w:rPr>
                <w:rFonts w:ascii="Calibri" w:hAnsi="Calibri"/>
                <w:sz w:val="18"/>
              </w:rPr>
              <w:t>Koncoročné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hodnotenie</w:t>
            </w:r>
            <w:proofErr w:type="spellEnd"/>
          </w:p>
        </w:tc>
        <w:tc>
          <w:tcPr>
            <w:tcW w:w="2451" w:type="dxa"/>
          </w:tcPr>
          <w:p w14:paraId="0D125DB0" w14:textId="77777777" w:rsidR="000F4E4E" w:rsidRDefault="000F4E4E">
            <w:r>
              <w:rPr>
                <w:rFonts w:ascii="Calibri" w:hAnsi="Calibri"/>
                <w:sz w:val="18"/>
              </w:rPr>
              <w:t xml:space="preserve">• </w:t>
            </w:r>
            <w:proofErr w:type="spellStart"/>
            <w:r>
              <w:rPr>
                <w:rFonts w:ascii="Calibri" w:hAnsi="Calibri"/>
                <w:sz w:val="18"/>
              </w:rPr>
              <w:t>zhodnotiť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vlastný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pokrok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počas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školského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roka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reflektovať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nad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získanými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vedomosťami</w:t>
            </w:r>
            <w:proofErr w:type="spellEnd"/>
            <w:r>
              <w:rPr>
                <w:rFonts w:ascii="Calibri" w:hAnsi="Calibri"/>
                <w:sz w:val="18"/>
              </w:rPr>
              <w:t xml:space="preserve"> a </w:t>
            </w:r>
            <w:proofErr w:type="spellStart"/>
            <w:r>
              <w:rPr>
                <w:rFonts w:ascii="Calibri" w:hAnsi="Calibri"/>
                <w:sz w:val="18"/>
              </w:rPr>
              <w:t>zručnosťami</w:t>
            </w:r>
            <w:proofErr w:type="spellEnd"/>
            <w:r>
              <w:rPr>
                <w:rFonts w:ascii="Calibri" w:hAnsi="Calibri"/>
                <w:sz w:val="18"/>
              </w:rPr>
              <w:t xml:space="preserve"> • </w:t>
            </w:r>
            <w:proofErr w:type="spellStart"/>
            <w:r>
              <w:rPr>
                <w:rFonts w:ascii="Calibri" w:hAnsi="Calibri"/>
                <w:sz w:val="18"/>
              </w:rPr>
              <w:t>identifikovať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oblasti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ďalšie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zlepšenie</w:t>
            </w:r>
            <w:proofErr w:type="spellEnd"/>
          </w:p>
        </w:tc>
        <w:tc>
          <w:tcPr>
            <w:tcW w:w="1668" w:type="dxa"/>
          </w:tcPr>
          <w:p w14:paraId="14A0E9FA" w14:textId="77777777" w:rsidR="000F4E4E" w:rsidRDefault="000F4E4E"/>
        </w:tc>
        <w:tc>
          <w:tcPr>
            <w:tcW w:w="1638" w:type="dxa"/>
          </w:tcPr>
          <w:p w14:paraId="7C3CE8C5" w14:textId="77777777" w:rsidR="000F4E4E" w:rsidRDefault="000F4E4E"/>
        </w:tc>
        <w:tc>
          <w:tcPr>
            <w:tcW w:w="1507" w:type="dxa"/>
          </w:tcPr>
          <w:p w14:paraId="47BABC4F" w14:textId="77777777" w:rsidR="000F4E4E" w:rsidRDefault="000F4E4E"/>
        </w:tc>
        <w:tc>
          <w:tcPr>
            <w:tcW w:w="1553" w:type="dxa"/>
          </w:tcPr>
          <w:p w14:paraId="61D70E85" w14:textId="77777777" w:rsidR="000F4E4E" w:rsidRDefault="000F4E4E"/>
        </w:tc>
      </w:tr>
    </w:tbl>
    <w:p w14:paraId="69F52AF5" w14:textId="77777777" w:rsidR="00151935" w:rsidRDefault="00151935"/>
    <w:sectPr w:rsidR="00151935" w:rsidSect="00034616">
      <w:pgSz w:w="15840" w:h="12240" w:orient="landscape"/>
      <w:pgMar w:top="1440" w:right="680" w:bottom="144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3455533">
    <w:abstractNumId w:val="8"/>
  </w:num>
  <w:num w:numId="2" w16cid:durableId="501971489">
    <w:abstractNumId w:val="6"/>
  </w:num>
  <w:num w:numId="3" w16cid:durableId="2141682541">
    <w:abstractNumId w:val="5"/>
  </w:num>
  <w:num w:numId="4" w16cid:durableId="987133304">
    <w:abstractNumId w:val="4"/>
  </w:num>
  <w:num w:numId="5" w16cid:durableId="1609199366">
    <w:abstractNumId w:val="7"/>
  </w:num>
  <w:num w:numId="6" w16cid:durableId="100493952">
    <w:abstractNumId w:val="3"/>
  </w:num>
  <w:num w:numId="7" w16cid:durableId="1803157578">
    <w:abstractNumId w:val="2"/>
  </w:num>
  <w:num w:numId="8" w16cid:durableId="822090614">
    <w:abstractNumId w:val="1"/>
  </w:num>
  <w:num w:numId="9" w16cid:durableId="920988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4E4E"/>
    <w:rsid w:val="0015074B"/>
    <w:rsid w:val="00151935"/>
    <w:rsid w:val="0029639D"/>
    <w:rsid w:val="00326F90"/>
    <w:rsid w:val="0036248C"/>
    <w:rsid w:val="007F0AC1"/>
    <w:rsid w:val="009C154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395802"/>
  <w14:defaultImageDpi w14:val="300"/>
  <w15:docId w15:val="{F6321E54-110A-494E-8612-6199505A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6787</Words>
  <Characters>38688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Silvia Nágel</cp:lastModifiedBy>
  <cp:revision>2</cp:revision>
  <dcterms:created xsi:type="dcterms:W3CDTF">2026-07-01T07:48:00Z</dcterms:created>
  <dcterms:modified xsi:type="dcterms:W3CDTF">2026-07-01T07:48:00Z</dcterms:modified>
  <cp:category/>
</cp:coreProperties>
</file>