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69C5" w14:textId="77777777" w:rsidR="00A50918" w:rsidRDefault="00A50918" w:rsidP="00A50918">
      <w:pPr>
        <w:keepNext/>
        <w:keepLines/>
        <w:spacing w:before="480" w:after="0"/>
        <w:jc w:val="center"/>
        <w:outlineLvl w:val="0"/>
        <w:rPr>
          <w:rFonts w:eastAsiaTheme="majorEastAsia" w:cstheme="majorBidi"/>
          <w:b/>
          <w:bCs/>
          <w:color w:val="6373BA"/>
          <w:sz w:val="28"/>
          <w:szCs w:val="28"/>
        </w:rPr>
      </w:pPr>
    </w:p>
    <w:p w14:paraId="65BEBAB1" w14:textId="77777777" w:rsidR="00A50918" w:rsidRDefault="00A50918" w:rsidP="00A50918">
      <w:pPr>
        <w:keepNext/>
        <w:keepLines/>
        <w:spacing w:before="480" w:after="0"/>
        <w:jc w:val="center"/>
        <w:outlineLvl w:val="0"/>
        <w:rPr>
          <w:rFonts w:eastAsiaTheme="majorEastAsia" w:cstheme="majorBidi"/>
          <w:b/>
          <w:bCs/>
          <w:color w:val="6373BA"/>
          <w:sz w:val="28"/>
          <w:szCs w:val="28"/>
        </w:rPr>
      </w:pPr>
    </w:p>
    <w:p w14:paraId="39ECF791" w14:textId="38385FC4" w:rsidR="00A50918" w:rsidRPr="00DC5C33" w:rsidRDefault="00A50918" w:rsidP="00A50918">
      <w:pPr>
        <w:keepNext/>
        <w:keepLines/>
        <w:spacing w:before="480" w:after="0"/>
        <w:jc w:val="center"/>
        <w:outlineLvl w:val="0"/>
        <w:rPr>
          <w:rFonts w:eastAsiaTheme="majorEastAsia" w:cstheme="majorBidi"/>
          <w:b/>
          <w:bCs/>
          <w:color w:val="6373BA"/>
          <w:sz w:val="28"/>
          <w:szCs w:val="28"/>
        </w:rPr>
      </w:pPr>
      <w:proofErr w:type="spellStart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Odporúčaný</w:t>
      </w:r>
      <w:proofErr w:type="spellEnd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tematický</w:t>
      </w:r>
      <w:proofErr w:type="spellEnd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výchovno-vzdelávací</w:t>
      </w:r>
      <w:proofErr w:type="spellEnd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pl</w:t>
      </w:r>
      <w:r>
        <w:rPr>
          <w:rFonts w:eastAsiaTheme="majorEastAsia" w:cstheme="majorBidi"/>
          <w:b/>
          <w:bCs/>
          <w:color w:val="6373BA"/>
          <w:sz w:val="28"/>
          <w:szCs w:val="28"/>
        </w:rPr>
        <w:t>á</w:t>
      </w:r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n</w:t>
      </w:r>
      <w:proofErr w:type="spellEnd"/>
    </w:p>
    <w:p w14:paraId="52E2366A" w14:textId="77777777" w:rsidR="00A50918" w:rsidRPr="00DC5C33" w:rsidRDefault="00A50918" w:rsidP="00A50918"/>
    <w:p w14:paraId="4B4E57F3" w14:textId="77777777" w:rsidR="00A50918" w:rsidRDefault="00A50918" w:rsidP="00A50918"/>
    <w:p w14:paraId="3977E83D" w14:textId="77777777" w:rsidR="00A50918" w:rsidRDefault="00A50918" w:rsidP="00A50918"/>
    <w:p w14:paraId="1790DE25" w14:textId="77777777" w:rsidR="00A50918" w:rsidRPr="00DC5C33" w:rsidRDefault="00A50918" w:rsidP="00A50918"/>
    <w:p w14:paraId="2BA6F541" w14:textId="77777777" w:rsidR="00A50918" w:rsidRPr="00DC5C33" w:rsidRDefault="00A50918" w:rsidP="00A50918"/>
    <w:p w14:paraId="3F1B80DA" w14:textId="77777777" w:rsidR="00A50918" w:rsidRPr="00DC5C33" w:rsidRDefault="00A50918" w:rsidP="00A50918">
      <w:pPr>
        <w:ind w:firstLine="720"/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Vzdelávacia</w:t>
      </w:r>
      <w:proofErr w:type="spellEnd"/>
      <w:r w:rsidRPr="00DC5C33">
        <w:rPr>
          <w:b/>
          <w:bCs/>
          <w:color w:val="6373BA"/>
        </w:rPr>
        <w:t xml:space="preserve"> oblast:</w:t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proofErr w:type="spellStart"/>
      <w:r w:rsidRPr="00DC5C33">
        <w:rPr>
          <w:b/>
          <w:bCs/>
        </w:rPr>
        <w:t>Jazyk</w:t>
      </w:r>
      <w:proofErr w:type="spellEnd"/>
      <w:r w:rsidRPr="00DC5C33">
        <w:rPr>
          <w:b/>
          <w:bCs/>
        </w:rPr>
        <w:t xml:space="preserve"> a </w:t>
      </w:r>
      <w:proofErr w:type="spellStart"/>
      <w:r w:rsidRPr="00DC5C33">
        <w:rPr>
          <w:b/>
          <w:bCs/>
        </w:rPr>
        <w:t>komunikácia</w:t>
      </w:r>
      <w:proofErr w:type="spellEnd"/>
    </w:p>
    <w:p w14:paraId="1D2AF48D" w14:textId="77777777" w:rsidR="00A50918" w:rsidRPr="00DC5C33" w:rsidRDefault="00A50918" w:rsidP="00A50918">
      <w:pPr>
        <w:ind w:firstLine="720"/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Predmet</w:t>
      </w:r>
      <w:proofErr w:type="spellEnd"/>
      <w:r w:rsidRPr="00DC5C33">
        <w:rPr>
          <w:b/>
          <w:bCs/>
          <w:color w:val="6373BA"/>
        </w:rPr>
        <w:t>:</w:t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proofErr w:type="spellStart"/>
      <w:r w:rsidRPr="00DC5C33">
        <w:rPr>
          <w:b/>
          <w:bCs/>
        </w:rPr>
        <w:t>anglický</w:t>
      </w:r>
      <w:proofErr w:type="spellEnd"/>
      <w:r w:rsidRPr="00DC5C33">
        <w:rPr>
          <w:b/>
          <w:bCs/>
        </w:rPr>
        <w:t xml:space="preserve"> </w:t>
      </w:r>
      <w:proofErr w:type="spellStart"/>
      <w:r w:rsidRPr="00DC5C33">
        <w:rPr>
          <w:b/>
          <w:bCs/>
        </w:rPr>
        <w:t>jazyk</w:t>
      </w:r>
      <w:proofErr w:type="spellEnd"/>
    </w:p>
    <w:p w14:paraId="13F49865" w14:textId="609077AF" w:rsidR="00A50918" w:rsidRPr="00DC5C33" w:rsidRDefault="00A50918" w:rsidP="00A50918">
      <w:pPr>
        <w:ind w:firstLine="720"/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Ročník</w:t>
      </w:r>
      <w:proofErr w:type="spellEnd"/>
      <w:r w:rsidRPr="00DC5C33">
        <w:rPr>
          <w:b/>
          <w:bCs/>
          <w:color w:val="6373BA"/>
        </w:rPr>
        <w:t>:</w:t>
      </w:r>
    </w:p>
    <w:p w14:paraId="298725FF" w14:textId="77777777" w:rsidR="00A50918" w:rsidRPr="00DC5C33" w:rsidRDefault="00A50918" w:rsidP="00A50918">
      <w:pPr>
        <w:ind w:firstLine="720"/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Trieda</w:t>
      </w:r>
      <w:proofErr w:type="spellEnd"/>
      <w:r w:rsidRPr="00DC5C33">
        <w:rPr>
          <w:b/>
          <w:bCs/>
          <w:color w:val="6373BA"/>
        </w:rPr>
        <w:t>:</w:t>
      </w:r>
    </w:p>
    <w:p w14:paraId="40C9702B" w14:textId="77777777" w:rsidR="00A50918" w:rsidRPr="00D036DB" w:rsidRDefault="00A50918" w:rsidP="00A50918">
      <w:pPr>
        <w:ind w:firstLine="720"/>
        <w:rPr>
          <w:color w:val="6373BA"/>
          <w:lang w:val="en-GB"/>
        </w:rPr>
      </w:pPr>
      <w:r w:rsidRPr="00DC5C33">
        <w:rPr>
          <w:b/>
          <w:bCs/>
          <w:color w:val="6373BA"/>
        </w:rPr>
        <w:t>Ročná/</w:t>
      </w:r>
      <w:proofErr w:type="spellStart"/>
      <w:r w:rsidRPr="00DC5C33">
        <w:rPr>
          <w:b/>
          <w:bCs/>
          <w:color w:val="6373BA"/>
        </w:rPr>
        <w:t>týždenná</w:t>
      </w:r>
      <w:proofErr w:type="spellEnd"/>
      <w:r w:rsidRPr="00DC5C33">
        <w:rPr>
          <w:b/>
          <w:bCs/>
          <w:color w:val="6373BA"/>
        </w:rPr>
        <w:t xml:space="preserve"> </w:t>
      </w:r>
      <w:proofErr w:type="spellStart"/>
      <w:r w:rsidRPr="00DC5C33">
        <w:rPr>
          <w:b/>
          <w:bCs/>
          <w:color w:val="6373BA"/>
        </w:rPr>
        <w:t>hodinová</w:t>
      </w:r>
      <w:proofErr w:type="spellEnd"/>
      <w:r w:rsidRPr="00DC5C33">
        <w:rPr>
          <w:b/>
          <w:bCs/>
          <w:color w:val="6373BA"/>
        </w:rPr>
        <w:t xml:space="preserve"> </w:t>
      </w:r>
      <w:proofErr w:type="spellStart"/>
      <w:r w:rsidRPr="00DC5C33">
        <w:rPr>
          <w:b/>
          <w:bCs/>
          <w:color w:val="6373BA"/>
        </w:rPr>
        <w:t>dotácia</w:t>
      </w:r>
      <w:proofErr w:type="spellEnd"/>
      <w:r w:rsidRPr="00DC5C33">
        <w:rPr>
          <w:b/>
          <w:bCs/>
          <w:color w:val="6373BA"/>
        </w:rPr>
        <w:t>:</w:t>
      </w:r>
      <w:r w:rsidRPr="00DC5C33">
        <w:rPr>
          <w:b/>
          <w:bCs/>
          <w:color w:val="6373BA"/>
        </w:rPr>
        <w:tab/>
      </w:r>
      <w:r>
        <w:rPr>
          <w:b/>
          <w:bCs/>
        </w:rPr>
        <w:t>136/4</w:t>
      </w:r>
    </w:p>
    <w:p w14:paraId="0AE0F4DF" w14:textId="77777777" w:rsidR="00A50918" w:rsidRPr="00DC5C33" w:rsidRDefault="00A50918" w:rsidP="00A50918">
      <w:pPr>
        <w:ind w:firstLine="720"/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Školský</w:t>
      </w:r>
      <w:proofErr w:type="spellEnd"/>
      <w:r w:rsidRPr="00DC5C33">
        <w:rPr>
          <w:b/>
          <w:bCs/>
          <w:color w:val="6373BA"/>
        </w:rPr>
        <w:t xml:space="preserve"> </w:t>
      </w:r>
      <w:proofErr w:type="spellStart"/>
      <w:r w:rsidRPr="00DC5C33">
        <w:rPr>
          <w:b/>
          <w:bCs/>
          <w:color w:val="6373BA"/>
        </w:rPr>
        <w:t>rok</w:t>
      </w:r>
      <w:proofErr w:type="spellEnd"/>
      <w:r w:rsidRPr="00DC5C33">
        <w:rPr>
          <w:b/>
          <w:bCs/>
          <w:color w:val="6373BA"/>
        </w:rPr>
        <w:t>:</w:t>
      </w:r>
    </w:p>
    <w:p w14:paraId="731EBAEB" w14:textId="4988378C" w:rsidR="00A50918" w:rsidRDefault="00A50918" w:rsidP="00A50918">
      <w:pPr>
        <w:ind w:firstLine="720"/>
        <w:rPr>
          <w:b/>
          <w:bCs/>
          <w:color w:val="EE0000"/>
        </w:rPr>
      </w:pPr>
      <w:r w:rsidRPr="00DC5C33">
        <w:rPr>
          <w:b/>
          <w:bCs/>
          <w:color w:val="6373BA"/>
        </w:rPr>
        <w:t xml:space="preserve">K </w:t>
      </w:r>
      <w:proofErr w:type="spellStart"/>
      <w:r w:rsidRPr="00DC5C33">
        <w:rPr>
          <w:b/>
          <w:bCs/>
          <w:color w:val="6373BA"/>
        </w:rPr>
        <w:t>vypracovaniu</w:t>
      </w:r>
      <w:proofErr w:type="spellEnd"/>
      <w:r w:rsidRPr="00DC5C33">
        <w:rPr>
          <w:b/>
          <w:bCs/>
          <w:color w:val="6373BA"/>
        </w:rPr>
        <w:t xml:space="preserve"> bolo </w:t>
      </w:r>
      <w:proofErr w:type="spellStart"/>
      <w:r w:rsidRPr="00DC5C33">
        <w:rPr>
          <w:b/>
          <w:bCs/>
          <w:color w:val="6373BA"/>
        </w:rPr>
        <w:t>použité</w:t>
      </w:r>
      <w:proofErr w:type="spellEnd"/>
      <w:r w:rsidRPr="00DC5C33">
        <w:rPr>
          <w:b/>
          <w:bCs/>
          <w:color w:val="6373BA"/>
        </w:rPr>
        <w:t xml:space="preserve">: </w:t>
      </w:r>
      <w:r w:rsidRPr="00DC5C33">
        <w:rPr>
          <w:b/>
          <w:bCs/>
          <w:color w:val="6373BA"/>
        </w:rPr>
        <w:tab/>
      </w:r>
      <w:r>
        <w:rPr>
          <w:b/>
          <w:bCs/>
          <w:color w:val="EE0000"/>
        </w:rPr>
        <w:t xml:space="preserve">Key Links </w:t>
      </w:r>
      <w:r>
        <w:rPr>
          <w:b/>
          <w:bCs/>
          <w:color w:val="EE0000"/>
        </w:rPr>
        <w:t>B1</w:t>
      </w:r>
      <w:r w:rsidRPr="00DC5C33">
        <w:rPr>
          <w:b/>
          <w:bCs/>
          <w:color w:val="EE0000"/>
        </w:rPr>
        <w:t>, MM Publications</w:t>
      </w:r>
    </w:p>
    <w:p w14:paraId="50780335" w14:textId="77777777" w:rsidR="00A50918" w:rsidRDefault="00A50918" w:rsidP="00A50918">
      <w:pPr>
        <w:rPr>
          <w:b/>
          <w:bCs/>
          <w:color w:val="EE0000"/>
        </w:rPr>
      </w:pPr>
    </w:p>
    <w:p w14:paraId="1059400E" w14:textId="77777777" w:rsidR="00A50918" w:rsidRDefault="00A50918" w:rsidP="00A50918">
      <w:pPr>
        <w:rPr>
          <w:b/>
          <w:bCs/>
          <w:color w:val="EE0000"/>
        </w:rPr>
      </w:pPr>
    </w:p>
    <w:p w14:paraId="1AFB6F0D" w14:textId="77777777" w:rsidR="00A50918" w:rsidRDefault="00A50918" w:rsidP="00A50918">
      <w:pPr>
        <w:rPr>
          <w:b/>
          <w:bCs/>
          <w:color w:val="EE0000"/>
        </w:rPr>
      </w:pPr>
    </w:p>
    <w:p w14:paraId="3C7955EF" w14:textId="77777777" w:rsidR="00A50918" w:rsidRDefault="00A50918" w:rsidP="00A50918">
      <w:pPr>
        <w:rPr>
          <w:b/>
          <w:bCs/>
          <w:color w:val="EE0000"/>
        </w:rPr>
      </w:pPr>
    </w:p>
    <w:p w14:paraId="7941E267" w14:textId="7C3731E4" w:rsidR="00943E8B" w:rsidRDefault="00943E8B">
      <w:pPr>
        <w:pStyle w:val="Heading1"/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62"/>
        <w:gridCol w:w="864"/>
        <w:gridCol w:w="872"/>
        <w:gridCol w:w="1334"/>
        <w:gridCol w:w="2207"/>
        <w:gridCol w:w="2267"/>
        <w:gridCol w:w="1545"/>
        <w:gridCol w:w="1690"/>
        <w:gridCol w:w="1515"/>
        <w:gridCol w:w="1540"/>
      </w:tblGrid>
      <w:tr w:rsidR="00AB59C7" w:rsidRPr="00AB59C7" w14:paraId="3BA46CD1" w14:textId="77777777" w:rsidTr="00AB59C7">
        <w:trPr>
          <w:trHeight w:val="675"/>
          <w:jc w:val="center"/>
        </w:trPr>
        <w:tc>
          <w:tcPr>
            <w:tcW w:w="803" w:type="dxa"/>
            <w:shd w:val="clear" w:color="auto" w:fill="996633"/>
          </w:tcPr>
          <w:p w14:paraId="75590682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Mesiac</w:t>
            </w:r>
            <w:proofErr w:type="spellEnd"/>
          </w:p>
        </w:tc>
        <w:tc>
          <w:tcPr>
            <w:tcW w:w="805" w:type="dxa"/>
            <w:shd w:val="clear" w:color="auto" w:fill="996633"/>
          </w:tcPr>
          <w:p w14:paraId="735B9C3D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Týždeň</w:t>
            </w:r>
            <w:proofErr w:type="spellEnd"/>
          </w:p>
        </w:tc>
        <w:tc>
          <w:tcPr>
            <w:tcW w:w="813" w:type="dxa"/>
            <w:shd w:val="clear" w:color="auto" w:fill="996633"/>
          </w:tcPr>
          <w:p w14:paraId="1C85D503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Hodina</w:t>
            </w:r>
          </w:p>
        </w:tc>
        <w:tc>
          <w:tcPr>
            <w:tcW w:w="1274" w:type="dxa"/>
            <w:shd w:val="clear" w:color="auto" w:fill="996633"/>
          </w:tcPr>
          <w:p w14:paraId="55498983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Lekcia</w:t>
            </w:r>
            <w:proofErr w:type="spellEnd"/>
          </w:p>
        </w:tc>
        <w:tc>
          <w:tcPr>
            <w:tcW w:w="2268" w:type="dxa"/>
            <w:shd w:val="clear" w:color="auto" w:fill="996633"/>
          </w:tcPr>
          <w:p w14:paraId="012D53FD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Téma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hodiny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učivo</w:t>
            </w:r>
            <w:proofErr w:type="spellEnd"/>
          </w:p>
        </w:tc>
        <w:tc>
          <w:tcPr>
            <w:tcW w:w="2502" w:type="dxa"/>
            <w:shd w:val="clear" w:color="auto" w:fill="996633"/>
          </w:tcPr>
          <w:p w14:paraId="42FBCBE1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Funkcie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ciele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lekcie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(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Študent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vie/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dokáže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:)</w:t>
            </w:r>
          </w:p>
        </w:tc>
        <w:tc>
          <w:tcPr>
            <w:tcW w:w="1593" w:type="dxa"/>
            <w:shd w:val="clear" w:color="auto" w:fill="996633"/>
          </w:tcPr>
          <w:p w14:paraId="50C94EB4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štruktúry</w:t>
            </w:r>
            <w:proofErr w:type="spellEnd"/>
          </w:p>
        </w:tc>
        <w:tc>
          <w:tcPr>
            <w:tcW w:w="1336" w:type="dxa"/>
            <w:shd w:val="clear" w:color="auto" w:fill="996633"/>
          </w:tcPr>
          <w:p w14:paraId="55DD3E22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zásoba</w:t>
            </w:r>
            <w:proofErr w:type="spellEnd"/>
          </w:p>
        </w:tc>
        <w:tc>
          <w:tcPr>
            <w:tcW w:w="1332" w:type="dxa"/>
            <w:shd w:val="clear" w:color="auto" w:fill="996633"/>
          </w:tcPr>
          <w:p w14:paraId="23A58A07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Pomôcky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materiály</w:t>
            </w:r>
            <w:proofErr w:type="spellEnd"/>
          </w:p>
        </w:tc>
        <w:tc>
          <w:tcPr>
            <w:tcW w:w="1332" w:type="dxa"/>
            <w:shd w:val="clear" w:color="auto" w:fill="996633"/>
          </w:tcPr>
          <w:p w14:paraId="20ACE2B2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Kľúčové</w:t>
            </w:r>
            <w:proofErr w:type="spellEnd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kompetencie</w:t>
            </w:r>
            <w:proofErr w:type="spellEnd"/>
          </w:p>
        </w:tc>
      </w:tr>
      <w:tr w:rsidR="00AB59C7" w:rsidRPr="00AB59C7" w14:paraId="485FADC7" w14:textId="77777777" w:rsidTr="00AB59C7">
        <w:trPr>
          <w:jc w:val="center"/>
        </w:trPr>
        <w:tc>
          <w:tcPr>
            <w:tcW w:w="803" w:type="dxa"/>
          </w:tcPr>
          <w:p w14:paraId="2DEF5F8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3306A1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13" w:type="dxa"/>
          </w:tcPr>
          <w:p w14:paraId="036339C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74" w:type="dxa"/>
          </w:tcPr>
          <w:p w14:paraId="10ACEC2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Introduction to the school year Learning tips</w:t>
            </w:r>
          </w:p>
        </w:tc>
        <w:tc>
          <w:tcPr>
            <w:tcW w:w="2268" w:type="dxa"/>
          </w:tcPr>
          <w:p w14:paraId="54EB571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Úvodná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hodina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učebnicou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komponentmi</w:t>
            </w:r>
            <w:proofErr w:type="spellEnd"/>
          </w:p>
        </w:tc>
        <w:tc>
          <w:tcPr>
            <w:tcW w:w="2502" w:type="dxa"/>
          </w:tcPr>
          <w:p w14:paraId="637A35B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učebnicu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komponenty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stratégie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účinnosť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tipy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plán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učenia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626CD96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4DCDEF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861A8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459A831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63E62744" w14:textId="77777777" w:rsidTr="00AB59C7">
        <w:trPr>
          <w:jc w:val="center"/>
        </w:trPr>
        <w:tc>
          <w:tcPr>
            <w:tcW w:w="803" w:type="dxa"/>
          </w:tcPr>
          <w:p w14:paraId="199A982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ACC5A2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CAC3EC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26F1F8C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>Module 1: My life</w:t>
            </w:r>
          </w:p>
        </w:tc>
        <w:tc>
          <w:tcPr>
            <w:tcW w:w="2268" w:type="dxa"/>
            <w:shd w:val="clear" w:color="auto" w:fill="FFFF00"/>
          </w:tcPr>
          <w:p w14:paraId="2BE15D5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7FC64F74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75E32394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25D8CA2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08CFBE2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24BE369C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B59C7" w:rsidRPr="00AB59C7" w14:paraId="598E0298" w14:textId="77777777" w:rsidTr="00AB59C7">
        <w:trPr>
          <w:jc w:val="center"/>
        </w:trPr>
        <w:tc>
          <w:tcPr>
            <w:tcW w:w="803" w:type="dxa"/>
          </w:tcPr>
          <w:p w14:paraId="0F7D557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64470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1A8C6B7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274" w:type="dxa"/>
          </w:tcPr>
          <w:p w14:paraId="180255B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Cover page module 1 1A (page 7-9)</w:t>
            </w:r>
          </w:p>
        </w:tc>
        <w:tc>
          <w:tcPr>
            <w:tcW w:w="2268" w:type="dxa"/>
          </w:tcPr>
          <w:p w14:paraId="2C9E555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 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513DF0D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influenceroch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interpretovať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vplyve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sociálnych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médií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každodenný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influencerov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súčasnej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spoločnosti</w:t>
            </w:r>
            <w:proofErr w:type="spellEnd"/>
          </w:p>
        </w:tc>
        <w:tc>
          <w:tcPr>
            <w:tcW w:w="1593" w:type="dxa"/>
          </w:tcPr>
          <w:p w14:paraId="504CF49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351380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DE01E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A0744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kvalitný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</w:t>
            </w:r>
            <w:proofErr w:type="spellEnd"/>
          </w:p>
        </w:tc>
      </w:tr>
      <w:tr w:rsidR="00AB59C7" w:rsidRPr="00AB59C7" w14:paraId="5DE3CDFB" w14:textId="77777777" w:rsidTr="00AB59C7">
        <w:trPr>
          <w:jc w:val="center"/>
        </w:trPr>
        <w:tc>
          <w:tcPr>
            <w:tcW w:w="803" w:type="dxa"/>
          </w:tcPr>
          <w:p w14:paraId="380679A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B74EB5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F75E20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274" w:type="dxa"/>
          </w:tcPr>
          <w:p w14:paraId="686D8DB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1A (page 7-9)</w:t>
            </w:r>
          </w:p>
        </w:tc>
        <w:tc>
          <w:tcPr>
            <w:tcW w:w="2268" w:type="dxa"/>
          </w:tcPr>
          <w:p w14:paraId="4DE1CD7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prítomné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časy,stavové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príslovky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častosti</w:t>
            </w:r>
            <w:proofErr w:type="spellEnd"/>
          </w:p>
        </w:tc>
        <w:tc>
          <w:tcPr>
            <w:tcW w:w="2502" w:type="dxa"/>
          </w:tcPr>
          <w:p w14:paraId="6A93317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prítomného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prítomného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priebehového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stavové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príslovky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častosti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opisujúce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bežné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návyky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práve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prebiehajúce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činnosti</w:t>
            </w:r>
            <w:proofErr w:type="spellEnd"/>
          </w:p>
        </w:tc>
        <w:tc>
          <w:tcPr>
            <w:tcW w:w="1593" w:type="dxa"/>
          </w:tcPr>
          <w:p w14:paraId="2BDE15D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prítomný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(Present Simple)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prítomný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priebehový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(Present Continuous) Adverbs of frequency Stative verbs</w:t>
            </w:r>
          </w:p>
        </w:tc>
        <w:tc>
          <w:tcPr>
            <w:tcW w:w="1336" w:type="dxa"/>
          </w:tcPr>
          <w:p w14:paraId="01F806D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32B08A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4F7980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DB44197" w14:textId="77777777" w:rsidTr="00AB59C7">
        <w:trPr>
          <w:jc w:val="center"/>
        </w:trPr>
        <w:tc>
          <w:tcPr>
            <w:tcW w:w="803" w:type="dxa"/>
          </w:tcPr>
          <w:p w14:paraId="0761FF6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58F2D5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0CB3B2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274" w:type="dxa"/>
          </w:tcPr>
          <w:p w14:paraId="3FA9D54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1A (page 10-11)</w:t>
            </w:r>
          </w:p>
        </w:tc>
        <w:tc>
          <w:tcPr>
            <w:tcW w:w="2268" w:type="dxa"/>
          </w:tcPr>
          <w:p w14:paraId="716824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prípony</w:t>
            </w:r>
            <w:proofErr w:type="spellEnd"/>
          </w:p>
        </w:tc>
        <w:tc>
          <w:tcPr>
            <w:tcW w:w="2502" w:type="dxa"/>
          </w:tcPr>
          <w:p w14:paraId="4346064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prípony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tvorenie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pomenovaní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osôb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obľubu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neobľubu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zdôvodniť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svoj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svoje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záľuby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voľnočasové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aktivity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zásoby</w:t>
            </w:r>
            <w:proofErr w:type="spellEnd"/>
          </w:p>
        </w:tc>
        <w:tc>
          <w:tcPr>
            <w:tcW w:w="1593" w:type="dxa"/>
          </w:tcPr>
          <w:p w14:paraId="706AA26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45E4815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Phrases expressing likes and dislikes Suffixes related </w:t>
            </w:r>
            <w:r w:rsidRPr="00AB59C7">
              <w:rPr>
                <w:rFonts w:asciiTheme="majorHAnsi" w:hAnsiTheme="majorHAnsi" w:cstheme="majorHAnsi"/>
              </w:rPr>
              <w:lastRenderedPageBreak/>
              <w:t>to people</w:t>
            </w:r>
          </w:p>
        </w:tc>
        <w:tc>
          <w:tcPr>
            <w:tcW w:w="1332" w:type="dxa"/>
          </w:tcPr>
          <w:p w14:paraId="6A42A44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materiály</w:t>
            </w:r>
            <w:proofErr w:type="spellEnd"/>
          </w:p>
        </w:tc>
        <w:tc>
          <w:tcPr>
            <w:tcW w:w="1332" w:type="dxa"/>
          </w:tcPr>
          <w:p w14:paraId="19A4D7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kreativita</w:t>
            </w:r>
            <w:proofErr w:type="spellEnd"/>
          </w:p>
        </w:tc>
      </w:tr>
      <w:tr w:rsidR="00AB59C7" w:rsidRPr="00AB59C7" w14:paraId="0FDE70B4" w14:textId="77777777" w:rsidTr="00AB59C7">
        <w:trPr>
          <w:jc w:val="center"/>
        </w:trPr>
        <w:tc>
          <w:tcPr>
            <w:tcW w:w="803" w:type="dxa"/>
          </w:tcPr>
          <w:p w14:paraId="7744F7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BC591B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574397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274" w:type="dxa"/>
          </w:tcPr>
          <w:p w14:paraId="66CCE96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1A (page 10-11)</w:t>
            </w:r>
          </w:p>
        </w:tc>
        <w:tc>
          <w:tcPr>
            <w:tcW w:w="2268" w:type="dxa"/>
          </w:tcPr>
          <w:p w14:paraId="5E234BE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záľuby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voľnočasové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aktivity</w:t>
            </w:r>
            <w:proofErr w:type="spellEnd"/>
          </w:p>
        </w:tc>
        <w:tc>
          <w:tcPr>
            <w:tcW w:w="2502" w:type="dxa"/>
          </w:tcPr>
          <w:p w14:paraId="0B2449F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svoje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záľuby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voľnočasové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aktivity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voľnočasové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záujmy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preferencie</w:t>
            </w:r>
            <w:proofErr w:type="spellEnd"/>
          </w:p>
        </w:tc>
        <w:tc>
          <w:tcPr>
            <w:tcW w:w="1593" w:type="dxa"/>
          </w:tcPr>
          <w:p w14:paraId="0A37640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A05105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F50FBD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0D9B1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DB31C9D" w14:textId="77777777" w:rsidTr="00AB59C7">
        <w:trPr>
          <w:jc w:val="center"/>
        </w:trPr>
        <w:tc>
          <w:tcPr>
            <w:tcW w:w="803" w:type="dxa"/>
          </w:tcPr>
          <w:p w14:paraId="63965B3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A36452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13" w:type="dxa"/>
          </w:tcPr>
          <w:p w14:paraId="2F08439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274" w:type="dxa"/>
          </w:tcPr>
          <w:p w14:paraId="6B15977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1B (page 12-13)</w:t>
            </w:r>
          </w:p>
        </w:tc>
        <w:tc>
          <w:tcPr>
            <w:tcW w:w="2268" w:type="dxa"/>
          </w:tcPr>
          <w:p w14:paraId="3660EFD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make a do</w:t>
            </w:r>
          </w:p>
        </w:tc>
        <w:tc>
          <w:tcPr>
            <w:tcW w:w="2502" w:type="dxa"/>
          </w:tcPr>
          <w:p w14:paraId="3FDD36A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prepojení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záľub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povolania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rozlišovať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kolokácií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make a do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2486D66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3DBDB3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Collocations with do and make</w:t>
            </w:r>
          </w:p>
        </w:tc>
        <w:tc>
          <w:tcPr>
            <w:tcW w:w="1332" w:type="dxa"/>
          </w:tcPr>
          <w:p w14:paraId="04750CB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974C1F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rodová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rovnosť</w:t>
            </w:r>
            <w:proofErr w:type="spellEnd"/>
          </w:p>
        </w:tc>
      </w:tr>
      <w:tr w:rsidR="00AB59C7" w:rsidRPr="00AB59C7" w14:paraId="2AD21327" w14:textId="77777777" w:rsidTr="00AB59C7">
        <w:trPr>
          <w:jc w:val="center"/>
        </w:trPr>
        <w:tc>
          <w:tcPr>
            <w:tcW w:w="803" w:type="dxa"/>
          </w:tcPr>
          <w:p w14:paraId="4B5D781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BD602D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C38F50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274" w:type="dxa"/>
          </w:tcPr>
          <w:p w14:paraId="701D33C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1B (page 12-13)</w:t>
            </w:r>
          </w:p>
        </w:tc>
        <w:tc>
          <w:tcPr>
            <w:tcW w:w="2268" w:type="dxa"/>
          </w:tcPr>
          <w:p w14:paraId="2B59685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could</w:t>
            </w:r>
          </w:p>
        </w:tc>
        <w:tc>
          <w:tcPr>
            <w:tcW w:w="2502" w:type="dxa"/>
          </w:tcPr>
          <w:p w14:paraId="20057B7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could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schopnosti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súvislé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skúsenostiach</w:t>
            </w:r>
            <w:proofErr w:type="spellEnd"/>
          </w:p>
        </w:tc>
        <w:tc>
          <w:tcPr>
            <w:tcW w:w="1593" w:type="dxa"/>
          </w:tcPr>
          <w:p w14:paraId="0D5D9F1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minulý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(Past Simple) / The verb could</w:t>
            </w:r>
          </w:p>
        </w:tc>
        <w:tc>
          <w:tcPr>
            <w:tcW w:w="1336" w:type="dxa"/>
          </w:tcPr>
          <w:p w14:paraId="5BAC93D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6B157B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C7E8D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0C825BAB" w14:textId="77777777" w:rsidTr="00AB59C7">
        <w:trPr>
          <w:jc w:val="center"/>
        </w:trPr>
        <w:tc>
          <w:tcPr>
            <w:tcW w:w="803" w:type="dxa"/>
          </w:tcPr>
          <w:p w14:paraId="58358E5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9A385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14F6CF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274" w:type="dxa"/>
          </w:tcPr>
          <w:p w14:paraId="4F144BD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1B (page 14-15)</w:t>
            </w:r>
          </w:p>
        </w:tc>
        <w:tc>
          <w:tcPr>
            <w:tcW w:w="2268" w:type="dxa"/>
          </w:tcPr>
          <w:p w14:paraId="58AE90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3BFAF72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okolie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súčasné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návyky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</w:p>
        </w:tc>
        <w:tc>
          <w:tcPr>
            <w:tcW w:w="1593" w:type="dxa"/>
          </w:tcPr>
          <w:p w14:paraId="25E8038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0DB6D7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Phrasal verbs Places</w:t>
            </w:r>
          </w:p>
        </w:tc>
        <w:tc>
          <w:tcPr>
            <w:tcW w:w="1332" w:type="dxa"/>
          </w:tcPr>
          <w:p w14:paraId="0D04376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75CDCF2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3469BD5D" w14:textId="77777777" w:rsidTr="00AB59C7">
        <w:trPr>
          <w:jc w:val="center"/>
        </w:trPr>
        <w:tc>
          <w:tcPr>
            <w:tcW w:w="803" w:type="dxa"/>
          </w:tcPr>
          <w:p w14:paraId="000353E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AB6F29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785D96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274" w:type="dxa"/>
          </w:tcPr>
          <w:p w14:paraId="64F356A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1B (page 14-15)</w:t>
            </w:r>
          </w:p>
        </w:tc>
        <w:tc>
          <w:tcPr>
            <w:tcW w:w="2268" w:type="dxa"/>
          </w:tcPr>
          <w:p w14:paraId="6650D08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used to,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návyky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minulosti</w:t>
            </w:r>
            <w:proofErr w:type="spellEnd"/>
          </w:p>
        </w:tc>
        <w:tc>
          <w:tcPr>
            <w:tcW w:w="2502" w:type="dxa"/>
          </w:tcPr>
          <w:p w14:paraId="455CFF9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konštrukcie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used to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opise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návykov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zmeny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medzi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minulosťou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súčasnosťou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návykoch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minulosti</w:t>
            </w:r>
            <w:proofErr w:type="spellEnd"/>
          </w:p>
        </w:tc>
        <w:tc>
          <w:tcPr>
            <w:tcW w:w="1593" w:type="dxa"/>
          </w:tcPr>
          <w:p w14:paraId="1BC7472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>The verb used to</w:t>
            </w:r>
          </w:p>
        </w:tc>
        <w:tc>
          <w:tcPr>
            <w:tcW w:w="1336" w:type="dxa"/>
          </w:tcPr>
          <w:p w14:paraId="4701C5E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A12699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F68A5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016598E" w14:textId="77777777" w:rsidTr="00AB59C7">
        <w:trPr>
          <w:jc w:val="center"/>
        </w:trPr>
        <w:tc>
          <w:tcPr>
            <w:tcW w:w="803" w:type="dxa"/>
          </w:tcPr>
          <w:p w14:paraId="579273D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87233B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13" w:type="dxa"/>
          </w:tcPr>
          <w:p w14:paraId="40374AC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274" w:type="dxa"/>
          </w:tcPr>
          <w:p w14:paraId="243B7BF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1B (page 16-17)</w:t>
            </w:r>
          </w:p>
        </w:tc>
        <w:tc>
          <w:tcPr>
            <w:tcW w:w="2268" w:type="dxa"/>
          </w:tcPr>
          <w:p w14:paraId="190FB93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0B41C1A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sprostredkovanie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zámeru</w:t>
            </w:r>
            <w:proofErr w:type="spellEnd"/>
          </w:p>
        </w:tc>
        <w:tc>
          <w:tcPr>
            <w:tcW w:w="1593" w:type="dxa"/>
          </w:tcPr>
          <w:p w14:paraId="74AE3C5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B4DC34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Phrases used in informal emails giving news</w:t>
            </w:r>
          </w:p>
        </w:tc>
        <w:tc>
          <w:tcPr>
            <w:tcW w:w="1332" w:type="dxa"/>
          </w:tcPr>
          <w:p w14:paraId="514A37D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74C146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6C8B6970" w14:textId="77777777" w:rsidTr="00AB59C7">
        <w:trPr>
          <w:jc w:val="center"/>
        </w:trPr>
        <w:tc>
          <w:tcPr>
            <w:tcW w:w="803" w:type="dxa"/>
          </w:tcPr>
          <w:p w14:paraId="14765BC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BAAB3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EADC06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274" w:type="dxa"/>
          </w:tcPr>
          <w:p w14:paraId="6ABA2B8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1B (page 16-17)</w:t>
            </w:r>
          </w:p>
        </w:tc>
        <w:tc>
          <w:tcPr>
            <w:tcW w:w="2268" w:type="dxa"/>
          </w:tcPr>
          <w:p w14:paraId="0325595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4AE099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formulovať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adresátovi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súdržnosť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</w:t>
            </w:r>
            <w:proofErr w:type="spellEnd"/>
          </w:p>
        </w:tc>
        <w:tc>
          <w:tcPr>
            <w:tcW w:w="1593" w:type="dxa"/>
          </w:tcPr>
          <w:p w14:paraId="2562F1E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FE725B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19F1F3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07E831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6A97DF3E" w14:textId="77777777" w:rsidTr="00AB59C7">
        <w:trPr>
          <w:jc w:val="center"/>
        </w:trPr>
        <w:tc>
          <w:tcPr>
            <w:tcW w:w="803" w:type="dxa"/>
          </w:tcPr>
          <w:p w14:paraId="3B58D37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9B4634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85265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274" w:type="dxa"/>
          </w:tcPr>
          <w:p w14:paraId="0C023D4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1 Self-evaluation</w:t>
            </w:r>
          </w:p>
        </w:tc>
        <w:tc>
          <w:tcPr>
            <w:tcW w:w="2268" w:type="dxa"/>
          </w:tcPr>
          <w:p w14:paraId="4CF4E9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1,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6A9DED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47B57CB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87D6BC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E9C136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64A0F7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6405682D" w14:textId="77777777" w:rsidTr="00AB59C7">
        <w:trPr>
          <w:jc w:val="center"/>
        </w:trPr>
        <w:tc>
          <w:tcPr>
            <w:tcW w:w="803" w:type="dxa"/>
          </w:tcPr>
          <w:p w14:paraId="5F5C33C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F3C16F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F4AC7B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1274" w:type="dxa"/>
          </w:tcPr>
          <w:p w14:paraId="22DDAA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2CD563D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11635E5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2C26C4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63C63D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5CF1AA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653D5F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7D51BD73" w14:textId="77777777" w:rsidTr="00AB59C7">
        <w:trPr>
          <w:jc w:val="center"/>
        </w:trPr>
        <w:tc>
          <w:tcPr>
            <w:tcW w:w="803" w:type="dxa"/>
          </w:tcPr>
          <w:p w14:paraId="3E7A855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D5AA2F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192AAC5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15220130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>Module 2: Action!</w:t>
            </w:r>
          </w:p>
        </w:tc>
        <w:tc>
          <w:tcPr>
            <w:tcW w:w="2268" w:type="dxa"/>
            <w:shd w:val="clear" w:color="auto" w:fill="FFFF00"/>
          </w:tcPr>
          <w:p w14:paraId="54944CC7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58524CED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685E09BF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7AA8C291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373D413E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43FCB812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B59C7" w:rsidRPr="00AB59C7" w14:paraId="39219230" w14:textId="77777777" w:rsidTr="00AB59C7">
        <w:trPr>
          <w:jc w:val="center"/>
        </w:trPr>
        <w:tc>
          <w:tcPr>
            <w:tcW w:w="803" w:type="dxa"/>
          </w:tcPr>
          <w:p w14:paraId="43DDD14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FB244D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508DBB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1274" w:type="dxa"/>
          </w:tcPr>
          <w:p w14:paraId="1FE1672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Cover page module 2 2A (page 19-21)</w:t>
            </w:r>
          </w:p>
        </w:tc>
        <w:tc>
          <w:tcPr>
            <w:tcW w:w="2268" w:type="dxa"/>
          </w:tcPr>
          <w:p w14:paraId="253FFA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>,</w:t>
            </w:r>
          </w:p>
        </w:tc>
        <w:tc>
          <w:tcPr>
            <w:tcW w:w="2502" w:type="dxa"/>
          </w:tcPr>
          <w:p w14:paraId="227C88F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pocitoch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priebehového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</w:p>
        </w:tc>
        <w:tc>
          <w:tcPr>
            <w:tcW w:w="1593" w:type="dxa"/>
          </w:tcPr>
          <w:p w14:paraId="1E9FEC2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minulý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(Past Simple) - Past Progressive Time clauses</w:t>
            </w:r>
          </w:p>
        </w:tc>
        <w:tc>
          <w:tcPr>
            <w:tcW w:w="1336" w:type="dxa"/>
          </w:tcPr>
          <w:p w14:paraId="7832C43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E9E797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30A61A3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7BB2CFEA" w14:textId="77777777" w:rsidTr="00AB59C7">
        <w:trPr>
          <w:jc w:val="center"/>
        </w:trPr>
        <w:tc>
          <w:tcPr>
            <w:tcW w:w="803" w:type="dxa"/>
          </w:tcPr>
          <w:p w14:paraId="57F20A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B9A684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DA097B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1274" w:type="dxa"/>
          </w:tcPr>
          <w:p w14:paraId="44E8E21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2A (page 19-21</w:t>
            </w:r>
          </w:p>
        </w:tc>
        <w:tc>
          <w:tcPr>
            <w:tcW w:w="2268" w:type="dxa"/>
          </w:tcPr>
          <w:p w14:paraId="353605B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</w:p>
        </w:tc>
        <w:tc>
          <w:tcPr>
            <w:tcW w:w="2502" w:type="dxa"/>
          </w:tcPr>
          <w:p w14:paraId="7485046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priebehového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súvislé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skúsenostiach</w:t>
            </w:r>
            <w:proofErr w:type="spellEnd"/>
          </w:p>
        </w:tc>
        <w:tc>
          <w:tcPr>
            <w:tcW w:w="1593" w:type="dxa"/>
          </w:tcPr>
          <w:p w14:paraId="2E06F0F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B56C57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AE3282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78713B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239C7F3" w14:textId="77777777" w:rsidTr="00AB59C7">
        <w:trPr>
          <w:jc w:val="center"/>
        </w:trPr>
        <w:tc>
          <w:tcPr>
            <w:tcW w:w="803" w:type="dxa"/>
          </w:tcPr>
          <w:p w14:paraId="15DF512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339E6E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13" w:type="dxa"/>
          </w:tcPr>
          <w:p w14:paraId="4F5C885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1274" w:type="dxa"/>
          </w:tcPr>
          <w:p w14:paraId="2BE7F3B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2A (page 22-23)</w:t>
            </w:r>
          </w:p>
        </w:tc>
        <w:tc>
          <w:tcPr>
            <w:tcW w:w="2268" w:type="dxa"/>
          </w:tcPr>
          <w:p w14:paraId="7C7E439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02" w:type="dxa"/>
          </w:tcPr>
          <w:p w14:paraId="12F4F9D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zakončené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ing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-ed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pocity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pomocou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mien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5B206C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5E82B6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Adjectives ending in -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ing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and -ed</w:t>
            </w:r>
          </w:p>
        </w:tc>
        <w:tc>
          <w:tcPr>
            <w:tcW w:w="1332" w:type="dxa"/>
          </w:tcPr>
          <w:p w14:paraId="36D5EF4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484A317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5DC8E51E" w14:textId="77777777" w:rsidTr="00AB59C7">
        <w:trPr>
          <w:jc w:val="center"/>
        </w:trPr>
        <w:tc>
          <w:tcPr>
            <w:tcW w:w="803" w:type="dxa"/>
          </w:tcPr>
          <w:p w14:paraId="3DB88F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C5D034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754E53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1274" w:type="dxa"/>
          </w:tcPr>
          <w:p w14:paraId="1EEA17A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2A (page 22-23)</w:t>
            </w:r>
          </w:p>
        </w:tc>
        <w:tc>
          <w:tcPr>
            <w:tcW w:w="2268" w:type="dxa"/>
          </w:tcPr>
          <w:p w14:paraId="159AC6C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zážitku</w:t>
            </w:r>
            <w:proofErr w:type="spellEnd"/>
          </w:p>
        </w:tc>
        <w:tc>
          <w:tcPr>
            <w:tcW w:w="2502" w:type="dxa"/>
          </w:tcPr>
          <w:p w14:paraId="6DC96B7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zážitok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časovej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postupnosti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pocity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reakcie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súvisiace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opísanou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udalosťou</w:t>
            </w:r>
            <w:proofErr w:type="spellEnd"/>
          </w:p>
        </w:tc>
        <w:tc>
          <w:tcPr>
            <w:tcW w:w="1593" w:type="dxa"/>
          </w:tcPr>
          <w:p w14:paraId="632D32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7FE5E1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46C24C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3CC5F6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6D5CE4DB" w14:textId="77777777" w:rsidTr="00AB59C7">
        <w:trPr>
          <w:jc w:val="center"/>
        </w:trPr>
        <w:tc>
          <w:tcPr>
            <w:tcW w:w="803" w:type="dxa"/>
          </w:tcPr>
          <w:p w14:paraId="7F0A9B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4F66AF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0C716FA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274" w:type="dxa"/>
          </w:tcPr>
          <w:p w14:paraId="76D513C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2B (page 24-25)</w:t>
            </w:r>
          </w:p>
        </w:tc>
        <w:tc>
          <w:tcPr>
            <w:tcW w:w="2268" w:type="dxa"/>
          </w:tcPr>
          <w:p w14:paraId="6765EA9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porozumením,slovná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nepríjemné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udalosti</w:t>
            </w:r>
            <w:proofErr w:type="spellEnd"/>
          </w:p>
        </w:tc>
        <w:tc>
          <w:tcPr>
            <w:tcW w:w="2502" w:type="dxa"/>
          </w:tcPr>
          <w:p w14:paraId="4BE6004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aktivitách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prírode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nepríjemných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nehodami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neočakávanými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udalosťami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zvratné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51A5273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47DF36A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Mishaps</w:t>
            </w:r>
          </w:p>
        </w:tc>
        <w:tc>
          <w:tcPr>
            <w:tcW w:w="1332" w:type="dxa"/>
          </w:tcPr>
          <w:p w14:paraId="593FDF2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26005F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spoločenská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3B238EEF" w14:textId="77777777" w:rsidTr="00AB59C7">
        <w:trPr>
          <w:jc w:val="center"/>
        </w:trPr>
        <w:tc>
          <w:tcPr>
            <w:tcW w:w="803" w:type="dxa"/>
          </w:tcPr>
          <w:p w14:paraId="1FC491F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3211DB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87E56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1274" w:type="dxa"/>
          </w:tcPr>
          <w:p w14:paraId="61D184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2B (page 24-25)</w:t>
            </w:r>
          </w:p>
        </w:tc>
        <w:tc>
          <w:tcPr>
            <w:tcW w:w="2268" w:type="dxa"/>
          </w:tcPr>
          <w:p w14:paraId="3DDF4E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zvratné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zámená</w:t>
            </w:r>
            <w:proofErr w:type="spellEnd"/>
          </w:p>
        </w:tc>
        <w:tc>
          <w:tcPr>
            <w:tcW w:w="2502" w:type="dxa"/>
          </w:tcPr>
          <w:p w14:paraId="3ADA769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zvratných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zámen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zvratné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činností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zvratných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zámen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6A04C26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Reflexive pronouns</w:t>
            </w:r>
          </w:p>
        </w:tc>
        <w:tc>
          <w:tcPr>
            <w:tcW w:w="1336" w:type="dxa"/>
          </w:tcPr>
          <w:p w14:paraId="53A35FD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DA13E5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DE2152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3ACADDE2" w14:textId="77777777" w:rsidTr="00AB59C7">
        <w:trPr>
          <w:jc w:val="center"/>
        </w:trPr>
        <w:tc>
          <w:tcPr>
            <w:tcW w:w="803" w:type="dxa"/>
          </w:tcPr>
          <w:p w14:paraId="5E2F2B4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29D504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81DF18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1274" w:type="dxa"/>
          </w:tcPr>
          <w:p w14:paraId="2FC7052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2B (page 26-27)</w:t>
            </w:r>
          </w:p>
        </w:tc>
        <w:tc>
          <w:tcPr>
            <w:tcW w:w="2268" w:type="dxa"/>
          </w:tcPr>
          <w:p w14:paraId="011CBB6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 s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tvorba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</w:t>
            </w:r>
            <w:proofErr w:type="spellEnd"/>
          </w:p>
        </w:tc>
        <w:tc>
          <w:tcPr>
            <w:tcW w:w="2502" w:type="dxa"/>
          </w:tcPr>
          <w:p w14:paraId="464E0DE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extrémnych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športoch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emócie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ako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nadšenie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prekvapenie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sklamanie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odvodené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3B78F6B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A9DC9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Extreme sports Phrasal verbs Noun suffixes</w:t>
            </w:r>
          </w:p>
        </w:tc>
        <w:tc>
          <w:tcPr>
            <w:tcW w:w="1332" w:type="dxa"/>
          </w:tcPr>
          <w:p w14:paraId="0258AE8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F2CC05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7DFAB01E" w14:textId="77777777" w:rsidTr="00AB59C7">
        <w:trPr>
          <w:jc w:val="center"/>
        </w:trPr>
        <w:tc>
          <w:tcPr>
            <w:tcW w:w="803" w:type="dxa"/>
          </w:tcPr>
          <w:p w14:paraId="13AEF84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A767E3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ED53BC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1274" w:type="dxa"/>
          </w:tcPr>
          <w:p w14:paraId="056330C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2B (page 26-27)</w:t>
            </w:r>
          </w:p>
        </w:tc>
        <w:tc>
          <w:tcPr>
            <w:tcW w:w="2268" w:type="dxa"/>
          </w:tcPr>
          <w:p w14:paraId="495373A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zvolacie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vedľajšie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výsledkové</w:t>
            </w:r>
            <w:proofErr w:type="spellEnd"/>
          </w:p>
        </w:tc>
        <w:tc>
          <w:tcPr>
            <w:tcW w:w="2502" w:type="dxa"/>
          </w:tcPr>
          <w:p w14:paraId="21887EF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zvolacích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vedľajších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výsledkových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emócií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dôsledku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javov</w:t>
            </w:r>
            <w:proofErr w:type="spellEnd"/>
          </w:p>
        </w:tc>
        <w:tc>
          <w:tcPr>
            <w:tcW w:w="1593" w:type="dxa"/>
          </w:tcPr>
          <w:p w14:paraId="0C7BDDD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Exclamatory sentences Clauses of </w:t>
            </w:r>
            <w:r w:rsidRPr="00AB59C7">
              <w:rPr>
                <w:rFonts w:asciiTheme="majorHAnsi" w:hAnsiTheme="majorHAnsi" w:cstheme="majorHAnsi"/>
              </w:rPr>
              <w:lastRenderedPageBreak/>
              <w:t>result</w:t>
            </w:r>
          </w:p>
        </w:tc>
        <w:tc>
          <w:tcPr>
            <w:tcW w:w="1336" w:type="dxa"/>
          </w:tcPr>
          <w:p w14:paraId="06FB45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096937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BA33B3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73CB268F" w14:textId="77777777" w:rsidTr="00AB59C7">
        <w:trPr>
          <w:jc w:val="center"/>
        </w:trPr>
        <w:tc>
          <w:tcPr>
            <w:tcW w:w="803" w:type="dxa"/>
          </w:tcPr>
          <w:p w14:paraId="15436D7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6CACD0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D28C09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1274" w:type="dxa"/>
          </w:tcPr>
          <w:p w14:paraId="5F703C8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2B (page 28-29)</w:t>
            </w:r>
          </w:p>
        </w:tc>
        <w:tc>
          <w:tcPr>
            <w:tcW w:w="2268" w:type="dxa"/>
          </w:tcPr>
          <w:p w14:paraId="6FCF470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príbeh</w:t>
            </w:r>
            <w:proofErr w:type="spellEnd"/>
          </w:p>
        </w:tc>
        <w:tc>
          <w:tcPr>
            <w:tcW w:w="2502" w:type="dxa"/>
          </w:tcPr>
          <w:p w14:paraId="7DE3FF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príbehu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usporiadať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do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časovej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postupnosti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spojovacích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výrazov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súvislý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príbeh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zámeru</w:t>
            </w:r>
            <w:proofErr w:type="spellEnd"/>
          </w:p>
        </w:tc>
        <w:tc>
          <w:tcPr>
            <w:tcW w:w="1593" w:type="dxa"/>
          </w:tcPr>
          <w:p w14:paraId="2ECDC15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680145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Adverbs and adverbial phrases Linking words / phrases</w:t>
            </w:r>
          </w:p>
        </w:tc>
        <w:tc>
          <w:tcPr>
            <w:tcW w:w="1332" w:type="dxa"/>
          </w:tcPr>
          <w:p w14:paraId="1A98CAE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72AD11C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00091500" w14:textId="77777777" w:rsidTr="00AB59C7">
        <w:trPr>
          <w:jc w:val="center"/>
        </w:trPr>
        <w:tc>
          <w:tcPr>
            <w:tcW w:w="803" w:type="dxa"/>
          </w:tcPr>
          <w:p w14:paraId="539323E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ED41FD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AD56DC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1274" w:type="dxa"/>
          </w:tcPr>
          <w:p w14:paraId="28E1C88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2B (page 28-29)</w:t>
            </w:r>
          </w:p>
        </w:tc>
        <w:tc>
          <w:tcPr>
            <w:tcW w:w="2268" w:type="dxa"/>
          </w:tcPr>
          <w:p w14:paraId="78D7D82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príbeh</w:t>
            </w:r>
            <w:proofErr w:type="spellEnd"/>
          </w:p>
        </w:tc>
        <w:tc>
          <w:tcPr>
            <w:tcW w:w="2502" w:type="dxa"/>
          </w:tcPr>
          <w:p w14:paraId="0B8D72C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príbehu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prepájanie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odsekov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nadväznosť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plynulosť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prejavu</w:t>
            </w:r>
            <w:proofErr w:type="spellEnd"/>
          </w:p>
        </w:tc>
        <w:tc>
          <w:tcPr>
            <w:tcW w:w="1593" w:type="dxa"/>
          </w:tcPr>
          <w:p w14:paraId="4C79A8F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254EA8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EB6C14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42147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5911F60F" w14:textId="77777777" w:rsidTr="00AB59C7">
        <w:trPr>
          <w:jc w:val="center"/>
        </w:trPr>
        <w:tc>
          <w:tcPr>
            <w:tcW w:w="803" w:type="dxa"/>
          </w:tcPr>
          <w:p w14:paraId="777750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75844D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056142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24</w:t>
            </w:r>
          </w:p>
        </w:tc>
        <w:tc>
          <w:tcPr>
            <w:tcW w:w="1274" w:type="dxa"/>
          </w:tcPr>
          <w:p w14:paraId="11509F9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2 Self-evaluation</w:t>
            </w:r>
          </w:p>
        </w:tc>
        <w:tc>
          <w:tcPr>
            <w:tcW w:w="2268" w:type="dxa"/>
          </w:tcPr>
          <w:p w14:paraId="5D0677B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2,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5C2C3D0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282D94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7A6C85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4619E2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3FFC4C0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2F37D9D8" w14:textId="77777777" w:rsidTr="00AB59C7">
        <w:trPr>
          <w:jc w:val="center"/>
        </w:trPr>
        <w:tc>
          <w:tcPr>
            <w:tcW w:w="803" w:type="dxa"/>
          </w:tcPr>
          <w:p w14:paraId="21197BB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9ABBBE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813" w:type="dxa"/>
          </w:tcPr>
          <w:p w14:paraId="7C553F8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1274" w:type="dxa"/>
          </w:tcPr>
          <w:p w14:paraId="6D72DC0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Task 1 modules 1-2</w:t>
            </w:r>
          </w:p>
        </w:tc>
        <w:tc>
          <w:tcPr>
            <w:tcW w:w="2268" w:type="dxa"/>
          </w:tcPr>
          <w:p w14:paraId="6A6F1AF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Realizácia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rozhovoru</w:t>
            </w:r>
            <w:proofErr w:type="spellEnd"/>
          </w:p>
        </w:tc>
        <w:tc>
          <w:tcPr>
            <w:tcW w:w="2502" w:type="dxa"/>
          </w:tcPr>
          <w:p w14:paraId="436A07F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rozhovor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stratégií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r w:rsidRPr="00AB59C7">
              <w:rPr>
                <w:rFonts w:asciiTheme="majorHAnsi" w:hAnsiTheme="majorHAnsi" w:cstheme="majorHAnsi"/>
              </w:rPr>
              <w:lastRenderedPageBreak/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stručný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životopis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základe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získaných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prezentovať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výsledky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rozhovoru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súvislom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ústnom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alebo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</w:p>
        </w:tc>
        <w:tc>
          <w:tcPr>
            <w:tcW w:w="1593" w:type="dxa"/>
          </w:tcPr>
          <w:p w14:paraId="55BF61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A06610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1C5579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materiály</w:t>
            </w:r>
            <w:proofErr w:type="spellEnd"/>
          </w:p>
        </w:tc>
        <w:tc>
          <w:tcPr>
            <w:tcW w:w="1332" w:type="dxa"/>
          </w:tcPr>
          <w:p w14:paraId="1ABEBE2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27A710FB" w14:textId="77777777" w:rsidTr="00AB59C7">
        <w:trPr>
          <w:jc w:val="center"/>
        </w:trPr>
        <w:tc>
          <w:tcPr>
            <w:tcW w:w="803" w:type="dxa"/>
          </w:tcPr>
          <w:p w14:paraId="0CACFFE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3E1D88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A3C487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26</w:t>
            </w:r>
          </w:p>
        </w:tc>
        <w:tc>
          <w:tcPr>
            <w:tcW w:w="1274" w:type="dxa"/>
          </w:tcPr>
          <w:p w14:paraId="25B521D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Task 1 modules 1-2</w:t>
            </w:r>
          </w:p>
        </w:tc>
        <w:tc>
          <w:tcPr>
            <w:tcW w:w="2268" w:type="dxa"/>
          </w:tcPr>
          <w:p w14:paraId="30E05E2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Tvorba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stručného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životopisu</w:t>
            </w:r>
            <w:proofErr w:type="spellEnd"/>
          </w:p>
        </w:tc>
        <w:tc>
          <w:tcPr>
            <w:tcW w:w="2502" w:type="dxa"/>
          </w:tcPr>
          <w:p w14:paraId="2A8882E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3" w:type="dxa"/>
          </w:tcPr>
          <w:p w14:paraId="521229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DC7BCA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29D1D4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079C3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7EF19B84" w14:textId="77777777" w:rsidTr="00AB59C7">
        <w:trPr>
          <w:jc w:val="center"/>
        </w:trPr>
        <w:tc>
          <w:tcPr>
            <w:tcW w:w="803" w:type="dxa"/>
          </w:tcPr>
          <w:p w14:paraId="4F432AE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ED2935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F6BA19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27</w:t>
            </w:r>
          </w:p>
        </w:tc>
        <w:tc>
          <w:tcPr>
            <w:tcW w:w="1274" w:type="dxa"/>
          </w:tcPr>
          <w:p w14:paraId="6F22D2A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25F9393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65151BA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75D25DE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2698CB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648E11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74EFEC3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09AD639B" w14:textId="77777777" w:rsidTr="00AB59C7">
        <w:trPr>
          <w:jc w:val="center"/>
        </w:trPr>
        <w:tc>
          <w:tcPr>
            <w:tcW w:w="803" w:type="dxa"/>
          </w:tcPr>
          <w:p w14:paraId="15E81AF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45FC4C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90C1B7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1085BD82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>Module 3: People around me</w:t>
            </w:r>
          </w:p>
        </w:tc>
        <w:tc>
          <w:tcPr>
            <w:tcW w:w="2268" w:type="dxa"/>
            <w:shd w:val="clear" w:color="auto" w:fill="FFFF00"/>
          </w:tcPr>
          <w:p w14:paraId="75C3D693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750BC800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600498EA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2B6B3F0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4C5D7FE0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39FFA52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B59C7" w:rsidRPr="00AB59C7" w14:paraId="000DDB53" w14:textId="77777777" w:rsidTr="00AB59C7">
        <w:trPr>
          <w:jc w:val="center"/>
        </w:trPr>
        <w:tc>
          <w:tcPr>
            <w:tcW w:w="803" w:type="dxa"/>
          </w:tcPr>
          <w:p w14:paraId="5BD2D8B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2D0F98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600FB4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28</w:t>
            </w:r>
          </w:p>
        </w:tc>
        <w:tc>
          <w:tcPr>
            <w:tcW w:w="1274" w:type="dxa"/>
          </w:tcPr>
          <w:p w14:paraId="4EB54AE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Cover page module 3 3A (page 31-33)</w:t>
            </w:r>
          </w:p>
        </w:tc>
        <w:tc>
          <w:tcPr>
            <w:tcW w:w="2268" w:type="dxa"/>
          </w:tcPr>
          <w:p w14:paraId="1C06836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rodičovstvo</w:t>
            </w:r>
            <w:proofErr w:type="spellEnd"/>
          </w:p>
        </w:tc>
        <w:tc>
          <w:tcPr>
            <w:tcW w:w="2502" w:type="dxa"/>
          </w:tcPr>
          <w:p w14:paraId="40EB4B2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rodičovstve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výchovných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odhadnúť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význam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neznámych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prístupoch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k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výchove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detí</w:t>
            </w:r>
            <w:proofErr w:type="spellEnd"/>
          </w:p>
        </w:tc>
        <w:tc>
          <w:tcPr>
            <w:tcW w:w="1593" w:type="dxa"/>
          </w:tcPr>
          <w:p w14:paraId="1DAED70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77B384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Parenting</w:t>
            </w:r>
          </w:p>
        </w:tc>
        <w:tc>
          <w:tcPr>
            <w:tcW w:w="1332" w:type="dxa"/>
          </w:tcPr>
          <w:p w14:paraId="2D2AB96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5B16CA4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</w:p>
        </w:tc>
      </w:tr>
      <w:tr w:rsidR="00AB59C7" w:rsidRPr="00AB59C7" w14:paraId="6403B4DA" w14:textId="77777777" w:rsidTr="00AB59C7">
        <w:trPr>
          <w:jc w:val="center"/>
        </w:trPr>
        <w:tc>
          <w:tcPr>
            <w:tcW w:w="803" w:type="dxa"/>
          </w:tcPr>
          <w:p w14:paraId="2EA3BBD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A6A2C4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630987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1274" w:type="dxa"/>
          </w:tcPr>
          <w:p w14:paraId="015632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3A (page 31-33)</w:t>
            </w:r>
          </w:p>
        </w:tc>
        <w:tc>
          <w:tcPr>
            <w:tcW w:w="2268" w:type="dxa"/>
          </w:tcPr>
          <w:p w14:paraId="62CEADA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predprítomný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</w:p>
        </w:tc>
        <w:tc>
          <w:tcPr>
            <w:tcW w:w="2502" w:type="dxa"/>
          </w:tcPr>
          <w:p w14:paraId="2DE7BA7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predprítomného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oba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prepojenie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prítomnosťou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udalostiach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skúsenostiach</w:t>
            </w:r>
            <w:proofErr w:type="spellEnd"/>
          </w:p>
        </w:tc>
        <w:tc>
          <w:tcPr>
            <w:tcW w:w="1593" w:type="dxa"/>
          </w:tcPr>
          <w:p w14:paraId="2DE8C59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predprítomný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(Present Perfect)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predprítomný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(Present Perfect) vs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r w:rsidRPr="00AB59C7">
              <w:rPr>
                <w:rFonts w:asciiTheme="majorHAnsi" w:hAnsiTheme="majorHAnsi" w:cstheme="majorHAnsi"/>
              </w:rPr>
              <w:lastRenderedPageBreak/>
              <w:t>(Past Simple)</w:t>
            </w:r>
          </w:p>
        </w:tc>
        <w:tc>
          <w:tcPr>
            <w:tcW w:w="1336" w:type="dxa"/>
          </w:tcPr>
          <w:p w14:paraId="55F0F65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827423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52342C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3E89025B" w14:textId="77777777" w:rsidTr="00AB59C7">
        <w:trPr>
          <w:jc w:val="center"/>
        </w:trPr>
        <w:tc>
          <w:tcPr>
            <w:tcW w:w="803" w:type="dxa"/>
          </w:tcPr>
          <w:p w14:paraId="7D3E047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F3DE09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13" w:type="dxa"/>
          </w:tcPr>
          <w:p w14:paraId="13DE8DE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1274" w:type="dxa"/>
          </w:tcPr>
          <w:p w14:paraId="5BF77AF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3A (page 34-35)</w:t>
            </w:r>
          </w:p>
        </w:tc>
        <w:tc>
          <w:tcPr>
            <w:tcW w:w="2268" w:type="dxa"/>
          </w:tcPr>
          <w:p w14:paraId="403617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take,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say a tell</w:t>
            </w:r>
          </w:p>
        </w:tc>
        <w:tc>
          <w:tcPr>
            <w:tcW w:w="2502" w:type="dxa"/>
          </w:tcPr>
          <w:p w14:paraId="7620F61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take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kolokácie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say a tell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spomienky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detstva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</w:p>
        </w:tc>
        <w:tc>
          <w:tcPr>
            <w:tcW w:w="1593" w:type="dxa"/>
          </w:tcPr>
          <w:p w14:paraId="698DD2A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0D74C1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Phrases with take Collocations with tell Collocations with say</w:t>
            </w:r>
          </w:p>
        </w:tc>
        <w:tc>
          <w:tcPr>
            <w:tcW w:w="1332" w:type="dxa"/>
          </w:tcPr>
          <w:p w14:paraId="5E8E54F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55E35F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67919837" w14:textId="77777777" w:rsidTr="00AB59C7">
        <w:trPr>
          <w:jc w:val="center"/>
        </w:trPr>
        <w:tc>
          <w:tcPr>
            <w:tcW w:w="803" w:type="dxa"/>
          </w:tcPr>
          <w:p w14:paraId="292C26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DD6032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6441D1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31</w:t>
            </w:r>
          </w:p>
        </w:tc>
        <w:tc>
          <w:tcPr>
            <w:tcW w:w="1274" w:type="dxa"/>
          </w:tcPr>
          <w:p w14:paraId="6E1C524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3A (page 34-35)</w:t>
            </w:r>
          </w:p>
        </w:tc>
        <w:tc>
          <w:tcPr>
            <w:tcW w:w="2268" w:type="dxa"/>
          </w:tcPr>
          <w:p w14:paraId="4F8DF2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spomienky</w:t>
            </w:r>
            <w:proofErr w:type="spellEnd"/>
          </w:p>
        </w:tc>
        <w:tc>
          <w:tcPr>
            <w:tcW w:w="2502" w:type="dxa"/>
          </w:tcPr>
          <w:p w14:paraId="13A73C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zážitkoch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spomienkach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pocity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súvisiace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udalosťami</w:t>
            </w:r>
            <w:proofErr w:type="spellEnd"/>
          </w:p>
        </w:tc>
        <w:tc>
          <w:tcPr>
            <w:tcW w:w="1593" w:type="dxa"/>
          </w:tcPr>
          <w:p w14:paraId="11BE033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418E2AC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60BC6F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CDC03A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3E42567" w14:textId="77777777" w:rsidTr="00AB59C7">
        <w:trPr>
          <w:jc w:val="center"/>
        </w:trPr>
        <w:tc>
          <w:tcPr>
            <w:tcW w:w="803" w:type="dxa"/>
          </w:tcPr>
          <w:p w14:paraId="5789688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D7C924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F04C2A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32</w:t>
            </w:r>
          </w:p>
        </w:tc>
        <w:tc>
          <w:tcPr>
            <w:tcW w:w="1274" w:type="dxa"/>
          </w:tcPr>
          <w:p w14:paraId="34AD3D9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3B (page 36-37)</w:t>
            </w:r>
          </w:p>
        </w:tc>
        <w:tc>
          <w:tcPr>
            <w:tcW w:w="2268" w:type="dxa"/>
          </w:tcPr>
          <w:p w14:paraId="752196E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predložkami</w:t>
            </w:r>
            <w:proofErr w:type="spellEnd"/>
          </w:p>
        </w:tc>
        <w:tc>
          <w:tcPr>
            <w:tcW w:w="2502" w:type="dxa"/>
          </w:tcPr>
          <w:p w14:paraId="24A7518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priateľstve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medziľudských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vzťahoch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trvanie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výsledok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deja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</w:p>
        </w:tc>
        <w:tc>
          <w:tcPr>
            <w:tcW w:w="1593" w:type="dxa"/>
          </w:tcPr>
          <w:p w14:paraId="41F026B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50A704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Relationships Verbs + prepositions</w:t>
            </w:r>
          </w:p>
        </w:tc>
        <w:tc>
          <w:tcPr>
            <w:tcW w:w="1332" w:type="dxa"/>
          </w:tcPr>
          <w:p w14:paraId="6C8160C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3A6A931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1A441D7A" w14:textId="77777777" w:rsidTr="00AB59C7">
        <w:trPr>
          <w:jc w:val="center"/>
        </w:trPr>
        <w:tc>
          <w:tcPr>
            <w:tcW w:w="803" w:type="dxa"/>
          </w:tcPr>
          <w:p w14:paraId="027BAB2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D60A1C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F2AF6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33</w:t>
            </w:r>
          </w:p>
        </w:tc>
        <w:tc>
          <w:tcPr>
            <w:tcW w:w="1274" w:type="dxa"/>
          </w:tcPr>
          <w:p w14:paraId="0E4A3CF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3B (page 36-37)</w:t>
            </w:r>
          </w:p>
        </w:tc>
        <w:tc>
          <w:tcPr>
            <w:tcW w:w="2268" w:type="dxa"/>
          </w:tcPr>
          <w:p w14:paraId="5110745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predprítomný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priebehový</w:t>
            </w:r>
            <w:proofErr w:type="spellEnd"/>
          </w:p>
        </w:tc>
        <w:tc>
          <w:tcPr>
            <w:tcW w:w="2502" w:type="dxa"/>
          </w:tcPr>
          <w:p w14:paraId="7F4C0D6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predprítomného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predprítomného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priebehového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oba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opisujúce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ukončené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prebiehajúce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deje</w:t>
            </w:r>
            <w:proofErr w:type="spellEnd"/>
          </w:p>
        </w:tc>
        <w:tc>
          <w:tcPr>
            <w:tcW w:w="1593" w:type="dxa"/>
          </w:tcPr>
          <w:p w14:paraId="23AC67B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Present Perfect Progressive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predprítomný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(Present Perfect) - Present Perfect Progressive</w:t>
            </w:r>
          </w:p>
        </w:tc>
        <w:tc>
          <w:tcPr>
            <w:tcW w:w="1336" w:type="dxa"/>
          </w:tcPr>
          <w:p w14:paraId="2814A6C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B4F40C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A75621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627926E2" w14:textId="77777777" w:rsidTr="00AB59C7">
        <w:trPr>
          <w:jc w:val="center"/>
        </w:trPr>
        <w:tc>
          <w:tcPr>
            <w:tcW w:w="803" w:type="dxa"/>
          </w:tcPr>
          <w:p w14:paraId="422B876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AF6F34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0EDEE7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34</w:t>
            </w:r>
          </w:p>
        </w:tc>
        <w:tc>
          <w:tcPr>
            <w:tcW w:w="1274" w:type="dxa"/>
          </w:tcPr>
          <w:p w14:paraId="18592A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3B (page 38-39)</w:t>
            </w:r>
          </w:p>
        </w:tc>
        <w:tc>
          <w:tcPr>
            <w:tcW w:w="2268" w:type="dxa"/>
          </w:tcPr>
          <w:p w14:paraId="2FC73F2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osôb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09CEDB9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mien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slovotvorných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</w:p>
        </w:tc>
        <w:tc>
          <w:tcPr>
            <w:tcW w:w="1593" w:type="dxa"/>
          </w:tcPr>
          <w:p w14:paraId="5FCB05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AA1AA7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Personality adjectives Negative prefixes</w:t>
            </w:r>
          </w:p>
        </w:tc>
        <w:tc>
          <w:tcPr>
            <w:tcW w:w="1332" w:type="dxa"/>
          </w:tcPr>
          <w:p w14:paraId="7714D3A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750840E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</w:p>
        </w:tc>
      </w:tr>
      <w:tr w:rsidR="00AB59C7" w:rsidRPr="00AB59C7" w14:paraId="5C125424" w14:textId="77777777" w:rsidTr="00AB59C7">
        <w:trPr>
          <w:jc w:val="center"/>
        </w:trPr>
        <w:tc>
          <w:tcPr>
            <w:tcW w:w="803" w:type="dxa"/>
          </w:tcPr>
          <w:p w14:paraId="5CD59BE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9CA7A5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7C3D6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35</w:t>
            </w:r>
          </w:p>
        </w:tc>
        <w:tc>
          <w:tcPr>
            <w:tcW w:w="1274" w:type="dxa"/>
          </w:tcPr>
          <w:p w14:paraId="6EF7EC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3B (page 38-39)</w:t>
            </w:r>
          </w:p>
        </w:tc>
        <w:tc>
          <w:tcPr>
            <w:tcW w:w="2268" w:type="dxa"/>
          </w:tcPr>
          <w:p w14:paraId="38411E9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Gramatika – all, both, neither, none, either</w:t>
            </w:r>
          </w:p>
        </w:tc>
        <w:tc>
          <w:tcPr>
            <w:tcW w:w="2502" w:type="dxa"/>
          </w:tcPr>
          <w:p w14:paraId="353E84B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výrazov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all, both, neither, none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either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ústnom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pomocou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záporných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predpôn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ich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3A75DA0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All - both - neither - none - either</w:t>
            </w:r>
          </w:p>
        </w:tc>
        <w:tc>
          <w:tcPr>
            <w:tcW w:w="1336" w:type="dxa"/>
          </w:tcPr>
          <w:p w14:paraId="563A73A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B735BC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393DAA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0888C8E9" w14:textId="77777777" w:rsidTr="00AB59C7">
        <w:trPr>
          <w:jc w:val="center"/>
        </w:trPr>
        <w:tc>
          <w:tcPr>
            <w:tcW w:w="803" w:type="dxa"/>
          </w:tcPr>
          <w:p w14:paraId="4632D3C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6F345F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813" w:type="dxa"/>
          </w:tcPr>
          <w:p w14:paraId="5DCF27C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36</w:t>
            </w:r>
          </w:p>
        </w:tc>
        <w:tc>
          <w:tcPr>
            <w:tcW w:w="1274" w:type="dxa"/>
          </w:tcPr>
          <w:p w14:paraId="6F361FC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3B (page 40-41)</w:t>
            </w:r>
          </w:p>
        </w:tc>
        <w:tc>
          <w:tcPr>
            <w:tcW w:w="2268" w:type="dxa"/>
          </w:tcPr>
          <w:p w14:paraId="0A6F479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6A19CA8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pozvaní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ospravedlnení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žiadosti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zámeru</w:t>
            </w:r>
            <w:proofErr w:type="spellEnd"/>
          </w:p>
        </w:tc>
        <w:tc>
          <w:tcPr>
            <w:tcW w:w="1593" w:type="dxa"/>
          </w:tcPr>
          <w:p w14:paraId="7A7AE3F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787AB6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Phrases used for invites, apologies and requests</w:t>
            </w:r>
          </w:p>
        </w:tc>
        <w:tc>
          <w:tcPr>
            <w:tcW w:w="1332" w:type="dxa"/>
          </w:tcPr>
          <w:p w14:paraId="0AC69AC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02DA0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6BC00671" w14:textId="77777777" w:rsidTr="00AB59C7">
        <w:trPr>
          <w:jc w:val="center"/>
        </w:trPr>
        <w:tc>
          <w:tcPr>
            <w:tcW w:w="803" w:type="dxa"/>
          </w:tcPr>
          <w:p w14:paraId="02903B2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23B37D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4D91A2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37</w:t>
            </w:r>
          </w:p>
        </w:tc>
        <w:tc>
          <w:tcPr>
            <w:tcW w:w="1274" w:type="dxa"/>
          </w:tcPr>
          <w:p w14:paraId="77CE2B9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3B (page 40-41)</w:t>
            </w:r>
          </w:p>
        </w:tc>
        <w:tc>
          <w:tcPr>
            <w:tcW w:w="2268" w:type="dxa"/>
          </w:tcPr>
          <w:p w14:paraId="3B6BAB6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2C9C77C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neformálneho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reagovať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návrhy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súdržnosť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vhodný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</w:t>
            </w:r>
            <w:proofErr w:type="spellEnd"/>
          </w:p>
        </w:tc>
        <w:tc>
          <w:tcPr>
            <w:tcW w:w="1593" w:type="dxa"/>
          </w:tcPr>
          <w:p w14:paraId="09ACA8F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FDB267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55F33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04FCBD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64A910D7" w14:textId="77777777" w:rsidTr="00AB59C7">
        <w:trPr>
          <w:jc w:val="center"/>
        </w:trPr>
        <w:tc>
          <w:tcPr>
            <w:tcW w:w="803" w:type="dxa"/>
          </w:tcPr>
          <w:p w14:paraId="40C40A2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BC619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9C407C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38</w:t>
            </w:r>
          </w:p>
        </w:tc>
        <w:tc>
          <w:tcPr>
            <w:tcW w:w="1274" w:type="dxa"/>
          </w:tcPr>
          <w:p w14:paraId="306BB22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3 Self-evaluation</w:t>
            </w:r>
          </w:p>
        </w:tc>
        <w:tc>
          <w:tcPr>
            <w:tcW w:w="2268" w:type="dxa"/>
          </w:tcPr>
          <w:p w14:paraId="2E9ED0A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3,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1DB8210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3BD84C3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3F063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8201BD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32D9883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397A6DEB" w14:textId="77777777" w:rsidTr="00AB59C7">
        <w:trPr>
          <w:jc w:val="center"/>
        </w:trPr>
        <w:tc>
          <w:tcPr>
            <w:tcW w:w="803" w:type="dxa"/>
          </w:tcPr>
          <w:p w14:paraId="44F7F4E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77B11D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769443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39</w:t>
            </w:r>
          </w:p>
        </w:tc>
        <w:tc>
          <w:tcPr>
            <w:tcW w:w="1274" w:type="dxa"/>
          </w:tcPr>
          <w:p w14:paraId="2C6AF8C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1ED6BB5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2EDECD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3471405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7BEF88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451AE4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7C97EC9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D6708E2" w14:textId="77777777" w:rsidTr="00AB59C7">
        <w:trPr>
          <w:jc w:val="center"/>
        </w:trPr>
        <w:tc>
          <w:tcPr>
            <w:tcW w:w="803" w:type="dxa"/>
          </w:tcPr>
          <w:p w14:paraId="28D7B1B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5C91E5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F9E6C5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3BAF1302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>Module 4: All over the world</w:t>
            </w:r>
          </w:p>
        </w:tc>
        <w:tc>
          <w:tcPr>
            <w:tcW w:w="2268" w:type="dxa"/>
            <w:shd w:val="clear" w:color="auto" w:fill="FFFF00"/>
          </w:tcPr>
          <w:p w14:paraId="4678FF8E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2AF0BD88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70A3E72A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5AE83183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18C06727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2842009C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B59C7" w:rsidRPr="00AB59C7" w14:paraId="7F5D41F3" w14:textId="77777777" w:rsidTr="00AB59C7">
        <w:trPr>
          <w:jc w:val="center"/>
        </w:trPr>
        <w:tc>
          <w:tcPr>
            <w:tcW w:w="803" w:type="dxa"/>
          </w:tcPr>
          <w:p w14:paraId="64CC9FC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91AF27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9D53A5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40</w:t>
            </w:r>
          </w:p>
        </w:tc>
        <w:tc>
          <w:tcPr>
            <w:tcW w:w="1274" w:type="dxa"/>
          </w:tcPr>
          <w:p w14:paraId="442B02E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Cover page module 4 4A (page 43-45)</w:t>
            </w:r>
          </w:p>
        </w:tc>
        <w:tc>
          <w:tcPr>
            <w:tcW w:w="2268" w:type="dxa"/>
          </w:tcPr>
          <w:p w14:paraId="411B2A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4A427D4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turistických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destináciách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cestovateľské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zážitky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vzťažné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osôb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vecí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</w:t>
            </w:r>
            <w:proofErr w:type="spellEnd"/>
          </w:p>
        </w:tc>
        <w:tc>
          <w:tcPr>
            <w:tcW w:w="1593" w:type="dxa"/>
          </w:tcPr>
          <w:p w14:paraId="73CDF67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F75515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2BDE78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A68AC2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</w:p>
        </w:tc>
      </w:tr>
      <w:tr w:rsidR="00AB59C7" w:rsidRPr="00AB59C7" w14:paraId="30EC84FC" w14:textId="77777777" w:rsidTr="00AB59C7">
        <w:trPr>
          <w:jc w:val="center"/>
        </w:trPr>
        <w:tc>
          <w:tcPr>
            <w:tcW w:w="803" w:type="dxa"/>
          </w:tcPr>
          <w:p w14:paraId="37B80D2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ADE419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2B878B0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41</w:t>
            </w:r>
          </w:p>
        </w:tc>
        <w:tc>
          <w:tcPr>
            <w:tcW w:w="1274" w:type="dxa"/>
          </w:tcPr>
          <w:p w14:paraId="09ECB24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4A (page 43-45)</w:t>
            </w:r>
          </w:p>
        </w:tc>
        <w:tc>
          <w:tcPr>
            <w:tcW w:w="2268" w:type="dxa"/>
          </w:tcPr>
          <w:p w14:paraId="5881275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vzťažné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</w:p>
        </w:tc>
        <w:tc>
          <w:tcPr>
            <w:tcW w:w="2502" w:type="dxa"/>
          </w:tcPr>
          <w:p w14:paraId="6DCFEA2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vzťažných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doplňujúce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pomocou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vzťažných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opis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osôb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vecí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vzťažných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</w:p>
        </w:tc>
        <w:tc>
          <w:tcPr>
            <w:tcW w:w="1593" w:type="dxa"/>
          </w:tcPr>
          <w:p w14:paraId="5C5601E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>Relative clauses</w:t>
            </w:r>
          </w:p>
        </w:tc>
        <w:tc>
          <w:tcPr>
            <w:tcW w:w="1336" w:type="dxa"/>
          </w:tcPr>
          <w:p w14:paraId="6A93D5F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483E61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31E717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38AF3EC" w14:textId="77777777" w:rsidTr="00AB59C7">
        <w:trPr>
          <w:jc w:val="center"/>
        </w:trPr>
        <w:tc>
          <w:tcPr>
            <w:tcW w:w="803" w:type="dxa"/>
          </w:tcPr>
          <w:p w14:paraId="7CB6931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33671A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813" w:type="dxa"/>
          </w:tcPr>
          <w:p w14:paraId="5AB34E2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42</w:t>
            </w:r>
          </w:p>
        </w:tc>
        <w:tc>
          <w:tcPr>
            <w:tcW w:w="1274" w:type="dxa"/>
          </w:tcPr>
          <w:p w14:paraId="2BCA7F1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4A (page 46-47)</w:t>
            </w:r>
          </w:p>
        </w:tc>
        <w:tc>
          <w:tcPr>
            <w:tcW w:w="2268" w:type="dxa"/>
          </w:tcPr>
          <w:p w14:paraId="1279AFE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geografické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útvary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tvorba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</w:t>
            </w:r>
            <w:proofErr w:type="spellEnd"/>
          </w:p>
        </w:tc>
        <w:tc>
          <w:tcPr>
            <w:tcW w:w="2502" w:type="dxa"/>
          </w:tcPr>
          <w:p w14:paraId="615E0D0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geografických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útvarov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dovolenkových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destinácií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fotografiu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preferencie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slovotvorné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cestovania</w:t>
            </w:r>
            <w:proofErr w:type="spellEnd"/>
          </w:p>
        </w:tc>
        <w:tc>
          <w:tcPr>
            <w:tcW w:w="1593" w:type="dxa"/>
          </w:tcPr>
          <w:p w14:paraId="7025C2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39AA1E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Geographical features Adjective suffixes Holiday</w:t>
            </w:r>
          </w:p>
        </w:tc>
        <w:tc>
          <w:tcPr>
            <w:tcW w:w="1332" w:type="dxa"/>
          </w:tcPr>
          <w:p w14:paraId="0E42678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48B42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</w:p>
        </w:tc>
      </w:tr>
      <w:tr w:rsidR="00AB59C7" w:rsidRPr="00AB59C7" w14:paraId="2D9C0BBE" w14:textId="77777777" w:rsidTr="00AB59C7">
        <w:trPr>
          <w:jc w:val="center"/>
        </w:trPr>
        <w:tc>
          <w:tcPr>
            <w:tcW w:w="803" w:type="dxa"/>
          </w:tcPr>
          <w:p w14:paraId="24BC589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89F40A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07FBEB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43</w:t>
            </w:r>
          </w:p>
        </w:tc>
        <w:tc>
          <w:tcPr>
            <w:tcW w:w="1274" w:type="dxa"/>
          </w:tcPr>
          <w:p w14:paraId="7FC4B5A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4A (page 46-47)</w:t>
            </w:r>
          </w:p>
        </w:tc>
        <w:tc>
          <w:tcPr>
            <w:tcW w:w="2268" w:type="dxa"/>
          </w:tcPr>
          <w:p w14:paraId="387A41A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dovolenke</w:t>
            </w:r>
            <w:proofErr w:type="spellEnd"/>
          </w:p>
        </w:tc>
        <w:tc>
          <w:tcPr>
            <w:tcW w:w="2502" w:type="dxa"/>
          </w:tcPr>
          <w:p w14:paraId="4534958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dovolenkové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zážitky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cestovateľské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preferencie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výbere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dovolenkovej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destinácie</w:t>
            </w:r>
            <w:proofErr w:type="spellEnd"/>
          </w:p>
        </w:tc>
        <w:tc>
          <w:tcPr>
            <w:tcW w:w="1593" w:type="dxa"/>
          </w:tcPr>
          <w:p w14:paraId="0D59464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4EA747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1824B6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E92756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1D463E7" w14:textId="77777777" w:rsidTr="00AB59C7">
        <w:trPr>
          <w:jc w:val="center"/>
        </w:trPr>
        <w:tc>
          <w:tcPr>
            <w:tcW w:w="803" w:type="dxa"/>
          </w:tcPr>
          <w:p w14:paraId="567B4D3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34E24F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7ED572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44</w:t>
            </w:r>
          </w:p>
        </w:tc>
        <w:tc>
          <w:tcPr>
            <w:tcW w:w="1274" w:type="dxa"/>
          </w:tcPr>
          <w:p w14:paraId="673610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4B (page 48-49)</w:t>
            </w:r>
          </w:p>
        </w:tc>
        <w:tc>
          <w:tcPr>
            <w:tcW w:w="2268" w:type="dxa"/>
          </w:tcPr>
          <w:p w14:paraId="201DE66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ľahko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zameniteľné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cestovaním</w:t>
            </w:r>
            <w:proofErr w:type="spellEnd"/>
          </w:p>
        </w:tc>
        <w:tc>
          <w:tcPr>
            <w:tcW w:w="2502" w:type="dxa"/>
          </w:tcPr>
          <w:p w14:paraId="361C962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objavovaní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rozlišovať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význam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ľahko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zameniteľných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súvisiacich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turistické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destinácie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ich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charakteristické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črty</w:t>
            </w:r>
            <w:proofErr w:type="spellEnd"/>
          </w:p>
        </w:tc>
        <w:tc>
          <w:tcPr>
            <w:tcW w:w="1593" w:type="dxa"/>
          </w:tcPr>
          <w:p w14:paraId="01B8E10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C9DD6B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Words easily confused connected to travel</w:t>
            </w:r>
          </w:p>
        </w:tc>
        <w:tc>
          <w:tcPr>
            <w:tcW w:w="1332" w:type="dxa"/>
          </w:tcPr>
          <w:p w14:paraId="3E42BFB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1C09C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medzikultúrne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povedomie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2EE160C4" w14:textId="77777777" w:rsidTr="00AB59C7">
        <w:trPr>
          <w:jc w:val="center"/>
        </w:trPr>
        <w:tc>
          <w:tcPr>
            <w:tcW w:w="803" w:type="dxa"/>
          </w:tcPr>
          <w:p w14:paraId="0C0963F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F4CECC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25242CF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45</w:t>
            </w:r>
          </w:p>
        </w:tc>
        <w:tc>
          <w:tcPr>
            <w:tcW w:w="1274" w:type="dxa"/>
          </w:tcPr>
          <w:p w14:paraId="77DCD83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4B (page 48-49)</w:t>
            </w:r>
          </w:p>
        </w:tc>
        <w:tc>
          <w:tcPr>
            <w:tcW w:w="2268" w:type="dxa"/>
          </w:tcPr>
          <w:p w14:paraId="6E5EA3F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príslovky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porovnávanie</w:t>
            </w:r>
            <w:proofErr w:type="spellEnd"/>
          </w:p>
        </w:tc>
        <w:tc>
          <w:tcPr>
            <w:tcW w:w="2502" w:type="dxa"/>
          </w:tcPr>
          <w:p w14:paraId="3FC454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mien,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prísloviek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ich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stupňovanie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osôb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spôsobov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porovnávania</w:t>
            </w:r>
            <w:proofErr w:type="spellEnd"/>
          </w:p>
        </w:tc>
        <w:tc>
          <w:tcPr>
            <w:tcW w:w="1593" w:type="dxa"/>
          </w:tcPr>
          <w:p w14:paraId="69DD42E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>Adjectives Adverbs of manner Comparisons</w:t>
            </w:r>
          </w:p>
        </w:tc>
        <w:tc>
          <w:tcPr>
            <w:tcW w:w="1336" w:type="dxa"/>
          </w:tcPr>
          <w:p w14:paraId="685C26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23093A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C9CBC8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1FAAFB6C" w14:textId="77777777" w:rsidTr="00AB59C7">
        <w:trPr>
          <w:jc w:val="center"/>
        </w:trPr>
        <w:tc>
          <w:tcPr>
            <w:tcW w:w="803" w:type="dxa"/>
          </w:tcPr>
          <w:p w14:paraId="174A092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E4E281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764A4B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46</w:t>
            </w:r>
          </w:p>
        </w:tc>
        <w:tc>
          <w:tcPr>
            <w:tcW w:w="1274" w:type="dxa"/>
          </w:tcPr>
          <w:p w14:paraId="1B0EE5D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4B (page 50-51)</w:t>
            </w:r>
          </w:p>
        </w:tc>
        <w:tc>
          <w:tcPr>
            <w:tcW w:w="2268" w:type="dxa"/>
          </w:tcPr>
          <w:p w14:paraId="2593D37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počasie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3323D0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počasia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ubytovania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klimatické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podmienky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typy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ubytovania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zásoby</w:t>
            </w:r>
            <w:proofErr w:type="spellEnd"/>
          </w:p>
        </w:tc>
        <w:tc>
          <w:tcPr>
            <w:tcW w:w="1593" w:type="dxa"/>
          </w:tcPr>
          <w:p w14:paraId="7FF049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Articles</w:t>
            </w:r>
          </w:p>
        </w:tc>
        <w:tc>
          <w:tcPr>
            <w:tcW w:w="1336" w:type="dxa"/>
          </w:tcPr>
          <w:p w14:paraId="40436C9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Words / Phrases related to weather Accommodation</w:t>
            </w:r>
          </w:p>
        </w:tc>
        <w:tc>
          <w:tcPr>
            <w:tcW w:w="1332" w:type="dxa"/>
          </w:tcPr>
          <w:p w14:paraId="75AA7F3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8DEC24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</w:p>
        </w:tc>
      </w:tr>
      <w:tr w:rsidR="00AB59C7" w:rsidRPr="00AB59C7" w14:paraId="696045CF" w14:textId="77777777" w:rsidTr="00AB59C7">
        <w:trPr>
          <w:jc w:val="center"/>
        </w:trPr>
        <w:tc>
          <w:tcPr>
            <w:tcW w:w="803" w:type="dxa"/>
          </w:tcPr>
          <w:p w14:paraId="7D7C2F3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02CD1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27ACBB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47</w:t>
            </w:r>
          </w:p>
        </w:tc>
        <w:tc>
          <w:tcPr>
            <w:tcW w:w="1274" w:type="dxa"/>
          </w:tcPr>
          <w:p w14:paraId="6BE5340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4B (page 50-51)</w:t>
            </w:r>
          </w:p>
        </w:tc>
        <w:tc>
          <w:tcPr>
            <w:tcW w:w="2268" w:type="dxa"/>
          </w:tcPr>
          <w:p w14:paraId="530A75D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</w:t>
            </w:r>
            <w:proofErr w:type="gramStart"/>
            <w:r w:rsidRPr="00AB59C7">
              <w:rPr>
                <w:rFonts w:asciiTheme="majorHAnsi" w:hAnsiTheme="majorHAnsi" w:cstheme="majorHAnsi"/>
              </w:rPr>
              <w:t xml:space="preserve">- 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členy</w:t>
            </w:r>
            <w:proofErr w:type="spellEnd"/>
            <w:proofErr w:type="gramEnd"/>
          </w:p>
        </w:tc>
        <w:tc>
          <w:tcPr>
            <w:tcW w:w="2502" w:type="dxa"/>
          </w:tcPr>
          <w:p w14:paraId="5356BB7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určitého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neurčitého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nulového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člena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členy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členov</w:t>
            </w:r>
            <w:proofErr w:type="spellEnd"/>
          </w:p>
        </w:tc>
        <w:tc>
          <w:tcPr>
            <w:tcW w:w="1593" w:type="dxa"/>
          </w:tcPr>
          <w:p w14:paraId="4162138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A93F95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9D1232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73F1B0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5754C0A2" w14:textId="77777777" w:rsidTr="00AB59C7">
        <w:trPr>
          <w:jc w:val="center"/>
        </w:trPr>
        <w:tc>
          <w:tcPr>
            <w:tcW w:w="803" w:type="dxa"/>
          </w:tcPr>
          <w:p w14:paraId="2D62FA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9238FD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4523DF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48</w:t>
            </w:r>
          </w:p>
        </w:tc>
        <w:tc>
          <w:tcPr>
            <w:tcW w:w="1274" w:type="dxa"/>
          </w:tcPr>
          <w:p w14:paraId="1220072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4B (page 52-53)</w:t>
            </w:r>
          </w:p>
        </w:tc>
        <w:tc>
          <w:tcPr>
            <w:tcW w:w="2268" w:type="dxa"/>
          </w:tcPr>
          <w:p w14:paraId="71BFDFC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článku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opisujúceho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miesto</w:t>
            </w:r>
            <w:proofErr w:type="spellEnd"/>
          </w:p>
        </w:tc>
        <w:tc>
          <w:tcPr>
            <w:tcW w:w="2502" w:type="dxa"/>
          </w:tcPr>
          <w:p w14:paraId="68F7AE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článku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zmyslového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vnímania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článok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odporúčaniami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zámeru</w:t>
            </w:r>
            <w:proofErr w:type="spellEnd"/>
          </w:p>
        </w:tc>
        <w:tc>
          <w:tcPr>
            <w:tcW w:w="1593" w:type="dxa"/>
          </w:tcPr>
          <w:p w14:paraId="00EE581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2B734C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Senses</w:t>
            </w:r>
          </w:p>
        </w:tc>
        <w:tc>
          <w:tcPr>
            <w:tcW w:w="1332" w:type="dxa"/>
          </w:tcPr>
          <w:p w14:paraId="597104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5FC93C8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medzikultúrne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povedomie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zemi</w:t>
            </w:r>
          </w:p>
        </w:tc>
      </w:tr>
      <w:tr w:rsidR="00AB59C7" w:rsidRPr="00AB59C7" w14:paraId="70892FE6" w14:textId="77777777" w:rsidTr="00AB59C7">
        <w:trPr>
          <w:jc w:val="center"/>
        </w:trPr>
        <w:tc>
          <w:tcPr>
            <w:tcW w:w="803" w:type="dxa"/>
          </w:tcPr>
          <w:p w14:paraId="696EF2E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069388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FAB284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49</w:t>
            </w:r>
          </w:p>
        </w:tc>
        <w:tc>
          <w:tcPr>
            <w:tcW w:w="1274" w:type="dxa"/>
          </w:tcPr>
          <w:p w14:paraId="2435085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4B (page 52-53)</w:t>
            </w:r>
          </w:p>
        </w:tc>
        <w:tc>
          <w:tcPr>
            <w:tcW w:w="2268" w:type="dxa"/>
          </w:tcPr>
          <w:p w14:paraId="218D64D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článku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opisujúceho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miesto</w:t>
            </w:r>
            <w:proofErr w:type="spellEnd"/>
          </w:p>
        </w:tc>
        <w:tc>
          <w:tcPr>
            <w:tcW w:w="2502" w:type="dxa"/>
          </w:tcPr>
          <w:p w14:paraId="4863772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článku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zatraktívnenie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formulovanie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odporúčaní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nadväznosť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</w:t>
            </w:r>
            <w:proofErr w:type="spellEnd"/>
          </w:p>
        </w:tc>
        <w:tc>
          <w:tcPr>
            <w:tcW w:w="1593" w:type="dxa"/>
          </w:tcPr>
          <w:p w14:paraId="2ADE2F1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8C05F3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7128C9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DA93AA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05762A45" w14:textId="77777777" w:rsidTr="00AB59C7">
        <w:trPr>
          <w:jc w:val="center"/>
        </w:trPr>
        <w:tc>
          <w:tcPr>
            <w:tcW w:w="803" w:type="dxa"/>
          </w:tcPr>
          <w:p w14:paraId="59FF6F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770432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8CD979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50</w:t>
            </w:r>
          </w:p>
        </w:tc>
        <w:tc>
          <w:tcPr>
            <w:tcW w:w="1274" w:type="dxa"/>
          </w:tcPr>
          <w:p w14:paraId="323D8D4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4 Self-evaluation</w:t>
            </w:r>
          </w:p>
        </w:tc>
        <w:tc>
          <w:tcPr>
            <w:tcW w:w="2268" w:type="dxa"/>
          </w:tcPr>
          <w:p w14:paraId="7E623F5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4,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1A262A8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45396E9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4754FE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2BB59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85C497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168EC907" w14:textId="77777777" w:rsidTr="00AB59C7">
        <w:trPr>
          <w:jc w:val="center"/>
        </w:trPr>
        <w:tc>
          <w:tcPr>
            <w:tcW w:w="803" w:type="dxa"/>
          </w:tcPr>
          <w:p w14:paraId="214045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9B70E5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EAD634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51</w:t>
            </w:r>
          </w:p>
        </w:tc>
        <w:tc>
          <w:tcPr>
            <w:tcW w:w="1274" w:type="dxa"/>
          </w:tcPr>
          <w:p w14:paraId="1CC6DF4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Task 2 modules 3-4</w:t>
            </w:r>
          </w:p>
        </w:tc>
        <w:tc>
          <w:tcPr>
            <w:tcW w:w="2268" w:type="dxa"/>
          </w:tcPr>
          <w:p w14:paraId="146FA47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Tvorba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zhrnutia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</w:p>
        </w:tc>
        <w:tc>
          <w:tcPr>
            <w:tcW w:w="2502" w:type="dxa"/>
          </w:tcPr>
          <w:p w14:paraId="1A06547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kľúčové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vybrať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ich od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nepodstatných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detailov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stručné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usporiadané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</w:p>
        </w:tc>
        <w:tc>
          <w:tcPr>
            <w:tcW w:w="1593" w:type="dxa"/>
          </w:tcPr>
          <w:p w14:paraId="7FE3E34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493DB0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746CF0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27FE79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57E48BB7" w14:textId="77777777" w:rsidTr="00AB59C7">
        <w:trPr>
          <w:jc w:val="center"/>
        </w:trPr>
        <w:tc>
          <w:tcPr>
            <w:tcW w:w="803" w:type="dxa"/>
          </w:tcPr>
          <w:p w14:paraId="7EC2BF0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0272C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9EFD7B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52</w:t>
            </w:r>
          </w:p>
        </w:tc>
        <w:tc>
          <w:tcPr>
            <w:tcW w:w="1274" w:type="dxa"/>
          </w:tcPr>
          <w:p w14:paraId="1132AC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Task 2 modules 3-4</w:t>
            </w:r>
          </w:p>
        </w:tc>
        <w:tc>
          <w:tcPr>
            <w:tcW w:w="2268" w:type="dxa"/>
          </w:tcPr>
          <w:p w14:paraId="6005B10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Tvorba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zhrnutia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</w:p>
        </w:tc>
        <w:tc>
          <w:tcPr>
            <w:tcW w:w="2502" w:type="dxa"/>
          </w:tcPr>
          <w:p w14:paraId="5565BE8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3" w:type="dxa"/>
          </w:tcPr>
          <w:p w14:paraId="3B4AF81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461D5D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FA3950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199F3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184A92BD" w14:textId="77777777" w:rsidTr="00AB59C7">
        <w:trPr>
          <w:jc w:val="center"/>
        </w:trPr>
        <w:tc>
          <w:tcPr>
            <w:tcW w:w="803" w:type="dxa"/>
          </w:tcPr>
          <w:p w14:paraId="75D0E08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9421D8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28732AA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53</w:t>
            </w:r>
          </w:p>
        </w:tc>
        <w:tc>
          <w:tcPr>
            <w:tcW w:w="1274" w:type="dxa"/>
          </w:tcPr>
          <w:p w14:paraId="6537BFA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26C1317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5C9409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36303CB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395211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B24A5C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07F7FB4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66BC4FF" w14:textId="77777777" w:rsidTr="00AB59C7">
        <w:trPr>
          <w:jc w:val="center"/>
        </w:trPr>
        <w:tc>
          <w:tcPr>
            <w:tcW w:w="803" w:type="dxa"/>
          </w:tcPr>
          <w:p w14:paraId="7FEC274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1AC186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231DFA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2E5D92D0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>Module 5: A healthy lifestyle</w:t>
            </w:r>
          </w:p>
        </w:tc>
        <w:tc>
          <w:tcPr>
            <w:tcW w:w="2268" w:type="dxa"/>
            <w:shd w:val="clear" w:color="auto" w:fill="FFFF00"/>
          </w:tcPr>
          <w:p w14:paraId="56D5EF2E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6845ABB3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53D8D2C2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401A496C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4B7F921F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78157996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B59C7" w:rsidRPr="00AB59C7" w14:paraId="2FCDFF62" w14:textId="77777777" w:rsidTr="00AB59C7">
        <w:trPr>
          <w:jc w:val="center"/>
        </w:trPr>
        <w:tc>
          <w:tcPr>
            <w:tcW w:w="803" w:type="dxa"/>
          </w:tcPr>
          <w:p w14:paraId="0F713F1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68DD74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813" w:type="dxa"/>
          </w:tcPr>
          <w:p w14:paraId="0A899A8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54</w:t>
            </w:r>
          </w:p>
        </w:tc>
        <w:tc>
          <w:tcPr>
            <w:tcW w:w="1274" w:type="dxa"/>
          </w:tcPr>
          <w:p w14:paraId="5BFA536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Cover page module 5 5A (page </w:t>
            </w:r>
            <w:r w:rsidRPr="00AB59C7">
              <w:rPr>
                <w:rFonts w:asciiTheme="majorHAnsi" w:hAnsiTheme="majorHAnsi" w:cstheme="majorHAnsi"/>
              </w:rPr>
              <w:lastRenderedPageBreak/>
              <w:t>55-57)</w:t>
            </w:r>
          </w:p>
        </w:tc>
        <w:tc>
          <w:tcPr>
            <w:tcW w:w="2268" w:type="dxa"/>
          </w:tcPr>
          <w:p w14:paraId="2D5DB9B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02" w:type="dxa"/>
          </w:tcPr>
          <w:p w14:paraId="7FAB20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športoch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voľnočasových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aktivitách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interpretovať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pohybových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aktivitách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význame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športu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pre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kvalitu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života</w:t>
            </w:r>
            <w:proofErr w:type="spellEnd"/>
          </w:p>
        </w:tc>
        <w:tc>
          <w:tcPr>
            <w:tcW w:w="1593" w:type="dxa"/>
          </w:tcPr>
          <w:p w14:paraId="6311CD0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CF3CF0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05A039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48481BE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</w:p>
        </w:tc>
      </w:tr>
      <w:tr w:rsidR="00AB59C7" w:rsidRPr="00AB59C7" w14:paraId="2D6430F3" w14:textId="77777777" w:rsidTr="00AB59C7">
        <w:trPr>
          <w:jc w:val="center"/>
        </w:trPr>
        <w:tc>
          <w:tcPr>
            <w:tcW w:w="803" w:type="dxa"/>
          </w:tcPr>
          <w:p w14:paraId="0CCB0F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513AF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F338D3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55</w:t>
            </w:r>
          </w:p>
        </w:tc>
        <w:tc>
          <w:tcPr>
            <w:tcW w:w="1274" w:type="dxa"/>
          </w:tcPr>
          <w:p w14:paraId="37BE32B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5A (page 55-57)</w:t>
            </w:r>
          </w:p>
        </w:tc>
        <w:tc>
          <w:tcPr>
            <w:tcW w:w="2268" w:type="dxa"/>
          </w:tcPr>
          <w:p w14:paraId="16ACF40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počítateľnosť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podstatných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mien</w:t>
            </w:r>
          </w:p>
        </w:tc>
        <w:tc>
          <w:tcPr>
            <w:tcW w:w="2502" w:type="dxa"/>
          </w:tcPr>
          <w:p w14:paraId="041B281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počítateľné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nepočítateľné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kvantifikátory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výrazy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too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enough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množstva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miery</w:t>
            </w:r>
            <w:proofErr w:type="spellEnd"/>
          </w:p>
        </w:tc>
        <w:tc>
          <w:tcPr>
            <w:tcW w:w="1593" w:type="dxa"/>
          </w:tcPr>
          <w:p w14:paraId="20DE730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Countable and uncountable nouns Quantifiers too - enough</w:t>
            </w:r>
          </w:p>
        </w:tc>
        <w:tc>
          <w:tcPr>
            <w:tcW w:w="1336" w:type="dxa"/>
          </w:tcPr>
          <w:p w14:paraId="10F041A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C13FA5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5779E7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491CAD4" w14:textId="77777777" w:rsidTr="00AB59C7">
        <w:trPr>
          <w:jc w:val="center"/>
        </w:trPr>
        <w:tc>
          <w:tcPr>
            <w:tcW w:w="803" w:type="dxa"/>
          </w:tcPr>
          <w:p w14:paraId="77B6A89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56E087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9486B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56</w:t>
            </w:r>
          </w:p>
        </w:tc>
        <w:tc>
          <w:tcPr>
            <w:tcW w:w="1274" w:type="dxa"/>
          </w:tcPr>
          <w:p w14:paraId="4A47F0F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5A (page 58-59)</w:t>
            </w:r>
          </w:p>
        </w:tc>
        <w:tc>
          <w:tcPr>
            <w:tcW w:w="2268" w:type="dxa"/>
          </w:tcPr>
          <w:p w14:paraId="44F3DE5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keep,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väzby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</w:p>
        </w:tc>
        <w:tc>
          <w:tcPr>
            <w:tcW w:w="2502" w:type="dxa"/>
          </w:tcPr>
          <w:p w14:paraId="5AA67D2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keep,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zložené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väzby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posúdiť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možnosti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ich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výhody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nevýhody</w:t>
            </w:r>
            <w:proofErr w:type="spellEnd"/>
          </w:p>
        </w:tc>
        <w:tc>
          <w:tcPr>
            <w:tcW w:w="1593" w:type="dxa"/>
          </w:tcPr>
          <w:p w14:paraId="401D676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43142FB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Phrasal verbs / Expressions with keep Compound adjectives Prepositional phrases with in and out of</w:t>
            </w:r>
          </w:p>
        </w:tc>
        <w:tc>
          <w:tcPr>
            <w:tcW w:w="1332" w:type="dxa"/>
          </w:tcPr>
          <w:p w14:paraId="78771E6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CD7161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sociálna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sociálna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kvalitný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</w:t>
            </w:r>
            <w:proofErr w:type="spellEnd"/>
          </w:p>
        </w:tc>
      </w:tr>
      <w:tr w:rsidR="00AB59C7" w:rsidRPr="00AB59C7" w14:paraId="0A507CFF" w14:textId="77777777" w:rsidTr="00AB59C7">
        <w:trPr>
          <w:jc w:val="center"/>
        </w:trPr>
        <w:tc>
          <w:tcPr>
            <w:tcW w:w="803" w:type="dxa"/>
          </w:tcPr>
          <w:p w14:paraId="281EF89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734717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1F167D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57</w:t>
            </w:r>
          </w:p>
        </w:tc>
        <w:tc>
          <w:tcPr>
            <w:tcW w:w="1274" w:type="dxa"/>
          </w:tcPr>
          <w:p w14:paraId="6529E1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5A (page 58-59)</w:t>
            </w:r>
          </w:p>
        </w:tc>
        <w:tc>
          <w:tcPr>
            <w:tcW w:w="2268" w:type="dxa"/>
          </w:tcPr>
          <w:p w14:paraId="12BF93E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02" w:type="dxa"/>
          </w:tcPr>
          <w:p w14:paraId="5A99D40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zásady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význam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stravovania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pravidelného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pohybu</w:t>
            </w:r>
            <w:proofErr w:type="spellEnd"/>
          </w:p>
        </w:tc>
        <w:tc>
          <w:tcPr>
            <w:tcW w:w="1593" w:type="dxa"/>
          </w:tcPr>
          <w:p w14:paraId="5A687CA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58286D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B7B586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5FAEB6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1C5531C" w14:textId="77777777" w:rsidTr="00AB59C7">
        <w:trPr>
          <w:jc w:val="center"/>
        </w:trPr>
        <w:tc>
          <w:tcPr>
            <w:tcW w:w="803" w:type="dxa"/>
          </w:tcPr>
          <w:p w14:paraId="4CD8099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6F4E69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C3EBE3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58</w:t>
            </w:r>
          </w:p>
        </w:tc>
        <w:tc>
          <w:tcPr>
            <w:tcW w:w="1274" w:type="dxa"/>
          </w:tcPr>
          <w:p w14:paraId="1E1426E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5B (page </w:t>
            </w:r>
            <w:r w:rsidRPr="00AB59C7">
              <w:rPr>
                <w:rFonts w:asciiTheme="majorHAnsi" w:hAnsiTheme="majorHAnsi" w:cstheme="majorHAnsi"/>
              </w:rPr>
              <w:lastRenderedPageBreak/>
              <w:t>60-61)</w:t>
            </w:r>
          </w:p>
        </w:tc>
        <w:tc>
          <w:tcPr>
            <w:tcW w:w="2268" w:type="dxa"/>
          </w:tcPr>
          <w:p w14:paraId="0624A35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stravovanie</w:t>
            </w:r>
            <w:proofErr w:type="spellEnd"/>
          </w:p>
        </w:tc>
        <w:tc>
          <w:tcPr>
            <w:tcW w:w="2502" w:type="dxa"/>
          </w:tcPr>
          <w:p w14:paraId="469A0D8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stravovaní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potravinách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chutí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stravovacích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návykov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povinnosti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zákazu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nevyhnutnosti</w:t>
            </w:r>
            <w:proofErr w:type="spellEnd"/>
          </w:p>
        </w:tc>
        <w:tc>
          <w:tcPr>
            <w:tcW w:w="1593" w:type="dxa"/>
          </w:tcPr>
          <w:p w14:paraId="1F05C93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C05F0C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Tastes</w:t>
            </w:r>
          </w:p>
        </w:tc>
        <w:tc>
          <w:tcPr>
            <w:tcW w:w="1332" w:type="dxa"/>
          </w:tcPr>
          <w:p w14:paraId="4AF368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r w:rsidRPr="00AB59C7">
              <w:rPr>
                <w:rFonts w:asciiTheme="majorHAnsi" w:hAnsiTheme="majorHAnsi" w:cstheme="majorHAnsi"/>
              </w:rPr>
              <w:lastRenderedPageBreak/>
              <w:t xml:space="preserve">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76ED647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zdravie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kvalitný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</w:t>
            </w:r>
            <w:proofErr w:type="spellEnd"/>
          </w:p>
        </w:tc>
      </w:tr>
      <w:tr w:rsidR="00AB59C7" w:rsidRPr="00AB59C7" w14:paraId="022295BC" w14:textId="77777777" w:rsidTr="00AB59C7">
        <w:trPr>
          <w:jc w:val="center"/>
        </w:trPr>
        <w:tc>
          <w:tcPr>
            <w:tcW w:w="803" w:type="dxa"/>
          </w:tcPr>
          <w:p w14:paraId="2A12199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36D579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4C6984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59</w:t>
            </w:r>
          </w:p>
        </w:tc>
        <w:tc>
          <w:tcPr>
            <w:tcW w:w="1274" w:type="dxa"/>
          </w:tcPr>
          <w:p w14:paraId="31CD5DE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5B (page 60-61</w:t>
            </w:r>
          </w:p>
        </w:tc>
        <w:tc>
          <w:tcPr>
            <w:tcW w:w="2268" w:type="dxa"/>
          </w:tcPr>
          <w:p w14:paraId="2E98F70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must, have to, need to, </w:t>
            </w:r>
            <w:proofErr w:type="gramStart"/>
            <w:r w:rsidRPr="00AB59C7">
              <w:rPr>
                <w:rFonts w:asciiTheme="majorHAnsi" w:hAnsiTheme="majorHAnsi" w:cstheme="majorHAnsi"/>
              </w:rPr>
              <w:t>can‘</w:t>
            </w:r>
            <w:proofErr w:type="gramEnd"/>
            <w:r w:rsidRPr="00AB59C7">
              <w:rPr>
                <w:rFonts w:asciiTheme="majorHAnsi" w:hAnsiTheme="majorHAnsi" w:cstheme="majorHAnsi"/>
              </w:rPr>
              <w:t>t</w:t>
            </w:r>
          </w:p>
        </w:tc>
        <w:tc>
          <w:tcPr>
            <w:tcW w:w="2502" w:type="dxa"/>
          </w:tcPr>
          <w:p w14:paraId="3D4AC9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význam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slovies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must, have to, need to a can't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povinnosti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zákazu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nevyhnutnosti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</w:t>
            </w:r>
            <w:proofErr w:type="spellEnd"/>
          </w:p>
        </w:tc>
        <w:tc>
          <w:tcPr>
            <w:tcW w:w="1593" w:type="dxa"/>
          </w:tcPr>
          <w:p w14:paraId="7920FF2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must - have to - need to - can’t</w:t>
            </w:r>
          </w:p>
        </w:tc>
        <w:tc>
          <w:tcPr>
            <w:tcW w:w="1336" w:type="dxa"/>
          </w:tcPr>
          <w:p w14:paraId="01EA4CB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48E13E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99F1FD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CF03047" w14:textId="77777777" w:rsidTr="00AB59C7">
        <w:trPr>
          <w:jc w:val="center"/>
        </w:trPr>
        <w:tc>
          <w:tcPr>
            <w:tcW w:w="803" w:type="dxa"/>
          </w:tcPr>
          <w:p w14:paraId="03D6FC5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99BE53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813" w:type="dxa"/>
          </w:tcPr>
          <w:p w14:paraId="1CB605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60</w:t>
            </w:r>
          </w:p>
        </w:tc>
        <w:tc>
          <w:tcPr>
            <w:tcW w:w="1274" w:type="dxa"/>
          </w:tcPr>
          <w:p w14:paraId="0E088FC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5B (page 62-63)</w:t>
            </w:r>
          </w:p>
        </w:tc>
        <w:tc>
          <w:tcPr>
            <w:tcW w:w="2268" w:type="dxa"/>
          </w:tcPr>
          <w:p w14:paraId="798112D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jedlo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02" w:type="dxa"/>
          </w:tcPr>
          <w:p w14:paraId="67BBE5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stravovaní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požiadať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radu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poskytnúť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odporúčanie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navrhnúť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riešenie</w:t>
            </w:r>
            <w:proofErr w:type="spellEnd"/>
          </w:p>
        </w:tc>
        <w:tc>
          <w:tcPr>
            <w:tcW w:w="1593" w:type="dxa"/>
          </w:tcPr>
          <w:p w14:paraId="2E5A3FE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75260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Food</w:t>
            </w:r>
          </w:p>
        </w:tc>
        <w:tc>
          <w:tcPr>
            <w:tcW w:w="1332" w:type="dxa"/>
          </w:tcPr>
          <w:p w14:paraId="0E3CACF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48C4676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</w:p>
        </w:tc>
      </w:tr>
      <w:tr w:rsidR="00AB59C7" w:rsidRPr="00AB59C7" w14:paraId="77983F32" w14:textId="77777777" w:rsidTr="00AB59C7">
        <w:trPr>
          <w:jc w:val="center"/>
        </w:trPr>
        <w:tc>
          <w:tcPr>
            <w:tcW w:w="803" w:type="dxa"/>
          </w:tcPr>
          <w:p w14:paraId="357900F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E26D0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20C72D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61</w:t>
            </w:r>
          </w:p>
        </w:tc>
        <w:tc>
          <w:tcPr>
            <w:tcW w:w="1274" w:type="dxa"/>
          </w:tcPr>
          <w:p w14:paraId="229F44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5B (page 62-63)</w:t>
            </w:r>
          </w:p>
        </w:tc>
        <w:tc>
          <w:tcPr>
            <w:tcW w:w="2268" w:type="dxa"/>
          </w:tcPr>
          <w:p w14:paraId="53066B0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should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ought to</w:t>
            </w:r>
          </w:p>
        </w:tc>
        <w:tc>
          <w:tcPr>
            <w:tcW w:w="2502" w:type="dxa"/>
          </w:tcPr>
          <w:p w14:paraId="3844C3B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slovies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should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ought to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poskytovaní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rád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odporúčaní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odporúčania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hodnotenia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(should have + past participle)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modálnych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slovies</w:t>
            </w:r>
            <w:proofErr w:type="spellEnd"/>
          </w:p>
        </w:tc>
        <w:tc>
          <w:tcPr>
            <w:tcW w:w="1593" w:type="dxa"/>
          </w:tcPr>
          <w:p w14:paraId="4115D51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>should - ought to - should + have + past participle</w:t>
            </w:r>
          </w:p>
        </w:tc>
        <w:tc>
          <w:tcPr>
            <w:tcW w:w="1336" w:type="dxa"/>
          </w:tcPr>
          <w:p w14:paraId="7D9DC7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8F0C20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7515FB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7AD4C172" w14:textId="77777777" w:rsidTr="00AB59C7">
        <w:trPr>
          <w:jc w:val="center"/>
        </w:trPr>
        <w:tc>
          <w:tcPr>
            <w:tcW w:w="803" w:type="dxa"/>
          </w:tcPr>
          <w:p w14:paraId="26BD608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A2D863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F83D8E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62</w:t>
            </w:r>
          </w:p>
        </w:tc>
        <w:tc>
          <w:tcPr>
            <w:tcW w:w="1274" w:type="dxa"/>
          </w:tcPr>
          <w:p w14:paraId="1024203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5B (page 64-65)</w:t>
            </w:r>
          </w:p>
        </w:tc>
        <w:tc>
          <w:tcPr>
            <w:tcW w:w="2268" w:type="dxa"/>
          </w:tcPr>
          <w:p w14:paraId="54F45D6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3DAF410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zdvorilé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nepriame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otázky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žiadosti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spojovacích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výrazov</w:t>
            </w:r>
            <w:proofErr w:type="spellEnd"/>
          </w:p>
        </w:tc>
        <w:tc>
          <w:tcPr>
            <w:tcW w:w="1593" w:type="dxa"/>
          </w:tcPr>
          <w:p w14:paraId="075FA8B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BD8BDF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Linking words/phrases</w:t>
            </w:r>
          </w:p>
        </w:tc>
        <w:tc>
          <w:tcPr>
            <w:tcW w:w="1332" w:type="dxa"/>
          </w:tcPr>
          <w:p w14:paraId="44FC70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37EE65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32D44D6C" w14:textId="77777777" w:rsidTr="00AB59C7">
        <w:trPr>
          <w:jc w:val="center"/>
        </w:trPr>
        <w:tc>
          <w:tcPr>
            <w:tcW w:w="803" w:type="dxa"/>
          </w:tcPr>
          <w:p w14:paraId="4F0E198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AF5B46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F165F8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63</w:t>
            </w:r>
          </w:p>
        </w:tc>
        <w:tc>
          <w:tcPr>
            <w:tcW w:w="1274" w:type="dxa"/>
          </w:tcPr>
          <w:p w14:paraId="485CB4E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5B (page 64-65)</w:t>
            </w:r>
          </w:p>
        </w:tc>
        <w:tc>
          <w:tcPr>
            <w:tcW w:w="2268" w:type="dxa"/>
          </w:tcPr>
          <w:p w14:paraId="27951EE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1ECEFF4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formulovať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žiadosť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nadväznosť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</w:t>
            </w:r>
            <w:proofErr w:type="spellEnd"/>
          </w:p>
        </w:tc>
        <w:tc>
          <w:tcPr>
            <w:tcW w:w="1593" w:type="dxa"/>
          </w:tcPr>
          <w:p w14:paraId="0623F03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BC3CC1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17890B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9540BC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7D930D02" w14:textId="77777777" w:rsidTr="00AB59C7">
        <w:trPr>
          <w:jc w:val="center"/>
        </w:trPr>
        <w:tc>
          <w:tcPr>
            <w:tcW w:w="803" w:type="dxa"/>
          </w:tcPr>
          <w:p w14:paraId="15AAF44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A6A7C5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813" w:type="dxa"/>
          </w:tcPr>
          <w:p w14:paraId="423218E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64</w:t>
            </w:r>
          </w:p>
        </w:tc>
        <w:tc>
          <w:tcPr>
            <w:tcW w:w="1274" w:type="dxa"/>
          </w:tcPr>
          <w:p w14:paraId="16F278A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5 Self-evaluation</w:t>
            </w:r>
          </w:p>
        </w:tc>
        <w:tc>
          <w:tcPr>
            <w:tcW w:w="2268" w:type="dxa"/>
          </w:tcPr>
          <w:p w14:paraId="6F0BD9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5,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349CBDC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7C2A8FD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7DCABD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7B9C38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6C8E089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180B29E1" w14:textId="77777777" w:rsidTr="00AB59C7">
        <w:trPr>
          <w:jc w:val="center"/>
        </w:trPr>
        <w:tc>
          <w:tcPr>
            <w:tcW w:w="803" w:type="dxa"/>
          </w:tcPr>
          <w:p w14:paraId="0D670FE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5D99B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83FEE3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65</w:t>
            </w:r>
          </w:p>
        </w:tc>
        <w:tc>
          <w:tcPr>
            <w:tcW w:w="1274" w:type="dxa"/>
          </w:tcPr>
          <w:p w14:paraId="57A1F43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7B22CC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00FBFCE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5E21D11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25FD29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11E27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3CE0E18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7F67E507" w14:textId="77777777" w:rsidTr="00AB59C7">
        <w:trPr>
          <w:jc w:val="center"/>
        </w:trPr>
        <w:tc>
          <w:tcPr>
            <w:tcW w:w="803" w:type="dxa"/>
          </w:tcPr>
          <w:p w14:paraId="7F52553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49CB6F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813" w:type="dxa"/>
          </w:tcPr>
          <w:p w14:paraId="5B24D9C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66</w:t>
            </w:r>
          </w:p>
        </w:tc>
        <w:tc>
          <w:tcPr>
            <w:tcW w:w="1274" w:type="dxa"/>
          </w:tcPr>
          <w:p w14:paraId="2FC4A22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Mid-term test</w:t>
            </w:r>
          </w:p>
        </w:tc>
        <w:tc>
          <w:tcPr>
            <w:tcW w:w="2268" w:type="dxa"/>
          </w:tcPr>
          <w:p w14:paraId="258CB43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21EA6ED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javov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zručností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prebraných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vedomosti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zameraných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receptívne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produktívne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zručnosti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ďalšie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zlepšovanie</w:t>
            </w:r>
            <w:proofErr w:type="spellEnd"/>
          </w:p>
        </w:tc>
        <w:tc>
          <w:tcPr>
            <w:tcW w:w="1593" w:type="dxa"/>
          </w:tcPr>
          <w:p w14:paraId="39ABAF5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A723FA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C01839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4123584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6C25891C" w14:textId="77777777" w:rsidTr="00AB59C7">
        <w:trPr>
          <w:jc w:val="center"/>
        </w:trPr>
        <w:tc>
          <w:tcPr>
            <w:tcW w:w="803" w:type="dxa"/>
          </w:tcPr>
          <w:p w14:paraId="4FCA47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E36888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2D212BD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6C9BADCC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>Module 6: Making progress</w:t>
            </w:r>
          </w:p>
        </w:tc>
        <w:tc>
          <w:tcPr>
            <w:tcW w:w="2268" w:type="dxa"/>
            <w:shd w:val="clear" w:color="auto" w:fill="FFFF00"/>
          </w:tcPr>
          <w:p w14:paraId="2B674B0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34B5C57A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3C6597D0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207DCCC6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152582FA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5B1E6964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B59C7" w:rsidRPr="00AB59C7" w14:paraId="1E09B953" w14:textId="77777777" w:rsidTr="00AB59C7">
        <w:trPr>
          <w:jc w:val="center"/>
        </w:trPr>
        <w:tc>
          <w:tcPr>
            <w:tcW w:w="803" w:type="dxa"/>
          </w:tcPr>
          <w:p w14:paraId="7709DED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0B7F9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CF8651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67</w:t>
            </w:r>
          </w:p>
        </w:tc>
        <w:tc>
          <w:tcPr>
            <w:tcW w:w="1274" w:type="dxa"/>
          </w:tcPr>
          <w:p w14:paraId="204A7E0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Cover page module 6 6A (page 67-69)</w:t>
            </w:r>
          </w:p>
        </w:tc>
        <w:tc>
          <w:tcPr>
            <w:tcW w:w="2268" w:type="dxa"/>
          </w:tcPr>
          <w:p w14:paraId="64D2344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6F2D52A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vzdelávaní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kariére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interpretovať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možnostiach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štúdia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profesijného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uplatnenia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budúcich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plánoch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cieľoch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kariérnych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ambíciách</w:t>
            </w:r>
            <w:proofErr w:type="spellEnd"/>
          </w:p>
        </w:tc>
        <w:tc>
          <w:tcPr>
            <w:tcW w:w="1593" w:type="dxa"/>
          </w:tcPr>
          <w:p w14:paraId="38C9957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878796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0D66FF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D9105E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spoločenská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kvalitné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vzdelávanie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dôstojná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hospodársky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rast</w:t>
            </w:r>
            <w:proofErr w:type="spellEnd"/>
          </w:p>
        </w:tc>
      </w:tr>
      <w:tr w:rsidR="00AB59C7" w:rsidRPr="00AB59C7" w14:paraId="14812A50" w14:textId="77777777" w:rsidTr="00AB59C7">
        <w:trPr>
          <w:jc w:val="center"/>
        </w:trPr>
        <w:tc>
          <w:tcPr>
            <w:tcW w:w="803" w:type="dxa"/>
          </w:tcPr>
          <w:p w14:paraId="761776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D1F57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65C632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68</w:t>
            </w:r>
          </w:p>
        </w:tc>
        <w:tc>
          <w:tcPr>
            <w:tcW w:w="1274" w:type="dxa"/>
          </w:tcPr>
          <w:p w14:paraId="11555EC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6A (page 67-69)</w:t>
            </w:r>
          </w:p>
        </w:tc>
        <w:tc>
          <w:tcPr>
            <w:tcW w:w="2268" w:type="dxa"/>
          </w:tcPr>
          <w:p w14:paraId="132209A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budúce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časy</w:t>
            </w:r>
            <w:proofErr w:type="spellEnd"/>
          </w:p>
        </w:tc>
        <w:tc>
          <w:tcPr>
            <w:tcW w:w="2502" w:type="dxa"/>
          </w:tcPr>
          <w:p w14:paraId="1BD9343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budúcich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budúce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plánov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zámerov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predpovedí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budúcich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</w:t>
            </w:r>
            <w:proofErr w:type="spellEnd"/>
          </w:p>
        </w:tc>
        <w:tc>
          <w:tcPr>
            <w:tcW w:w="1593" w:type="dxa"/>
          </w:tcPr>
          <w:p w14:paraId="76B4248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Future will - Future be going to - Future Progressive </w:t>
            </w:r>
            <w:r w:rsidRPr="00AB59C7">
              <w:rPr>
                <w:rFonts w:asciiTheme="majorHAnsi" w:hAnsiTheme="majorHAnsi" w:cstheme="majorHAnsi"/>
              </w:rPr>
              <w:lastRenderedPageBreak/>
              <w:t>Time clauses</w:t>
            </w:r>
          </w:p>
        </w:tc>
        <w:tc>
          <w:tcPr>
            <w:tcW w:w="1336" w:type="dxa"/>
          </w:tcPr>
          <w:p w14:paraId="77EB0C8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F4BEEF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F1B00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7ED5D761" w14:textId="77777777" w:rsidTr="00AB59C7">
        <w:trPr>
          <w:jc w:val="center"/>
        </w:trPr>
        <w:tc>
          <w:tcPr>
            <w:tcW w:w="803" w:type="dxa"/>
          </w:tcPr>
          <w:p w14:paraId="3A40EBA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79CF5B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0B8ACF4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69</w:t>
            </w:r>
          </w:p>
        </w:tc>
        <w:tc>
          <w:tcPr>
            <w:tcW w:w="1274" w:type="dxa"/>
          </w:tcPr>
          <w:p w14:paraId="673EF5A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6A (page 70-71)</w:t>
            </w:r>
          </w:p>
        </w:tc>
        <w:tc>
          <w:tcPr>
            <w:tcW w:w="2268" w:type="dxa"/>
          </w:tcPr>
          <w:p w14:paraId="7562716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prácou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vzdelávaním</w:t>
            </w:r>
            <w:proofErr w:type="spellEnd"/>
          </w:p>
        </w:tc>
        <w:tc>
          <w:tcPr>
            <w:tcW w:w="2502" w:type="dxa"/>
          </w:tcPr>
          <w:p w14:paraId="5CA5CB5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kolokácie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súvisiace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prácou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vzdelávaním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svoje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ciele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kariérne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ambície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zdôvodniť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vzdelávanie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pracovné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uplatnenie</w:t>
            </w:r>
            <w:proofErr w:type="spellEnd"/>
          </w:p>
        </w:tc>
        <w:tc>
          <w:tcPr>
            <w:tcW w:w="1593" w:type="dxa"/>
          </w:tcPr>
          <w:p w14:paraId="5F77C9A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180438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Collocations related to work and education</w:t>
            </w:r>
          </w:p>
        </w:tc>
        <w:tc>
          <w:tcPr>
            <w:tcW w:w="1332" w:type="dxa"/>
          </w:tcPr>
          <w:p w14:paraId="00ABFB9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60DFD6B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1D183008" w14:textId="77777777" w:rsidTr="00AB59C7">
        <w:trPr>
          <w:jc w:val="center"/>
        </w:trPr>
        <w:tc>
          <w:tcPr>
            <w:tcW w:w="803" w:type="dxa"/>
          </w:tcPr>
          <w:p w14:paraId="6CB4B22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B235D3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6BB886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70</w:t>
            </w:r>
          </w:p>
        </w:tc>
        <w:tc>
          <w:tcPr>
            <w:tcW w:w="1274" w:type="dxa"/>
          </w:tcPr>
          <w:p w14:paraId="236CC2A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6A (page 70-71)</w:t>
            </w:r>
          </w:p>
        </w:tc>
        <w:tc>
          <w:tcPr>
            <w:tcW w:w="2268" w:type="dxa"/>
          </w:tcPr>
          <w:p w14:paraId="1E73E4A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ropzrávanie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budúce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plány</w:t>
            </w:r>
            <w:proofErr w:type="spellEnd"/>
          </w:p>
        </w:tc>
        <w:tc>
          <w:tcPr>
            <w:tcW w:w="2502" w:type="dxa"/>
          </w:tcPr>
          <w:p w14:paraId="5F176A5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svoje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budúce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plány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ciele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možnostiach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štúdia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budúceho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povolania</w:t>
            </w:r>
            <w:proofErr w:type="spellEnd"/>
          </w:p>
        </w:tc>
        <w:tc>
          <w:tcPr>
            <w:tcW w:w="1593" w:type="dxa"/>
          </w:tcPr>
          <w:p w14:paraId="2056F0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4265C13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4B1296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B8E1B8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59C2D213" w14:textId="77777777" w:rsidTr="00AB59C7">
        <w:trPr>
          <w:jc w:val="center"/>
        </w:trPr>
        <w:tc>
          <w:tcPr>
            <w:tcW w:w="803" w:type="dxa"/>
          </w:tcPr>
          <w:p w14:paraId="43F7603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4324E5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813" w:type="dxa"/>
          </w:tcPr>
          <w:p w14:paraId="18F3E9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71</w:t>
            </w:r>
          </w:p>
        </w:tc>
        <w:tc>
          <w:tcPr>
            <w:tcW w:w="1274" w:type="dxa"/>
          </w:tcPr>
          <w:p w14:paraId="605186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6B (page 72-73)</w:t>
            </w:r>
          </w:p>
        </w:tc>
        <w:tc>
          <w:tcPr>
            <w:tcW w:w="2268" w:type="dxa"/>
          </w:tcPr>
          <w:p w14:paraId="3291780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počítače</w:t>
            </w:r>
            <w:proofErr w:type="spellEnd"/>
          </w:p>
        </w:tc>
        <w:tc>
          <w:tcPr>
            <w:tcW w:w="2502" w:type="dxa"/>
          </w:tcPr>
          <w:p w14:paraId="11B7227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vzdelávaní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technológiách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technológií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možnosti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prítomnosti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minulosti</w:t>
            </w:r>
            <w:proofErr w:type="spellEnd"/>
          </w:p>
        </w:tc>
        <w:tc>
          <w:tcPr>
            <w:tcW w:w="1593" w:type="dxa"/>
          </w:tcPr>
          <w:p w14:paraId="39B26C0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CE7FE6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Words connected to computers</w:t>
            </w:r>
          </w:p>
        </w:tc>
        <w:tc>
          <w:tcPr>
            <w:tcW w:w="1332" w:type="dxa"/>
          </w:tcPr>
          <w:p w14:paraId="3B165F9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645D54C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kvalitné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vzdelávanie</w:t>
            </w:r>
            <w:proofErr w:type="spellEnd"/>
          </w:p>
        </w:tc>
      </w:tr>
      <w:tr w:rsidR="00AB59C7" w:rsidRPr="00AB59C7" w14:paraId="107E6491" w14:textId="77777777" w:rsidTr="00AB59C7">
        <w:trPr>
          <w:jc w:val="center"/>
        </w:trPr>
        <w:tc>
          <w:tcPr>
            <w:tcW w:w="803" w:type="dxa"/>
          </w:tcPr>
          <w:p w14:paraId="2202171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53DA92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98FDD9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72</w:t>
            </w:r>
          </w:p>
        </w:tc>
        <w:tc>
          <w:tcPr>
            <w:tcW w:w="1274" w:type="dxa"/>
          </w:tcPr>
          <w:p w14:paraId="4F33E2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6B (page 72-73)</w:t>
            </w:r>
          </w:p>
        </w:tc>
        <w:tc>
          <w:tcPr>
            <w:tcW w:w="2268" w:type="dxa"/>
          </w:tcPr>
          <w:p w14:paraId="148C39B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may, might, could</w:t>
            </w:r>
          </w:p>
        </w:tc>
        <w:tc>
          <w:tcPr>
            <w:tcW w:w="2502" w:type="dxa"/>
          </w:tcPr>
          <w:p w14:paraId="628E77F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slovies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may, might a could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možnosti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domnienky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prítomnosti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r w:rsidRPr="00AB59C7">
              <w:rPr>
                <w:rFonts w:asciiTheme="majorHAnsi" w:hAnsiTheme="majorHAnsi" w:cstheme="majorHAnsi"/>
              </w:rPr>
              <w:lastRenderedPageBreak/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</w:t>
            </w:r>
            <w:proofErr w:type="spellEnd"/>
          </w:p>
        </w:tc>
        <w:tc>
          <w:tcPr>
            <w:tcW w:w="1593" w:type="dxa"/>
          </w:tcPr>
          <w:p w14:paraId="0E9D4D2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>may - might - could - might + have + past participle</w:t>
            </w:r>
          </w:p>
        </w:tc>
        <w:tc>
          <w:tcPr>
            <w:tcW w:w="1336" w:type="dxa"/>
          </w:tcPr>
          <w:p w14:paraId="43A64FE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E5500C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E0AB4C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31310CB" w14:textId="77777777" w:rsidTr="00AB59C7">
        <w:trPr>
          <w:jc w:val="center"/>
        </w:trPr>
        <w:tc>
          <w:tcPr>
            <w:tcW w:w="803" w:type="dxa"/>
          </w:tcPr>
          <w:p w14:paraId="5BE4DAE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5ADB92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24A5486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73</w:t>
            </w:r>
          </w:p>
        </w:tc>
        <w:tc>
          <w:tcPr>
            <w:tcW w:w="1274" w:type="dxa"/>
          </w:tcPr>
          <w:p w14:paraId="73D7E15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6B (page 74-75)</w:t>
            </w:r>
          </w:p>
        </w:tc>
        <w:tc>
          <w:tcPr>
            <w:tcW w:w="2268" w:type="dxa"/>
          </w:tcPr>
          <w:p w14:paraId="3BED012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lose a miss,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0E53004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povolaní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pracovných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pozícií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konštrukciu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be able to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pracovných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schopností</w:t>
            </w:r>
            <w:proofErr w:type="spellEnd"/>
          </w:p>
        </w:tc>
        <w:tc>
          <w:tcPr>
            <w:tcW w:w="1593" w:type="dxa"/>
          </w:tcPr>
          <w:p w14:paraId="213E70F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380B76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Jobs Expressions with way</w:t>
            </w:r>
          </w:p>
        </w:tc>
        <w:tc>
          <w:tcPr>
            <w:tcW w:w="1332" w:type="dxa"/>
          </w:tcPr>
          <w:p w14:paraId="2C07E38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45B14D7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</w:p>
        </w:tc>
      </w:tr>
      <w:tr w:rsidR="00AB59C7" w:rsidRPr="00AB59C7" w14:paraId="2E17D614" w14:textId="77777777" w:rsidTr="00AB59C7">
        <w:trPr>
          <w:jc w:val="center"/>
        </w:trPr>
        <w:tc>
          <w:tcPr>
            <w:tcW w:w="803" w:type="dxa"/>
          </w:tcPr>
          <w:p w14:paraId="4D7812F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27C51B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656C37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74</w:t>
            </w:r>
          </w:p>
        </w:tc>
        <w:tc>
          <w:tcPr>
            <w:tcW w:w="1274" w:type="dxa"/>
          </w:tcPr>
          <w:p w14:paraId="0995E07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6B (page 74-75)</w:t>
            </w:r>
          </w:p>
        </w:tc>
        <w:tc>
          <w:tcPr>
            <w:tcW w:w="2268" w:type="dxa"/>
          </w:tcPr>
          <w:p w14:paraId="55CFD63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to be able to</w:t>
            </w:r>
          </w:p>
        </w:tc>
        <w:tc>
          <w:tcPr>
            <w:tcW w:w="2502" w:type="dxa"/>
          </w:tcPr>
          <w:p w14:paraId="215AF32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konštrukcie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be able to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konštrukciu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be able to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schopnosti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možnosti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opisujúce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schopnosti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</w:p>
        </w:tc>
        <w:tc>
          <w:tcPr>
            <w:tcW w:w="1593" w:type="dxa"/>
          </w:tcPr>
          <w:p w14:paraId="392EBE7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be able to</w:t>
            </w:r>
          </w:p>
        </w:tc>
        <w:tc>
          <w:tcPr>
            <w:tcW w:w="1336" w:type="dxa"/>
          </w:tcPr>
          <w:p w14:paraId="514E986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F397C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B76FA4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7BD06EF4" w14:textId="77777777" w:rsidTr="00AB59C7">
        <w:trPr>
          <w:jc w:val="center"/>
        </w:trPr>
        <w:tc>
          <w:tcPr>
            <w:tcW w:w="803" w:type="dxa"/>
          </w:tcPr>
          <w:p w14:paraId="637C808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A5C7F6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09909EF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75</w:t>
            </w:r>
          </w:p>
        </w:tc>
        <w:tc>
          <w:tcPr>
            <w:tcW w:w="1274" w:type="dxa"/>
          </w:tcPr>
          <w:p w14:paraId="0C2FFA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6B (page 76-77)</w:t>
            </w:r>
          </w:p>
        </w:tc>
        <w:tc>
          <w:tcPr>
            <w:tcW w:w="2268" w:type="dxa"/>
          </w:tcPr>
          <w:p w14:paraId="279A4EA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sprievodný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65C9022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sprievodného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k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žiadosti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zamestnanie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zdvorilé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výrazy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sprievodný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zámeru</w:t>
            </w:r>
            <w:proofErr w:type="spellEnd"/>
          </w:p>
        </w:tc>
        <w:tc>
          <w:tcPr>
            <w:tcW w:w="1593" w:type="dxa"/>
          </w:tcPr>
          <w:p w14:paraId="6B64CB6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4DB95C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70D635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67A899A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0AEC3995" w14:textId="77777777" w:rsidTr="00AB59C7">
        <w:trPr>
          <w:jc w:val="center"/>
        </w:trPr>
        <w:tc>
          <w:tcPr>
            <w:tcW w:w="803" w:type="dxa"/>
          </w:tcPr>
          <w:p w14:paraId="063D907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2DACDA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1F10B6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76</w:t>
            </w:r>
          </w:p>
        </w:tc>
        <w:tc>
          <w:tcPr>
            <w:tcW w:w="1274" w:type="dxa"/>
          </w:tcPr>
          <w:p w14:paraId="5F3021A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6B (page 76-77)</w:t>
            </w:r>
          </w:p>
        </w:tc>
        <w:tc>
          <w:tcPr>
            <w:tcW w:w="2268" w:type="dxa"/>
          </w:tcPr>
          <w:p w14:paraId="5488637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sprievodný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0F5D2EA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sprievodného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formulovať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svojich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schopnostiach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skúsenostiach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motivácii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nadväznosť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</w:t>
            </w:r>
            <w:proofErr w:type="spellEnd"/>
          </w:p>
        </w:tc>
        <w:tc>
          <w:tcPr>
            <w:tcW w:w="1593" w:type="dxa"/>
          </w:tcPr>
          <w:p w14:paraId="04D4067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50849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9FFAB9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066CB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59DFEA37" w14:textId="77777777" w:rsidTr="00AB59C7">
        <w:trPr>
          <w:jc w:val="center"/>
        </w:trPr>
        <w:tc>
          <w:tcPr>
            <w:tcW w:w="803" w:type="dxa"/>
          </w:tcPr>
          <w:p w14:paraId="2369C1B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B38CF3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D71322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77</w:t>
            </w:r>
          </w:p>
        </w:tc>
        <w:tc>
          <w:tcPr>
            <w:tcW w:w="1274" w:type="dxa"/>
          </w:tcPr>
          <w:p w14:paraId="3A9D506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6 Self-evaluation</w:t>
            </w:r>
          </w:p>
        </w:tc>
        <w:tc>
          <w:tcPr>
            <w:tcW w:w="2268" w:type="dxa"/>
          </w:tcPr>
          <w:p w14:paraId="4022DB5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6,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14452A2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3C6E6DE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37A69E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A3D34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5906C4C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3353C510" w14:textId="77777777" w:rsidTr="00AB59C7">
        <w:trPr>
          <w:jc w:val="center"/>
        </w:trPr>
        <w:tc>
          <w:tcPr>
            <w:tcW w:w="803" w:type="dxa"/>
          </w:tcPr>
          <w:p w14:paraId="7E29383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E5F6A7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813" w:type="dxa"/>
          </w:tcPr>
          <w:p w14:paraId="7D83CC5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78</w:t>
            </w:r>
          </w:p>
        </w:tc>
        <w:tc>
          <w:tcPr>
            <w:tcW w:w="1274" w:type="dxa"/>
          </w:tcPr>
          <w:p w14:paraId="4443FF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Task 3 modules 5-6 </w:t>
            </w:r>
          </w:p>
        </w:tc>
        <w:tc>
          <w:tcPr>
            <w:tcW w:w="2268" w:type="dxa"/>
          </w:tcPr>
          <w:p w14:paraId="7F9B711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Postup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podľa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pokynov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poskytovanie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inštrukcií</w:t>
            </w:r>
            <w:proofErr w:type="spellEnd"/>
          </w:p>
        </w:tc>
        <w:tc>
          <w:tcPr>
            <w:tcW w:w="2502" w:type="dxa"/>
          </w:tcPr>
          <w:p w14:paraId="094EF02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porozumieť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ústnym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písomným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pokynom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formulovať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jasné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zrozumiteľné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inštrukcie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spolupracovať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plnení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podľa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zadaných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pokynov</w:t>
            </w:r>
            <w:proofErr w:type="spellEnd"/>
          </w:p>
        </w:tc>
        <w:tc>
          <w:tcPr>
            <w:tcW w:w="1593" w:type="dxa"/>
          </w:tcPr>
          <w:p w14:paraId="3460C06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EC1B88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8D225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61060F8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1E406E35" w14:textId="77777777" w:rsidTr="00AB59C7">
        <w:trPr>
          <w:jc w:val="center"/>
        </w:trPr>
        <w:tc>
          <w:tcPr>
            <w:tcW w:w="803" w:type="dxa"/>
          </w:tcPr>
          <w:p w14:paraId="2FBBD5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3EA00B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32A128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1274" w:type="dxa"/>
          </w:tcPr>
          <w:p w14:paraId="101642D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Task 3 modules 5-6 </w:t>
            </w:r>
          </w:p>
        </w:tc>
        <w:tc>
          <w:tcPr>
            <w:tcW w:w="2268" w:type="dxa"/>
          </w:tcPr>
          <w:p w14:paraId="410E7AC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Postup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podľa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pokynov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poskytovanie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inštrukcií</w:t>
            </w:r>
            <w:proofErr w:type="spellEnd"/>
          </w:p>
        </w:tc>
        <w:tc>
          <w:tcPr>
            <w:tcW w:w="2502" w:type="dxa"/>
          </w:tcPr>
          <w:p w14:paraId="638A2F1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3" w:type="dxa"/>
          </w:tcPr>
          <w:p w14:paraId="473D61A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8D8AE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BADDB8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7CB7E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13B96982" w14:textId="77777777" w:rsidTr="00AB59C7">
        <w:trPr>
          <w:jc w:val="center"/>
        </w:trPr>
        <w:tc>
          <w:tcPr>
            <w:tcW w:w="803" w:type="dxa"/>
          </w:tcPr>
          <w:p w14:paraId="28D0B93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A5EB4F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E51723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80</w:t>
            </w:r>
          </w:p>
        </w:tc>
        <w:tc>
          <w:tcPr>
            <w:tcW w:w="1274" w:type="dxa"/>
          </w:tcPr>
          <w:p w14:paraId="2596DB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277A458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18CAE70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3B0E935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9387F7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77E33B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4F93FF7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B0EC3E2" w14:textId="77777777" w:rsidTr="00AB59C7">
        <w:trPr>
          <w:jc w:val="center"/>
        </w:trPr>
        <w:tc>
          <w:tcPr>
            <w:tcW w:w="803" w:type="dxa"/>
          </w:tcPr>
          <w:p w14:paraId="4B116A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63A4A3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53E8F8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3C14FCA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 xml:space="preserve">Module 7: </w:t>
            </w:r>
            <w:r w:rsidRPr="00AB59C7">
              <w:rPr>
                <w:rFonts w:asciiTheme="majorHAnsi" w:hAnsiTheme="majorHAnsi" w:cstheme="majorHAnsi"/>
                <w:b/>
                <w:bCs/>
              </w:rPr>
              <w:lastRenderedPageBreak/>
              <w:t>Aspects of culture</w:t>
            </w:r>
          </w:p>
        </w:tc>
        <w:tc>
          <w:tcPr>
            <w:tcW w:w="2268" w:type="dxa"/>
            <w:shd w:val="clear" w:color="auto" w:fill="FFFF00"/>
          </w:tcPr>
          <w:p w14:paraId="0C2D0E2D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37858BB8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194DF49A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5EAD7ADB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404F0544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3289D626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B59C7" w:rsidRPr="00AB59C7" w14:paraId="6F8108A3" w14:textId="77777777" w:rsidTr="00AB59C7">
        <w:trPr>
          <w:jc w:val="center"/>
        </w:trPr>
        <w:tc>
          <w:tcPr>
            <w:tcW w:w="803" w:type="dxa"/>
          </w:tcPr>
          <w:p w14:paraId="107D8EC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BDBC57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933E1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81</w:t>
            </w:r>
          </w:p>
        </w:tc>
        <w:tc>
          <w:tcPr>
            <w:tcW w:w="1274" w:type="dxa"/>
          </w:tcPr>
          <w:p w14:paraId="5657ADE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Cover page module 7 7A (page 79-81)</w:t>
            </w:r>
          </w:p>
        </w:tc>
        <w:tc>
          <w:tcPr>
            <w:tcW w:w="2268" w:type="dxa"/>
          </w:tcPr>
          <w:p w14:paraId="7CB749D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</w:p>
        </w:tc>
        <w:tc>
          <w:tcPr>
            <w:tcW w:w="2502" w:type="dxa"/>
          </w:tcPr>
          <w:p w14:paraId="1E99800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virtuálnej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realite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zážitkoch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interpretovať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virtuálnej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reality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každodennom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výhodách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nevýhodách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virtuálnej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reality</w:t>
            </w:r>
          </w:p>
        </w:tc>
        <w:tc>
          <w:tcPr>
            <w:tcW w:w="1593" w:type="dxa"/>
          </w:tcPr>
          <w:p w14:paraId="01D2216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5584C7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77AB8E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A14DCA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medzikultúrne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povedomie</w:t>
            </w:r>
            <w:proofErr w:type="spellEnd"/>
          </w:p>
        </w:tc>
      </w:tr>
      <w:tr w:rsidR="00AB59C7" w:rsidRPr="00AB59C7" w14:paraId="4F1625EC" w14:textId="77777777" w:rsidTr="00AB59C7">
        <w:trPr>
          <w:jc w:val="center"/>
        </w:trPr>
        <w:tc>
          <w:tcPr>
            <w:tcW w:w="803" w:type="dxa"/>
          </w:tcPr>
          <w:p w14:paraId="4435579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D6E17C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13939BB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82</w:t>
            </w:r>
          </w:p>
        </w:tc>
        <w:tc>
          <w:tcPr>
            <w:tcW w:w="1274" w:type="dxa"/>
          </w:tcPr>
          <w:p w14:paraId="20C9949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7A (page 79-81)</w:t>
            </w:r>
          </w:p>
        </w:tc>
        <w:tc>
          <w:tcPr>
            <w:tcW w:w="2268" w:type="dxa"/>
          </w:tcPr>
          <w:p w14:paraId="70557DC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predminulý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jednoduchý</w:t>
            </w:r>
            <w:proofErr w:type="spellEnd"/>
          </w:p>
        </w:tc>
        <w:tc>
          <w:tcPr>
            <w:tcW w:w="2502" w:type="dxa"/>
          </w:tcPr>
          <w:p w14:paraId="1AC6315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predminulého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predminulý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časovej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následnosti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súvislé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minulých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skúsenostiach</w:t>
            </w:r>
            <w:proofErr w:type="spellEnd"/>
          </w:p>
        </w:tc>
        <w:tc>
          <w:tcPr>
            <w:tcW w:w="1593" w:type="dxa"/>
          </w:tcPr>
          <w:p w14:paraId="4060144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predminulý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(Past Perfect)</w:t>
            </w:r>
          </w:p>
        </w:tc>
        <w:tc>
          <w:tcPr>
            <w:tcW w:w="1336" w:type="dxa"/>
          </w:tcPr>
          <w:p w14:paraId="40F5AAD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BA736B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8EC0BE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66E26BFA" w14:textId="77777777" w:rsidTr="00AB59C7">
        <w:trPr>
          <w:jc w:val="center"/>
        </w:trPr>
        <w:tc>
          <w:tcPr>
            <w:tcW w:w="803" w:type="dxa"/>
          </w:tcPr>
          <w:p w14:paraId="1FB9B11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1CC925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813" w:type="dxa"/>
          </w:tcPr>
          <w:p w14:paraId="101696D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83</w:t>
            </w:r>
          </w:p>
        </w:tc>
        <w:tc>
          <w:tcPr>
            <w:tcW w:w="1274" w:type="dxa"/>
          </w:tcPr>
          <w:p w14:paraId="4DA5159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7A (page 82-83)</w:t>
            </w:r>
          </w:p>
        </w:tc>
        <w:tc>
          <w:tcPr>
            <w:tcW w:w="2268" w:type="dxa"/>
          </w:tcPr>
          <w:p w14:paraId="5139FBC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time,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</w:p>
        </w:tc>
        <w:tc>
          <w:tcPr>
            <w:tcW w:w="2502" w:type="dxa"/>
          </w:tcPr>
          <w:p w14:paraId="387CC46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time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festivaly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významné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zdôvodniť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kultúrne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podujatia</w:t>
            </w:r>
            <w:proofErr w:type="spellEnd"/>
          </w:p>
        </w:tc>
        <w:tc>
          <w:tcPr>
            <w:tcW w:w="1593" w:type="dxa"/>
          </w:tcPr>
          <w:p w14:paraId="2588803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0AB5FB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Phrases with time Prepositional phrases Words easily confused</w:t>
            </w:r>
          </w:p>
        </w:tc>
        <w:tc>
          <w:tcPr>
            <w:tcW w:w="1332" w:type="dxa"/>
          </w:tcPr>
          <w:p w14:paraId="498325D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474EFAA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medzikultúrne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povedomie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588F71AE" w14:textId="77777777" w:rsidTr="00AB59C7">
        <w:trPr>
          <w:jc w:val="center"/>
        </w:trPr>
        <w:tc>
          <w:tcPr>
            <w:tcW w:w="803" w:type="dxa"/>
          </w:tcPr>
          <w:p w14:paraId="175542C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CEF371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02137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84</w:t>
            </w:r>
          </w:p>
        </w:tc>
        <w:tc>
          <w:tcPr>
            <w:tcW w:w="1274" w:type="dxa"/>
          </w:tcPr>
          <w:p w14:paraId="5562159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(page 82-83)</w:t>
            </w:r>
          </w:p>
        </w:tc>
        <w:tc>
          <w:tcPr>
            <w:tcW w:w="2268" w:type="dxa"/>
          </w:tcPr>
          <w:p w14:paraId="2EE3BD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festivaly</w:t>
            </w:r>
            <w:proofErr w:type="spellEnd"/>
          </w:p>
        </w:tc>
        <w:tc>
          <w:tcPr>
            <w:tcW w:w="2502" w:type="dxa"/>
          </w:tcPr>
          <w:p w14:paraId="71F3D59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festivaly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kultúrne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podujatia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preferencie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návšteve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festivalov</w:t>
            </w:r>
            <w:proofErr w:type="spellEnd"/>
          </w:p>
        </w:tc>
        <w:tc>
          <w:tcPr>
            <w:tcW w:w="1593" w:type="dxa"/>
          </w:tcPr>
          <w:p w14:paraId="3256672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7BF7CA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81E3C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AF69F6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3AADFFBA" w14:textId="77777777" w:rsidTr="00AB59C7">
        <w:trPr>
          <w:jc w:val="center"/>
        </w:trPr>
        <w:tc>
          <w:tcPr>
            <w:tcW w:w="803" w:type="dxa"/>
          </w:tcPr>
          <w:p w14:paraId="1208FC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DBE12C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FE30F0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85</w:t>
            </w:r>
          </w:p>
        </w:tc>
        <w:tc>
          <w:tcPr>
            <w:tcW w:w="1274" w:type="dxa"/>
          </w:tcPr>
          <w:p w14:paraId="44C40B9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7B (page 84-85)</w:t>
            </w:r>
          </w:p>
        </w:tc>
        <w:tc>
          <w:tcPr>
            <w:tcW w:w="2268" w:type="dxa"/>
          </w:tcPr>
          <w:p w14:paraId="2FFE1C9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gestá</w:t>
            </w:r>
            <w:proofErr w:type="spellEnd"/>
          </w:p>
        </w:tc>
        <w:tc>
          <w:tcPr>
            <w:tcW w:w="2502" w:type="dxa"/>
          </w:tcPr>
          <w:p w14:paraId="429B9A2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gestách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kultúrach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interpretovať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význam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gest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medziľudskej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kultúrnych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rozdielov</w:t>
            </w:r>
            <w:proofErr w:type="spellEnd"/>
          </w:p>
        </w:tc>
        <w:tc>
          <w:tcPr>
            <w:tcW w:w="1593" w:type="dxa"/>
          </w:tcPr>
          <w:p w14:paraId="6676C1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4FAC4E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Gestures</w:t>
            </w:r>
          </w:p>
        </w:tc>
        <w:tc>
          <w:tcPr>
            <w:tcW w:w="1332" w:type="dxa"/>
          </w:tcPr>
          <w:p w14:paraId="53603B3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DCC857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sociálna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spravodlivosť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silné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inštitúcie</w:t>
            </w:r>
            <w:proofErr w:type="spellEnd"/>
          </w:p>
        </w:tc>
      </w:tr>
      <w:tr w:rsidR="00AB59C7" w:rsidRPr="00AB59C7" w14:paraId="701199B3" w14:textId="77777777" w:rsidTr="00AB59C7">
        <w:trPr>
          <w:jc w:val="center"/>
        </w:trPr>
        <w:tc>
          <w:tcPr>
            <w:tcW w:w="803" w:type="dxa"/>
          </w:tcPr>
          <w:p w14:paraId="40384A0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A7DB9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442491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86</w:t>
            </w:r>
          </w:p>
        </w:tc>
        <w:tc>
          <w:tcPr>
            <w:tcW w:w="1274" w:type="dxa"/>
          </w:tcPr>
          <w:p w14:paraId="0DFB4FF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7B (page 84-85)</w:t>
            </w:r>
          </w:p>
        </w:tc>
        <w:tc>
          <w:tcPr>
            <w:tcW w:w="2268" w:type="dxa"/>
          </w:tcPr>
          <w:p w14:paraId="7D37E20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neurčitok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</w:t>
            </w:r>
            <w:proofErr w:type="spellEnd"/>
          </w:p>
        </w:tc>
        <w:tc>
          <w:tcPr>
            <w:tcW w:w="2502" w:type="dxa"/>
          </w:tcPr>
          <w:p w14:paraId="63E6962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plného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neurčitku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neurčitok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konštrukciách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</w:t>
            </w:r>
            <w:proofErr w:type="spellEnd"/>
          </w:p>
        </w:tc>
        <w:tc>
          <w:tcPr>
            <w:tcW w:w="1593" w:type="dxa"/>
          </w:tcPr>
          <w:p w14:paraId="201A78B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Full and bare infinitives</w:t>
            </w:r>
          </w:p>
        </w:tc>
        <w:tc>
          <w:tcPr>
            <w:tcW w:w="1336" w:type="dxa"/>
          </w:tcPr>
          <w:p w14:paraId="32968AB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454F7E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AB66BA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11657125" w14:textId="77777777" w:rsidTr="00AB59C7">
        <w:trPr>
          <w:jc w:val="center"/>
        </w:trPr>
        <w:tc>
          <w:tcPr>
            <w:tcW w:w="803" w:type="dxa"/>
          </w:tcPr>
          <w:p w14:paraId="6E425EA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33581B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6BEE02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87</w:t>
            </w:r>
          </w:p>
        </w:tc>
        <w:tc>
          <w:tcPr>
            <w:tcW w:w="1274" w:type="dxa"/>
          </w:tcPr>
          <w:p w14:paraId="53A98C9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7B (page 86-87)</w:t>
            </w:r>
          </w:p>
        </w:tc>
        <w:tc>
          <w:tcPr>
            <w:tcW w:w="2268" w:type="dxa"/>
          </w:tcPr>
          <w:p w14:paraId="2A8245B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+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get,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62B9F37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prídavné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predložkami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get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pocity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</w:p>
        </w:tc>
        <w:tc>
          <w:tcPr>
            <w:tcW w:w="1593" w:type="dxa"/>
          </w:tcPr>
          <w:p w14:paraId="12BE28F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435AA6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Adjectives + prepositions Uses of the verb get</w:t>
            </w:r>
          </w:p>
        </w:tc>
        <w:tc>
          <w:tcPr>
            <w:tcW w:w="1332" w:type="dxa"/>
          </w:tcPr>
          <w:p w14:paraId="39D6E6C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45FD3A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spravodlivosť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silné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inštitúcie</w:t>
            </w:r>
            <w:proofErr w:type="spellEnd"/>
          </w:p>
        </w:tc>
      </w:tr>
      <w:tr w:rsidR="00AB59C7" w:rsidRPr="00AB59C7" w14:paraId="07BAF2EE" w14:textId="77777777" w:rsidTr="00AB59C7">
        <w:trPr>
          <w:jc w:val="center"/>
        </w:trPr>
        <w:tc>
          <w:tcPr>
            <w:tcW w:w="803" w:type="dxa"/>
          </w:tcPr>
          <w:p w14:paraId="7BB258F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40B718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60FA05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88</w:t>
            </w:r>
          </w:p>
        </w:tc>
        <w:tc>
          <w:tcPr>
            <w:tcW w:w="1274" w:type="dxa"/>
          </w:tcPr>
          <w:p w14:paraId="6087D27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7B (page 86-87)</w:t>
            </w:r>
          </w:p>
        </w:tc>
        <w:tc>
          <w:tcPr>
            <w:tcW w:w="2268" w:type="dxa"/>
          </w:tcPr>
          <w:p w14:paraId="55A238C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gerundium</w:t>
            </w:r>
            <w:proofErr w:type="spellEnd"/>
          </w:p>
        </w:tc>
        <w:tc>
          <w:tcPr>
            <w:tcW w:w="2502" w:type="dxa"/>
          </w:tcPr>
          <w:p w14:paraId="4B684B4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gerundia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konštrukciách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gerundium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ústnom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gerundia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7B1CFD1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-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ing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forms</w:t>
            </w:r>
          </w:p>
        </w:tc>
        <w:tc>
          <w:tcPr>
            <w:tcW w:w="1336" w:type="dxa"/>
          </w:tcPr>
          <w:p w14:paraId="2225754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211FC3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704A8E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4EB2DA9" w14:textId="77777777" w:rsidTr="00AB59C7">
        <w:trPr>
          <w:jc w:val="center"/>
        </w:trPr>
        <w:tc>
          <w:tcPr>
            <w:tcW w:w="803" w:type="dxa"/>
          </w:tcPr>
          <w:p w14:paraId="2A0647A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DF7146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1AD590C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89</w:t>
            </w:r>
          </w:p>
        </w:tc>
        <w:tc>
          <w:tcPr>
            <w:tcW w:w="1274" w:type="dxa"/>
          </w:tcPr>
          <w:p w14:paraId="0E1EE27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7B (page 88-89)</w:t>
            </w:r>
          </w:p>
        </w:tc>
        <w:tc>
          <w:tcPr>
            <w:tcW w:w="2268" w:type="dxa"/>
          </w:tcPr>
          <w:p w14:paraId="51E33C2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recenzia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filmu</w:t>
            </w:r>
            <w:proofErr w:type="spellEnd"/>
          </w:p>
        </w:tc>
        <w:tc>
          <w:tcPr>
            <w:tcW w:w="2502" w:type="dxa"/>
          </w:tcPr>
          <w:p w14:paraId="1587C2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filmovej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recenzie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zdôvodniť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film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argumentov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recenziu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filmu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</w:p>
        </w:tc>
        <w:tc>
          <w:tcPr>
            <w:tcW w:w="1593" w:type="dxa"/>
          </w:tcPr>
          <w:p w14:paraId="14400E1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868706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Words connected to film reviews</w:t>
            </w:r>
          </w:p>
        </w:tc>
        <w:tc>
          <w:tcPr>
            <w:tcW w:w="1332" w:type="dxa"/>
          </w:tcPr>
          <w:p w14:paraId="59ACEB2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59C6C30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medzikultúrne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povedomie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žiadna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chudoba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nulový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hlad</w:t>
            </w:r>
            <w:proofErr w:type="spellEnd"/>
          </w:p>
        </w:tc>
      </w:tr>
      <w:tr w:rsidR="00AB59C7" w:rsidRPr="00AB59C7" w14:paraId="6E2D735C" w14:textId="77777777" w:rsidTr="00AB59C7">
        <w:trPr>
          <w:jc w:val="center"/>
        </w:trPr>
        <w:tc>
          <w:tcPr>
            <w:tcW w:w="803" w:type="dxa"/>
          </w:tcPr>
          <w:p w14:paraId="0D43826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1EEE4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4B0258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90</w:t>
            </w:r>
          </w:p>
        </w:tc>
        <w:tc>
          <w:tcPr>
            <w:tcW w:w="1274" w:type="dxa"/>
          </w:tcPr>
          <w:p w14:paraId="249DC09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7B (page 88-89)</w:t>
            </w:r>
          </w:p>
        </w:tc>
        <w:tc>
          <w:tcPr>
            <w:tcW w:w="2268" w:type="dxa"/>
          </w:tcPr>
          <w:p w14:paraId="52F1E1A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recenzia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filmu</w:t>
            </w:r>
            <w:proofErr w:type="spellEnd"/>
          </w:p>
        </w:tc>
        <w:tc>
          <w:tcPr>
            <w:tcW w:w="2502" w:type="dxa"/>
          </w:tcPr>
          <w:p w14:paraId="246BA9F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filmovej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recenzie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komentovanie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parafrázovanie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filmu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nadväznosť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</w:t>
            </w:r>
            <w:proofErr w:type="spellEnd"/>
          </w:p>
        </w:tc>
        <w:tc>
          <w:tcPr>
            <w:tcW w:w="1593" w:type="dxa"/>
          </w:tcPr>
          <w:p w14:paraId="5164A68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D55403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A8C65A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72486F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0BDE1600" w14:textId="77777777" w:rsidTr="00AB59C7">
        <w:trPr>
          <w:jc w:val="center"/>
        </w:trPr>
        <w:tc>
          <w:tcPr>
            <w:tcW w:w="803" w:type="dxa"/>
          </w:tcPr>
          <w:p w14:paraId="60AF768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663C8E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D1E286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91</w:t>
            </w:r>
          </w:p>
        </w:tc>
        <w:tc>
          <w:tcPr>
            <w:tcW w:w="1274" w:type="dxa"/>
          </w:tcPr>
          <w:p w14:paraId="0901720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7 Self-evaluation</w:t>
            </w:r>
          </w:p>
        </w:tc>
        <w:tc>
          <w:tcPr>
            <w:tcW w:w="2268" w:type="dxa"/>
          </w:tcPr>
          <w:p w14:paraId="17814D3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7,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567B1CE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4C119EE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B0A69A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983DBB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290261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53F345E6" w14:textId="77777777" w:rsidTr="00AB59C7">
        <w:trPr>
          <w:jc w:val="center"/>
        </w:trPr>
        <w:tc>
          <w:tcPr>
            <w:tcW w:w="803" w:type="dxa"/>
          </w:tcPr>
          <w:p w14:paraId="61FEAB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216B09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B805BC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92</w:t>
            </w:r>
          </w:p>
        </w:tc>
        <w:tc>
          <w:tcPr>
            <w:tcW w:w="1274" w:type="dxa"/>
          </w:tcPr>
          <w:p w14:paraId="464CD3F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0C6D1F0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514AFC2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44B8EE2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595945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6692B6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1BB28E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D13FDE6" w14:textId="77777777" w:rsidTr="00AB59C7">
        <w:trPr>
          <w:jc w:val="center"/>
        </w:trPr>
        <w:tc>
          <w:tcPr>
            <w:tcW w:w="803" w:type="dxa"/>
          </w:tcPr>
          <w:p w14:paraId="36CD61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024EFC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240FD26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0E069D59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>Module 8: On the move</w:t>
            </w:r>
          </w:p>
        </w:tc>
        <w:tc>
          <w:tcPr>
            <w:tcW w:w="2268" w:type="dxa"/>
            <w:shd w:val="clear" w:color="auto" w:fill="FFFF00"/>
          </w:tcPr>
          <w:p w14:paraId="2ECF137C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592B3FB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6B37DD6A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59362378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0CFB8518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282D9CAC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B59C7" w:rsidRPr="00AB59C7" w14:paraId="64B5BB4D" w14:textId="77777777" w:rsidTr="00AB59C7">
        <w:trPr>
          <w:jc w:val="center"/>
        </w:trPr>
        <w:tc>
          <w:tcPr>
            <w:tcW w:w="803" w:type="dxa"/>
          </w:tcPr>
          <w:p w14:paraId="13002C4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8B09EA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AC433B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93</w:t>
            </w:r>
          </w:p>
        </w:tc>
        <w:tc>
          <w:tcPr>
            <w:tcW w:w="1274" w:type="dxa"/>
          </w:tcPr>
          <w:p w14:paraId="5401617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Cover page module 8 8A (page 91-93)</w:t>
            </w:r>
          </w:p>
        </w:tc>
        <w:tc>
          <w:tcPr>
            <w:tcW w:w="2268" w:type="dxa"/>
          </w:tcPr>
          <w:p w14:paraId="540474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4A010E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dopravných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spôsoby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dopravy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ich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trpný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rod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dejov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procesov</w:t>
            </w:r>
            <w:proofErr w:type="spellEnd"/>
          </w:p>
        </w:tc>
        <w:tc>
          <w:tcPr>
            <w:tcW w:w="1593" w:type="dxa"/>
          </w:tcPr>
          <w:p w14:paraId="2586AF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AF7252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658F3F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D93A69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</w:p>
        </w:tc>
      </w:tr>
      <w:tr w:rsidR="00AB59C7" w:rsidRPr="00AB59C7" w14:paraId="0E8038B2" w14:textId="77777777" w:rsidTr="00AB59C7">
        <w:trPr>
          <w:jc w:val="center"/>
        </w:trPr>
        <w:tc>
          <w:tcPr>
            <w:tcW w:w="803" w:type="dxa"/>
          </w:tcPr>
          <w:p w14:paraId="2ADF5D9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616B49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01BB27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94</w:t>
            </w:r>
          </w:p>
        </w:tc>
        <w:tc>
          <w:tcPr>
            <w:tcW w:w="1274" w:type="dxa"/>
          </w:tcPr>
          <w:p w14:paraId="019976D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8A (page 91-93)</w:t>
            </w:r>
          </w:p>
        </w:tc>
        <w:tc>
          <w:tcPr>
            <w:tcW w:w="2268" w:type="dxa"/>
          </w:tcPr>
          <w:p w14:paraId="7771BFA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trpný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rod</w:t>
            </w:r>
          </w:p>
        </w:tc>
        <w:tc>
          <w:tcPr>
            <w:tcW w:w="2502" w:type="dxa"/>
          </w:tcPr>
          <w:p w14:paraId="61D2021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trpného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rodu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trpný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rod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dejov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procesov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namiesto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pôvodcu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deja</w:t>
            </w:r>
            <w:proofErr w:type="spellEnd"/>
          </w:p>
        </w:tc>
        <w:tc>
          <w:tcPr>
            <w:tcW w:w="1593" w:type="dxa"/>
          </w:tcPr>
          <w:p w14:paraId="50A7405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trpný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rod (Passive Voice) (I)</w:t>
            </w:r>
          </w:p>
        </w:tc>
        <w:tc>
          <w:tcPr>
            <w:tcW w:w="1336" w:type="dxa"/>
          </w:tcPr>
          <w:p w14:paraId="3B5C197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74A4F4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8D087E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54A17EF7" w14:textId="77777777" w:rsidTr="00AB59C7">
        <w:trPr>
          <w:jc w:val="center"/>
        </w:trPr>
        <w:tc>
          <w:tcPr>
            <w:tcW w:w="803" w:type="dxa"/>
          </w:tcPr>
          <w:p w14:paraId="680BBAF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51149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24</w:t>
            </w:r>
          </w:p>
        </w:tc>
        <w:tc>
          <w:tcPr>
            <w:tcW w:w="813" w:type="dxa"/>
          </w:tcPr>
          <w:p w14:paraId="234A6CF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95</w:t>
            </w:r>
          </w:p>
        </w:tc>
        <w:tc>
          <w:tcPr>
            <w:tcW w:w="1274" w:type="dxa"/>
          </w:tcPr>
          <w:p w14:paraId="7943DC0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8A (page 94-95)</w:t>
            </w:r>
          </w:p>
        </w:tc>
        <w:tc>
          <w:tcPr>
            <w:tcW w:w="2268" w:type="dxa"/>
          </w:tcPr>
          <w:p w14:paraId="3B5C181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cestovanie</w:t>
            </w:r>
            <w:proofErr w:type="spellEnd"/>
          </w:p>
        </w:tc>
        <w:tc>
          <w:tcPr>
            <w:tcW w:w="2502" w:type="dxa"/>
          </w:tcPr>
          <w:p w14:paraId="5715CCD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leteckej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dopravy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porozumieť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verejným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oznamom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letiskách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staniciach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reagovať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bežných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cestovaní</w:t>
            </w:r>
            <w:proofErr w:type="spellEnd"/>
          </w:p>
        </w:tc>
        <w:tc>
          <w:tcPr>
            <w:tcW w:w="1593" w:type="dxa"/>
          </w:tcPr>
          <w:p w14:paraId="7A60A97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953795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Words/Phrases connected to flying</w:t>
            </w:r>
          </w:p>
        </w:tc>
        <w:tc>
          <w:tcPr>
            <w:tcW w:w="1332" w:type="dxa"/>
          </w:tcPr>
          <w:p w14:paraId="42625FA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52FCAF8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</w:p>
        </w:tc>
      </w:tr>
      <w:tr w:rsidR="00AB59C7" w:rsidRPr="00AB59C7" w14:paraId="273F9483" w14:textId="77777777" w:rsidTr="00AB59C7">
        <w:trPr>
          <w:jc w:val="center"/>
        </w:trPr>
        <w:tc>
          <w:tcPr>
            <w:tcW w:w="803" w:type="dxa"/>
          </w:tcPr>
          <w:p w14:paraId="5290BAF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560C15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BE6D26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96</w:t>
            </w:r>
          </w:p>
        </w:tc>
        <w:tc>
          <w:tcPr>
            <w:tcW w:w="1274" w:type="dxa"/>
          </w:tcPr>
          <w:p w14:paraId="21223CB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8A (page 94-95)</w:t>
            </w:r>
          </w:p>
        </w:tc>
        <w:tc>
          <w:tcPr>
            <w:tcW w:w="2268" w:type="dxa"/>
          </w:tcPr>
          <w:p w14:paraId="3980120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cestovaní</w:t>
            </w:r>
            <w:proofErr w:type="spellEnd"/>
          </w:p>
        </w:tc>
        <w:tc>
          <w:tcPr>
            <w:tcW w:w="2502" w:type="dxa"/>
          </w:tcPr>
          <w:p w14:paraId="014025F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bežné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jednoduchý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rozhovor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zásoby</w:t>
            </w:r>
            <w:proofErr w:type="spellEnd"/>
          </w:p>
        </w:tc>
        <w:tc>
          <w:tcPr>
            <w:tcW w:w="1593" w:type="dxa"/>
          </w:tcPr>
          <w:p w14:paraId="14FDD1B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862666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1FEEFA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C3D537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19647C72" w14:textId="77777777" w:rsidTr="00AB59C7">
        <w:trPr>
          <w:jc w:val="center"/>
        </w:trPr>
        <w:tc>
          <w:tcPr>
            <w:tcW w:w="803" w:type="dxa"/>
          </w:tcPr>
          <w:p w14:paraId="4D312E0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2C04EA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695999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97</w:t>
            </w:r>
          </w:p>
        </w:tc>
        <w:tc>
          <w:tcPr>
            <w:tcW w:w="1274" w:type="dxa"/>
          </w:tcPr>
          <w:p w14:paraId="4432B9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8B (page 96-97)</w:t>
            </w:r>
          </w:p>
        </w:tc>
        <w:tc>
          <w:tcPr>
            <w:tcW w:w="2268" w:type="dxa"/>
          </w:tcPr>
          <w:p w14:paraId="690E0B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premávka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nehody</w:t>
            </w:r>
            <w:proofErr w:type="spellEnd"/>
          </w:p>
        </w:tc>
        <w:tc>
          <w:tcPr>
            <w:tcW w:w="2502" w:type="dxa"/>
          </w:tcPr>
          <w:p w14:paraId="5AE63D7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bezpečnosti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cestnej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premávky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interpretovať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údaje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grafu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dopravných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nehodách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dopravy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bezpečnosti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4DCFC65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6F974A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Car accidents Traffic</w:t>
            </w:r>
          </w:p>
        </w:tc>
        <w:tc>
          <w:tcPr>
            <w:tcW w:w="1332" w:type="dxa"/>
          </w:tcPr>
          <w:p w14:paraId="1AFC7A6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</w:t>
            </w:r>
            <w:r w:rsidRPr="00AB59C7">
              <w:rPr>
                <w:rFonts w:asciiTheme="majorHAnsi" w:hAnsiTheme="majorHAnsi" w:cstheme="majorHAnsi"/>
              </w:rPr>
              <w:lastRenderedPageBreak/>
              <w:t xml:space="preserve">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62F10F3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22B28DED" w14:textId="77777777" w:rsidTr="00AB59C7">
        <w:trPr>
          <w:jc w:val="center"/>
        </w:trPr>
        <w:tc>
          <w:tcPr>
            <w:tcW w:w="803" w:type="dxa"/>
          </w:tcPr>
          <w:p w14:paraId="3F06CDC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310ECC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B58BC4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98</w:t>
            </w:r>
          </w:p>
        </w:tc>
        <w:tc>
          <w:tcPr>
            <w:tcW w:w="1274" w:type="dxa"/>
          </w:tcPr>
          <w:p w14:paraId="563BC0C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8B (page 96-97)</w:t>
            </w:r>
          </w:p>
        </w:tc>
        <w:tc>
          <w:tcPr>
            <w:tcW w:w="2268" w:type="dxa"/>
          </w:tcPr>
          <w:p w14:paraId="4D6003C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trpný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rod II</w:t>
            </w:r>
          </w:p>
        </w:tc>
        <w:tc>
          <w:tcPr>
            <w:tcW w:w="2502" w:type="dxa"/>
          </w:tcPr>
          <w:p w14:paraId="777E20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foriem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trpného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rodu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trpný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rod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opise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udalostí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všeobecne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platných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skutočností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</w:t>
            </w:r>
            <w:proofErr w:type="spellEnd"/>
          </w:p>
        </w:tc>
        <w:tc>
          <w:tcPr>
            <w:tcW w:w="1593" w:type="dxa"/>
          </w:tcPr>
          <w:p w14:paraId="3CA8C04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trpný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rod (Passive Voice) (II)</w:t>
            </w:r>
          </w:p>
        </w:tc>
        <w:tc>
          <w:tcPr>
            <w:tcW w:w="1336" w:type="dxa"/>
          </w:tcPr>
          <w:p w14:paraId="30E502B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CA6E72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9FF6D0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1499DE88" w14:textId="77777777" w:rsidTr="00AB59C7">
        <w:trPr>
          <w:jc w:val="center"/>
        </w:trPr>
        <w:tc>
          <w:tcPr>
            <w:tcW w:w="803" w:type="dxa"/>
          </w:tcPr>
          <w:p w14:paraId="36FB8F8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BBDB3A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7A24C2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99</w:t>
            </w:r>
          </w:p>
        </w:tc>
        <w:tc>
          <w:tcPr>
            <w:tcW w:w="1274" w:type="dxa"/>
          </w:tcPr>
          <w:p w14:paraId="584FAA5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8B (page 98-99)</w:t>
            </w:r>
          </w:p>
        </w:tc>
        <w:tc>
          <w:tcPr>
            <w:tcW w:w="2268" w:type="dxa"/>
          </w:tcPr>
          <w:p w14:paraId="03478ED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6B3FE53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výrazy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súvisiace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dopravnými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značkami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oznamami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emócie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neistotu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reagovať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dopravných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</w:p>
        </w:tc>
        <w:tc>
          <w:tcPr>
            <w:tcW w:w="1593" w:type="dxa"/>
          </w:tcPr>
          <w:p w14:paraId="0D4A16C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E59858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Phrasal verbs Words/Phrases connected to signs and notices</w:t>
            </w:r>
          </w:p>
        </w:tc>
        <w:tc>
          <w:tcPr>
            <w:tcW w:w="1332" w:type="dxa"/>
          </w:tcPr>
          <w:p w14:paraId="7B64315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4DC65B9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</w:p>
        </w:tc>
      </w:tr>
      <w:tr w:rsidR="00AB59C7" w:rsidRPr="00AB59C7" w14:paraId="41F0AC40" w14:textId="77777777" w:rsidTr="00AB59C7">
        <w:trPr>
          <w:jc w:val="center"/>
        </w:trPr>
        <w:tc>
          <w:tcPr>
            <w:tcW w:w="803" w:type="dxa"/>
          </w:tcPr>
          <w:p w14:paraId="6DFAB6D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64508C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16DCC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100</w:t>
            </w:r>
          </w:p>
        </w:tc>
        <w:tc>
          <w:tcPr>
            <w:tcW w:w="1274" w:type="dxa"/>
          </w:tcPr>
          <w:p w14:paraId="4C4087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8B (page 98-99)</w:t>
            </w:r>
          </w:p>
        </w:tc>
        <w:tc>
          <w:tcPr>
            <w:tcW w:w="2268" w:type="dxa"/>
          </w:tcPr>
          <w:p w14:paraId="628A614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záporné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doplňovacie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otázky</w:t>
            </w:r>
            <w:proofErr w:type="spellEnd"/>
          </w:p>
        </w:tc>
        <w:tc>
          <w:tcPr>
            <w:tcW w:w="2502" w:type="dxa"/>
          </w:tcPr>
          <w:p w14:paraId="71C2D34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záporných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otázok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opytovacích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dovetkov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tieto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overovaní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vedení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rozhovoru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typov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otázok</w:t>
            </w:r>
            <w:proofErr w:type="spellEnd"/>
          </w:p>
        </w:tc>
        <w:tc>
          <w:tcPr>
            <w:tcW w:w="1593" w:type="dxa"/>
          </w:tcPr>
          <w:p w14:paraId="5A305FF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Negative questions Question tags</w:t>
            </w:r>
          </w:p>
        </w:tc>
        <w:tc>
          <w:tcPr>
            <w:tcW w:w="1336" w:type="dxa"/>
          </w:tcPr>
          <w:p w14:paraId="0CDEC62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96563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1A10D3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505B63B3" w14:textId="77777777" w:rsidTr="00AB59C7">
        <w:trPr>
          <w:jc w:val="center"/>
        </w:trPr>
        <w:tc>
          <w:tcPr>
            <w:tcW w:w="803" w:type="dxa"/>
          </w:tcPr>
          <w:p w14:paraId="490CF94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1C4E7F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A031B1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101</w:t>
            </w:r>
          </w:p>
        </w:tc>
        <w:tc>
          <w:tcPr>
            <w:tcW w:w="1274" w:type="dxa"/>
          </w:tcPr>
          <w:p w14:paraId="7433E6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8B (page 100-101)</w:t>
            </w:r>
          </w:p>
        </w:tc>
        <w:tc>
          <w:tcPr>
            <w:tcW w:w="2268" w:type="dxa"/>
          </w:tcPr>
          <w:p w14:paraId="060F40A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</w:t>
            </w:r>
            <w:proofErr w:type="spellEnd"/>
          </w:p>
        </w:tc>
        <w:tc>
          <w:tcPr>
            <w:tcW w:w="2502" w:type="dxa"/>
          </w:tcPr>
          <w:p w14:paraId="122EF13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argumentačnej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posúdiť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výhody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nevýhody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spôsobov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dopravy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zdôvodniť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argumentačnú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</w:p>
        </w:tc>
        <w:tc>
          <w:tcPr>
            <w:tcW w:w="1593" w:type="dxa"/>
          </w:tcPr>
          <w:p w14:paraId="2DE7F86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731A78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Transport</w:t>
            </w:r>
          </w:p>
        </w:tc>
        <w:tc>
          <w:tcPr>
            <w:tcW w:w="1332" w:type="dxa"/>
          </w:tcPr>
          <w:p w14:paraId="06F539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8A5A12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spoločenská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udržateľné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mestá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komunity</w:t>
            </w:r>
            <w:proofErr w:type="spellEnd"/>
          </w:p>
        </w:tc>
      </w:tr>
      <w:tr w:rsidR="00AB59C7" w:rsidRPr="00AB59C7" w14:paraId="7A8B6892" w14:textId="77777777" w:rsidTr="00AB59C7">
        <w:trPr>
          <w:jc w:val="center"/>
        </w:trPr>
        <w:tc>
          <w:tcPr>
            <w:tcW w:w="803" w:type="dxa"/>
          </w:tcPr>
          <w:p w14:paraId="5D0C9D5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7FD38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8701FB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102</w:t>
            </w:r>
          </w:p>
        </w:tc>
        <w:tc>
          <w:tcPr>
            <w:tcW w:w="1274" w:type="dxa"/>
          </w:tcPr>
          <w:p w14:paraId="607C9D4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8B (page 100-101)</w:t>
            </w:r>
          </w:p>
        </w:tc>
        <w:tc>
          <w:tcPr>
            <w:tcW w:w="2268" w:type="dxa"/>
          </w:tcPr>
          <w:p w14:paraId="27AB37D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</w:t>
            </w:r>
            <w:proofErr w:type="spellEnd"/>
          </w:p>
        </w:tc>
        <w:tc>
          <w:tcPr>
            <w:tcW w:w="2502" w:type="dxa"/>
          </w:tcPr>
          <w:p w14:paraId="6E89F4A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argumentačnej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formulovať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argumenty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podporené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príkladmi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vysvetleniami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nadväznosť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súdržnosť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</w:p>
        </w:tc>
        <w:tc>
          <w:tcPr>
            <w:tcW w:w="1593" w:type="dxa"/>
          </w:tcPr>
          <w:p w14:paraId="3D7C1B7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D375C7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FE2CA5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A7A7E7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3A57FB6" w14:textId="77777777" w:rsidTr="00AB59C7">
        <w:trPr>
          <w:jc w:val="center"/>
        </w:trPr>
        <w:tc>
          <w:tcPr>
            <w:tcW w:w="803" w:type="dxa"/>
          </w:tcPr>
          <w:p w14:paraId="513795F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C81C29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912A66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103</w:t>
            </w:r>
          </w:p>
        </w:tc>
        <w:tc>
          <w:tcPr>
            <w:tcW w:w="1274" w:type="dxa"/>
          </w:tcPr>
          <w:p w14:paraId="5B86497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8 Self-evaluation</w:t>
            </w:r>
          </w:p>
        </w:tc>
        <w:tc>
          <w:tcPr>
            <w:tcW w:w="2268" w:type="dxa"/>
          </w:tcPr>
          <w:p w14:paraId="49BDD6F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8,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12EC8F0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1838F7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C7468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8E4039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5E6A904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5F0C7671" w14:textId="77777777" w:rsidTr="00AB59C7">
        <w:trPr>
          <w:jc w:val="center"/>
        </w:trPr>
        <w:tc>
          <w:tcPr>
            <w:tcW w:w="803" w:type="dxa"/>
          </w:tcPr>
          <w:p w14:paraId="1F21303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743E30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268979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104</w:t>
            </w:r>
          </w:p>
        </w:tc>
        <w:tc>
          <w:tcPr>
            <w:tcW w:w="1274" w:type="dxa"/>
          </w:tcPr>
          <w:p w14:paraId="618B9FB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Task 4 modules 7-8 </w:t>
            </w:r>
          </w:p>
        </w:tc>
        <w:tc>
          <w:tcPr>
            <w:tcW w:w="2268" w:type="dxa"/>
          </w:tcPr>
          <w:p w14:paraId="447A397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Prenos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ústnych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do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podoby</w:t>
            </w:r>
            <w:proofErr w:type="spellEnd"/>
          </w:p>
        </w:tc>
        <w:tc>
          <w:tcPr>
            <w:tcW w:w="2502" w:type="dxa"/>
          </w:tcPr>
          <w:p w14:paraId="1FFB873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kľúčové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zaznamenať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do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prehľadnej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podoby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usporiadať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získané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do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zrozumiteľného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</w:p>
        </w:tc>
        <w:tc>
          <w:tcPr>
            <w:tcW w:w="1593" w:type="dxa"/>
          </w:tcPr>
          <w:p w14:paraId="0F7EFB8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58567B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9E92F0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41BECF7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medzikultúrne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povedomie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4EAF5163" w14:textId="77777777" w:rsidTr="00AB59C7">
        <w:trPr>
          <w:jc w:val="center"/>
        </w:trPr>
        <w:tc>
          <w:tcPr>
            <w:tcW w:w="803" w:type="dxa"/>
          </w:tcPr>
          <w:p w14:paraId="7C28BDD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206E2E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1D3C7C6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105</w:t>
            </w:r>
          </w:p>
        </w:tc>
        <w:tc>
          <w:tcPr>
            <w:tcW w:w="1274" w:type="dxa"/>
          </w:tcPr>
          <w:p w14:paraId="347E7C1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Task 4 modules 7-8</w:t>
            </w:r>
          </w:p>
        </w:tc>
        <w:tc>
          <w:tcPr>
            <w:tcW w:w="2268" w:type="dxa"/>
          </w:tcPr>
          <w:p w14:paraId="736BB9C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Prenos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ústnych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do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písomnej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podoby</w:t>
            </w:r>
            <w:proofErr w:type="spellEnd"/>
          </w:p>
        </w:tc>
        <w:tc>
          <w:tcPr>
            <w:tcW w:w="2502" w:type="dxa"/>
          </w:tcPr>
          <w:p w14:paraId="06C1DF7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3" w:type="dxa"/>
          </w:tcPr>
          <w:p w14:paraId="56A643C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4382EC9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0BAC7F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8959B7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93FD768" w14:textId="77777777" w:rsidTr="00AB59C7">
        <w:trPr>
          <w:jc w:val="center"/>
        </w:trPr>
        <w:tc>
          <w:tcPr>
            <w:tcW w:w="803" w:type="dxa"/>
          </w:tcPr>
          <w:p w14:paraId="36D228A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76E08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13389B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106</w:t>
            </w:r>
          </w:p>
        </w:tc>
        <w:tc>
          <w:tcPr>
            <w:tcW w:w="1274" w:type="dxa"/>
          </w:tcPr>
          <w:p w14:paraId="7DAC3BA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5379A12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7C29330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5396B0A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703400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2BCD63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1173BFC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0F85365" w14:textId="77777777" w:rsidTr="00AB59C7">
        <w:trPr>
          <w:jc w:val="center"/>
        </w:trPr>
        <w:tc>
          <w:tcPr>
            <w:tcW w:w="803" w:type="dxa"/>
          </w:tcPr>
          <w:p w14:paraId="313791B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3BDEDB2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F8A125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1EEDEBF9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>Module 9: Shopping around</w:t>
            </w:r>
          </w:p>
        </w:tc>
        <w:tc>
          <w:tcPr>
            <w:tcW w:w="2268" w:type="dxa"/>
            <w:shd w:val="clear" w:color="auto" w:fill="FFFF00"/>
          </w:tcPr>
          <w:p w14:paraId="28825FA3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2C9BC230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6E757A56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2BE31959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42503895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1A97906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007F330D" w14:textId="77777777" w:rsidTr="00AB59C7">
        <w:trPr>
          <w:jc w:val="center"/>
        </w:trPr>
        <w:tc>
          <w:tcPr>
            <w:tcW w:w="803" w:type="dxa"/>
          </w:tcPr>
          <w:p w14:paraId="11A425A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144667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27</w:t>
            </w:r>
          </w:p>
        </w:tc>
        <w:tc>
          <w:tcPr>
            <w:tcW w:w="813" w:type="dxa"/>
          </w:tcPr>
          <w:p w14:paraId="181B6F9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107</w:t>
            </w:r>
          </w:p>
        </w:tc>
        <w:tc>
          <w:tcPr>
            <w:tcW w:w="1274" w:type="dxa"/>
          </w:tcPr>
          <w:p w14:paraId="6F94F2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Cover page module 9 9A (page 103-105)</w:t>
            </w:r>
          </w:p>
        </w:tc>
        <w:tc>
          <w:tcPr>
            <w:tcW w:w="2268" w:type="dxa"/>
          </w:tcPr>
          <w:p w14:paraId="403897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56080B5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nakupovaní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reklame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interpretovať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spotrebiteľskom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financiách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vplyve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reklamy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rozhodovanie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spotrebiteľov</w:t>
            </w:r>
            <w:proofErr w:type="spellEnd"/>
          </w:p>
        </w:tc>
        <w:tc>
          <w:tcPr>
            <w:tcW w:w="1593" w:type="dxa"/>
          </w:tcPr>
          <w:p w14:paraId="0DA8E4B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35B634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Words/Phrases connected to money and paying</w:t>
            </w:r>
          </w:p>
        </w:tc>
        <w:tc>
          <w:tcPr>
            <w:tcW w:w="1332" w:type="dxa"/>
          </w:tcPr>
          <w:p w14:paraId="03FD4F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7DFA2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spotreba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výroba</w:t>
            </w:r>
            <w:proofErr w:type="spellEnd"/>
          </w:p>
        </w:tc>
      </w:tr>
      <w:tr w:rsidR="00AB59C7" w:rsidRPr="00AB59C7" w14:paraId="4ABC7D6C" w14:textId="77777777" w:rsidTr="00AB59C7">
        <w:trPr>
          <w:jc w:val="center"/>
        </w:trPr>
        <w:tc>
          <w:tcPr>
            <w:tcW w:w="803" w:type="dxa"/>
          </w:tcPr>
          <w:p w14:paraId="2AD619C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2A850B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E2C9AB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108</w:t>
            </w:r>
          </w:p>
        </w:tc>
        <w:tc>
          <w:tcPr>
            <w:tcW w:w="1274" w:type="dxa"/>
          </w:tcPr>
          <w:p w14:paraId="50390D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9A (page 103-105)</w:t>
            </w:r>
          </w:p>
        </w:tc>
        <w:tc>
          <w:tcPr>
            <w:tcW w:w="2268" w:type="dxa"/>
          </w:tcPr>
          <w:p w14:paraId="37BEC3E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podmienkové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typu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0 a 1</w:t>
            </w:r>
          </w:p>
        </w:tc>
        <w:tc>
          <w:tcPr>
            <w:tcW w:w="2502" w:type="dxa"/>
          </w:tcPr>
          <w:p w14:paraId="2C6EDC8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podmienkových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typu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0 a 1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podmienkové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všeobecných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faktov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pravdepodobných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budúcich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spojok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if a when</w:t>
            </w:r>
          </w:p>
        </w:tc>
        <w:tc>
          <w:tcPr>
            <w:tcW w:w="1593" w:type="dxa"/>
          </w:tcPr>
          <w:p w14:paraId="340EC57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Conditional sentences Types Zero &amp; 1 if vs when</w:t>
            </w:r>
          </w:p>
        </w:tc>
        <w:tc>
          <w:tcPr>
            <w:tcW w:w="1336" w:type="dxa"/>
          </w:tcPr>
          <w:p w14:paraId="35BA365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3C315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E0A5F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38DC0DB9" w14:textId="77777777" w:rsidTr="00AB59C7">
        <w:trPr>
          <w:jc w:val="center"/>
        </w:trPr>
        <w:tc>
          <w:tcPr>
            <w:tcW w:w="803" w:type="dxa"/>
          </w:tcPr>
          <w:p w14:paraId="3C2483D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FE255E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09072CE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109</w:t>
            </w:r>
          </w:p>
        </w:tc>
        <w:tc>
          <w:tcPr>
            <w:tcW w:w="1274" w:type="dxa"/>
          </w:tcPr>
          <w:p w14:paraId="73518E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9A (page 106-107)</w:t>
            </w:r>
          </w:p>
        </w:tc>
        <w:tc>
          <w:tcPr>
            <w:tcW w:w="2268" w:type="dxa"/>
          </w:tcPr>
          <w:p w14:paraId="1AC277A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nakupovanie</w:t>
            </w:r>
            <w:proofErr w:type="spellEnd"/>
          </w:p>
        </w:tc>
        <w:tc>
          <w:tcPr>
            <w:tcW w:w="2502" w:type="dxa"/>
          </w:tcPr>
          <w:p w14:paraId="3175756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nakupovania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financií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svoje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skúsenosti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preferencie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nakupovaní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</w:p>
        </w:tc>
        <w:tc>
          <w:tcPr>
            <w:tcW w:w="1593" w:type="dxa"/>
          </w:tcPr>
          <w:p w14:paraId="022680B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A247CB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4D2487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232B3A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453002E2" w14:textId="77777777" w:rsidTr="00AB59C7">
        <w:trPr>
          <w:jc w:val="center"/>
        </w:trPr>
        <w:tc>
          <w:tcPr>
            <w:tcW w:w="803" w:type="dxa"/>
          </w:tcPr>
          <w:p w14:paraId="6D074F0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C7034D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07A8AA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110</w:t>
            </w:r>
          </w:p>
        </w:tc>
        <w:tc>
          <w:tcPr>
            <w:tcW w:w="1274" w:type="dxa"/>
          </w:tcPr>
          <w:p w14:paraId="6C915F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9A (page 106-107)</w:t>
            </w:r>
          </w:p>
        </w:tc>
        <w:tc>
          <w:tcPr>
            <w:tcW w:w="2268" w:type="dxa"/>
          </w:tcPr>
          <w:p w14:paraId="2010B30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nakupovanie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financie</w:t>
            </w:r>
            <w:proofErr w:type="spellEnd"/>
          </w:p>
        </w:tc>
        <w:tc>
          <w:tcPr>
            <w:tcW w:w="2502" w:type="dxa"/>
          </w:tcPr>
          <w:p w14:paraId="3BB140D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nakupovaní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financiách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spotrebiteľských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rozhodnutiach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zdôvodniť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svoj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</w:p>
        </w:tc>
        <w:tc>
          <w:tcPr>
            <w:tcW w:w="1593" w:type="dxa"/>
          </w:tcPr>
          <w:p w14:paraId="1A11CA3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3787130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53F1706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071BA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D46CD73" w14:textId="77777777" w:rsidTr="00AB59C7">
        <w:trPr>
          <w:jc w:val="center"/>
        </w:trPr>
        <w:tc>
          <w:tcPr>
            <w:tcW w:w="803" w:type="dxa"/>
          </w:tcPr>
          <w:p w14:paraId="5DEB60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9ECB9D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9A2372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111</w:t>
            </w:r>
          </w:p>
        </w:tc>
        <w:tc>
          <w:tcPr>
            <w:tcW w:w="1274" w:type="dxa"/>
          </w:tcPr>
          <w:p w14:paraId="5F29FED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9B (page 108-109)</w:t>
            </w:r>
          </w:p>
        </w:tc>
        <w:tc>
          <w:tcPr>
            <w:tcW w:w="2268" w:type="dxa"/>
          </w:tcPr>
          <w:p w14:paraId="6923A4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 xml:space="preserve">- 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</w:p>
        </w:tc>
        <w:tc>
          <w:tcPr>
            <w:tcW w:w="2502" w:type="dxa"/>
          </w:tcPr>
          <w:p w14:paraId="1758736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up a down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37507F4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63085F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Phrasal verbs with up and down</w:t>
            </w:r>
          </w:p>
        </w:tc>
        <w:tc>
          <w:tcPr>
            <w:tcW w:w="1332" w:type="dxa"/>
          </w:tcPr>
          <w:p w14:paraId="2E910CA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D9F696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</w:p>
        </w:tc>
      </w:tr>
      <w:tr w:rsidR="00AB59C7" w:rsidRPr="00AB59C7" w14:paraId="7747FAD6" w14:textId="77777777" w:rsidTr="00AB59C7">
        <w:trPr>
          <w:jc w:val="center"/>
        </w:trPr>
        <w:tc>
          <w:tcPr>
            <w:tcW w:w="803" w:type="dxa"/>
          </w:tcPr>
          <w:p w14:paraId="3044A39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444F0D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3D8FE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112</w:t>
            </w:r>
          </w:p>
        </w:tc>
        <w:tc>
          <w:tcPr>
            <w:tcW w:w="1274" w:type="dxa"/>
          </w:tcPr>
          <w:p w14:paraId="66A12D7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9B (page 108-109)</w:t>
            </w:r>
          </w:p>
        </w:tc>
        <w:tc>
          <w:tcPr>
            <w:tcW w:w="2268" w:type="dxa"/>
          </w:tcPr>
          <w:p w14:paraId="5059DF0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podmienkové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typu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2</w:t>
            </w:r>
          </w:p>
        </w:tc>
        <w:tc>
          <w:tcPr>
            <w:tcW w:w="2502" w:type="dxa"/>
          </w:tcPr>
          <w:p w14:paraId="22CD331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požiadať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radu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poskytnúť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radu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hypotézy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pravdepodobných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podmienkové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typu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2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352D80E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Conditional Sentences Type 2</w:t>
            </w:r>
          </w:p>
        </w:tc>
        <w:tc>
          <w:tcPr>
            <w:tcW w:w="1336" w:type="dxa"/>
          </w:tcPr>
          <w:p w14:paraId="2DB7C4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E071D2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1F76CF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0FD8D3BA" w14:textId="77777777" w:rsidTr="00AB59C7">
        <w:trPr>
          <w:jc w:val="center"/>
        </w:trPr>
        <w:tc>
          <w:tcPr>
            <w:tcW w:w="803" w:type="dxa"/>
          </w:tcPr>
          <w:p w14:paraId="1F6ED23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9824B6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28</w:t>
            </w:r>
          </w:p>
        </w:tc>
        <w:tc>
          <w:tcPr>
            <w:tcW w:w="813" w:type="dxa"/>
          </w:tcPr>
          <w:p w14:paraId="1692E78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113</w:t>
            </w:r>
          </w:p>
        </w:tc>
        <w:tc>
          <w:tcPr>
            <w:tcW w:w="1274" w:type="dxa"/>
          </w:tcPr>
          <w:p w14:paraId="1CC9533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9B (page 110-111)</w:t>
            </w:r>
          </w:p>
        </w:tc>
        <w:tc>
          <w:tcPr>
            <w:tcW w:w="2268" w:type="dxa"/>
          </w:tcPr>
          <w:p w14:paraId="7289C2F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oblečenie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vzory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2A0945B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podmienkových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typu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2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hypotetické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pravdepodobné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poskytovať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rady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odporúčania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podmienkových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viet</w:t>
            </w:r>
            <w:proofErr w:type="spellEnd"/>
          </w:p>
        </w:tc>
        <w:tc>
          <w:tcPr>
            <w:tcW w:w="1593" w:type="dxa"/>
          </w:tcPr>
          <w:p w14:paraId="40C52C9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74B866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Colours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Designs – Patterns Materials</w:t>
            </w:r>
          </w:p>
        </w:tc>
        <w:tc>
          <w:tcPr>
            <w:tcW w:w="1332" w:type="dxa"/>
          </w:tcPr>
          <w:p w14:paraId="576FDB1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7934A14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6A23C0D1" w14:textId="77777777" w:rsidTr="00AB59C7">
        <w:trPr>
          <w:jc w:val="center"/>
        </w:trPr>
        <w:tc>
          <w:tcPr>
            <w:tcW w:w="803" w:type="dxa"/>
          </w:tcPr>
          <w:p w14:paraId="0C3F46C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728B5A0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70A4DB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114</w:t>
            </w:r>
          </w:p>
        </w:tc>
        <w:tc>
          <w:tcPr>
            <w:tcW w:w="1274" w:type="dxa"/>
          </w:tcPr>
          <w:p w14:paraId="1154006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9B (page 110-111)</w:t>
            </w:r>
          </w:p>
        </w:tc>
        <w:tc>
          <w:tcPr>
            <w:tcW w:w="2268" w:type="dxa"/>
          </w:tcPr>
          <w:p w14:paraId="5E9F6B1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želacie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</w:p>
        </w:tc>
        <w:tc>
          <w:tcPr>
            <w:tcW w:w="2502" w:type="dxa"/>
          </w:tcPr>
          <w:p w14:paraId="24DC5A1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konštrukcií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wish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if only </w:t>
            </w:r>
            <w:r w:rsidRPr="00AB59C7">
              <w:rPr>
                <w:rFonts w:asciiTheme="majorHAnsi" w:hAnsiTheme="majorHAnsi" w:cstheme="majorHAnsi"/>
              </w:rPr>
              <w:lastRenderedPageBreak/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želania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ľútosť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hypotetické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</w:t>
            </w:r>
            <w:proofErr w:type="spellEnd"/>
          </w:p>
        </w:tc>
        <w:tc>
          <w:tcPr>
            <w:tcW w:w="1593" w:type="dxa"/>
          </w:tcPr>
          <w:p w14:paraId="34795DE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>Wish - if only</w:t>
            </w:r>
          </w:p>
        </w:tc>
        <w:tc>
          <w:tcPr>
            <w:tcW w:w="1336" w:type="dxa"/>
          </w:tcPr>
          <w:p w14:paraId="2F1350B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30B428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203558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5D6FF0C5" w14:textId="77777777" w:rsidTr="00AB59C7">
        <w:trPr>
          <w:jc w:val="center"/>
        </w:trPr>
        <w:tc>
          <w:tcPr>
            <w:tcW w:w="803" w:type="dxa"/>
          </w:tcPr>
          <w:p w14:paraId="78A9005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6800C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9651DC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115</w:t>
            </w:r>
          </w:p>
        </w:tc>
        <w:tc>
          <w:tcPr>
            <w:tcW w:w="1274" w:type="dxa"/>
          </w:tcPr>
          <w:p w14:paraId="3733FE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9B (page 112-113)</w:t>
            </w:r>
          </w:p>
        </w:tc>
        <w:tc>
          <w:tcPr>
            <w:tcW w:w="2268" w:type="dxa"/>
          </w:tcPr>
          <w:p w14:paraId="60A66A1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II</w:t>
            </w:r>
          </w:p>
        </w:tc>
        <w:tc>
          <w:tcPr>
            <w:tcW w:w="2502" w:type="dxa"/>
          </w:tcPr>
          <w:p w14:paraId="6B4058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argumentačnej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alebo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zdôvodniť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stanovisko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argumentačnú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vhodných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</w:p>
        </w:tc>
        <w:tc>
          <w:tcPr>
            <w:tcW w:w="1593" w:type="dxa"/>
          </w:tcPr>
          <w:p w14:paraId="1EA0903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0CA055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Words/Phrases connected to shopping</w:t>
            </w:r>
          </w:p>
        </w:tc>
        <w:tc>
          <w:tcPr>
            <w:tcW w:w="1332" w:type="dxa"/>
          </w:tcPr>
          <w:p w14:paraId="313AE51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3B7490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16CC02A6" w14:textId="77777777" w:rsidTr="00AB59C7">
        <w:trPr>
          <w:jc w:val="center"/>
        </w:trPr>
        <w:tc>
          <w:tcPr>
            <w:tcW w:w="803" w:type="dxa"/>
          </w:tcPr>
          <w:p w14:paraId="2A74A7C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854A76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2A7D44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116</w:t>
            </w:r>
          </w:p>
        </w:tc>
        <w:tc>
          <w:tcPr>
            <w:tcW w:w="1274" w:type="dxa"/>
          </w:tcPr>
          <w:p w14:paraId="3B8816F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9B (page 112-113)</w:t>
            </w:r>
          </w:p>
        </w:tc>
        <w:tc>
          <w:tcPr>
            <w:tcW w:w="2268" w:type="dxa"/>
          </w:tcPr>
          <w:p w14:paraId="6EE5D3C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II</w:t>
            </w:r>
          </w:p>
        </w:tc>
        <w:tc>
          <w:tcPr>
            <w:tcW w:w="2502" w:type="dxa"/>
          </w:tcPr>
          <w:p w14:paraId="01FA4F2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argumentačnej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eseje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formulovať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argumenty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podporené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príkladmi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vysvetleniami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nadväznosť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súdržnosť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</w:p>
        </w:tc>
        <w:tc>
          <w:tcPr>
            <w:tcW w:w="1593" w:type="dxa"/>
          </w:tcPr>
          <w:p w14:paraId="7ABBB8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E8FC01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BC9BB6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5263D7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19F83E1D" w14:textId="77777777" w:rsidTr="00AB59C7">
        <w:trPr>
          <w:jc w:val="center"/>
        </w:trPr>
        <w:tc>
          <w:tcPr>
            <w:tcW w:w="803" w:type="dxa"/>
          </w:tcPr>
          <w:p w14:paraId="2B8E4E3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D5C028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813" w:type="dxa"/>
          </w:tcPr>
          <w:p w14:paraId="1DDAC24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117</w:t>
            </w:r>
          </w:p>
        </w:tc>
        <w:tc>
          <w:tcPr>
            <w:tcW w:w="1274" w:type="dxa"/>
          </w:tcPr>
          <w:p w14:paraId="6C5AE1B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9 Self-evaluation</w:t>
            </w:r>
          </w:p>
        </w:tc>
        <w:tc>
          <w:tcPr>
            <w:tcW w:w="2268" w:type="dxa"/>
          </w:tcPr>
          <w:p w14:paraId="7592533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9,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098E68A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375281A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73449E1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A728C1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77501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72F69D0C" w14:textId="77777777" w:rsidTr="00AB59C7">
        <w:trPr>
          <w:jc w:val="center"/>
        </w:trPr>
        <w:tc>
          <w:tcPr>
            <w:tcW w:w="803" w:type="dxa"/>
          </w:tcPr>
          <w:p w14:paraId="6373ACC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7B7809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05CD133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118</w:t>
            </w:r>
          </w:p>
        </w:tc>
        <w:tc>
          <w:tcPr>
            <w:tcW w:w="1274" w:type="dxa"/>
          </w:tcPr>
          <w:p w14:paraId="2766460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199A0EE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4639A36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2C3DB1A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5D63A3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683962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51238DD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1ED46F42" w14:textId="77777777" w:rsidTr="00AB59C7">
        <w:trPr>
          <w:jc w:val="center"/>
        </w:trPr>
        <w:tc>
          <w:tcPr>
            <w:tcW w:w="803" w:type="dxa"/>
          </w:tcPr>
          <w:p w14:paraId="79F3C4D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7D3C3D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20C4D6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shd w:val="clear" w:color="auto" w:fill="FFFF00"/>
          </w:tcPr>
          <w:p w14:paraId="1D01EA12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  <w:r w:rsidRPr="00AB59C7">
              <w:rPr>
                <w:rFonts w:asciiTheme="majorHAnsi" w:hAnsiTheme="majorHAnsi" w:cstheme="majorHAnsi"/>
                <w:b/>
                <w:bCs/>
              </w:rPr>
              <w:t>Module 10: Make the world a better place</w:t>
            </w:r>
          </w:p>
        </w:tc>
        <w:tc>
          <w:tcPr>
            <w:tcW w:w="2268" w:type="dxa"/>
            <w:shd w:val="clear" w:color="auto" w:fill="FFFF00"/>
          </w:tcPr>
          <w:p w14:paraId="6D7D67DD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02" w:type="dxa"/>
            <w:shd w:val="clear" w:color="auto" w:fill="FFFF00"/>
          </w:tcPr>
          <w:p w14:paraId="7F067361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3" w:type="dxa"/>
            <w:shd w:val="clear" w:color="auto" w:fill="FFFF00"/>
          </w:tcPr>
          <w:p w14:paraId="3585583C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6" w:type="dxa"/>
            <w:shd w:val="clear" w:color="auto" w:fill="FFFF00"/>
          </w:tcPr>
          <w:p w14:paraId="5796C359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4DD10718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332" w:type="dxa"/>
            <w:shd w:val="clear" w:color="auto" w:fill="FFFF00"/>
          </w:tcPr>
          <w:p w14:paraId="670A14C9" w14:textId="77777777" w:rsidR="00AB59C7" w:rsidRPr="00AB59C7" w:rsidRDefault="00AB59C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B59C7" w:rsidRPr="00AB59C7" w14:paraId="59AFEDCE" w14:textId="77777777" w:rsidTr="00AB59C7">
        <w:trPr>
          <w:jc w:val="center"/>
        </w:trPr>
        <w:tc>
          <w:tcPr>
            <w:tcW w:w="803" w:type="dxa"/>
          </w:tcPr>
          <w:p w14:paraId="56BD064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CA5A5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813" w:type="dxa"/>
          </w:tcPr>
          <w:p w14:paraId="69D7BB6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119</w:t>
            </w:r>
          </w:p>
        </w:tc>
        <w:tc>
          <w:tcPr>
            <w:tcW w:w="1274" w:type="dxa"/>
          </w:tcPr>
          <w:p w14:paraId="143CAB1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Cover page module 10 10A (page 115-117)</w:t>
            </w:r>
          </w:p>
        </w:tc>
        <w:tc>
          <w:tcPr>
            <w:tcW w:w="2268" w:type="dxa"/>
          </w:tcPr>
          <w:p w14:paraId="767C814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217928B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dôležité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globálnych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problémoch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interpretovať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možnostiach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ich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pomoci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spôsoboch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globálnych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problémov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občianskej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angažovanosti</w:t>
            </w:r>
            <w:proofErr w:type="spellEnd"/>
          </w:p>
        </w:tc>
        <w:tc>
          <w:tcPr>
            <w:tcW w:w="1593" w:type="dxa"/>
          </w:tcPr>
          <w:p w14:paraId="401AA6F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Reported speech (Statements)</w:t>
            </w:r>
          </w:p>
        </w:tc>
        <w:tc>
          <w:tcPr>
            <w:tcW w:w="1336" w:type="dxa"/>
          </w:tcPr>
          <w:p w14:paraId="5983AF4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BE788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6C6353E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digitálna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gramotnosť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spoločenská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opatrenia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klímy</w:t>
            </w:r>
            <w:proofErr w:type="spellEnd"/>
          </w:p>
        </w:tc>
      </w:tr>
      <w:tr w:rsidR="00AB59C7" w:rsidRPr="00AB59C7" w14:paraId="471DFAD7" w14:textId="77777777" w:rsidTr="00AB59C7">
        <w:trPr>
          <w:jc w:val="center"/>
        </w:trPr>
        <w:tc>
          <w:tcPr>
            <w:tcW w:w="803" w:type="dxa"/>
          </w:tcPr>
          <w:p w14:paraId="4D42CD4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6C913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3AF07F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120</w:t>
            </w:r>
          </w:p>
        </w:tc>
        <w:tc>
          <w:tcPr>
            <w:tcW w:w="1274" w:type="dxa"/>
          </w:tcPr>
          <w:p w14:paraId="374B000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10A (page 115-117)</w:t>
            </w:r>
          </w:p>
        </w:tc>
        <w:tc>
          <w:tcPr>
            <w:tcW w:w="2268" w:type="dxa"/>
          </w:tcPr>
          <w:p w14:paraId="534C752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nepriama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reč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oznamovacie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vety</w:t>
            </w:r>
            <w:proofErr w:type="spellEnd"/>
          </w:p>
        </w:tc>
        <w:tc>
          <w:tcPr>
            <w:tcW w:w="2502" w:type="dxa"/>
          </w:tcPr>
          <w:p w14:paraId="3737B2B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priamej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nepriamej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reči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oznamovacích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vetách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sprostredkovať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pomocou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nepriamej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reči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</w:t>
            </w:r>
            <w:proofErr w:type="spellEnd"/>
          </w:p>
        </w:tc>
        <w:tc>
          <w:tcPr>
            <w:tcW w:w="1593" w:type="dxa"/>
          </w:tcPr>
          <w:p w14:paraId="6ECEC9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E02E92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0B6A43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9C72DF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626E2FF8" w14:textId="77777777" w:rsidTr="00AB59C7">
        <w:trPr>
          <w:jc w:val="center"/>
        </w:trPr>
        <w:tc>
          <w:tcPr>
            <w:tcW w:w="803" w:type="dxa"/>
          </w:tcPr>
          <w:p w14:paraId="642CD6E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73D631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90F36E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121</w:t>
            </w:r>
          </w:p>
        </w:tc>
        <w:tc>
          <w:tcPr>
            <w:tcW w:w="1274" w:type="dxa"/>
          </w:tcPr>
          <w:p w14:paraId="57BA3C0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10A (page 118-119)</w:t>
            </w:r>
          </w:p>
        </w:tc>
        <w:tc>
          <w:tcPr>
            <w:tcW w:w="2268" w:type="dxa"/>
          </w:tcPr>
          <w:p w14:paraId="1E9E633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predpona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re-,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prípona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</w:t>
            </w:r>
            <w:proofErr w:type="spellStart"/>
            <w:r w:rsidRPr="00AB59C7">
              <w:rPr>
                <w:rFonts w:asciiTheme="majorHAnsi" w:hAnsiTheme="majorHAnsi" w:cstheme="majorHAnsi"/>
              </w:rPr>
              <w:t>ful</w:t>
            </w:r>
            <w:proofErr w:type="spellEnd"/>
          </w:p>
        </w:tc>
        <w:tc>
          <w:tcPr>
            <w:tcW w:w="2502" w:type="dxa"/>
          </w:tcPr>
          <w:p w14:paraId="3D50FA1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predponou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re-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príponami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</w:t>
            </w:r>
            <w:proofErr w:type="spellStart"/>
            <w:r w:rsidRPr="00AB59C7">
              <w:rPr>
                <w:rFonts w:asciiTheme="majorHAnsi" w:hAnsiTheme="majorHAnsi" w:cstheme="majorHAnsi"/>
              </w:rPr>
              <w:t>ful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-less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rozlišovať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význam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vytvorených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pomocou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slovotvorných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kontexte</w:t>
            </w:r>
            <w:proofErr w:type="spellEnd"/>
          </w:p>
        </w:tc>
        <w:tc>
          <w:tcPr>
            <w:tcW w:w="1593" w:type="dxa"/>
          </w:tcPr>
          <w:p w14:paraId="669623C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8E7A60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Prefix re- Suffixes -</w:t>
            </w:r>
            <w:proofErr w:type="spellStart"/>
            <w:r w:rsidRPr="00AB59C7">
              <w:rPr>
                <w:rFonts w:asciiTheme="majorHAnsi" w:hAnsiTheme="majorHAnsi" w:cstheme="majorHAnsi"/>
              </w:rPr>
              <w:t>ful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and -less</w:t>
            </w:r>
          </w:p>
        </w:tc>
        <w:tc>
          <w:tcPr>
            <w:tcW w:w="1332" w:type="dxa"/>
          </w:tcPr>
          <w:p w14:paraId="59D9CD8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3AEDC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spoločenská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zníženie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nerovností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zdravie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kvalitný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život</w:t>
            </w:r>
            <w:proofErr w:type="spellEnd"/>
          </w:p>
        </w:tc>
      </w:tr>
      <w:tr w:rsidR="00AB59C7" w:rsidRPr="00AB59C7" w14:paraId="5F64B10C" w14:textId="77777777" w:rsidTr="00AB59C7">
        <w:trPr>
          <w:jc w:val="center"/>
        </w:trPr>
        <w:tc>
          <w:tcPr>
            <w:tcW w:w="803" w:type="dxa"/>
          </w:tcPr>
          <w:p w14:paraId="383316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B03A0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531018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122</w:t>
            </w:r>
          </w:p>
        </w:tc>
        <w:tc>
          <w:tcPr>
            <w:tcW w:w="1274" w:type="dxa"/>
          </w:tcPr>
          <w:p w14:paraId="7414664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10A (page 118-119)</w:t>
            </w:r>
          </w:p>
        </w:tc>
        <w:tc>
          <w:tcPr>
            <w:tcW w:w="2268" w:type="dxa"/>
          </w:tcPr>
          <w:p w14:paraId="4DA430D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dobrovoľníctvo</w:t>
            </w:r>
            <w:proofErr w:type="spellEnd"/>
          </w:p>
        </w:tc>
        <w:tc>
          <w:tcPr>
            <w:tcW w:w="2502" w:type="dxa"/>
          </w:tcPr>
          <w:p w14:paraId="2EF1B4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opísať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možnosti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pomoci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ľuďom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núdzi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dobrovoľnícke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aktivity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prezentovať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skúsenosť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alebo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dobrovoľníctvo</w:t>
            </w:r>
            <w:proofErr w:type="spellEnd"/>
          </w:p>
        </w:tc>
        <w:tc>
          <w:tcPr>
            <w:tcW w:w="1593" w:type="dxa"/>
          </w:tcPr>
          <w:p w14:paraId="09A0557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6FB39E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EE928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1D446B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39A53625" w14:textId="77777777" w:rsidTr="00AB59C7">
        <w:trPr>
          <w:jc w:val="center"/>
        </w:trPr>
        <w:tc>
          <w:tcPr>
            <w:tcW w:w="803" w:type="dxa"/>
          </w:tcPr>
          <w:p w14:paraId="34E8FF4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995886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289DBF5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123</w:t>
            </w:r>
          </w:p>
        </w:tc>
        <w:tc>
          <w:tcPr>
            <w:tcW w:w="1274" w:type="dxa"/>
          </w:tcPr>
          <w:p w14:paraId="46C1443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10B (page 120-121)</w:t>
            </w:r>
          </w:p>
        </w:tc>
        <w:tc>
          <w:tcPr>
            <w:tcW w:w="2268" w:type="dxa"/>
          </w:tcPr>
          <w:p w14:paraId="7F63D2B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Čítanie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give</w:t>
            </w:r>
          </w:p>
        </w:tc>
        <w:tc>
          <w:tcPr>
            <w:tcW w:w="2502" w:type="dxa"/>
          </w:tcPr>
          <w:p w14:paraId="3398A32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dobrovoľníctve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give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rozprávaní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dobrovoľníckych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aktivitách</w:t>
            </w:r>
            <w:proofErr w:type="spellEnd"/>
          </w:p>
        </w:tc>
        <w:tc>
          <w:tcPr>
            <w:tcW w:w="1593" w:type="dxa"/>
          </w:tcPr>
          <w:p w14:paraId="01B8112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0D777E1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Phrases with the verb give</w:t>
            </w:r>
          </w:p>
        </w:tc>
        <w:tc>
          <w:tcPr>
            <w:tcW w:w="1332" w:type="dxa"/>
          </w:tcPr>
          <w:p w14:paraId="3C2CAED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193C5C5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nulový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hlad</w:t>
            </w:r>
            <w:proofErr w:type="spellEnd"/>
          </w:p>
        </w:tc>
      </w:tr>
      <w:tr w:rsidR="00AB59C7" w:rsidRPr="00AB59C7" w14:paraId="46E946C4" w14:textId="77777777" w:rsidTr="00AB59C7">
        <w:trPr>
          <w:jc w:val="center"/>
        </w:trPr>
        <w:tc>
          <w:tcPr>
            <w:tcW w:w="803" w:type="dxa"/>
          </w:tcPr>
          <w:p w14:paraId="121AEA7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DA23DA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4235E9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124</w:t>
            </w:r>
          </w:p>
        </w:tc>
        <w:tc>
          <w:tcPr>
            <w:tcW w:w="1274" w:type="dxa"/>
          </w:tcPr>
          <w:p w14:paraId="1BF0D8E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10B (page 120-121)</w:t>
            </w:r>
          </w:p>
        </w:tc>
        <w:tc>
          <w:tcPr>
            <w:tcW w:w="2268" w:type="dxa"/>
          </w:tcPr>
          <w:p w14:paraId="01BD7D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Gramatika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nepriama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reč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otázky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príkazy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požiadavky</w:t>
            </w:r>
            <w:proofErr w:type="spellEnd"/>
          </w:p>
        </w:tc>
        <w:tc>
          <w:tcPr>
            <w:tcW w:w="2502" w:type="dxa"/>
          </w:tcPr>
          <w:p w14:paraId="5D7E5CA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nepriamej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reči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otázkach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príkazoch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žiadostiach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sprostredkovať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otázky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pokyny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požiadavky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pomocou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nepriamej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reči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</w:t>
            </w:r>
            <w:proofErr w:type="spellEnd"/>
          </w:p>
        </w:tc>
        <w:tc>
          <w:tcPr>
            <w:tcW w:w="1593" w:type="dxa"/>
          </w:tcPr>
          <w:p w14:paraId="53B467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Reported Speech (Questions, Commands &amp; Requests)</w:t>
            </w:r>
          </w:p>
        </w:tc>
        <w:tc>
          <w:tcPr>
            <w:tcW w:w="1336" w:type="dxa"/>
          </w:tcPr>
          <w:p w14:paraId="4AE62BC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7B29EDE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29949E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5ACBB41F" w14:textId="77777777" w:rsidTr="00AB59C7">
        <w:trPr>
          <w:jc w:val="center"/>
        </w:trPr>
        <w:tc>
          <w:tcPr>
            <w:tcW w:w="803" w:type="dxa"/>
          </w:tcPr>
          <w:p w14:paraId="7E4C983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B77FC4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31</w:t>
            </w:r>
          </w:p>
        </w:tc>
        <w:tc>
          <w:tcPr>
            <w:tcW w:w="813" w:type="dxa"/>
          </w:tcPr>
          <w:p w14:paraId="2515ED2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125</w:t>
            </w:r>
          </w:p>
        </w:tc>
        <w:tc>
          <w:tcPr>
            <w:tcW w:w="1274" w:type="dxa"/>
          </w:tcPr>
          <w:p w14:paraId="55380EA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10B (page 122-123)</w:t>
            </w:r>
          </w:p>
        </w:tc>
        <w:tc>
          <w:tcPr>
            <w:tcW w:w="2268" w:type="dxa"/>
          </w:tcPr>
          <w:p w14:paraId="6297889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Slovná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hold, set a break,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porozumením</w:t>
            </w:r>
            <w:proofErr w:type="spellEnd"/>
          </w:p>
        </w:tc>
        <w:tc>
          <w:tcPr>
            <w:tcW w:w="2502" w:type="dxa"/>
          </w:tcPr>
          <w:p w14:paraId="6A60EEB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rozšíriť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frázy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slovesami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hold, set a break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vypočutého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súhlas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nesúhlas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reagovať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iných</w:t>
            </w:r>
            <w:proofErr w:type="spellEnd"/>
          </w:p>
        </w:tc>
        <w:tc>
          <w:tcPr>
            <w:tcW w:w="1593" w:type="dxa"/>
          </w:tcPr>
          <w:p w14:paraId="23B2A9B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826878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Phrases with the verbs hold, set and break</w:t>
            </w:r>
          </w:p>
        </w:tc>
        <w:tc>
          <w:tcPr>
            <w:tcW w:w="1332" w:type="dxa"/>
          </w:tcPr>
          <w:p w14:paraId="192A5E6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097346E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dostupná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čistá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energia</w:t>
            </w:r>
            <w:proofErr w:type="spellEnd"/>
          </w:p>
        </w:tc>
      </w:tr>
      <w:tr w:rsidR="00AB59C7" w:rsidRPr="00AB59C7" w14:paraId="1C68E003" w14:textId="77777777" w:rsidTr="00AB59C7">
        <w:trPr>
          <w:jc w:val="center"/>
        </w:trPr>
        <w:tc>
          <w:tcPr>
            <w:tcW w:w="803" w:type="dxa"/>
          </w:tcPr>
          <w:p w14:paraId="53C9E5F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0387693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7CDBC62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126</w:t>
            </w:r>
          </w:p>
        </w:tc>
        <w:tc>
          <w:tcPr>
            <w:tcW w:w="1274" w:type="dxa"/>
          </w:tcPr>
          <w:p w14:paraId="164CE2D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10B (page </w:t>
            </w:r>
            <w:r w:rsidRPr="00AB59C7">
              <w:rPr>
                <w:rFonts w:asciiTheme="majorHAnsi" w:hAnsiTheme="majorHAnsi" w:cstheme="majorHAnsi"/>
              </w:rPr>
              <w:lastRenderedPageBreak/>
              <w:t>122-123)</w:t>
            </w:r>
          </w:p>
        </w:tc>
        <w:tc>
          <w:tcPr>
            <w:tcW w:w="2268" w:type="dxa"/>
          </w:tcPr>
          <w:p w14:paraId="1EA6251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Gramatika – so, </w:t>
            </w:r>
            <w:r w:rsidRPr="00AB59C7">
              <w:rPr>
                <w:rFonts w:asciiTheme="majorHAnsi" w:hAnsiTheme="majorHAnsi" w:cstheme="majorHAnsi"/>
              </w:rPr>
              <w:lastRenderedPageBreak/>
              <w:t>neither, too, either</w:t>
            </w:r>
          </w:p>
        </w:tc>
        <w:tc>
          <w:tcPr>
            <w:tcW w:w="2502" w:type="dxa"/>
          </w:tcPr>
          <w:p w14:paraId="66E9FA4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rozlíšiť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výrazov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so, neither, too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either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rôznych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situáciách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vyjadrovaní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súhlasu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nesúhlasu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výpovede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</w:t>
            </w:r>
            <w:proofErr w:type="spellEnd"/>
          </w:p>
        </w:tc>
        <w:tc>
          <w:tcPr>
            <w:tcW w:w="1593" w:type="dxa"/>
          </w:tcPr>
          <w:p w14:paraId="3932AF7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lastRenderedPageBreak/>
              <w:t xml:space="preserve">So, Neither, </w:t>
            </w:r>
            <w:r w:rsidRPr="00AB59C7">
              <w:rPr>
                <w:rFonts w:asciiTheme="majorHAnsi" w:hAnsiTheme="majorHAnsi" w:cstheme="majorHAnsi"/>
              </w:rPr>
              <w:lastRenderedPageBreak/>
              <w:t xml:space="preserve">Too, </w:t>
            </w:r>
            <w:proofErr w:type="gramStart"/>
            <w:r w:rsidRPr="00AB59C7">
              <w:rPr>
                <w:rFonts w:asciiTheme="majorHAnsi" w:hAnsiTheme="majorHAnsi" w:cstheme="majorHAnsi"/>
              </w:rPr>
              <w:t>Either</w:t>
            </w:r>
            <w:proofErr w:type="gramEnd"/>
          </w:p>
        </w:tc>
        <w:tc>
          <w:tcPr>
            <w:tcW w:w="1336" w:type="dxa"/>
          </w:tcPr>
          <w:p w14:paraId="6881200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CB652D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994884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412E683" w14:textId="77777777" w:rsidTr="00AB59C7">
        <w:trPr>
          <w:jc w:val="center"/>
        </w:trPr>
        <w:tc>
          <w:tcPr>
            <w:tcW w:w="803" w:type="dxa"/>
          </w:tcPr>
          <w:p w14:paraId="7E66A4D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42CE861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07FB5DB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127</w:t>
            </w:r>
          </w:p>
        </w:tc>
        <w:tc>
          <w:tcPr>
            <w:tcW w:w="1274" w:type="dxa"/>
          </w:tcPr>
          <w:p w14:paraId="5146761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10B (page 124-125)</w:t>
            </w:r>
          </w:p>
        </w:tc>
        <w:tc>
          <w:tcPr>
            <w:tcW w:w="2268" w:type="dxa"/>
          </w:tcPr>
          <w:p w14:paraId="172D36E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3CA13BD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znaky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formulovať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návrhy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odporúčania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vytvoriť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odôvodnením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navrhovaných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</w:p>
        </w:tc>
        <w:tc>
          <w:tcPr>
            <w:tcW w:w="1593" w:type="dxa"/>
          </w:tcPr>
          <w:p w14:paraId="1081E98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2E9610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Degrees of certainty</w:t>
            </w:r>
          </w:p>
        </w:tc>
        <w:tc>
          <w:tcPr>
            <w:tcW w:w="1332" w:type="dxa"/>
          </w:tcPr>
          <w:p w14:paraId="2E3CE44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710D2B6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spolupráca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osobná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spoločenská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zodpovednosť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zníženie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nerovností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udržateľné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mestá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komunity</w:t>
            </w:r>
            <w:proofErr w:type="spellEnd"/>
          </w:p>
        </w:tc>
      </w:tr>
      <w:tr w:rsidR="00AB59C7" w:rsidRPr="00AB59C7" w14:paraId="7468ACC9" w14:textId="77777777" w:rsidTr="00AB59C7">
        <w:trPr>
          <w:jc w:val="center"/>
        </w:trPr>
        <w:tc>
          <w:tcPr>
            <w:tcW w:w="803" w:type="dxa"/>
          </w:tcPr>
          <w:p w14:paraId="0421F76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61BD1C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144C7A9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128</w:t>
            </w:r>
          </w:p>
        </w:tc>
        <w:tc>
          <w:tcPr>
            <w:tcW w:w="1274" w:type="dxa"/>
          </w:tcPr>
          <w:p w14:paraId="5507D9E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10B (page 124-125)</w:t>
            </w:r>
          </w:p>
        </w:tc>
        <w:tc>
          <w:tcPr>
            <w:tcW w:w="2268" w:type="dxa"/>
          </w:tcPr>
          <w:p w14:paraId="293E839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Písanie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e-mail</w:t>
            </w:r>
          </w:p>
        </w:tc>
        <w:tc>
          <w:tcPr>
            <w:tcW w:w="2502" w:type="dxa"/>
          </w:tcPr>
          <w:p w14:paraId="5E4A7B6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naplánovať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formálneho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e-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mailu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používať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miery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istoty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hodnotení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situácií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upraviť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text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dôrazom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logickú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nadväznosť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správnosť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formálny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štýl</w:t>
            </w:r>
            <w:proofErr w:type="spellEnd"/>
          </w:p>
        </w:tc>
        <w:tc>
          <w:tcPr>
            <w:tcW w:w="1593" w:type="dxa"/>
          </w:tcPr>
          <w:p w14:paraId="6A6C6EC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CE21AF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69312D5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1EA4C0D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C373A87" w14:textId="77777777" w:rsidTr="00AB59C7">
        <w:trPr>
          <w:jc w:val="center"/>
        </w:trPr>
        <w:tc>
          <w:tcPr>
            <w:tcW w:w="803" w:type="dxa"/>
          </w:tcPr>
          <w:p w14:paraId="6EB98B4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F20671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32</w:t>
            </w:r>
          </w:p>
        </w:tc>
        <w:tc>
          <w:tcPr>
            <w:tcW w:w="813" w:type="dxa"/>
          </w:tcPr>
          <w:p w14:paraId="791F26B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129</w:t>
            </w:r>
          </w:p>
        </w:tc>
        <w:tc>
          <w:tcPr>
            <w:tcW w:w="1274" w:type="dxa"/>
          </w:tcPr>
          <w:p w14:paraId="3B1DC42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Review 10 Self-evaluation</w:t>
            </w:r>
          </w:p>
        </w:tc>
        <w:tc>
          <w:tcPr>
            <w:tcW w:w="2268" w:type="dxa"/>
          </w:tcPr>
          <w:p w14:paraId="7FFBD01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Zhrnutie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učiva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10,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Sebahodnotenie</w:t>
            </w:r>
            <w:proofErr w:type="spellEnd"/>
          </w:p>
        </w:tc>
        <w:tc>
          <w:tcPr>
            <w:tcW w:w="2502" w:type="dxa"/>
          </w:tcPr>
          <w:p w14:paraId="7A6A986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zopakovať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upevniť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oblasti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počúvania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čítania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cíti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istý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potrebuje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ďalej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rozvíjať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6664D1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44B3C2E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F48C4B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65AFDED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</w:p>
        </w:tc>
      </w:tr>
      <w:tr w:rsidR="00AB59C7" w:rsidRPr="00AB59C7" w14:paraId="674FC2F8" w14:textId="77777777" w:rsidTr="00AB59C7">
        <w:trPr>
          <w:jc w:val="center"/>
        </w:trPr>
        <w:tc>
          <w:tcPr>
            <w:tcW w:w="803" w:type="dxa"/>
          </w:tcPr>
          <w:p w14:paraId="5DCD1F5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1372A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C73275C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130</w:t>
            </w:r>
          </w:p>
        </w:tc>
        <w:tc>
          <w:tcPr>
            <w:tcW w:w="1274" w:type="dxa"/>
          </w:tcPr>
          <w:p w14:paraId="48B9E98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Test</w:t>
            </w:r>
          </w:p>
        </w:tc>
        <w:tc>
          <w:tcPr>
            <w:tcW w:w="2268" w:type="dxa"/>
          </w:tcPr>
          <w:p w14:paraId="1F4102F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1C1A86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•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40ADA4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6094E2B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ACA3EF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4BDED50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0E8AD5BD" w14:textId="77777777" w:rsidTr="00AB59C7">
        <w:trPr>
          <w:jc w:val="center"/>
        </w:trPr>
        <w:tc>
          <w:tcPr>
            <w:tcW w:w="803" w:type="dxa"/>
          </w:tcPr>
          <w:p w14:paraId="79F7907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296D0B8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7610B9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131</w:t>
            </w:r>
          </w:p>
        </w:tc>
        <w:tc>
          <w:tcPr>
            <w:tcW w:w="1274" w:type="dxa"/>
          </w:tcPr>
          <w:p w14:paraId="4106AB3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Task 5 modules 9-10 </w:t>
            </w:r>
          </w:p>
        </w:tc>
        <w:tc>
          <w:tcPr>
            <w:tcW w:w="2268" w:type="dxa"/>
          </w:tcPr>
          <w:p w14:paraId="37E37DD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Interpretácia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koláčového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grafu</w:t>
            </w:r>
            <w:proofErr w:type="spellEnd"/>
          </w:p>
        </w:tc>
        <w:tc>
          <w:tcPr>
            <w:tcW w:w="2502" w:type="dxa"/>
          </w:tcPr>
          <w:p w14:paraId="2D5FED5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údaje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koláčového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grafu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porovnať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jednotlivé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časti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celku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gram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interpretovať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získané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údaje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prezentovať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zistenia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vyvodiť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závery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základe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grafického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znázornenia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údajov</w:t>
            </w:r>
            <w:proofErr w:type="spellEnd"/>
          </w:p>
        </w:tc>
        <w:tc>
          <w:tcPr>
            <w:tcW w:w="1593" w:type="dxa"/>
          </w:tcPr>
          <w:p w14:paraId="5421C21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E205DE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AC017F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učebnica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(Student’s book),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multimediálne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materiály</w:t>
            </w:r>
            <w:proofErr w:type="spellEnd"/>
          </w:p>
        </w:tc>
        <w:tc>
          <w:tcPr>
            <w:tcW w:w="1332" w:type="dxa"/>
          </w:tcPr>
          <w:p w14:paraId="2663B0B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kritické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myslenie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samostatné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učenie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kreativita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mediácia</w:t>
            </w:r>
            <w:proofErr w:type="spellEnd"/>
          </w:p>
        </w:tc>
      </w:tr>
      <w:tr w:rsidR="00AB59C7" w:rsidRPr="00AB59C7" w14:paraId="7D39383E" w14:textId="77777777" w:rsidTr="00AB59C7">
        <w:trPr>
          <w:jc w:val="center"/>
        </w:trPr>
        <w:tc>
          <w:tcPr>
            <w:tcW w:w="803" w:type="dxa"/>
          </w:tcPr>
          <w:p w14:paraId="7F3666D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513FBE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4AB3B6F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132</w:t>
            </w:r>
          </w:p>
        </w:tc>
        <w:tc>
          <w:tcPr>
            <w:tcW w:w="1274" w:type="dxa"/>
          </w:tcPr>
          <w:p w14:paraId="6B7E163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Task 5 modules 9-10 </w:t>
            </w:r>
          </w:p>
        </w:tc>
        <w:tc>
          <w:tcPr>
            <w:tcW w:w="2268" w:type="dxa"/>
          </w:tcPr>
          <w:p w14:paraId="5F270D9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Interpretácia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koláčového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grafu</w:t>
            </w:r>
            <w:proofErr w:type="spellEnd"/>
          </w:p>
        </w:tc>
        <w:tc>
          <w:tcPr>
            <w:tcW w:w="2502" w:type="dxa"/>
          </w:tcPr>
          <w:p w14:paraId="7840B94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3" w:type="dxa"/>
          </w:tcPr>
          <w:p w14:paraId="661018A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128EAC4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67462C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9FD781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15E53D8D" w14:textId="77777777" w:rsidTr="00AB59C7">
        <w:trPr>
          <w:jc w:val="center"/>
        </w:trPr>
        <w:tc>
          <w:tcPr>
            <w:tcW w:w="803" w:type="dxa"/>
          </w:tcPr>
          <w:p w14:paraId="172F9CA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1899B5D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5BE2E18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133</w:t>
            </w:r>
          </w:p>
        </w:tc>
        <w:tc>
          <w:tcPr>
            <w:tcW w:w="1274" w:type="dxa"/>
          </w:tcPr>
          <w:p w14:paraId="29F22C9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Final test</w:t>
            </w:r>
          </w:p>
        </w:tc>
        <w:tc>
          <w:tcPr>
            <w:tcW w:w="2268" w:type="dxa"/>
          </w:tcPr>
          <w:p w14:paraId="4AA57A1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Hodnotenie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pokroku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študentov</w:t>
            </w:r>
            <w:proofErr w:type="spellEnd"/>
          </w:p>
        </w:tc>
        <w:tc>
          <w:tcPr>
            <w:tcW w:w="2502" w:type="dxa"/>
          </w:tcPr>
          <w:p w14:paraId="4948B68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058EC5B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143B63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2DB1AFA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testy </w:t>
            </w:r>
            <w:proofErr w:type="spellStart"/>
            <w:proofErr w:type="gramStart"/>
            <w:r w:rsidRPr="00AB59C7">
              <w:rPr>
                <w:rFonts w:asciiTheme="majorHAnsi" w:hAnsiTheme="majorHAnsi" w:cstheme="majorHAnsi"/>
              </w:rPr>
              <w:t>a</w:t>
            </w:r>
            <w:proofErr w:type="spellEnd"/>
            <w:proofErr w:type="gramEnd"/>
            <w:r w:rsidRPr="00AB59C7">
              <w:rPr>
                <w:rFonts w:asciiTheme="majorHAnsi" w:hAnsiTheme="majorHAnsi" w:cstheme="majorHAnsi"/>
              </w:rPr>
              <w:t xml:space="preserve"> audio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nahrávky</w:t>
            </w:r>
            <w:proofErr w:type="spellEnd"/>
          </w:p>
        </w:tc>
        <w:tc>
          <w:tcPr>
            <w:tcW w:w="1332" w:type="dxa"/>
          </w:tcPr>
          <w:p w14:paraId="14AB529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70214B2A" w14:textId="77777777" w:rsidTr="00AB59C7">
        <w:trPr>
          <w:jc w:val="center"/>
        </w:trPr>
        <w:tc>
          <w:tcPr>
            <w:tcW w:w="803" w:type="dxa"/>
          </w:tcPr>
          <w:p w14:paraId="1676FF4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6E2BEAFB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25E2951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134</w:t>
            </w:r>
          </w:p>
        </w:tc>
        <w:tc>
          <w:tcPr>
            <w:tcW w:w="1274" w:type="dxa"/>
          </w:tcPr>
          <w:p w14:paraId="007F9C8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Videolesson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modules 1-5</w:t>
            </w:r>
          </w:p>
        </w:tc>
        <w:tc>
          <w:tcPr>
            <w:tcW w:w="2268" w:type="dxa"/>
          </w:tcPr>
          <w:p w14:paraId="3AA3DD53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Videolekcia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1-5</w:t>
            </w:r>
          </w:p>
        </w:tc>
        <w:tc>
          <w:tcPr>
            <w:tcW w:w="2502" w:type="dxa"/>
          </w:tcPr>
          <w:p w14:paraId="3B6E988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kľúčové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lastRenderedPageBreak/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videa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1–5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videa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</w:p>
        </w:tc>
        <w:tc>
          <w:tcPr>
            <w:tcW w:w="1593" w:type="dxa"/>
          </w:tcPr>
          <w:p w14:paraId="1CDEADD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5BFE46D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DAB02D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498B265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4422A69E" w14:textId="77777777" w:rsidTr="00AB59C7">
        <w:trPr>
          <w:jc w:val="center"/>
        </w:trPr>
        <w:tc>
          <w:tcPr>
            <w:tcW w:w="803" w:type="dxa"/>
          </w:tcPr>
          <w:p w14:paraId="484D722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E224C8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64DE3CD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135</w:t>
            </w:r>
          </w:p>
        </w:tc>
        <w:tc>
          <w:tcPr>
            <w:tcW w:w="1274" w:type="dxa"/>
          </w:tcPr>
          <w:p w14:paraId="3CD0081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Videolesson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modules 6-10</w:t>
            </w:r>
          </w:p>
        </w:tc>
        <w:tc>
          <w:tcPr>
            <w:tcW w:w="2268" w:type="dxa"/>
          </w:tcPr>
          <w:p w14:paraId="13D38FA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Videolekcia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6-10</w:t>
            </w:r>
          </w:p>
        </w:tc>
        <w:tc>
          <w:tcPr>
            <w:tcW w:w="2502" w:type="dxa"/>
          </w:tcPr>
          <w:p w14:paraId="363BF5EE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 xml:space="preserve">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identifikovať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hlavné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informácie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kľúčové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myšlienky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videa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z </w:t>
            </w:r>
            <w:proofErr w:type="spellStart"/>
            <w:r w:rsidRPr="00AB59C7">
              <w:rPr>
                <w:rFonts w:asciiTheme="majorHAnsi" w:hAnsiTheme="majorHAnsi" w:cstheme="majorHAnsi"/>
              </w:rPr>
              <w:t>modulov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6-10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komunikačných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• </w:t>
            </w:r>
            <w:proofErr w:type="spellStart"/>
            <w:r w:rsidRPr="00AB59C7">
              <w:rPr>
                <w:rFonts w:asciiTheme="majorHAnsi" w:hAnsiTheme="majorHAnsi" w:cstheme="majorHAnsi"/>
              </w:rPr>
              <w:t>diskutovať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obsahu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videa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vlastný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názor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s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využitím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jazykových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prostriedkov</w:t>
            </w:r>
            <w:proofErr w:type="spellEnd"/>
          </w:p>
        </w:tc>
        <w:tc>
          <w:tcPr>
            <w:tcW w:w="1593" w:type="dxa"/>
          </w:tcPr>
          <w:p w14:paraId="35567EA2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5244D827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36253F1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4DF11C0F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  <w:tr w:rsidR="00AB59C7" w:rsidRPr="00AB59C7" w14:paraId="22DA092D" w14:textId="77777777" w:rsidTr="00AB59C7">
        <w:trPr>
          <w:jc w:val="center"/>
        </w:trPr>
        <w:tc>
          <w:tcPr>
            <w:tcW w:w="803" w:type="dxa"/>
          </w:tcPr>
          <w:p w14:paraId="005ECF06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05" w:type="dxa"/>
          </w:tcPr>
          <w:p w14:paraId="5038C19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13" w:type="dxa"/>
          </w:tcPr>
          <w:p w14:paraId="2C66ADD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136</w:t>
            </w:r>
          </w:p>
        </w:tc>
        <w:tc>
          <w:tcPr>
            <w:tcW w:w="1274" w:type="dxa"/>
          </w:tcPr>
          <w:p w14:paraId="7A281B58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r w:rsidRPr="00AB59C7">
              <w:rPr>
                <w:rFonts w:asciiTheme="majorHAnsi" w:hAnsiTheme="majorHAnsi" w:cstheme="majorHAnsi"/>
              </w:rPr>
              <w:t>End of school year</w:t>
            </w:r>
          </w:p>
        </w:tc>
        <w:tc>
          <w:tcPr>
            <w:tcW w:w="2268" w:type="dxa"/>
          </w:tcPr>
          <w:p w14:paraId="6FAE040A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Koncoročné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vyhodnotenie</w:t>
            </w:r>
            <w:proofErr w:type="spellEnd"/>
          </w:p>
        </w:tc>
        <w:tc>
          <w:tcPr>
            <w:tcW w:w="2502" w:type="dxa"/>
          </w:tcPr>
          <w:p w14:paraId="01DDE441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  <w:proofErr w:type="spellStart"/>
            <w:r w:rsidRPr="00AB59C7">
              <w:rPr>
                <w:rFonts w:asciiTheme="majorHAnsi" w:hAnsiTheme="majorHAnsi" w:cstheme="majorHAnsi"/>
              </w:rPr>
              <w:t>aplikovať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osvojené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jazykové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štruktúry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slovnú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zásobu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riešení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úloh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testovom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formáte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preukázať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úroveň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porozumenia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písanému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hovorenému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textu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B59C7">
              <w:rPr>
                <w:rFonts w:asciiTheme="majorHAnsi" w:hAnsiTheme="majorHAnsi" w:cstheme="majorHAnsi"/>
              </w:rPr>
              <w:t>vyjadriť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sa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gramaticky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AB59C7">
              <w:rPr>
                <w:rFonts w:asciiTheme="majorHAnsi" w:hAnsiTheme="majorHAnsi" w:cstheme="majorHAnsi"/>
              </w:rPr>
              <w:t>štylisticky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primerane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v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písomnom</w:t>
            </w:r>
            <w:proofErr w:type="spellEnd"/>
            <w:r w:rsidRPr="00AB59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B59C7">
              <w:rPr>
                <w:rFonts w:asciiTheme="majorHAnsi" w:hAnsiTheme="majorHAnsi" w:cstheme="majorHAnsi"/>
              </w:rPr>
              <w:t>prejave</w:t>
            </w:r>
            <w:proofErr w:type="spellEnd"/>
            <w:r w:rsidRPr="00AB5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93" w:type="dxa"/>
          </w:tcPr>
          <w:p w14:paraId="388A456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6" w:type="dxa"/>
          </w:tcPr>
          <w:p w14:paraId="2B94D484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7A98580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32" w:type="dxa"/>
          </w:tcPr>
          <w:p w14:paraId="0D734629" w14:textId="77777777" w:rsidR="00AB59C7" w:rsidRPr="00AB59C7" w:rsidRDefault="00AB59C7">
            <w:pPr>
              <w:rPr>
                <w:rFonts w:asciiTheme="majorHAnsi" w:hAnsiTheme="majorHAnsi" w:cstheme="majorHAnsi"/>
              </w:rPr>
            </w:pPr>
          </w:p>
        </w:tc>
      </w:tr>
    </w:tbl>
    <w:p w14:paraId="219EBE65" w14:textId="77777777" w:rsidR="00D2342C" w:rsidRPr="00AB59C7" w:rsidRDefault="00D2342C">
      <w:pPr>
        <w:rPr>
          <w:rFonts w:asciiTheme="majorHAnsi" w:hAnsiTheme="majorHAnsi" w:cstheme="majorHAnsi"/>
        </w:rPr>
      </w:pPr>
    </w:p>
    <w:sectPr w:rsidR="00D2342C" w:rsidRPr="00AB59C7" w:rsidSect="00034616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0302646">
    <w:abstractNumId w:val="8"/>
  </w:num>
  <w:num w:numId="2" w16cid:durableId="215361880">
    <w:abstractNumId w:val="6"/>
  </w:num>
  <w:num w:numId="3" w16cid:durableId="1955864653">
    <w:abstractNumId w:val="5"/>
  </w:num>
  <w:num w:numId="4" w16cid:durableId="1521316207">
    <w:abstractNumId w:val="4"/>
  </w:num>
  <w:num w:numId="5" w16cid:durableId="1267078352">
    <w:abstractNumId w:val="7"/>
  </w:num>
  <w:num w:numId="6" w16cid:durableId="1580826013">
    <w:abstractNumId w:val="3"/>
  </w:num>
  <w:num w:numId="7" w16cid:durableId="1054692506">
    <w:abstractNumId w:val="2"/>
  </w:num>
  <w:num w:numId="8" w16cid:durableId="818424652">
    <w:abstractNumId w:val="1"/>
  </w:num>
  <w:num w:numId="9" w16cid:durableId="213466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618CE"/>
    <w:rsid w:val="00943E8B"/>
    <w:rsid w:val="00A50918"/>
    <w:rsid w:val="00AA1D8D"/>
    <w:rsid w:val="00AB59C7"/>
    <w:rsid w:val="00B47730"/>
    <w:rsid w:val="00CB0664"/>
    <w:rsid w:val="00D234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CB6E4E"/>
  <w14:defaultImageDpi w14:val="300"/>
  <w15:docId w15:val="{D069B89F-9EA2-46F4-A093-845FA849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7084</Words>
  <Characters>40383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Silvia Nágel</cp:lastModifiedBy>
  <cp:revision>2</cp:revision>
  <dcterms:created xsi:type="dcterms:W3CDTF">2026-07-08T07:40:00Z</dcterms:created>
  <dcterms:modified xsi:type="dcterms:W3CDTF">2026-07-08T07:40:00Z</dcterms:modified>
  <cp:category/>
</cp:coreProperties>
</file>