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6EC61" w14:textId="77E7C593" w:rsidR="009E544B" w:rsidRDefault="009E544B">
      <w:pPr>
        <w:pStyle w:val="Heading1"/>
      </w:pPr>
    </w:p>
    <w:p w14:paraId="1B656E44" w14:textId="77777777" w:rsidR="009B67ED" w:rsidRPr="00DA4513" w:rsidRDefault="009B67ED" w:rsidP="009B67ED">
      <w:pPr>
        <w:keepNext/>
        <w:keepLines/>
        <w:spacing w:before="480" w:after="0"/>
        <w:jc w:val="center"/>
        <w:outlineLvl w:val="0"/>
        <w:rPr>
          <w:rFonts w:asciiTheme="minorHAnsi" w:eastAsiaTheme="majorEastAsia" w:hAnsiTheme="minorHAnsi" w:cstheme="majorBidi"/>
          <w:b/>
          <w:bCs/>
          <w:color w:val="6373BA"/>
          <w:sz w:val="28"/>
          <w:szCs w:val="28"/>
        </w:rPr>
      </w:pPr>
      <w:r w:rsidRPr="00DA4513">
        <w:rPr>
          <w:rFonts w:asciiTheme="minorHAnsi" w:eastAsiaTheme="majorEastAsia" w:hAnsiTheme="minorHAnsi" w:cstheme="majorBidi"/>
          <w:b/>
          <w:bCs/>
          <w:color w:val="6373BA"/>
          <w:sz w:val="28"/>
          <w:szCs w:val="28"/>
        </w:rPr>
        <w:t xml:space="preserve">Odporúčaný </w:t>
      </w:r>
      <w:proofErr w:type="spellStart"/>
      <w:r w:rsidRPr="00DA4513">
        <w:rPr>
          <w:rFonts w:asciiTheme="minorHAnsi" w:eastAsiaTheme="majorEastAsia" w:hAnsiTheme="minorHAnsi" w:cstheme="majorBidi"/>
          <w:b/>
          <w:bCs/>
          <w:color w:val="6373BA"/>
          <w:sz w:val="28"/>
          <w:szCs w:val="28"/>
        </w:rPr>
        <w:t>tematický</w:t>
      </w:r>
      <w:proofErr w:type="spellEnd"/>
      <w:r w:rsidRPr="00DA4513">
        <w:rPr>
          <w:rFonts w:asciiTheme="minorHAnsi" w:eastAsiaTheme="majorEastAsia" w:hAnsiTheme="minorHAnsi" w:cstheme="majorBidi"/>
          <w:b/>
          <w:bCs/>
          <w:color w:val="6373BA"/>
          <w:sz w:val="28"/>
          <w:szCs w:val="28"/>
        </w:rPr>
        <w:t xml:space="preserve"> </w:t>
      </w:r>
      <w:proofErr w:type="spellStart"/>
      <w:r w:rsidRPr="00DA4513">
        <w:rPr>
          <w:rFonts w:asciiTheme="minorHAnsi" w:eastAsiaTheme="majorEastAsia" w:hAnsiTheme="minorHAnsi" w:cstheme="majorBidi"/>
          <w:b/>
          <w:bCs/>
          <w:color w:val="6373BA"/>
          <w:sz w:val="28"/>
          <w:szCs w:val="28"/>
        </w:rPr>
        <w:t>výchovno-vzdelávací</w:t>
      </w:r>
      <w:proofErr w:type="spellEnd"/>
      <w:r w:rsidRPr="00DA4513">
        <w:rPr>
          <w:rFonts w:asciiTheme="minorHAnsi" w:eastAsiaTheme="majorEastAsia" w:hAnsiTheme="minorHAnsi" w:cstheme="majorBidi"/>
          <w:b/>
          <w:bCs/>
          <w:color w:val="6373BA"/>
          <w:sz w:val="28"/>
          <w:szCs w:val="28"/>
        </w:rPr>
        <w:t xml:space="preserve"> </w:t>
      </w:r>
      <w:proofErr w:type="spellStart"/>
      <w:r w:rsidRPr="00DA4513">
        <w:rPr>
          <w:rFonts w:asciiTheme="minorHAnsi" w:eastAsiaTheme="majorEastAsia" w:hAnsiTheme="minorHAnsi" w:cstheme="majorBidi"/>
          <w:b/>
          <w:bCs/>
          <w:color w:val="6373BA"/>
          <w:sz w:val="28"/>
          <w:szCs w:val="28"/>
        </w:rPr>
        <w:t>plán</w:t>
      </w:r>
      <w:proofErr w:type="spellEnd"/>
    </w:p>
    <w:p w14:paraId="1D43E6FE" w14:textId="77777777" w:rsidR="009B67ED" w:rsidRPr="00DA4513" w:rsidRDefault="009B67ED" w:rsidP="009B67ED">
      <w:pPr>
        <w:rPr>
          <w:rFonts w:asciiTheme="minorHAnsi" w:eastAsiaTheme="minorEastAsia" w:hAnsiTheme="minorHAnsi"/>
          <w:sz w:val="22"/>
        </w:rPr>
      </w:pPr>
    </w:p>
    <w:p w14:paraId="51017244" w14:textId="77777777" w:rsidR="009B67ED" w:rsidRPr="00DA4513" w:rsidRDefault="009B67ED" w:rsidP="009B67ED">
      <w:pPr>
        <w:rPr>
          <w:rFonts w:asciiTheme="minorHAnsi" w:eastAsiaTheme="minorEastAsia" w:hAnsiTheme="minorHAnsi"/>
          <w:sz w:val="22"/>
        </w:rPr>
      </w:pPr>
    </w:p>
    <w:p w14:paraId="3F898C4B" w14:textId="77777777" w:rsidR="009B67ED" w:rsidRPr="00DA4513" w:rsidRDefault="009B67ED" w:rsidP="009B67ED">
      <w:pPr>
        <w:rPr>
          <w:rFonts w:asciiTheme="minorHAnsi" w:eastAsiaTheme="minorEastAsia" w:hAnsiTheme="minorHAnsi"/>
          <w:sz w:val="22"/>
        </w:rPr>
      </w:pPr>
    </w:p>
    <w:p w14:paraId="1AD8012D" w14:textId="77777777" w:rsidR="009B67ED" w:rsidRPr="00DA4513" w:rsidRDefault="009B67ED" w:rsidP="009B67ED">
      <w:pPr>
        <w:rPr>
          <w:rFonts w:asciiTheme="minorHAnsi" w:eastAsiaTheme="minorEastAsia" w:hAnsiTheme="minorHAnsi"/>
          <w:sz w:val="22"/>
        </w:rPr>
      </w:pPr>
    </w:p>
    <w:p w14:paraId="6BB1CC59" w14:textId="77777777" w:rsidR="009B67ED" w:rsidRPr="00DA4513" w:rsidRDefault="009B67ED" w:rsidP="009B67ED">
      <w:pPr>
        <w:rPr>
          <w:rFonts w:asciiTheme="minorHAnsi" w:eastAsiaTheme="minorEastAsia" w:hAnsiTheme="minorHAnsi"/>
          <w:b/>
          <w:bCs/>
          <w:color w:val="6373BA"/>
          <w:sz w:val="22"/>
        </w:rPr>
      </w:pPr>
      <w:proofErr w:type="spellStart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>Vzdelávacia</w:t>
      </w:r>
      <w:proofErr w:type="spellEnd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 xml:space="preserve"> oblast:</w:t>
      </w:r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ab/>
      </w:r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ab/>
      </w:r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ab/>
      </w:r>
      <w:proofErr w:type="spellStart"/>
      <w:r w:rsidRPr="00DA4513">
        <w:rPr>
          <w:rFonts w:asciiTheme="minorHAnsi" w:eastAsiaTheme="minorEastAsia" w:hAnsiTheme="minorHAnsi"/>
          <w:b/>
          <w:bCs/>
          <w:sz w:val="22"/>
        </w:rPr>
        <w:t>Jazyk</w:t>
      </w:r>
      <w:proofErr w:type="spellEnd"/>
      <w:r w:rsidRPr="00DA4513">
        <w:rPr>
          <w:rFonts w:asciiTheme="minorHAnsi" w:eastAsiaTheme="minorEastAsia" w:hAnsiTheme="minorHAnsi"/>
          <w:b/>
          <w:bCs/>
          <w:sz w:val="22"/>
        </w:rPr>
        <w:t xml:space="preserve"> a </w:t>
      </w:r>
      <w:proofErr w:type="spellStart"/>
      <w:r w:rsidRPr="00DA4513">
        <w:rPr>
          <w:rFonts w:asciiTheme="minorHAnsi" w:eastAsiaTheme="minorEastAsia" w:hAnsiTheme="minorHAnsi"/>
          <w:b/>
          <w:bCs/>
          <w:sz w:val="22"/>
        </w:rPr>
        <w:t>komunikácia</w:t>
      </w:r>
      <w:proofErr w:type="spellEnd"/>
    </w:p>
    <w:p w14:paraId="1EF96A98" w14:textId="77777777" w:rsidR="009B67ED" w:rsidRPr="00DA4513" w:rsidRDefault="009B67ED" w:rsidP="009B67ED">
      <w:pPr>
        <w:rPr>
          <w:rFonts w:asciiTheme="minorHAnsi" w:eastAsiaTheme="minorEastAsia" w:hAnsiTheme="minorHAnsi"/>
          <w:b/>
          <w:bCs/>
          <w:color w:val="6373BA"/>
          <w:sz w:val="22"/>
        </w:rPr>
      </w:pPr>
      <w:proofErr w:type="spellStart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>Predmet</w:t>
      </w:r>
      <w:proofErr w:type="spellEnd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>:</w:t>
      </w:r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ab/>
      </w:r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ab/>
      </w:r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ab/>
      </w:r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ab/>
      </w:r>
      <w:proofErr w:type="spellStart"/>
      <w:r w:rsidRPr="00DA4513">
        <w:rPr>
          <w:rFonts w:asciiTheme="minorHAnsi" w:eastAsiaTheme="minorEastAsia" w:hAnsiTheme="minorHAnsi"/>
          <w:b/>
          <w:bCs/>
          <w:sz w:val="22"/>
        </w:rPr>
        <w:t>anglický</w:t>
      </w:r>
      <w:proofErr w:type="spellEnd"/>
      <w:r w:rsidRPr="00DA4513">
        <w:rPr>
          <w:rFonts w:asciiTheme="minorHAnsi" w:eastAsiaTheme="minorEastAsia" w:hAnsiTheme="minorHAnsi"/>
          <w:b/>
          <w:bCs/>
          <w:sz w:val="22"/>
        </w:rPr>
        <w:t xml:space="preserve"> </w:t>
      </w:r>
      <w:proofErr w:type="spellStart"/>
      <w:r w:rsidRPr="00DA4513">
        <w:rPr>
          <w:rFonts w:asciiTheme="minorHAnsi" w:eastAsiaTheme="minorEastAsia" w:hAnsiTheme="minorHAnsi"/>
          <w:b/>
          <w:bCs/>
          <w:sz w:val="22"/>
        </w:rPr>
        <w:t>jazyk</w:t>
      </w:r>
      <w:proofErr w:type="spellEnd"/>
    </w:p>
    <w:p w14:paraId="617B1139" w14:textId="77777777" w:rsidR="009B67ED" w:rsidRPr="00DA4513" w:rsidRDefault="009B67ED" w:rsidP="009B67ED">
      <w:pPr>
        <w:rPr>
          <w:rFonts w:asciiTheme="minorHAnsi" w:eastAsiaTheme="minorEastAsia" w:hAnsiTheme="minorHAnsi"/>
          <w:b/>
          <w:bCs/>
          <w:color w:val="6373BA"/>
          <w:sz w:val="22"/>
        </w:rPr>
      </w:pPr>
      <w:proofErr w:type="spellStart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>Ročník</w:t>
      </w:r>
      <w:proofErr w:type="spellEnd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>:</w:t>
      </w:r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ab/>
      </w:r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ab/>
      </w:r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ab/>
      </w:r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ab/>
      </w:r>
    </w:p>
    <w:p w14:paraId="4950A6E6" w14:textId="77777777" w:rsidR="009B67ED" w:rsidRPr="00DA4513" w:rsidRDefault="009B67ED" w:rsidP="009B67ED">
      <w:pPr>
        <w:rPr>
          <w:rFonts w:asciiTheme="minorHAnsi" w:eastAsiaTheme="minorEastAsia" w:hAnsiTheme="minorHAnsi"/>
          <w:b/>
          <w:bCs/>
          <w:color w:val="6373BA"/>
          <w:sz w:val="22"/>
        </w:rPr>
      </w:pPr>
      <w:proofErr w:type="spellStart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>Trieda</w:t>
      </w:r>
      <w:proofErr w:type="spellEnd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>:</w:t>
      </w:r>
    </w:p>
    <w:p w14:paraId="361FB4AD" w14:textId="018B4458" w:rsidR="009B67ED" w:rsidRPr="00DA4513" w:rsidRDefault="009B67ED" w:rsidP="009B67ED">
      <w:pPr>
        <w:rPr>
          <w:rFonts w:asciiTheme="minorHAnsi" w:eastAsiaTheme="minorEastAsia" w:hAnsiTheme="minorHAnsi"/>
          <w:color w:val="6373BA"/>
          <w:sz w:val="22"/>
          <w:lang w:val="en-GB"/>
        </w:rPr>
      </w:pPr>
      <w:proofErr w:type="spellStart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>Ročná</w:t>
      </w:r>
      <w:proofErr w:type="spellEnd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>/</w:t>
      </w:r>
      <w:proofErr w:type="spellStart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>týždenná</w:t>
      </w:r>
      <w:proofErr w:type="spellEnd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 xml:space="preserve"> </w:t>
      </w:r>
      <w:proofErr w:type="spellStart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>hodinová</w:t>
      </w:r>
      <w:proofErr w:type="spellEnd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 xml:space="preserve"> </w:t>
      </w:r>
      <w:proofErr w:type="spellStart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>dotácia</w:t>
      </w:r>
      <w:proofErr w:type="spellEnd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>:</w:t>
      </w:r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ab/>
      </w:r>
      <w:r>
        <w:rPr>
          <w:rFonts w:asciiTheme="minorHAnsi" w:eastAsiaTheme="minorEastAsia" w:hAnsiTheme="minorHAnsi"/>
          <w:b/>
          <w:bCs/>
          <w:sz w:val="22"/>
        </w:rPr>
        <w:t>1</w:t>
      </w:r>
      <w:r>
        <w:rPr>
          <w:rFonts w:asciiTheme="minorHAnsi" w:eastAsiaTheme="minorEastAsia" w:hAnsiTheme="minorHAnsi"/>
          <w:b/>
          <w:bCs/>
          <w:sz w:val="22"/>
        </w:rPr>
        <w:t>36</w:t>
      </w:r>
      <w:r>
        <w:rPr>
          <w:rFonts w:asciiTheme="minorHAnsi" w:eastAsiaTheme="minorEastAsia" w:hAnsiTheme="minorHAnsi"/>
          <w:b/>
          <w:bCs/>
          <w:sz w:val="22"/>
        </w:rPr>
        <w:t>/4</w:t>
      </w:r>
    </w:p>
    <w:p w14:paraId="796312A2" w14:textId="77777777" w:rsidR="009B67ED" w:rsidRPr="00DA4513" w:rsidRDefault="009B67ED" w:rsidP="009B67ED">
      <w:pPr>
        <w:rPr>
          <w:rFonts w:asciiTheme="minorHAnsi" w:eastAsiaTheme="minorEastAsia" w:hAnsiTheme="minorHAnsi"/>
          <w:b/>
          <w:bCs/>
          <w:color w:val="6373BA"/>
          <w:sz w:val="22"/>
        </w:rPr>
      </w:pPr>
      <w:proofErr w:type="spellStart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>Školský</w:t>
      </w:r>
      <w:proofErr w:type="spellEnd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 xml:space="preserve"> </w:t>
      </w:r>
      <w:proofErr w:type="spellStart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>rok</w:t>
      </w:r>
      <w:proofErr w:type="spellEnd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>:</w:t>
      </w:r>
    </w:p>
    <w:p w14:paraId="68CEBD1F" w14:textId="1391E177" w:rsidR="009B67ED" w:rsidRDefault="009B67ED" w:rsidP="009B67ED">
      <w:pPr>
        <w:rPr>
          <w:rFonts w:asciiTheme="minorHAnsi" w:eastAsiaTheme="minorEastAsia" w:hAnsiTheme="minorHAnsi"/>
          <w:b/>
          <w:bCs/>
          <w:color w:val="EE0000"/>
          <w:sz w:val="22"/>
        </w:rPr>
      </w:pPr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 xml:space="preserve">K </w:t>
      </w:r>
      <w:proofErr w:type="spellStart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>vypracovaniu</w:t>
      </w:r>
      <w:proofErr w:type="spellEnd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 xml:space="preserve"> bolo </w:t>
      </w:r>
      <w:proofErr w:type="spellStart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>použité</w:t>
      </w:r>
      <w:proofErr w:type="spellEnd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 xml:space="preserve">: </w:t>
      </w:r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ab/>
      </w:r>
      <w:r w:rsidRPr="00DA4513">
        <w:rPr>
          <w:rFonts w:asciiTheme="minorHAnsi" w:eastAsiaTheme="minorEastAsia" w:hAnsiTheme="minorHAnsi"/>
          <w:b/>
          <w:bCs/>
          <w:color w:val="EE0000"/>
          <w:sz w:val="22"/>
        </w:rPr>
        <w:t xml:space="preserve">Key Links </w:t>
      </w:r>
      <w:r>
        <w:rPr>
          <w:rFonts w:asciiTheme="minorHAnsi" w:eastAsiaTheme="minorEastAsia" w:hAnsiTheme="minorHAnsi"/>
          <w:b/>
          <w:bCs/>
          <w:color w:val="EE0000"/>
          <w:sz w:val="22"/>
        </w:rPr>
        <w:t>B2</w:t>
      </w:r>
      <w:r w:rsidRPr="00DA4513">
        <w:rPr>
          <w:rFonts w:asciiTheme="minorHAnsi" w:eastAsiaTheme="minorEastAsia" w:hAnsiTheme="minorHAnsi"/>
          <w:b/>
          <w:bCs/>
          <w:color w:val="EE0000"/>
          <w:sz w:val="22"/>
        </w:rPr>
        <w:t>, MM Publications</w:t>
      </w:r>
    </w:p>
    <w:p w14:paraId="4C3FFD85" w14:textId="77777777" w:rsidR="005B6ADD" w:rsidRDefault="005B6ADD" w:rsidP="005B6ADD"/>
    <w:p w14:paraId="0828D9F0" w14:textId="77777777" w:rsidR="009B67ED" w:rsidRDefault="009B67ED" w:rsidP="005B6ADD"/>
    <w:p w14:paraId="2A43A65B" w14:textId="77777777" w:rsidR="009B67ED" w:rsidRDefault="009B67ED" w:rsidP="005B6ADD"/>
    <w:p w14:paraId="5C159468" w14:textId="77777777" w:rsidR="009B67ED" w:rsidRDefault="009B67ED" w:rsidP="005B6ADD"/>
    <w:p w14:paraId="33DD0FC1" w14:textId="77777777" w:rsidR="005B6ADD" w:rsidRPr="005B6ADD" w:rsidRDefault="005B6ADD" w:rsidP="005B6ADD"/>
    <w:tbl>
      <w:tblPr>
        <w:tblStyle w:val="TableGrid"/>
        <w:tblW w:w="13575" w:type="dxa"/>
        <w:jc w:val="center"/>
        <w:tblLook w:val="04A0" w:firstRow="1" w:lastRow="0" w:firstColumn="1" w:lastColumn="0" w:noHBand="0" w:noVBand="1"/>
      </w:tblPr>
      <w:tblGrid>
        <w:gridCol w:w="865"/>
        <w:gridCol w:w="872"/>
        <w:gridCol w:w="1389"/>
        <w:gridCol w:w="2058"/>
        <w:gridCol w:w="2227"/>
        <w:gridCol w:w="1270"/>
        <w:gridCol w:w="1768"/>
        <w:gridCol w:w="1418"/>
        <w:gridCol w:w="1708"/>
      </w:tblGrid>
      <w:tr w:rsidR="009E544B" w14:paraId="2F7EC9F8" w14:textId="77777777" w:rsidTr="005B6ADD">
        <w:trPr>
          <w:trHeight w:val="670"/>
          <w:jc w:val="center"/>
        </w:trPr>
        <w:tc>
          <w:tcPr>
            <w:tcW w:w="865" w:type="dxa"/>
            <w:shd w:val="clear" w:color="auto" w:fill="FF66FF"/>
          </w:tcPr>
          <w:p w14:paraId="1A99BEA7" w14:textId="77777777" w:rsidR="009E544B" w:rsidRPr="005B6ADD" w:rsidRDefault="004E69B9">
            <w:pPr>
              <w:rPr>
                <w:b/>
                <w:bCs/>
                <w:color w:val="FFFFFF"/>
                <w:sz w:val="22"/>
              </w:rPr>
            </w:pPr>
            <w:proofErr w:type="spellStart"/>
            <w:r w:rsidRPr="005B6ADD">
              <w:rPr>
                <w:b/>
                <w:bCs/>
                <w:color w:val="FFFFFF"/>
                <w:sz w:val="22"/>
              </w:rPr>
              <w:lastRenderedPageBreak/>
              <w:t>Týždeň</w:t>
            </w:r>
            <w:proofErr w:type="spellEnd"/>
          </w:p>
        </w:tc>
        <w:tc>
          <w:tcPr>
            <w:tcW w:w="872" w:type="dxa"/>
            <w:shd w:val="clear" w:color="auto" w:fill="FF66FF"/>
          </w:tcPr>
          <w:p w14:paraId="1733D979" w14:textId="77777777" w:rsidR="009E544B" w:rsidRPr="005B6ADD" w:rsidRDefault="004E69B9">
            <w:pPr>
              <w:rPr>
                <w:b/>
                <w:bCs/>
                <w:color w:val="FFFFFF"/>
                <w:sz w:val="22"/>
              </w:rPr>
            </w:pPr>
            <w:r w:rsidRPr="005B6ADD">
              <w:rPr>
                <w:b/>
                <w:bCs/>
                <w:color w:val="FFFFFF"/>
                <w:sz w:val="22"/>
              </w:rPr>
              <w:t>Hodina</w:t>
            </w:r>
          </w:p>
        </w:tc>
        <w:tc>
          <w:tcPr>
            <w:tcW w:w="1389" w:type="dxa"/>
            <w:shd w:val="clear" w:color="auto" w:fill="FF66FF"/>
          </w:tcPr>
          <w:p w14:paraId="3B2AB167" w14:textId="77777777" w:rsidR="009E544B" w:rsidRPr="005B6ADD" w:rsidRDefault="004E69B9">
            <w:pPr>
              <w:rPr>
                <w:b/>
                <w:bCs/>
                <w:color w:val="FFFFFF"/>
                <w:sz w:val="22"/>
              </w:rPr>
            </w:pPr>
            <w:r w:rsidRPr="005B6ADD">
              <w:rPr>
                <w:b/>
                <w:bCs/>
                <w:color w:val="FFFFFF"/>
                <w:sz w:val="22"/>
              </w:rPr>
              <w:t>Lekcia</w:t>
            </w:r>
          </w:p>
        </w:tc>
        <w:tc>
          <w:tcPr>
            <w:tcW w:w="2058" w:type="dxa"/>
            <w:shd w:val="clear" w:color="auto" w:fill="FF66FF"/>
          </w:tcPr>
          <w:p w14:paraId="6FE489F7" w14:textId="77777777" w:rsidR="009E544B" w:rsidRPr="005B6ADD" w:rsidRDefault="004E69B9">
            <w:pPr>
              <w:rPr>
                <w:b/>
                <w:bCs/>
                <w:color w:val="FFFFFF"/>
                <w:sz w:val="22"/>
              </w:rPr>
            </w:pPr>
            <w:r w:rsidRPr="005B6ADD">
              <w:rPr>
                <w:b/>
                <w:bCs/>
                <w:color w:val="FFFFFF"/>
                <w:sz w:val="22"/>
              </w:rPr>
              <w:t>Téma hodiny - učivo</w:t>
            </w:r>
          </w:p>
        </w:tc>
        <w:tc>
          <w:tcPr>
            <w:tcW w:w="2227" w:type="dxa"/>
            <w:shd w:val="clear" w:color="auto" w:fill="FF66FF"/>
          </w:tcPr>
          <w:p w14:paraId="2D8DC8DC" w14:textId="77777777" w:rsidR="009E544B" w:rsidRPr="005B6ADD" w:rsidRDefault="004E69B9">
            <w:pPr>
              <w:rPr>
                <w:b/>
                <w:bCs/>
                <w:color w:val="FFFFFF"/>
                <w:sz w:val="22"/>
              </w:rPr>
            </w:pPr>
            <w:r w:rsidRPr="005B6ADD">
              <w:rPr>
                <w:b/>
                <w:bCs/>
                <w:color w:val="FFFFFF"/>
                <w:sz w:val="22"/>
              </w:rPr>
              <w:t>Funkcie a ciele hodiny (Študent vie/dokáže):</w:t>
            </w:r>
          </w:p>
        </w:tc>
        <w:tc>
          <w:tcPr>
            <w:tcW w:w="1270" w:type="dxa"/>
            <w:shd w:val="clear" w:color="auto" w:fill="FF66FF"/>
          </w:tcPr>
          <w:p w14:paraId="335F6AC7" w14:textId="77777777" w:rsidR="009E544B" w:rsidRPr="005B6ADD" w:rsidRDefault="004E69B9">
            <w:pPr>
              <w:rPr>
                <w:b/>
                <w:bCs/>
                <w:color w:val="FFFFFF"/>
                <w:sz w:val="22"/>
              </w:rPr>
            </w:pPr>
            <w:r w:rsidRPr="005B6ADD">
              <w:rPr>
                <w:b/>
                <w:bCs/>
                <w:color w:val="FFFFFF"/>
                <w:sz w:val="22"/>
              </w:rPr>
              <w:t>Gramatické štruktúry</w:t>
            </w:r>
          </w:p>
        </w:tc>
        <w:tc>
          <w:tcPr>
            <w:tcW w:w="1768" w:type="dxa"/>
            <w:shd w:val="clear" w:color="auto" w:fill="FF66FF"/>
          </w:tcPr>
          <w:p w14:paraId="6E901960" w14:textId="77777777" w:rsidR="009E544B" w:rsidRPr="005B6ADD" w:rsidRDefault="004E69B9">
            <w:pPr>
              <w:rPr>
                <w:b/>
                <w:bCs/>
                <w:color w:val="FFFFFF"/>
                <w:sz w:val="22"/>
              </w:rPr>
            </w:pPr>
            <w:r w:rsidRPr="005B6ADD">
              <w:rPr>
                <w:b/>
                <w:bCs/>
                <w:color w:val="FFFFFF"/>
                <w:sz w:val="22"/>
              </w:rPr>
              <w:t>Slovná zásoba</w:t>
            </w:r>
          </w:p>
        </w:tc>
        <w:tc>
          <w:tcPr>
            <w:tcW w:w="1418" w:type="dxa"/>
            <w:shd w:val="clear" w:color="auto" w:fill="FF66FF"/>
          </w:tcPr>
          <w:p w14:paraId="292A63D9" w14:textId="77777777" w:rsidR="009E544B" w:rsidRPr="005B6ADD" w:rsidRDefault="004E69B9">
            <w:pPr>
              <w:rPr>
                <w:b/>
                <w:bCs/>
                <w:color w:val="FFFFFF"/>
                <w:sz w:val="22"/>
              </w:rPr>
            </w:pPr>
            <w:r w:rsidRPr="005B6ADD">
              <w:rPr>
                <w:b/>
                <w:bCs/>
                <w:color w:val="FFFFFF"/>
                <w:sz w:val="22"/>
              </w:rPr>
              <w:t>Pomôcky a materiály</w:t>
            </w:r>
          </w:p>
        </w:tc>
        <w:tc>
          <w:tcPr>
            <w:tcW w:w="1708" w:type="dxa"/>
            <w:shd w:val="clear" w:color="auto" w:fill="FF66FF"/>
          </w:tcPr>
          <w:p w14:paraId="5A454BEE" w14:textId="77777777" w:rsidR="009E544B" w:rsidRPr="005B6ADD" w:rsidRDefault="004E69B9">
            <w:pPr>
              <w:rPr>
                <w:b/>
                <w:bCs/>
                <w:color w:val="FFFFFF"/>
                <w:sz w:val="22"/>
              </w:rPr>
            </w:pPr>
            <w:r w:rsidRPr="005B6ADD">
              <w:rPr>
                <w:b/>
                <w:bCs/>
                <w:color w:val="FFFFFF"/>
                <w:sz w:val="22"/>
              </w:rPr>
              <w:t>Kľúčové kompetencie</w:t>
            </w:r>
          </w:p>
        </w:tc>
      </w:tr>
      <w:tr w:rsidR="009E544B" w14:paraId="2FC5F8FD" w14:textId="77777777" w:rsidTr="005B6ADD">
        <w:trPr>
          <w:jc w:val="center"/>
        </w:trPr>
        <w:tc>
          <w:tcPr>
            <w:tcW w:w="865" w:type="dxa"/>
          </w:tcPr>
          <w:p w14:paraId="2E170723" w14:textId="77777777" w:rsidR="009E544B" w:rsidRDefault="004E69B9">
            <w:r>
              <w:t>1</w:t>
            </w:r>
          </w:p>
        </w:tc>
        <w:tc>
          <w:tcPr>
            <w:tcW w:w="872" w:type="dxa"/>
          </w:tcPr>
          <w:p w14:paraId="44798D9A" w14:textId="77777777" w:rsidR="009E544B" w:rsidRDefault="004E69B9">
            <w:r>
              <w:t>1</w:t>
            </w:r>
          </w:p>
        </w:tc>
        <w:tc>
          <w:tcPr>
            <w:tcW w:w="1389" w:type="dxa"/>
          </w:tcPr>
          <w:p w14:paraId="063A1627" w14:textId="77777777" w:rsidR="009E544B" w:rsidRDefault="004E69B9">
            <w:r>
              <w:t>Introduction to the school year</w:t>
            </w:r>
            <w:r>
              <w:br/>
              <w:t>Learning tips</w:t>
            </w:r>
          </w:p>
        </w:tc>
        <w:tc>
          <w:tcPr>
            <w:tcW w:w="2058" w:type="dxa"/>
          </w:tcPr>
          <w:p w14:paraId="7D709B66" w14:textId="77777777" w:rsidR="009E544B" w:rsidRDefault="004E69B9">
            <w:r>
              <w:t>Úvodná hodina, práca s učebnicou a jej komponentmi</w:t>
            </w:r>
          </w:p>
        </w:tc>
        <w:tc>
          <w:tcPr>
            <w:tcW w:w="2227" w:type="dxa"/>
          </w:tcPr>
          <w:p w14:paraId="640691F6" w14:textId="77777777" w:rsidR="009E544B" w:rsidRDefault="004E69B9">
            <w:r>
              <w:t>oboznámiť sa s obsahom učebnice a organizáciou práce v predmete</w:t>
            </w:r>
            <w:r>
              <w:br/>
              <w:t>rozvíjať stratégie efektívneho učenia sa cudzieho jazyka</w:t>
            </w:r>
            <w:r>
              <w:br/>
              <w:t>používať vhodné techniky sebahodnotenia</w:t>
            </w:r>
          </w:p>
        </w:tc>
        <w:tc>
          <w:tcPr>
            <w:tcW w:w="1270" w:type="dxa"/>
          </w:tcPr>
          <w:p w14:paraId="6B1A7896" w14:textId="77777777" w:rsidR="009E544B" w:rsidRDefault="009E544B"/>
        </w:tc>
        <w:tc>
          <w:tcPr>
            <w:tcW w:w="1768" w:type="dxa"/>
          </w:tcPr>
          <w:p w14:paraId="7190F3BF" w14:textId="77777777" w:rsidR="009E544B" w:rsidRDefault="009E544B"/>
        </w:tc>
        <w:tc>
          <w:tcPr>
            <w:tcW w:w="1418" w:type="dxa"/>
          </w:tcPr>
          <w:p w14:paraId="60E3DDE5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20C48F9B" w14:textId="77777777" w:rsidR="009E544B" w:rsidRDefault="004E69B9">
            <w:r>
              <w:t>samostatné učenie</w:t>
            </w:r>
          </w:p>
        </w:tc>
      </w:tr>
      <w:tr w:rsidR="009E544B" w14:paraId="6BED6CA1" w14:textId="77777777" w:rsidTr="005B6ADD">
        <w:trPr>
          <w:trHeight w:val="349"/>
          <w:jc w:val="center"/>
        </w:trPr>
        <w:tc>
          <w:tcPr>
            <w:tcW w:w="865" w:type="dxa"/>
          </w:tcPr>
          <w:p w14:paraId="58EDC6EB" w14:textId="77777777" w:rsidR="009E544B" w:rsidRDefault="009E544B"/>
        </w:tc>
        <w:tc>
          <w:tcPr>
            <w:tcW w:w="872" w:type="dxa"/>
          </w:tcPr>
          <w:p w14:paraId="34F50A60" w14:textId="77777777" w:rsidR="009E544B" w:rsidRDefault="009E544B"/>
        </w:tc>
        <w:tc>
          <w:tcPr>
            <w:tcW w:w="1389" w:type="dxa"/>
          </w:tcPr>
          <w:p w14:paraId="379BD905" w14:textId="77777777" w:rsidR="009E544B" w:rsidRDefault="009E544B"/>
        </w:tc>
        <w:tc>
          <w:tcPr>
            <w:tcW w:w="2058" w:type="dxa"/>
            <w:shd w:val="clear" w:color="auto" w:fill="FFFF00"/>
          </w:tcPr>
          <w:p w14:paraId="70E16DFA" w14:textId="77777777" w:rsidR="009E544B" w:rsidRPr="005B6ADD" w:rsidRDefault="004E69B9">
            <w:pPr>
              <w:rPr>
                <w:b/>
                <w:bCs/>
              </w:rPr>
            </w:pPr>
            <w:r w:rsidRPr="005B6ADD">
              <w:rPr>
                <w:b/>
                <w:bCs/>
              </w:rPr>
              <w:t>Module 1: Identity</w:t>
            </w:r>
          </w:p>
        </w:tc>
        <w:tc>
          <w:tcPr>
            <w:tcW w:w="2227" w:type="dxa"/>
            <w:shd w:val="clear" w:color="auto" w:fill="FFFF00"/>
          </w:tcPr>
          <w:p w14:paraId="134515DF" w14:textId="77777777" w:rsidR="009E544B" w:rsidRPr="005B6ADD" w:rsidRDefault="009E544B">
            <w:pPr>
              <w:rPr>
                <w:b/>
                <w:bCs/>
              </w:rPr>
            </w:pPr>
          </w:p>
        </w:tc>
        <w:tc>
          <w:tcPr>
            <w:tcW w:w="1270" w:type="dxa"/>
            <w:shd w:val="clear" w:color="auto" w:fill="FFFF00"/>
          </w:tcPr>
          <w:p w14:paraId="5C64BDD6" w14:textId="77777777" w:rsidR="009E544B" w:rsidRPr="005B6ADD" w:rsidRDefault="009E544B">
            <w:pPr>
              <w:rPr>
                <w:b/>
                <w:bCs/>
              </w:rPr>
            </w:pPr>
          </w:p>
        </w:tc>
        <w:tc>
          <w:tcPr>
            <w:tcW w:w="1768" w:type="dxa"/>
            <w:shd w:val="clear" w:color="auto" w:fill="FFFF00"/>
          </w:tcPr>
          <w:p w14:paraId="1FD3B2EE" w14:textId="77777777" w:rsidR="009E544B" w:rsidRPr="005B6ADD" w:rsidRDefault="009E544B">
            <w:pPr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FFFF00"/>
          </w:tcPr>
          <w:p w14:paraId="1784156D" w14:textId="77777777" w:rsidR="009E544B" w:rsidRPr="005B6ADD" w:rsidRDefault="009E544B">
            <w:pPr>
              <w:rPr>
                <w:b/>
                <w:bCs/>
              </w:rPr>
            </w:pPr>
          </w:p>
        </w:tc>
        <w:tc>
          <w:tcPr>
            <w:tcW w:w="1708" w:type="dxa"/>
            <w:shd w:val="clear" w:color="auto" w:fill="FFFF00"/>
          </w:tcPr>
          <w:p w14:paraId="4136BC95" w14:textId="77777777" w:rsidR="009E544B" w:rsidRPr="005B6ADD" w:rsidRDefault="009E544B">
            <w:pPr>
              <w:rPr>
                <w:b/>
                <w:bCs/>
              </w:rPr>
            </w:pPr>
          </w:p>
        </w:tc>
      </w:tr>
      <w:tr w:rsidR="009E544B" w14:paraId="7D5CE4D8" w14:textId="77777777" w:rsidTr="005B6ADD">
        <w:trPr>
          <w:jc w:val="center"/>
        </w:trPr>
        <w:tc>
          <w:tcPr>
            <w:tcW w:w="865" w:type="dxa"/>
          </w:tcPr>
          <w:p w14:paraId="0E6D47CA" w14:textId="77777777" w:rsidR="009E544B" w:rsidRDefault="009E544B"/>
        </w:tc>
        <w:tc>
          <w:tcPr>
            <w:tcW w:w="872" w:type="dxa"/>
          </w:tcPr>
          <w:p w14:paraId="1167C80F" w14:textId="77777777" w:rsidR="009E544B" w:rsidRDefault="004E69B9">
            <w:r>
              <w:t>2</w:t>
            </w:r>
          </w:p>
        </w:tc>
        <w:tc>
          <w:tcPr>
            <w:tcW w:w="1389" w:type="dxa"/>
          </w:tcPr>
          <w:p w14:paraId="5572995A" w14:textId="77777777" w:rsidR="009E544B" w:rsidRDefault="004E69B9">
            <w:r>
              <w:t>Cover page module 1</w:t>
            </w:r>
            <w:r>
              <w:br/>
              <w:t>1A (page 7-9)</w:t>
            </w:r>
          </w:p>
        </w:tc>
        <w:tc>
          <w:tcPr>
            <w:tcW w:w="2058" w:type="dxa"/>
          </w:tcPr>
          <w:p w14:paraId="2871EA7D" w14:textId="77777777" w:rsidR="009E544B" w:rsidRDefault="004E69B9">
            <w:r>
              <w:t>Čítanie s porozumením, slovná zásoba - synonymá, antonymá, slová s podobným významom,  parafrázovanie</w:t>
            </w:r>
          </w:p>
        </w:tc>
        <w:tc>
          <w:tcPr>
            <w:tcW w:w="2227" w:type="dxa"/>
          </w:tcPr>
          <w:p w14:paraId="353D7A41" w14:textId="77777777" w:rsidR="009E544B" w:rsidRDefault="004E69B9">
            <w:r>
              <w:t>oboznámiť sa s témou modulu a diskutovať o záľubách a záujmoch</w:t>
            </w:r>
            <w:r>
              <w:br/>
              <w:t>vyjadriť a zdôvodniť vlastný názor</w:t>
            </w:r>
            <w:r>
              <w:br/>
            </w:r>
            <w:r>
              <w:t>parafrázovať informácie a vyjadriť ich vlastnými slovami</w:t>
            </w:r>
          </w:p>
        </w:tc>
        <w:tc>
          <w:tcPr>
            <w:tcW w:w="1270" w:type="dxa"/>
          </w:tcPr>
          <w:p w14:paraId="1287D5F9" w14:textId="77777777" w:rsidR="009E544B" w:rsidRDefault="009E544B"/>
        </w:tc>
        <w:tc>
          <w:tcPr>
            <w:tcW w:w="1768" w:type="dxa"/>
          </w:tcPr>
          <w:p w14:paraId="00287A71" w14:textId="77777777" w:rsidR="009E544B" w:rsidRDefault="004E69B9">
            <w:r>
              <w:t>Synonyms, antonyms</w:t>
            </w:r>
            <w:r>
              <w:br/>
              <w:t>Verbs presenting attitudes and opinions</w:t>
            </w:r>
          </w:p>
        </w:tc>
        <w:tc>
          <w:tcPr>
            <w:tcW w:w="1418" w:type="dxa"/>
          </w:tcPr>
          <w:p w14:paraId="2BEDF162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6251F625" w14:textId="77777777" w:rsidR="009E544B" w:rsidRDefault="004E69B9">
            <w:r>
              <w:t>kritické myslenie, komunikácia, samostatné učenie, kreativita</w:t>
            </w:r>
            <w:r>
              <w:br/>
              <w:t>zdravie a kvalitný život, kvalitné vzdelávanie</w:t>
            </w:r>
          </w:p>
        </w:tc>
      </w:tr>
      <w:tr w:rsidR="009E544B" w14:paraId="5571F6A3" w14:textId="77777777" w:rsidTr="005B6ADD">
        <w:trPr>
          <w:jc w:val="center"/>
        </w:trPr>
        <w:tc>
          <w:tcPr>
            <w:tcW w:w="865" w:type="dxa"/>
          </w:tcPr>
          <w:p w14:paraId="6FC438E3" w14:textId="77777777" w:rsidR="009E544B" w:rsidRDefault="009E544B"/>
        </w:tc>
        <w:tc>
          <w:tcPr>
            <w:tcW w:w="872" w:type="dxa"/>
          </w:tcPr>
          <w:p w14:paraId="55C75792" w14:textId="77777777" w:rsidR="009E544B" w:rsidRDefault="004E69B9">
            <w:r>
              <w:t>3</w:t>
            </w:r>
          </w:p>
        </w:tc>
        <w:tc>
          <w:tcPr>
            <w:tcW w:w="1389" w:type="dxa"/>
          </w:tcPr>
          <w:p w14:paraId="5B7766A9" w14:textId="77777777" w:rsidR="009E544B" w:rsidRDefault="004E69B9">
            <w:r>
              <w:t>1A (page 10-11)</w:t>
            </w:r>
          </w:p>
        </w:tc>
        <w:tc>
          <w:tcPr>
            <w:tcW w:w="2058" w:type="dxa"/>
          </w:tcPr>
          <w:p w14:paraId="0EAA4D72" w14:textId="77777777" w:rsidR="009E544B" w:rsidRDefault="004E69B9">
            <w:r>
              <w:t>Gramatika - prítomné časy, stavové slovesá, Rozprávanie - rozhovor o záľubách a záujmoch, vyjadrenie preferencií</w:t>
            </w:r>
          </w:p>
        </w:tc>
        <w:tc>
          <w:tcPr>
            <w:tcW w:w="2227" w:type="dxa"/>
          </w:tcPr>
          <w:p w14:paraId="3669BF0B" w14:textId="77777777" w:rsidR="009E544B" w:rsidRDefault="004E69B9">
            <w:r>
              <w:t>rozlišovať používanie prítomného jednoduchého a priebehového času</w:t>
            </w:r>
            <w:r>
              <w:br/>
              <w:t>hovoriť o záľubách, voľnočasových aktivitách a rutinách</w:t>
            </w:r>
            <w:r>
              <w:br/>
              <w:t>vyjadriť obľubu, neobľubu a vlastný názor</w:t>
            </w:r>
          </w:p>
        </w:tc>
        <w:tc>
          <w:tcPr>
            <w:tcW w:w="1270" w:type="dxa"/>
          </w:tcPr>
          <w:p w14:paraId="11D2DE6B" w14:textId="77777777" w:rsidR="009E544B" w:rsidRDefault="004E69B9">
            <w:r>
              <w:t>Present Simple - Present Progressive</w:t>
            </w:r>
          </w:p>
        </w:tc>
        <w:tc>
          <w:tcPr>
            <w:tcW w:w="1768" w:type="dxa"/>
          </w:tcPr>
          <w:p w14:paraId="61AB650B" w14:textId="77777777" w:rsidR="009E544B" w:rsidRDefault="004E69B9">
            <w:r>
              <w:t>Phrases expressing likes and dislikes</w:t>
            </w:r>
            <w:r>
              <w:br/>
              <w:t>Free time, hobbies</w:t>
            </w:r>
          </w:p>
        </w:tc>
        <w:tc>
          <w:tcPr>
            <w:tcW w:w="1418" w:type="dxa"/>
          </w:tcPr>
          <w:p w14:paraId="07503D5A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2C4E5DD1" w14:textId="77777777" w:rsidR="009E544B" w:rsidRDefault="004E69B9">
            <w:r>
              <w:t>kritické myslenie, komunikácia, spolupráca, kreativita</w:t>
            </w:r>
          </w:p>
        </w:tc>
      </w:tr>
      <w:tr w:rsidR="009E544B" w14:paraId="4660D645" w14:textId="77777777" w:rsidTr="005B6ADD">
        <w:trPr>
          <w:jc w:val="center"/>
        </w:trPr>
        <w:tc>
          <w:tcPr>
            <w:tcW w:w="865" w:type="dxa"/>
          </w:tcPr>
          <w:p w14:paraId="100FB1A5" w14:textId="77777777" w:rsidR="009E544B" w:rsidRDefault="009E544B"/>
        </w:tc>
        <w:tc>
          <w:tcPr>
            <w:tcW w:w="872" w:type="dxa"/>
          </w:tcPr>
          <w:p w14:paraId="451EC608" w14:textId="77777777" w:rsidR="009E544B" w:rsidRDefault="004E69B9">
            <w:r>
              <w:t>4</w:t>
            </w:r>
          </w:p>
        </w:tc>
        <w:tc>
          <w:tcPr>
            <w:tcW w:w="1389" w:type="dxa"/>
          </w:tcPr>
          <w:p w14:paraId="489FF87F" w14:textId="77777777" w:rsidR="009E544B" w:rsidRDefault="004E69B9">
            <w:r>
              <w:t>1B (page 12-13)</w:t>
            </w:r>
          </w:p>
        </w:tc>
        <w:tc>
          <w:tcPr>
            <w:tcW w:w="2058" w:type="dxa"/>
          </w:tcPr>
          <w:p w14:paraId="3C0D06F0" w14:textId="77777777" w:rsidR="009E544B" w:rsidRDefault="004E69B9">
            <w:r>
              <w:t>Čítanie s porozumením  - priateľstvá</w:t>
            </w:r>
          </w:p>
        </w:tc>
        <w:tc>
          <w:tcPr>
            <w:tcW w:w="2227" w:type="dxa"/>
          </w:tcPr>
          <w:p w14:paraId="5AD0071E" w14:textId="77777777" w:rsidR="009E544B" w:rsidRDefault="004E69B9">
            <w:r>
              <w:t>porozumieť textu o priateľstve a medziľudských vzťahoch</w:t>
            </w:r>
            <w:r>
              <w:br/>
              <w:t>opísať charakterové vlastnosti ľudí</w:t>
            </w:r>
            <w:r>
              <w:br/>
              <w:t>vyjadriť a zdôvodniť vlastný názor</w:t>
            </w:r>
          </w:p>
        </w:tc>
        <w:tc>
          <w:tcPr>
            <w:tcW w:w="1270" w:type="dxa"/>
          </w:tcPr>
          <w:p w14:paraId="79ADF33F" w14:textId="77777777" w:rsidR="009E544B" w:rsidRDefault="009E544B"/>
        </w:tc>
        <w:tc>
          <w:tcPr>
            <w:tcW w:w="1768" w:type="dxa"/>
          </w:tcPr>
          <w:p w14:paraId="2159A090" w14:textId="77777777" w:rsidR="009E544B" w:rsidRDefault="004E69B9">
            <w:r>
              <w:t>Friendship</w:t>
            </w:r>
          </w:p>
        </w:tc>
        <w:tc>
          <w:tcPr>
            <w:tcW w:w="1418" w:type="dxa"/>
          </w:tcPr>
          <w:p w14:paraId="067184B7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4BFD1022" w14:textId="77777777" w:rsidR="009E544B" w:rsidRDefault="004E69B9">
            <w:r>
              <w:t>kritické myslenie, komunikácia, zdravie a kvalitný život</w:t>
            </w:r>
            <w:r>
              <w:br/>
              <w:t>rodová rovnosť</w:t>
            </w:r>
          </w:p>
        </w:tc>
      </w:tr>
      <w:tr w:rsidR="009E544B" w14:paraId="7080B895" w14:textId="77777777" w:rsidTr="005B6ADD">
        <w:trPr>
          <w:jc w:val="center"/>
        </w:trPr>
        <w:tc>
          <w:tcPr>
            <w:tcW w:w="865" w:type="dxa"/>
          </w:tcPr>
          <w:p w14:paraId="0C0900D1" w14:textId="77777777" w:rsidR="009E544B" w:rsidRDefault="004E69B9">
            <w:r>
              <w:t>2</w:t>
            </w:r>
          </w:p>
        </w:tc>
        <w:tc>
          <w:tcPr>
            <w:tcW w:w="872" w:type="dxa"/>
          </w:tcPr>
          <w:p w14:paraId="50710D0B" w14:textId="77777777" w:rsidR="009E544B" w:rsidRDefault="004E69B9">
            <w:r>
              <w:t>5</w:t>
            </w:r>
          </w:p>
        </w:tc>
        <w:tc>
          <w:tcPr>
            <w:tcW w:w="1389" w:type="dxa"/>
          </w:tcPr>
          <w:p w14:paraId="1C0E44E7" w14:textId="77777777" w:rsidR="009E544B" w:rsidRDefault="004E69B9">
            <w:r>
              <w:t>1B (page 14-15)</w:t>
            </w:r>
          </w:p>
        </w:tc>
        <w:tc>
          <w:tcPr>
            <w:tcW w:w="2058" w:type="dxa"/>
          </w:tcPr>
          <w:p w14:paraId="6A760697" w14:textId="77777777" w:rsidR="009E544B" w:rsidRDefault="004E69B9">
            <w:r>
              <w:t xml:space="preserve">Slovná zásoba - vzťahy, opis osoby – charakterové vlastnosti, Gramatika - predprítomný čas jednoduchý a </w:t>
            </w:r>
            <w:r>
              <w:lastRenderedPageBreak/>
              <w:t>priebehový</w:t>
            </w:r>
          </w:p>
        </w:tc>
        <w:tc>
          <w:tcPr>
            <w:tcW w:w="2227" w:type="dxa"/>
          </w:tcPr>
          <w:p w14:paraId="4CE7C34B" w14:textId="77777777" w:rsidR="009E544B" w:rsidRDefault="004E69B9">
            <w:r>
              <w:lastRenderedPageBreak/>
              <w:t>opísať osobu a jej charakterové vlastnosti</w:t>
            </w:r>
            <w:r>
              <w:br/>
              <w:t>používať predprítomný jednoduchý a priebehový čas</w:t>
            </w:r>
            <w:r>
              <w:br/>
              <w:t xml:space="preserve">prepájať minulé udalosti s </w:t>
            </w:r>
            <w:r>
              <w:lastRenderedPageBreak/>
              <w:t>prítomnosťou</w:t>
            </w:r>
          </w:p>
        </w:tc>
        <w:tc>
          <w:tcPr>
            <w:tcW w:w="1270" w:type="dxa"/>
          </w:tcPr>
          <w:p w14:paraId="723BF86C" w14:textId="77777777" w:rsidR="009E544B" w:rsidRDefault="004E69B9">
            <w:r>
              <w:lastRenderedPageBreak/>
              <w:t>Present Perfect Simple, Present Perfect Progressive</w:t>
            </w:r>
          </w:p>
        </w:tc>
        <w:tc>
          <w:tcPr>
            <w:tcW w:w="1768" w:type="dxa"/>
          </w:tcPr>
          <w:p w14:paraId="01B641D2" w14:textId="77777777" w:rsidR="009E544B" w:rsidRDefault="004E69B9">
            <w:r>
              <w:t>Relationships, Personality adjectives</w:t>
            </w:r>
          </w:p>
        </w:tc>
        <w:tc>
          <w:tcPr>
            <w:tcW w:w="1418" w:type="dxa"/>
          </w:tcPr>
          <w:p w14:paraId="4807CF0F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6E9F4E03" w14:textId="77777777" w:rsidR="009E544B" w:rsidRDefault="004E69B9">
            <w:r>
              <w:t>kritické myslenie, komunikácia, spolupráca, kreativita</w:t>
            </w:r>
          </w:p>
        </w:tc>
      </w:tr>
      <w:tr w:rsidR="009E544B" w14:paraId="313F3CCF" w14:textId="77777777" w:rsidTr="005B6ADD">
        <w:trPr>
          <w:jc w:val="center"/>
        </w:trPr>
        <w:tc>
          <w:tcPr>
            <w:tcW w:w="865" w:type="dxa"/>
          </w:tcPr>
          <w:p w14:paraId="153610C3" w14:textId="77777777" w:rsidR="009E544B" w:rsidRDefault="009E544B"/>
        </w:tc>
        <w:tc>
          <w:tcPr>
            <w:tcW w:w="872" w:type="dxa"/>
          </w:tcPr>
          <w:p w14:paraId="562DBA37" w14:textId="77777777" w:rsidR="009E544B" w:rsidRDefault="004E69B9">
            <w:r>
              <w:t>6</w:t>
            </w:r>
          </w:p>
        </w:tc>
        <w:tc>
          <w:tcPr>
            <w:tcW w:w="1389" w:type="dxa"/>
          </w:tcPr>
          <w:p w14:paraId="334DC4B8" w14:textId="77777777" w:rsidR="009E544B" w:rsidRDefault="004E69B9">
            <w:r>
              <w:t>1B (page 16)</w:t>
            </w:r>
          </w:p>
        </w:tc>
        <w:tc>
          <w:tcPr>
            <w:tcW w:w="2058" w:type="dxa"/>
          </w:tcPr>
          <w:p w14:paraId="4980A088" w14:textId="77777777" w:rsidR="009E544B" w:rsidRDefault="004E69B9">
            <w:r>
              <w:t>Počúvanie s porozumením, slovná zásoba - význam neznámych slov na základe kontextu</w:t>
            </w:r>
          </w:p>
        </w:tc>
        <w:tc>
          <w:tcPr>
            <w:tcW w:w="2227" w:type="dxa"/>
          </w:tcPr>
          <w:p w14:paraId="669B6B81" w14:textId="77777777" w:rsidR="009E544B" w:rsidRDefault="004E69B9">
            <w:r>
              <w:t>porozumieť hlavným informáciám v nahrávke</w:t>
            </w:r>
            <w:r>
              <w:br/>
              <w:t>odvodiť význam neznámych slov z kontextu</w:t>
            </w:r>
            <w:r>
              <w:br/>
              <w:t>používať slovnú zásobu súvisiacu s komunikáciou</w:t>
            </w:r>
          </w:p>
        </w:tc>
        <w:tc>
          <w:tcPr>
            <w:tcW w:w="1270" w:type="dxa"/>
          </w:tcPr>
          <w:p w14:paraId="7378157E" w14:textId="77777777" w:rsidR="009E544B" w:rsidRDefault="009E544B"/>
        </w:tc>
        <w:tc>
          <w:tcPr>
            <w:tcW w:w="1768" w:type="dxa"/>
          </w:tcPr>
          <w:p w14:paraId="60DD769C" w14:textId="77777777" w:rsidR="009E544B" w:rsidRDefault="004E69B9">
            <w:r>
              <w:t>Communication</w:t>
            </w:r>
          </w:p>
        </w:tc>
        <w:tc>
          <w:tcPr>
            <w:tcW w:w="1418" w:type="dxa"/>
          </w:tcPr>
          <w:p w14:paraId="2B1C37FB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749C74F1" w14:textId="77777777" w:rsidR="009E544B" w:rsidRDefault="004E69B9">
            <w:r>
              <w:t>kritické myslenie, komunikácia, spolupráca, kreativita</w:t>
            </w:r>
          </w:p>
        </w:tc>
      </w:tr>
      <w:tr w:rsidR="009E544B" w14:paraId="25365012" w14:textId="77777777" w:rsidTr="005B6ADD">
        <w:trPr>
          <w:jc w:val="center"/>
        </w:trPr>
        <w:tc>
          <w:tcPr>
            <w:tcW w:w="865" w:type="dxa"/>
          </w:tcPr>
          <w:p w14:paraId="620CA365" w14:textId="77777777" w:rsidR="009E544B" w:rsidRDefault="009E544B"/>
        </w:tc>
        <w:tc>
          <w:tcPr>
            <w:tcW w:w="872" w:type="dxa"/>
          </w:tcPr>
          <w:p w14:paraId="19E53D80" w14:textId="77777777" w:rsidR="009E544B" w:rsidRDefault="004E69B9">
            <w:r>
              <w:t>7</w:t>
            </w:r>
          </w:p>
        </w:tc>
        <w:tc>
          <w:tcPr>
            <w:tcW w:w="1389" w:type="dxa"/>
          </w:tcPr>
          <w:p w14:paraId="0A7508E2" w14:textId="77777777" w:rsidR="009E544B" w:rsidRDefault="004E69B9">
            <w:r>
              <w:t>1B (page 17)</w:t>
            </w:r>
          </w:p>
        </w:tc>
        <w:tc>
          <w:tcPr>
            <w:tcW w:w="2058" w:type="dxa"/>
          </w:tcPr>
          <w:p w14:paraId="46E26E1D" w14:textId="77777777" w:rsidR="009E544B" w:rsidRDefault="004E69B9">
            <w:r>
              <w:t>Rozprávanie - vyjadrenie názoru,  súhlasu/nesúhlasu</w:t>
            </w:r>
          </w:p>
        </w:tc>
        <w:tc>
          <w:tcPr>
            <w:tcW w:w="2227" w:type="dxa"/>
          </w:tcPr>
          <w:p w14:paraId="77A72839" w14:textId="77777777" w:rsidR="009E544B" w:rsidRDefault="004E69B9">
            <w:r>
              <w:t>požiadať o názor a vyjadriť vlastný názor</w:t>
            </w:r>
            <w:r>
              <w:br/>
              <w:t>vyjadriť súhlas, čiastočný súhlas a nesúhlas</w:t>
            </w:r>
            <w:r>
              <w:br/>
              <w:t>reagovať primerane v diskusii</w:t>
            </w:r>
          </w:p>
        </w:tc>
        <w:tc>
          <w:tcPr>
            <w:tcW w:w="1270" w:type="dxa"/>
          </w:tcPr>
          <w:p w14:paraId="62BEFCCE" w14:textId="77777777" w:rsidR="009E544B" w:rsidRDefault="009E544B"/>
        </w:tc>
        <w:tc>
          <w:tcPr>
            <w:tcW w:w="1768" w:type="dxa"/>
          </w:tcPr>
          <w:p w14:paraId="53F54C77" w14:textId="77777777" w:rsidR="009E544B" w:rsidRDefault="004E69B9">
            <w:r>
              <w:t>Communication</w:t>
            </w:r>
          </w:p>
        </w:tc>
        <w:tc>
          <w:tcPr>
            <w:tcW w:w="1418" w:type="dxa"/>
          </w:tcPr>
          <w:p w14:paraId="04836513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3FC93656" w14:textId="77777777" w:rsidR="009E544B" w:rsidRDefault="004E69B9">
            <w:r>
              <w:t>kritické myslenie, komunikácia, spolupráca, kreativita</w:t>
            </w:r>
          </w:p>
        </w:tc>
      </w:tr>
      <w:tr w:rsidR="009E544B" w14:paraId="540330C9" w14:textId="77777777" w:rsidTr="005B6ADD">
        <w:trPr>
          <w:jc w:val="center"/>
        </w:trPr>
        <w:tc>
          <w:tcPr>
            <w:tcW w:w="865" w:type="dxa"/>
          </w:tcPr>
          <w:p w14:paraId="2FAA7950" w14:textId="77777777" w:rsidR="009E544B" w:rsidRDefault="009E544B"/>
        </w:tc>
        <w:tc>
          <w:tcPr>
            <w:tcW w:w="872" w:type="dxa"/>
          </w:tcPr>
          <w:p w14:paraId="39FCC36F" w14:textId="77777777" w:rsidR="009E544B" w:rsidRDefault="004E69B9">
            <w:r>
              <w:t>8</w:t>
            </w:r>
          </w:p>
        </w:tc>
        <w:tc>
          <w:tcPr>
            <w:tcW w:w="1389" w:type="dxa"/>
          </w:tcPr>
          <w:p w14:paraId="30E25D34" w14:textId="77777777" w:rsidR="009E544B" w:rsidRDefault="004E69B9">
            <w:r>
              <w:t>1B (page 18-19)</w:t>
            </w:r>
          </w:p>
        </w:tc>
        <w:tc>
          <w:tcPr>
            <w:tcW w:w="2058" w:type="dxa"/>
          </w:tcPr>
          <w:p w14:paraId="771E7299" w14:textId="0686CB1D" w:rsidR="009E544B" w:rsidRDefault="004E69B9">
            <w:proofErr w:type="spellStart"/>
            <w:r>
              <w:t>Písanie</w:t>
            </w:r>
            <w:proofErr w:type="spellEnd"/>
            <w:r>
              <w:t xml:space="preserve"> - </w:t>
            </w:r>
            <w:proofErr w:type="spellStart"/>
            <w:r>
              <w:t>neformálny</w:t>
            </w:r>
            <w:proofErr w:type="spellEnd"/>
            <w:r>
              <w:t xml:space="preserve"> e</w:t>
            </w:r>
            <w:r w:rsidR="005B6ADD">
              <w:t>-</w:t>
            </w:r>
            <w:r>
              <w:t>mail</w:t>
            </w:r>
          </w:p>
        </w:tc>
        <w:tc>
          <w:tcPr>
            <w:tcW w:w="2227" w:type="dxa"/>
          </w:tcPr>
          <w:p w14:paraId="661F4832" w14:textId="77777777" w:rsidR="009E544B" w:rsidRDefault="004E69B9">
            <w:r>
              <w:t>identifikovať charakteristické znaky neformálneho e-mailu</w:t>
            </w:r>
            <w:r>
              <w:br/>
              <w:t>používať priame a nepriame otázky</w:t>
            </w:r>
            <w:r>
              <w:br/>
              <w:t>napísať neformálny e-mail s vhodnou štruktúrou a jazykovým registrom</w:t>
            </w:r>
          </w:p>
        </w:tc>
        <w:tc>
          <w:tcPr>
            <w:tcW w:w="1270" w:type="dxa"/>
          </w:tcPr>
          <w:p w14:paraId="5921A6AA" w14:textId="77777777" w:rsidR="009E544B" w:rsidRDefault="004E69B9">
            <w:r>
              <w:t>direct and indirect questions</w:t>
            </w:r>
          </w:p>
        </w:tc>
        <w:tc>
          <w:tcPr>
            <w:tcW w:w="1768" w:type="dxa"/>
          </w:tcPr>
          <w:p w14:paraId="7B03B54D" w14:textId="77777777" w:rsidR="009E544B" w:rsidRDefault="009E544B"/>
        </w:tc>
        <w:tc>
          <w:tcPr>
            <w:tcW w:w="1418" w:type="dxa"/>
          </w:tcPr>
          <w:p w14:paraId="584F3A3D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727A2C52" w14:textId="77777777" w:rsidR="009E544B" w:rsidRDefault="004E69B9">
            <w:r>
              <w:t>kritické myslenie, komunikácia, samostatné učenie, kreativita</w:t>
            </w:r>
            <w:r>
              <w:br/>
              <w:t>zdravie a kvalitný život</w:t>
            </w:r>
          </w:p>
        </w:tc>
      </w:tr>
      <w:tr w:rsidR="009E544B" w14:paraId="7BF2B856" w14:textId="77777777" w:rsidTr="005B6ADD">
        <w:trPr>
          <w:jc w:val="center"/>
        </w:trPr>
        <w:tc>
          <w:tcPr>
            <w:tcW w:w="865" w:type="dxa"/>
          </w:tcPr>
          <w:p w14:paraId="1973778C" w14:textId="77777777" w:rsidR="009E544B" w:rsidRDefault="004E69B9">
            <w:r>
              <w:t>3</w:t>
            </w:r>
          </w:p>
        </w:tc>
        <w:tc>
          <w:tcPr>
            <w:tcW w:w="872" w:type="dxa"/>
          </w:tcPr>
          <w:p w14:paraId="7DBDF83E" w14:textId="77777777" w:rsidR="009E544B" w:rsidRDefault="004E69B9">
            <w:r>
              <w:t>9</w:t>
            </w:r>
          </w:p>
        </w:tc>
        <w:tc>
          <w:tcPr>
            <w:tcW w:w="1389" w:type="dxa"/>
          </w:tcPr>
          <w:p w14:paraId="7BE9602D" w14:textId="77777777" w:rsidR="009E544B" w:rsidRDefault="004E69B9">
            <w:r>
              <w:t>1B (page 18-19)</w:t>
            </w:r>
          </w:p>
        </w:tc>
        <w:tc>
          <w:tcPr>
            <w:tcW w:w="2058" w:type="dxa"/>
          </w:tcPr>
          <w:p w14:paraId="431B8FB7" w14:textId="70123BA3" w:rsidR="009E544B" w:rsidRDefault="004E69B9">
            <w:proofErr w:type="spellStart"/>
            <w:r>
              <w:t>Písanie</w:t>
            </w:r>
            <w:proofErr w:type="spellEnd"/>
            <w:r>
              <w:t xml:space="preserve"> - </w:t>
            </w:r>
            <w:proofErr w:type="spellStart"/>
            <w:r>
              <w:t>neformálny</w:t>
            </w:r>
            <w:proofErr w:type="spellEnd"/>
            <w:r>
              <w:t xml:space="preserve"> e</w:t>
            </w:r>
            <w:r w:rsidR="005B6ADD">
              <w:t>-</w:t>
            </w:r>
            <w:r>
              <w:t>mail</w:t>
            </w:r>
          </w:p>
        </w:tc>
        <w:tc>
          <w:tcPr>
            <w:tcW w:w="2227" w:type="dxa"/>
          </w:tcPr>
          <w:p w14:paraId="13653294" w14:textId="77777777" w:rsidR="009E544B" w:rsidRDefault="004E69B9">
            <w:r>
              <w:t>identifikovať charakteristické znaky neformálneho e-mailu</w:t>
            </w:r>
            <w:r>
              <w:br/>
              <w:t>používať priame a nepriame otázky</w:t>
            </w:r>
            <w:r>
              <w:br/>
            </w:r>
            <w:r>
              <w:t>napísať neformálny e-mail s vhodnou štruktúrou a jazykovým registrom</w:t>
            </w:r>
          </w:p>
        </w:tc>
        <w:tc>
          <w:tcPr>
            <w:tcW w:w="1270" w:type="dxa"/>
          </w:tcPr>
          <w:p w14:paraId="2C521C1A" w14:textId="77777777" w:rsidR="009E544B" w:rsidRDefault="004E69B9">
            <w:r>
              <w:t>direct and indirect questions</w:t>
            </w:r>
          </w:p>
        </w:tc>
        <w:tc>
          <w:tcPr>
            <w:tcW w:w="1768" w:type="dxa"/>
          </w:tcPr>
          <w:p w14:paraId="650CDE18" w14:textId="77777777" w:rsidR="009E544B" w:rsidRDefault="009E544B"/>
        </w:tc>
        <w:tc>
          <w:tcPr>
            <w:tcW w:w="1418" w:type="dxa"/>
          </w:tcPr>
          <w:p w14:paraId="39B137F4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5EBC616F" w14:textId="77777777" w:rsidR="009E544B" w:rsidRDefault="004E69B9">
            <w:r>
              <w:t>kritické myslenie, komunikácia, samostatné učenie, kreativita</w:t>
            </w:r>
            <w:r>
              <w:br/>
              <w:t>zdravie a kvalitný život</w:t>
            </w:r>
          </w:p>
        </w:tc>
      </w:tr>
      <w:tr w:rsidR="009E544B" w14:paraId="790C2DCA" w14:textId="77777777" w:rsidTr="005B6ADD">
        <w:trPr>
          <w:jc w:val="center"/>
        </w:trPr>
        <w:tc>
          <w:tcPr>
            <w:tcW w:w="865" w:type="dxa"/>
          </w:tcPr>
          <w:p w14:paraId="2996B35B" w14:textId="77777777" w:rsidR="009E544B" w:rsidRDefault="009E544B"/>
        </w:tc>
        <w:tc>
          <w:tcPr>
            <w:tcW w:w="872" w:type="dxa"/>
          </w:tcPr>
          <w:p w14:paraId="156B6422" w14:textId="77777777" w:rsidR="009E544B" w:rsidRDefault="004E69B9">
            <w:r>
              <w:t>10</w:t>
            </w:r>
          </w:p>
        </w:tc>
        <w:tc>
          <w:tcPr>
            <w:tcW w:w="1389" w:type="dxa"/>
          </w:tcPr>
          <w:p w14:paraId="53ED170F" w14:textId="77777777" w:rsidR="009E544B" w:rsidRDefault="004E69B9">
            <w:r>
              <w:t>Review 1</w:t>
            </w:r>
            <w:r>
              <w:br/>
              <w:t>Self-evaluation</w:t>
            </w:r>
          </w:p>
        </w:tc>
        <w:tc>
          <w:tcPr>
            <w:tcW w:w="2058" w:type="dxa"/>
          </w:tcPr>
          <w:p w14:paraId="499A88D1" w14:textId="77777777" w:rsidR="009E544B" w:rsidRDefault="004E69B9">
            <w:r>
              <w:t>Zhrnutie učiva 1, Sebahodnotenie</w:t>
            </w:r>
          </w:p>
        </w:tc>
        <w:tc>
          <w:tcPr>
            <w:tcW w:w="2227" w:type="dxa"/>
          </w:tcPr>
          <w:p w14:paraId="487FA91F" w14:textId="77777777" w:rsidR="009E544B" w:rsidRDefault="004E69B9">
            <w:r>
              <w:t>zopakovať a upevniť učivo modulu</w:t>
            </w:r>
            <w:r>
              <w:br/>
              <w:t>používať osvojenú slovnú zásobu a gramatické štruktúry</w:t>
            </w:r>
            <w:r>
              <w:br/>
              <w:t>zhodnotiť vlastný pokrok v učení</w:t>
            </w:r>
          </w:p>
        </w:tc>
        <w:tc>
          <w:tcPr>
            <w:tcW w:w="1270" w:type="dxa"/>
          </w:tcPr>
          <w:p w14:paraId="6487D304" w14:textId="77777777" w:rsidR="009E544B" w:rsidRDefault="009E544B"/>
        </w:tc>
        <w:tc>
          <w:tcPr>
            <w:tcW w:w="1768" w:type="dxa"/>
          </w:tcPr>
          <w:p w14:paraId="49B7289A" w14:textId="77777777" w:rsidR="009E544B" w:rsidRDefault="009E544B"/>
        </w:tc>
        <w:tc>
          <w:tcPr>
            <w:tcW w:w="1418" w:type="dxa"/>
          </w:tcPr>
          <w:p w14:paraId="129D8838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407F91E1" w14:textId="77777777" w:rsidR="009E544B" w:rsidRDefault="004E69B9">
            <w:r>
              <w:t>kritické myslenie, samostatné učenie</w:t>
            </w:r>
          </w:p>
        </w:tc>
      </w:tr>
      <w:tr w:rsidR="009E544B" w14:paraId="457A2FD0" w14:textId="77777777" w:rsidTr="005B6ADD">
        <w:trPr>
          <w:jc w:val="center"/>
        </w:trPr>
        <w:tc>
          <w:tcPr>
            <w:tcW w:w="865" w:type="dxa"/>
          </w:tcPr>
          <w:p w14:paraId="6345A268" w14:textId="77777777" w:rsidR="009E544B" w:rsidRDefault="009E544B"/>
        </w:tc>
        <w:tc>
          <w:tcPr>
            <w:tcW w:w="872" w:type="dxa"/>
          </w:tcPr>
          <w:p w14:paraId="01744BB9" w14:textId="77777777" w:rsidR="009E544B" w:rsidRDefault="004E69B9">
            <w:r>
              <w:t>11</w:t>
            </w:r>
          </w:p>
        </w:tc>
        <w:tc>
          <w:tcPr>
            <w:tcW w:w="1389" w:type="dxa"/>
          </w:tcPr>
          <w:p w14:paraId="6589A6CF" w14:textId="77777777" w:rsidR="009E544B" w:rsidRDefault="004E69B9">
            <w:r>
              <w:t>Test</w:t>
            </w:r>
          </w:p>
        </w:tc>
        <w:tc>
          <w:tcPr>
            <w:tcW w:w="2058" w:type="dxa"/>
          </w:tcPr>
          <w:p w14:paraId="6CD152A7" w14:textId="77777777" w:rsidR="009E544B" w:rsidRDefault="004E69B9">
            <w:r>
              <w:t>Hodnotenie pokroku študentov</w:t>
            </w:r>
          </w:p>
        </w:tc>
        <w:tc>
          <w:tcPr>
            <w:tcW w:w="2227" w:type="dxa"/>
          </w:tcPr>
          <w:p w14:paraId="355CB4D9" w14:textId="77777777" w:rsidR="009E544B" w:rsidRDefault="004E69B9">
            <w:r>
              <w:t>preukázať úroveň osvojených vedomostí a zručností</w:t>
            </w:r>
            <w:r>
              <w:br/>
              <w:t>aplikovať získané jazykové vedomosti v testových úlohách</w:t>
            </w:r>
            <w:r>
              <w:br/>
            </w:r>
            <w:r>
              <w:lastRenderedPageBreak/>
              <w:t>preukázať porozumenie učivu modulu</w:t>
            </w:r>
          </w:p>
        </w:tc>
        <w:tc>
          <w:tcPr>
            <w:tcW w:w="1270" w:type="dxa"/>
          </w:tcPr>
          <w:p w14:paraId="4092BD20" w14:textId="77777777" w:rsidR="009E544B" w:rsidRDefault="009E544B"/>
        </w:tc>
        <w:tc>
          <w:tcPr>
            <w:tcW w:w="1768" w:type="dxa"/>
          </w:tcPr>
          <w:p w14:paraId="586E5BBA" w14:textId="77777777" w:rsidR="009E544B" w:rsidRDefault="009E544B"/>
        </w:tc>
        <w:tc>
          <w:tcPr>
            <w:tcW w:w="1418" w:type="dxa"/>
          </w:tcPr>
          <w:p w14:paraId="1CC1C604" w14:textId="77777777" w:rsidR="009E544B" w:rsidRDefault="004E69B9">
            <w:r>
              <w:t>Tests &amp; audio (downloadable from the Teacher’s assistant)</w:t>
            </w:r>
          </w:p>
        </w:tc>
        <w:tc>
          <w:tcPr>
            <w:tcW w:w="1708" w:type="dxa"/>
          </w:tcPr>
          <w:p w14:paraId="50D639F4" w14:textId="77777777" w:rsidR="009E544B" w:rsidRDefault="009E544B"/>
        </w:tc>
      </w:tr>
      <w:tr w:rsidR="009E544B" w14:paraId="126D6D8D" w14:textId="77777777" w:rsidTr="005B6ADD">
        <w:trPr>
          <w:jc w:val="center"/>
        </w:trPr>
        <w:tc>
          <w:tcPr>
            <w:tcW w:w="865" w:type="dxa"/>
          </w:tcPr>
          <w:p w14:paraId="7B892729" w14:textId="77777777" w:rsidR="009E544B" w:rsidRDefault="009E544B"/>
        </w:tc>
        <w:tc>
          <w:tcPr>
            <w:tcW w:w="872" w:type="dxa"/>
          </w:tcPr>
          <w:p w14:paraId="57B03F9D" w14:textId="77777777" w:rsidR="009E544B" w:rsidRDefault="009E544B"/>
        </w:tc>
        <w:tc>
          <w:tcPr>
            <w:tcW w:w="1389" w:type="dxa"/>
          </w:tcPr>
          <w:p w14:paraId="1F853D48" w14:textId="77777777" w:rsidR="009E544B" w:rsidRDefault="009E544B"/>
        </w:tc>
        <w:tc>
          <w:tcPr>
            <w:tcW w:w="2058" w:type="dxa"/>
            <w:shd w:val="clear" w:color="auto" w:fill="FFFF00"/>
          </w:tcPr>
          <w:p w14:paraId="558CC56D" w14:textId="77777777" w:rsidR="009E544B" w:rsidRPr="005B6ADD" w:rsidRDefault="004E69B9">
            <w:pPr>
              <w:rPr>
                <w:b/>
                <w:bCs/>
              </w:rPr>
            </w:pPr>
            <w:r w:rsidRPr="005B6ADD">
              <w:rPr>
                <w:b/>
                <w:bCs/>
              </w:rPr>
              <w:t>Module 2: Out of the blue!</w:t>
            </w:r>
          </w:p>
        </w:tc>
        <w:tc>
          <w:tcPr>
            <w:tcW w:w="2227" w:type="dxa"/>
            <w:shd w:val="clear" w:color="auto" w:fill="FFFF00"/>
          </w:tcPr>
          <w:p w14:paraId="147ED160" w14:textId="77777777" w:rsidR="009E544B" w:rsidRPr="005B6ADD" w:rsidRDefault="009E544B">
            <w:pPr>
              <w:rPr>
                <w:b/>
                <w:bCs/>
              </w:rPr>
            </w:pPr>
          </w:p>
        </w:tc>
        <w:tc>
          <w:tcPr>
            <w:tcW w:w="1270" w:type="dxa"/>
            <w:shd w:val="clear" w:color="auto" w:fill="FFFF00"/>
          </w:tcPr>
          <w:p w14:paraId="6032FD21" w14:textId="77777777" w:rsidR="009E544B" w:rsidRPr="005B6ADD" w:rsidRDefault="009E544B">
            <w:pPr>
              <w:rPr>
                <w:b/>
                <w:bCs/>
              </w:rPr>
            </w:pPr>
          </w:p>
        </w:tc>
        <w:tc>
          <w:tcPr>
            <w:tcW w:w="1768" w:type="dxa"/>
            <w:shd w:val="clear" w:color="auto" w:fill="FFFF00"/>
          </w:tcPr>
          <w:p w14:paraId="1F25D01B" w14:textId="77777777" w:rsidR="009E544B" w:rsidRPr="005B6ADD" w:rsidRDefault="009E544B">
            <w:pPr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FFFF00"/>
          </w:tcPr>
          <w:p w14:paraId="08AD4B9E" w14:textId="77777777" w:rsidR="009E544B" w:rsidRPr="005B6ADD" w:rsidRDefault="009E544B">
            <w:pPr>
              <w:rPr>
                <w:b/>
                <w:bCs/>
              </w:rPr>
            </w:pPr>
          </w:p>
        </w:tc>
        <w:tc>
          <w:tcPr>
            <w:tcW w:w="1708" w:type="dxa"/>
            <w:shd w:val="clear" w:color="auto" w:fill="FFFF00"/>
          </w:tcPr>
          <w:p w14:paraId="7B3A9B86" w14:textId="77777777" w:rsidR="009E544B" w:rsidRPr="005B6ADD" w:rsidRDefault="009E544B">
            <w:pPr>
              <w:rPr>
                <w:b/>
                <w:bCs/>
              </w:rPr>
            </w:pPr>
          </w:p>
        </w:tc>
      </w:tr>
      <w:tr w:rsidR="009E544B" w14:paraId="1CD19EC3" w14:textId="77777777" w:rsidTr="005B6ADD">
        <w:trPr>
          <w:jc w:val="center"/>
        </w:trPr>
        <w:tc>
          <w:tcPr>
            <w:tcW w:w="865" w:type="dxa"/>
          </w:tcPr>
          <w:p w14:paraId="0B107618" w14:textId="77777777" w:rsidR="009E544B" w:rsidRDefault="009E544B"/>
        </w:tc>
        <w:tc>
          <w:tcPr>
            <w:tcW w:w="872" w:type="dxa"/>
          </w:tcPr>
          <w:p w14:paraId="118F2F38" w14:textId="77777777" w:rsidR="009E544B" w:rsidRDefault="004E69B9">
            <w:r>
              <w:t>12</w:t>
            </w:r>
          </w:p>
        </w:tc>
        <w:tc>
          <w:tcPr>
            <w:tcW w:w="1389" w:type="dxa"/>
          </w:tcPr>
          <w:p w14:paraId="3D13292C" w14:textId="77777777" w:rsidR="009E544B" w:rsidRDefault="004E69B9">
            <w:r>
              <w:t>Cover page module 2</w:t>
            </w:r>
            <w:r>
              <w:br/>
              <w:t>2A (page 21-23)</w:t>
            </w:r>
          </w:p>
        </w:tc>
        <w:tc>
          <w:tcPr>
            <w:tcW w:w="2058" w:type="dxa"/>
          </w:tcPr>
          <w:p w14:paraId="231F4ECF" w14:textId="77777777" w:rsidR="009E544B" w:rsidRDefault="004E69B9">
            <w:r>
              <w:t>Počúvanie s porozumením, slovná zásoba - porozumieť nepriamo vyjadrenému významu</w:t>
            </w:r>
          </w:p>
        </w:tc>
        <w:tc>
          <w:tcPr>
            <w:tcW w:w="2227" w:type="dxa"/>
          </w:tcPr>
          <w:p w14:paraId="031F1C2B" w14:textId="77777777" w:rsidR="009E544B" w:rsidRDefault="004E69B9">
            <w:r>
              <w:t>oboznámiť sa s témou modulu</w:t>
            </w:r>
            <w:r>
              <w:br/>
            </w:r>
            <w:r>
              <w:t>porozumieť nepriamo vyjadrenému významu informácií</w:t>
            </w:r>
            <w:r>
              <w:br/>
              <w:t>rozvíjať schopnosť vyvodzovať závery na základe počutého a prečítaného textu</w:t>
            </w:r>
          </w:p>
        </w:tc>
        <w:tc>
          <w:tcPr>
            <w:tcW w:w="1270" w:type="dxa"/>
          </w:tcPr>
          <w:p w14:paraId="5B883D3D" w14:textId="77777777" w:rsidR="009E544B" w:rsidRDefault="009E544B"/>
        </w:tc>
        <w:tc>
          <w:tcPr>
            <w:tcW w:w="1768" w:type="dxa"/>
          </w:tcPr>
          <w:p w14:paraId="14A24008" w14:textId="77777777" w:rsidR="009E544B" w:rsidRDefault="004E69B9">
            <w:r>
              <w:t>Idioms</w:t>
            </w:r>
          </w:p>
        </w:tc>
        <w:tc>
          <w:tcPr>
            <w:tcW w:w="1418" w:type="dxa"/>
          </w:tcPr>
          <w:p w14:paraId="2F7F287B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3C40CBA7" w14:textId="77777777" w:rsidR="009E544B" w:rsidRDefault="004E69B9">
            <w:r>
              <w:t>kritické myslenie, komunikácia, spolupráca, samostatné učenie, digitálna gramotnosť, kreativita</w:t>
            </w:r>
            <w:r>
              <w:br/>
              <w:t>mediácia</w:t>
            </w:r>
          </w:p>
        </w:tc>
      </w:tr>
      <w:tr w:rsidR="009E544B" w14:paraId="3A5E2368" w14:textId="77777777" w:rsidTr="005B6ADD">
        <w:trPr>
          <w:jc w:val="center"/>
        </w:trPr>
        <w:tc>
          <w:tcPr>
            <w:tcW w:w="865" w:type="dxa"/>
          </w:tcPr>
          <w:p w14:paraId="30C45131" w14:textId="77777777" w:rsidR="009E544B" w:rsidRDefault="004E69B9">
            <w:r>
              <w:t>4</w:t>
            </w:r>
          </w:p>
        </w:tc>
        <w:tc>
          <w:tcPr>
            <w:tcW w:w="872" w:type="dxa"/>
          </w:tcPr>
          <w:p w14:paraId="766BA109" w14:textId="77777777" w:rsidR="009E544B" w:rsidRDefault="004E69B9">
            <w:r>
              <w:t>13</w:t>
            </w:r>
          </w:p>
        </w:tc>
        <w:tc>
          <w:tcPr>
            <w:tcW w:w="1389" w:type="dxa"/>
          </w:tcPr>
          <w:p w14:paraId="1A0DC71D" w14:textId="77777777" w:rsidR="009E544B" w:rsidRDefault="004E69B9">
            <w:r>
              <w:t>2A (page 24-25)</w:t>
            </w:r>
          </w:p>
        </w:tc>
        <w:tc>
          <w:tcPr>
            <w:tcW w:w="2058" w:type="dxa"/>
          </w:tcPr>
          <w:p w14:paraId="1D9C6C4B" w14:textId="77777777" w:rsidR="009E544B" w:rsidRDefault="004E69B9">
            <w:r>
              <w:t>Gramatika - minulé časy, used to, would. Rozprávanie - porovnávať podobnosti a rozdiely</w:t>
            </w:r>
          </w:p>
        </w:tc>
        <w:tc>
          <w:tcPr>
            <w:tcW w:w="2227" w:type="dxa"/>
          </w:tcPr>
          <w:p w14:paraId="14F33B09" w14:textId="77777777" w:rsidR="009E544B" w:rsidRDefault="004E69B9">
            <w:r>
              <w:t>rozprávať o minulých udalostiach a skúsenostiach</w:t>
            </w:r>
            <w:r>
              <w:br/>
              <w:t>používať minulé časy a väzby used to a would</w:t>
            </w:r>
            <w:r>
              <w:br/>
              <w:t>porovnávať situácie, vyslovovať domnienky a vyjadriť vlastný názor</w:t>
            </w:r>
          </w:p>
        </w:tc>
        <w:tc>
          <w:tcPr>
            <w:tcW w:w="1270" w:type="dxa"/>
          </w:tcPr>
          <w:p w14:paraId="522C8E2D" w14:textId="77777777" w:rsidR="009E544B" w:rsidRDefault="004E69B9">
            <w:r>
              <w:t>Past Simple, Past Progressive</w:t>
            </w:r>
            <w:r>
              <w:br/>
              <w:t>Used to, would</w:t>
            </w:r>
            <w:r>
              <w:br/>
              <w:t>Be/get used to</w:t>
            </w:r>
          </w:p>
        </w:tc>
        <w:tc>
          <w:tcPr>
            <w:tcW w:w="1768" w:type="dxa"/>
          </w:tcPr>
          <w:p w14:paraId="1257403F" w14:textId="77777777" w:rsidR="009E544B" w:rsidRDefault="004E69B9">
            <w:r>
              <w:t>Vocabulary related to adventure</w:t>
            </w:r>
          </w:p>
        </w:tc>
        <w:tc>
          <w:tcPr>
            <w:tcW w:w="1418" w:type="dxa"/>
          </w:tcPr>
          <w:p w14:paraId="384879F1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4F7AF036" w14:textId="77777777" w:rsidR="009E544B" w:rsidRDefault="004E69B9">
            <w:r>
              <w:t>kritické myslenie, komunikácia, spolupráca, kreativita</w:t>
            </w:r>
          </w:p>
        </w:tc>
      </w:tr>
      <w:tr w:rsidR="009E544B" w14:paraId="7F3CF0C3" w14:textId="77777777" w:rsidTr="005B6ADD">
        <w:trPr>
          <w:jc w:val="center"/>
        </w:trPr>
        <w:tc>
          <w:tcPr>
            <w:tcW w:w="865" w:type="dxa"/>
          </w:tcPr>
          <w:p w14:paraId="488113D0" w14:textId="77777777" w:rsidR="009E544B" w:rsidRDefault="009E544B"/>
        </w:tc>
        <w:tc>
          <w:tcPr>
            <w:tcW w:w="872" w:type="dxa"/>
          </w:tcPr>
          <w:p w14:paraId="1AE1F3E6" w14:textId="77777777" w:rsidR="009E544B" w:rsidRDefault="004E69B9">
            <w:r>
              <w:t>14</w:t>
            </w:r>
          </w:p>
        </w:tc>
        <w:tc>
          <w:tcPr>
            <w:tcW w:w="1389" w:type="dxa"/>
          </w:tcPr>
          <w:p w14:paraId="69567028" w14:textId="77777777" w:rsidR="009E544B" w:rsidRDefault="004E69B9">
            <w:r>
              <w:t>2B (page 26-27)</w:t>
            </w:r>
          </w:p>
        </w:tc>
        <w:tc>
          <w:tcPr>
            <w:tcW w:w="2058" w:type="dxa"/>
          </w:tcPr>
          <w:p w14:paraId="341991D0" w14:textId="77777777" w:rsidR="009E544B" w:rsidRDefault="004E69B9">
            <w:r>
              <w:t>Čítanie s porozumením</w:t>
            </w:r>
          </w:p>
        </w:tc>
        <w:tc>
          <w:tcPr>
            <w:tcW w:w="2227" w:type="dxa"/>
          </w:tcPr>
          <w:p w14:paraId="53FBA5E3" w14:textId="77777777" w:rsidR="009E544B" w:rsidRDefault="004E69B9">
            <w:r>
              <w:t>porozumieť hlavným myšlienkam a dôležitým informáciám v texte</w:t>
            </w:r>
            <w:r>
              <w:br/>
              <w:t>diskutovať o prečítanom texte</w:t>
            </w:r>
            <w:r>
              <w:br/>
              <w:t>vyjadriť a zdôvodniť vlastný názor</w:t>
            </w:r>
          </w:p>
        </w:tc>
        <w:tc>
          <w:tcPr>
            <w:tcW w:w="1270" w:type="dxa"/>
          </w:tcPr>
          <w:p w14:paraId="7817E0AF" w14:textId="77777777" w:rsidR="009E544B" w:rsidRDefault="009E544B"/>
        </w:tc>
        <w:tc>
          <w:tcPr>
            <w:tcW w:w="1768" w:type="dxa"/>
          </w:tcPr>
          <w:p w14:paraId="47139701" w14:textId="77777777" w:rsidR="009E544B" w:rsidRDefault="009E544B"/>
        </w:tc>
        <w:tc>
          <w:tcPr>
            <w:tcW w:w="1418" w:type="dxa"/>
          </w:tcPr>
          <w:p w14:paraId="5594DDE6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4B11A6E8" w14:textId="77777777" w:rsidR="009E544B" w:rsidRDefault="004E69B9">
            <w:r>
              <w:t>kritické myslenie, komunikácia, osobná a sociálna zodpovednosť</w:t>
            </w:r>
            <w:r>
              <w:br/>
              <w:t>mediácia</w:t>
            </w:r>
          </w:p>
        </w:tc>
      </w:tr>
      <w:tr w:rsidR="009E544B" w14:paraId="3A991EEF" w14:textId="77777777" w:rsidTr="005B6ADD">
        <w:trPr>
          <w:jc w:val="center"/>
        </w:trPr>
        <w:tc>
          <w:tcPr>
            <w:tcW w:w="865" w:type="dxa"/>
          </w:tcPr>
          <w:p w14:paraId="5FED6AEA" w14:textId="77777777" w:rsidR="009E544B" w:rsidRDefault="009E544B"/>
        </w:tc>
        <w:tc>
          <w:tcPr>
            <w:tcW w:w="872" w:type="dxa"/>
          </w:tcPr>
          <w:p w14:paraId="322B7970" w14:textId="77777777" w:rsidR="009E544B" w:rsidRDefault="004E69B9">
            <w:r>
              <w:t>15</w:t>
            </w:r>
          </w:p>
        </w:tc>
        <w:tc>
          <w:tcPr>
            <w:tcW w:w="1389" w:type="dxa"/>
          </w:tcPr>
          <w:p w14:paraId="48DE7CC7" w14:textId="77777777" w:rsidR="009E544B" w:rsidRDefault="004E69B9">
            <w:r>
              <w:t>2B (page 28)</w:t>
            </w:r>
          </w:p>
        </w:tc>
        <w:tc>
          <w:tcPr>
            <w:tcW w:w="2058" w:type="dxa"/>
          </w:tcPr>
          <w:p w14:paraId="1A65B5E3" w14:textId="77777777" w:rsidR="009E544B" w:rsidRDefault="004E69B9">
            <w:r>
              <w:t>Slovná zásoba súvisiaca s chôdzou, pozorovaním a komunikáciou, frázové slovesá</w:t>
            </w:r>
          </w:p>
        </w:tc>
        <w:tc>
          <w:tcPr>
            <w:tcW w:w="2227" w:type="dxa"/>
          </w:tcPr>
          <w:p w14:paraId="4AFF85E7" w14:textId="77777777" w:rsidR="009E544B" w:rsidRDefault="004E69B9">
            <w:r>
              <w:t>používať slovnú zásobu súvisiacu s chôdzou, pozorovaním a komunikáciou</w:t>
            </w:r>
            <w:r>
              <w:br/>
              <w:t>používať frázové slovesá s come v rôznych komunikačných situáciách</w:t>
            </w:r>
            <w:r>
              <w:br/>
              <w:t>porozumieť významu prirovnaní a vhodne ich používať</w:t>
            </w:r>
          </w:p>
        </w:tc>
        <w:tc>
          <w:tcPr>
            <w:tcW w:w="1270" w:type="dxa"/>
          </w:tcPr>
          <w:p w14:paraId="47C0D0D9" w14:textId="77777777" w:rsidR="009E544B" w:rsidRDefault="009E544B"/>
        </w:tc>
        <w:tc>
          <w:tcPr>
            <w:tcW w:w="1768" w:type="dxa"/>
          </w:tcPr>
          <w:p w14:paraId="4B18FE2E" w14:textId="77777777" w:rsidR="009E544B" w:rsidRDefault="004E69B9">
            <w:r>
              <w:t>Words connected to walking, looking, talking, gestures</w:t>
            </w:r>
            <w:r>
              <w:br/>
              <w:t>Phrasal verbs with come</w:t>
            </w:r>
            <w:r>
              <w:br/>
              <w:t>Similes</w:t>
            </w:r>
          </w:p>
        </w:tc>
        <w:tc>
          <w:tcPr>
            <w:tcW w:w="1418" w:type="dxa"/>
          </w:tcPr>
          <w:p w14:paraId="18DC1363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4DE08D4A" w14:textId="77777777" w:rsidR="009E544B" w:rsidRDefault="004E69B9">
            <w:r>
              <w:t>kritické myslenie, komunikácia, kreativita</w:t>
            </w:r>
          </w:p>
        </w:tc>
      </w:tr>
      <w:tr w:rsidR="009E544B" w14:paraId="4005F1D5" w14:textId="77777777" w:rsidTr="005B6ADD">
        <w:trPr>
          <w:jc w:val="center"/>
        </w:trPr>
        <w:tc>
          <w:tcPr>
            <w:tcW w:w="865" w:type="dxa"/>
          </w:tcPr>
          <w:p w14:paraId="1F448281" w14:textId="77777777" w:rsidR="009E544B" w:rsidRDefault="009E544B"/>
        </w:tc>
        <w:tc>
          <w:tcPr>
            <w:tcW w:w="872" w:type="dxa"/>
          </w:tcPr>
          <w:p w14:paraId="224F53E0" w14:textId="77777777" w:rsidR="009E544B" w:rsidRDefault="004E69B9">
            <w:r>
              <w:t>16</w:t>
            </w:r>
          </w:p>
        </w:tc>
        <w:tc>
          <w:tcPr>
            <w:tcW w:w="1389" w:type="dxa"/>
          </w:tcPr>
          <w:p w14:paraId="58517704" w14:textId="77777777" w:rsidR="009E544B" w:rsidRDefault="004E69B9">
            <w:r>
              <w:t>2B (page 29)</w:t>
            </w:r>
          </w:p>
        </w:tc>
        <w:tc>
          <w:tcPr>
            <w:tcW w:w="2058" w:type="dxa"/>
          </w:tcPr>
          <w:p w14:paraId="484FA899" w14:textId="77777777" w:rsidR="009E544B" w:rsidRDefault="004E69B9">
            <w:r>
              <w:t>Gramatika - predminulý čas jednoduchý a priebehový</w:t>
            </w:r>
          </w:p>
        </w:tc>
        <w:tc>
          <w:tcPr>
            <w:tcW w:w="2227" w:type="dxa"/>
          </w:tcPr>
          <w:p w14:paraId="3303CEBF" w14:textId="77777777" w:rsidR="009E544B" w:rsidRDefault="004E69B9">
            <w:r>
              <w:t>používať predminulý jednoduchý a priebehový čas</w:t>
            </w:r>
            <w:r>
              <w:br/>
              <w:t xml:space="preserve">chronologicky usporiadať </w:t>
            </w:r>
            <w:r>
              <w:lastRenderedPageBreak/>
              <w:t>minulé udalosti a deje</w:t>
            </w:r>
            <w:r>
              <w:br/>
              <w:t>používať frázové slovesá a rozlišovať významovo podobné slová</w:t>
            </w:r>
          </w:p>
        </w:tc>
        <w:tc>
          <w:tcPr>
            <w:tcW w:w="1270" w:type="dxa"/>
          </w:tcPr>
          <w:p w14:paraId="341F5512" w14:textId="77777777" w:rsidR="009E544B" w:rsidRDefault="004E69B9">
            <w:r>
              <w:lastRenderedPageBreak/>
              <w:t>Past Perfect Simple, Past Perfect Progressive</w:t>
            </w:r>
          </w:p>
        </w:tc>
        <w:tc>
          <w:tcPr>
            <w:tcW w:w="1768" w:type="dxa"/>
          </w:tcPr>
          <w:p w14:paraId="310F6BA8" w14:textId="77777777" w:rsidR="009E544B" w:rsidRDefault="009E544B"/>
        </w:tc>
        <w:tc>
          <w:tcPr>
            <w:tcW w:w="1418" w:type="dxa"/>
          </w:tcPr>
          <w:p w14:paraId="37A1D6E3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56BD878C" w14:textId="77777777" w:rsidR="009E544B" w:rsidRDefault="004E69B9">
            <w:r>
              <w:t>kritické myslenie, komunikácia, kreativita</w:t>
            </w:r>
          </w:p>
        </w:tc>
      </w:tr>
      <w:tr w:rsidR="009E544B" w14:paraId="083517BF" w14:textId="77777777" w:rsidTr="005B6ADD">
        <w:trPr>
          <w:jc w:val="center"/>
        </w:trPr>
        <w:tc>
          <w:tcPr>
            <w:tcW w:w="865" w:type="dxa"/>
          </w:tcPr>
          <w:p w14:paraId="3F1B4867" w14:textId="77777777" w:rsidR="009E544B" w:rsidRDefault="004E69B9">
            <w:r>
              <w:t>5</w:t>
            </w:r>
          </w:p>
        </w:tc>
        <w:tc>
          <w:tcPr>
            <w:tcW w:w="872" w:type="dxa"/>
          </w:tcPr>
          <w:p w14:paraId="14B570F6" w14:textId="77777777" w:rsidR="009E544B" w:rsidRDefault="004E69B9">
            <w:r>
              <w:t>17</w:t>
            </w:r>
          </w:p>
        </w:tc>
        <w:tc>
          <w:tcPr>
            <w:tcW w:w="1389" w:type="dxa"/>
          </w:tcPr>
          <w:p w14:paraId="0FBB432B" w14:textId="77777777" w:rsidR="009E544B" w:rsidRDefault="004E69B9">
            <w:r>
              <w:t>2B (page 30)</w:t>
            </w:r>
          </w:p>
        </w:tc>
        <w:tc>
          <w:tcPr>
            <w:tcW w:w="2058" w:type="dxa"/>
          </w:tcPr>
          <w:p w14:paraId="1E0C8C22" w14:textId="77777777" w:rsidR="009E544B" w:rsidRDefault="004E69B9">
            <w:r>
              <w:t>Slovná zásoba - prírodné katastrofy</w:t>
            </w:r>
          </w:p>
        </w:tc>
        <w:tc>
          <w:tcPr>
            <w:tcW w:w="2227" w:type="dxa"/>
          </w:tcPr>
          <w:p w14:paraId="6268C114" w14:textId="77777777" w:rsidR="009E544B" w:rsidRDefault="004E69B9">
            <w:r>
              <w:t>porozumieť slovnej zásobe z oblasti prírodných katastrof</w:t>
            </w:r>
            <w:r>
              <w:br/>
              <w:t>používať novú slovnú zásobu v kontexte</w:t>
            </w:r>
            <w:r>
              <w:br/>
              <w:t>sprostredkovať informácie získané z vizuálnych podnetov</w:t>
            </w:r>
          </w:p>
        </w:tc>
        <w:tc>
          <w:tcPr>
            <w:tcW w:w="1270" w:type="dxa"/>
          </w:tcPr>
          <w:p w14:paraId="67C3F61A" w14:textId="77777777" w:rsidR="009E544B" w:rsidRDefault="009E544B"/>
        </w:tc>
        <w:tc>
          <w:tcPr>
            <w:tcW w:w="1768" w:type="dxa"/>
          </w:tcPr>
          <w:p w14:paraId="63C53B7B" w14:textId="77777777" w:rsidR="009E544B" w:rsidRDefault="004E69B9">
            <w:r>
              <w:t>Natural disasters</w:t>
            </w:r>
          </w:p>
        </w:tc>
        <w:tc>
          <w:tcPr>
            <w:tcW w:w="1418" w:type="dxa"/>
          </w:tcPr>
          <w:p w14:paraId="2087B713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11872221" w14:textId="77777777" w:rsidR="009E544B" w:rsidRDefault="004E69B9">
            <w:r>
              <w:t>kritické myslenie, komunikácia, spolupráca, kreativita</w:t>
            </w:r>
            <w:r>
              <w:br/>
              <w:t>mediácia</w:t>
            </w:r>
          </w:p>
        </w:tc>
      </w:tr>
      <w:tr w:rsidR="009E544B" w14:paraId="30925A8F" w14:textId="77777777" w:rsidTr="005B6ADD">
        <w:trPr>
          <w:jc w:val="center"/>
        </w:trPr>
        <w:tc>
          <w:tcPr>
            <w:tcW w:w="865" w:type="dxa"/>
          </w:tcPr>
          <w:p w14:paraId="77DC9FFF" w14:textId="77777777" w:rsidR="009E544B" w:rsidRDefault="009E544B"/>
        </w:tc>
        <w:tc>
          <w:tcPr>
            <w:tcW w:w="872" w:type="dxa"/>
          </w:tcPr>
          <w:p w14:paraId="65F300E1" w14:textId="77777777" w:rsidR="009E544B" w:rsidRDefault="004E69B9">
            <w:r>
              <w:t>18</w:t>
            </w:r>
          </w:p>
        </w:tc>
        <w:tc>
          <w:tcPr>
            <w:tcW w:w="1389" w:type="dxa"/>
          </w:tcPr>
          <w:p w14:paraId="3675B2B2" w14:textId="77777777" w:rsidR="009E544B" w:rsidRDefault="004E69B9">
            <w:r>
              <w:t>2B (page 31)</w:t>
            </w:r>
          </w:p>
        </w:tc>
        <w:tc>
          <w:tcPr>
            <w:tcW w:w="2058" w:type="dxa"/>
          </w:tcPr>
          <w:p w14:paraId="5C553346" w14:textId="77777777" w:rsidR="009E544B" w:rsidRDefault="004E69B9">
            <w:r>
              <w:t>Počúvanie s porozumením,  Porovnávanie fotografií, vyslovovanie domnienok a vyjadrenie názoru.</w:t>
            </w:r>
          </w:p>
        </w:tc>
        <w:tc>
          <w:tcPr>
            <w:tcW w:w="2227" w:type="dxa"/>
          </w:tcPr>
          <w:p w14:paraId="4B9CF1C0" w14:textId="77777777" w:rsidR="009E544B" w:rsidRDefault="004E69B9">
            <w:r>
              <w:t>porozumieť hlavným informáciám v nahrávke</w:t>
            </w:r>
            <w:r>
              <w:br/>
              <w:t>porovnávať fotografie a opísať zobrazené situácie</w:t>
            </w:r>
            <w:r>
              <w:br/>
              <w:t>vyslovovať domnienky a vyjadriť vlastný názor</w:t>
            </w:r>
          </w:p>
        </w:tc>
        <w:tc>
          <w:tcPr>
            <w:tcW w:w="1270" w:type="dxa"/>
          </w:tcPr>
          <w:p w14:paraId="5EF32D1D" w14:textId="77777777" w:rsidR="009E544B" w:rsidRDefault="009E544B"/>
        </w:tc>
        <w:tc>
          <w:tcPr>
            <w:tcW w:w="1768" w:type="dxa"/>
          </w:tcPr>
          <w:p w14:paraId="32168DA0" w14:textId="77777777" w:rsidR="009E544B" w:rsidRDefault="004E69B9">
            <w:r>
              <w:t>Natural disasters</w:t>
            </w:r>
          </w:p>
        </w:tc>
        <w:tc>
          <w:tcPr>
            <w:tcW w:w="1418" w:type="dxa"/>
          </w:tcPr>
          <w:p w14:paraId="2643EFAB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174E43F9" w14:textId="77777777" w:rsidR="009E544B" w:rsidRDefault="004E69B9">
            <w:r>
              <w:t>kritické myslenie, komunikácia, spolupráca, kreativita</w:t>
            </w:r>
            <w:r>
              <w:br/>
              <w:t>mediácia</w:t>
            </w:r>
          </w:p>
        </w:tc>
      </w:tr>
      <w:tr w:rsidR="009E544B" w14:paraId="47E2B6D5" w14:textId="77777777" w:rsidTr="005B6ADD">
        <w:trPr>
          <w:jc w:val="center"/>
        </w:trPr>
        <w:tc>
          <w:tcPr>
            <w:tcW w:w="865" w:type="dxa"/>
          </w:tcPr>
          <w:p w14:paraId="79A8F524" w14:textId="77777777" w:rsidR="009E544B" w:rsidRDefault="009E544B"/>
        </w:tc>
        <w:tc>
          <w:tcPr>
            <w:tcW w:w="872" w:type="dxa"/>
          </w:tcPr>
          <w:p w14:paraId="61D15412" w14:textId="77777777" w:rsidR="009E544B" w:rsidRDefault="004E69B9">
            <w:r>
              <w:t>19</w:t>
            </w:r>
          </w:p>
        </w:tc>
        <w:tc>
          <w:tcPr>
            <w:tcW w:w="1389" w:type="dxa"/>
          </w:tcPr>
          <w:p w14:paraId="36932941" w14:textId="77777777" w:rsidR="009E544B" w:rsidRDefault="004E69B9">
            <w:r>
              <w:t>2B (page 32-33)</w:t>
            </w:r>
          </w:p>
        </w:tc>
        <w:tc>
          <w:tcPr>
            <w:tcW w:w="2058" w:type="dxa"/>
          </w:tcPr>
          <w:p w14:paraId="46A27FF9" w14:textId="77777777" w:rsidR="009E544B" w:rsidRDefault="004E69B9">
            <w:r>
              <w:t>Písanie - príbeh</w:t>
            </w:r>
          </w:p>
        </w:tc>
        <w:tc>
          <w:tcPr>
            <w:tcW w:w="2227" w:type="dxa"/>
          </w:tcPr>
          <w:p w14:paraId="631459BB" w14:textId="77777777" w:rsidR="009E544B" w:rsidRDefault="004E69B9">
            <w:r>
              <w:t>chronologicky usporiadať udalosti a deje</w:t>
            </w:r>
            <w:r>
              <w:br/>
              <w:t>používať časové spojovacie výrazy</w:t>
            </w:r>
            <w:r>
              <w:br/>
              <w:t>napísať príbeh s využitím vhodných jazykových prostriedkov</w:t>
            </w:r>
          </w:p>
        </w:tc>
        <w:tc>
          <w:tcPr>
            <w:tcW w:w="1270" w:type="dxa"/>
          </w:tcPr>
          <w:p w14:paraId="1EC358D1" w14:textId="77777777" w:rsidR="009E544B" w:rsidRDefault="009E544B"/>
        </w:tc>
        <w:tc>
          <w:tcPr>
            <w:tcW w:w="1768" w:type="dxa"/>
          </w:tcPr>
          <w:p w14:paraId="47330365" w14:textId="77777777" w:rsidR="009E544B" w:rsidRDefault="004E69B9">
            <w:r>
              <w:t>Time linkers</w:t>
            </w:r>
          </w:p>
        </w:tc>
        <w:tc>
          <w:tcPr>
            <w:tcW w:w="1418" w:type="dxa"/>
          </w:tcPr>
          <w:p w14:paraId="0B161FBF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6ACCA4FF" w14:textId="77777777" w:rsidR="009E544B" w:rsidRDefault="004E69B9">
            <w:r>
              <w:t>kritické myslenie, komunikácia, kreativita</w:t>
            </w:r>
          </w:p>
        </w:tc>
      </w:tr>
      <w:tr w:rsidR="009E544B" w14:paraId="5D4CBD61" w14:textId="77777777" w:rsidTr="005B6ADD">
        <w:trPr>
          <w:jc w:val="center"/>
        </w:trPr>
        <w:tc>
          <w:tcPr>
            <w:tcW w:w="865" w:type="dxa"/>
          </w:tcPr>
          <w:p w14:paraId="5F8CEE4E" w14:textId="77777777" w:rsidR="009E544B" w:rsidRDefault="009E544B"/>
        </w:tc>
        <w:tc>
          <w:tcPr>
            <w:tcW w:w="872" w:type="dxa"/>
          </w:tcPr>
          <w:p w14:paraId="3C9F19E0" w14:textId="77777777" w:rsidR="009E544B" w:rsidRDefault="004E69B9">
            <w:r>
              <w:t>20</w:t>
            </w:r>
          </w:p>
        </w:tc>
        <w:tc>
          <w:tcPr>
            <w:tcW w:w="1389" w:type="dxa"/>
          </w:tcPr>
          <w:p w14:paraId="3EB083A9" w14:textId="77777777" w:rsidR="009E544B" w:rsidRDefault="004E69B9">
            <w:r>
              <w:t>2B (page 32-33)</w:t>
            </w:r>
          </w:p>
        </w:tc>
        <w:tc>
          <w:tcPr>
            <w:tcW w:w="2058" w:type="dxa"/>
          </w:tcPr>
          <w:p w14:paraId="14B7C9B5" w14:textId="77777777" w:rsidR="009E544B" w:rsidRDefault="004E69B9">
            <w:r>
              <w:t>Písanie - príbeh</w:t>
            </w:r>
          </w:p>
        </w:tc>
        <w:tc>
          <w:tcPr>
            <w:tcW w:w="2227" w:type="dxa"/>
          </w:tcPr>
          <w:p w14:paraId="69C1DA07" w14:textId="77777777" w:rsidR="009E544B" w:rsidRDefault="004E69B9">
            <w:r>
              <w:t>chronologicky usporiadať udalosti a deje</w:t>
            </w:r>
            <w:r>
              <w:br/>
              <w:t>používať časové spojovacie výrazy</w:t>
            </w:r>
            <w:r>
              <w:br/>
              <w:t>napísať príbeh s využitím vhodných jazykových prostriedkov</w:t>
            </w:r>
          </w:p>
        </w:tc>
        <w:tc>
          <w:tcPr>
            <w:tcW w:w="1270" w:type="dxa"/>
          </w:tcPr>
          <w:p w14:paraId="4CD61E00" w14:textId="77777777" w:rsidR="009E544B" w:rsidRDefault="009E544B"/>
        </w:tc>
        <w:tc>
          <w:tcPr>
            <w:tcW w:w="1768" w:type="dxa"/>
          </w:tcPr>
          <w:p w14:paraId="4D49CF93" w14:textId="77777777" w:rsidR="009E544B" w:rsidRDefault="004E69B9">
            <w:r>
              <w:t>Time linkers</w:t>
            </w:r>
          </w:p>
        </w:tc>
        <w:tc>
          <w:tcPr>
            <w:tcW w:w="1418" w:type="dxa"/>
          </w:tcPr>
          <w:p w14:paraId="23AD119F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4189C4B9" w14:textId="77777777" w:rsidR="009E544B" w:rsidRDefault="004E69B9">
            <w:r>
              <w:t>kritické myslenie, komunikácia, kreativita</w:t>
            </w:r>
          </w:p>
        </w:tc>
      </w:tr>
      <w:tr w:rsidR="009E544B" w14:paraId="02B28954" w14:textId="77777777" w:rsidTr="005B6ADD">
        <w:trPr>
          <w:jc w:val="center"/>
        </w:trPr>
        <w:tc>
          <w:tcPr>
            <w:tcW w:w="865" w:type="dxa"/>
          </w:tcPr>
          <w:p w14:paraId="640A19B6" w14:textId="77777777" w:rsidR="009E544B" w:rsidRDefault="004E69B9">
            <w:r>
              <w:t>6</w:t>
            </w:r>
          </w:p>
        </w:tc>
        <w:tc>
          <w:tcPr>
            <w:tcW w:w="872" w:type="dxa"/>
          </w:tcPr>
          <w:p w14:paraId="72895566" w14:textId="77777777" w:rsidR="009E544B" w:rsidRDefault="004E69B9">
            <w:r>
              <w:t>21</w:t>
            </w:r>
          </w:p>
        </w:tc>
        <w:tc>
          <w:tcPr>
            <w:tcW w:w="1389" w:type="dxa"/>
          </w:tcPr>
          <w:p w14:paraId="199E14AE" w14:textId="77777777" w:rsidR="009E544B" w:rsidRDefault="004E69B9">
            <w:r>
              <w:t>Review 2</w:t>
            </w:r>
            <w:r>
              <w:br/>
              <w:t>Self-evaluation</w:t>
            </w:r>
          </w:p>
        </w:tc>
        <w:tc>
          <w:tcPr>
            <w:tcW w:w="2058" w:type="dxa"/>
          </w:tcPr>
          <w:p w14:paraId="608C1CF8" w14:textId="77777777" w:rsidR="009E544B" w:rsidRDefault="004E69B9">
            <w:r>
              <w:t>Zhrnutie učiva 2, Sebahodnotenie</w:t>
            </w:r>
          </w:p>
        </w:tc>
        <w:tc>
          <w:tcPr>
            <w:tcW w:w="2227" w:type="dxa"/>
          </w:tcPr>
          <w:p w14:paraId="7A40340D" w14:textId="77777777" w:rsidR="009E544B" w:rsidRDefault="004E69B9">
            <w:r>
              <w:t>zopakovať a upevniť učivo modulu</w:t>
            </w:r>
            <w:r>
              <w:br/>
              <w:t>používať osvojenú slovnú zásobu a gramatické štruktúry</w:t>
            </w:r>
            <w:r>
              <w:br/>
              <w:t>zhodnotiť vlastný pokrok v učení</w:t>
            </w:r>
          </w:p>
        </w:tc>
        <w:tc>
          <w:tcPr>
            <w:tcW w:w="1270" w:type="dxa"/>
          </w:tcPr>
          <w:p w14:paraId="0C19CE63" w14:textId="77777777" w:rsidR="009E544B" w:rsidRDefault="009E544B"/>
        </w:tc>
        <w:tc>
          <w:tcPr>
            <w:tcW w:w="1768" w:type="dxa"/>
          </w:tcPr>
          <w:p w14:paraId="550F6296" w14:textId="77777777" w:rsidR="009E544B" w:rsidRDefault="009E544B"/>
        </w:tc>
        <w:tc>
          <w:tcPr>
            <w:tcW w:w="1418" w:type="dxa"/>
          </w:tcPr>
          <w:p w14:paraId="4A45FE4A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7A394900" w14:textId="77777777" w:rsidR="009E544B" w:rsidRDefault="004E69B9">
            <w:r>
              <w:t>kritické myslenie, samostatné učenie</w:t>
            </w:r>
          </w:p>
        </w:tc>
      </w:tr>
      <w:tr w:rsidR="009E544B" w14:paraId="66B860D8" w14:textId="77777777" w:rsidTr="005B6ADD">
        <w:trPr>
          <w:jc w:val="center"/>
        </w:trPr>
        <w:tc>
          <w:tcPr>
            <w:tcW w:w="865" w:type="dxa"/>
          </w:tcPr>
          <w:p w14:paraId="164B069A" w14:textId="77777777" w:rsidR="009E544B" w:rsidRDefault="009E544B"/>
        </w:tc>
        <w:tc>
          <w:tcPr>
            <w:tcW w:w="872" w:type="dxa"/>
          </w:tcPr>
          <w:p w14:paraId="5749066E" w14:textId="77777777" w:rsidR="009E544B" w:rsidRDefault="004E69B9">
            <w:r>
              <w:t>22</w:t>
            </w:r>
          </w:p>
        </w:tc>
        <w:tc>
          <w:tcPr>
            <w:tcW w:w="1389" w:type="dxa"/>
          </w:tcPr>
          <w:p w14:paraId="27889B8E" w14:textId="77777777" w:rsidR="009E544B" w:rsidRDefault="004E69B9">
            <w:r>
              <w:t>Exam practice modules 1-2</w:t>
            </w:r>
          </w:p>
        </w:tc>
        <w:tc>
          <w:tcPr>
            <w:tcW w:w="2058" w:type="dxa"/>
          </w:tcPr>
          <w:p w14:paraId="3EC45826" w14:textId="77777777" w:rsidR="009E544B" w:rsidRDefault="004E69B9">
            <w:r>
              <w:t>Práca s testovými úlohami – moduly 1–2</w:t>
            </w:r>
          </w:p>
        </w:tc>
        <w:tc>
          <w:tcPr>
            <w:tcW w:w="2227" w:type="dxa"/>
          </w:tcPr>
          <w:p w14:paraId="0D76812D" w14:textId="77777777" w:rsidR="009E544B" w:rsidRDefault="004E69B9">
            <w:r>
              <w:t>uplatniť stratégie riešenia testových úloh</w:t>
            </w:r>
            <w:r>
              <w:br/>
            </w:r>
            <w:r>
              <w:t xml:space="preserve">používať osvojené jazykové </w:t>
            </w:r>
            <w:r>
              <w:lastRenderedPageBreak/>
              <w:t>vedomosti a zručnosti v rôznych typoch úloh</w:t>
            </w:r>
            <w:r>
              <w:br/>
              <w:t>overiť si úroveň porozumenia a zvládnutia učiva modulov 1–2</w:t>
            </w:r>
          </w:p>
        </w:tc>
        <w:tc>
          <w:tcPr>
            <w:tcW w:w="1270" w:type="dxa"/>
          </w:tcPr>
          <w:p w14:paraId="164646E2" w14:textId="77777777" w:rsidR="009E544B" w:rsidRDefault="009E544B"/>
        </w:tc>
        <w:tc>
          <w:tcPr>
            <w:tcW w:w="1768" w:type="dxa"/>
          </w:tcPr>
          <w:p w14:paraId="211A1409" w14:textId="77777777" w:rsidR="009E544B" w:rsidRDefault="009E544B"/>
        </w:tc>
        <w:tc>
          <w:tcPr>
            <w:tcW w:w="1418" w:type="dxa"/>
          </w:tcPr>
          <w:p w14:paraId="007F5F23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3171683B" w14:textId="77777777" w:rsidR="009E544B" w:rsidRDefault="004E69B9">
            <w:r>
              <w:t>samostatné učenie</w:t>
            </w:r>
          </w:p>
        </w:tc>
      </w:tr>
      <w:tr w:rsidR="009E544B" w14:paraId="6DB3CA9F" w14:textId="77777777" w:rsidTr="005B6ADD">
        <w:trPr>
          <w:jc w:val="center"/>
        </w:trPr>
        <w:tc>
          <w:tcPr>
            <w:tcW w:w="865" w:type="dxa"/>
          </w:tcPr>
          <w:p w14:paraId="4A6839C3" w14:textId="77777777" w:rsidR="009E544B" w:rsidRDefault="009E544B"/>
        </w:tc>
        <w:tc>
          <w:tcPr>
            <w:tcW w:w="872" w:type="dxa"/>
          </w:tcPr>
          <w:p w14:paraId="1B7CD698" w14:textId="77777777" w:rsidR="009E544B" w:rsidRDefault="004E69B9">
            <w:r>
              <w:t>23</w:t>
            </w:r>
          </w:p>
        </w:tc>
        <w:tc>
          <w:tcPr>
            <w:tcW w:w="1389" w:type="dxa"/>
          </w:tcPr>
          <w:p w14:paraId="1F413626" w14:textId="77777777" w:rsidR="009E544B" w:rsidRDefault="004E69B9">
            <w:r>
              <w:t>Exam practice modules 1-2</w:t>
            </w:r>
          </w:p>
        </w:tc>
        <w:tc>
          <w:tcPr>
            <w:tcW w:w="2058" w:type="dxa"/>
          </w:tcPr>
          <w:p w14:paraId="23C71ABC" w14:textId="77777777" w:rsidR="009E544B" w:rsidRDefault="004E69B9">
            <w:r>
              <w:t>Práca s testovými úlohami – moduly 1–2</w:t>
            </w:r>
          </w:p>
        </w:tc>
        <w:tc>
          <w:tcPr>
            <w:tcW w:w="2227" w:type="dxa"/>
          </w:tcPr>
          <w:p w14:paraId="28596A5A" w14:textId="77777777" w:rsidR="009E544B" w:rsidRDefault="004E69B9">
            <w:r>
              <w:t>uplatniť stratégie riešenia testových úloh</w:t>
            </w:r>
            <w:r>
              <w:br/>
              <w:t>používať osvojené jazykové vedomosti a zručnosti v rôznych typoch úloh</w:t>
            </w:r>
            <w:r>
              <w:br/>
              <w:t>overiť si úroveň porozumenia a zvládnutia učiva modulov 1–2</w:t>
            </w:r>
          </w:p>
        </w:tc>
        <w:tc>
          <w:tcPr>
            <w:tcW w:w="1270" w:type="dxa"/>
          </w:tcPr>
          <w:p w14:paraId="0951C030" w14:textId="77777777" w:rsidR="009E544B" w:rsidRDefault="009E544B"/>
        </w:tc>
        <w:tc>
          <w:tcPr>
            <w:tcW w:w="1768" w:type="dxa"/>
          </w:tcPr>
          <w:p w14:paraId="20469B79" w14:textId="77777777" w:rsidR="009E544B" w:rsidRDefault="009E544B"/>
        </w:tc>
        <w:tc>
          <w:tcPr>
            <w:tcW w:w="1418" w:type="dxa"/>
          </w:tcPr>
          <w:p w14:paraId="4FC746F9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2AFAAC61" w14:textId="77777777" w:rsidR="009E544B" w:rsidRDefault="004E69B9">
            <w:r>
              <w:t>samostatné učenie</w:t>
            </w:r>
          </w:p>
        </w:tc>
      </w:tr>
      <w:tr w:rsidR="009E544B" w14:paraId="22A4C12A" w14:textId="77777777" w:rsidTr="005B6ADD">
        <w:trPr>
          <w:jc w:val="center"/>
        </w:trPr>
        <w:tc>
          <w:tcPr>
            <w:tcW w:w="865" w:type="dxa"/>
          </w:tcPr>
          <w:p w14:paraId="2571173F" w14:textId="77777777" w:rsidR="009E544B" w:rsidRDefault="009E544B"/>
        </w:tc>
        <w:tc>
          <w:tcPr>
            <w:tcW w:w="872" w:type="dxa"/>
          </w:tcPr>
          <w:p w14:paraId="7E958B7F" w14:textId="77777777" w:rsidR="009E544B" w:rsidRDefault="004E69B9">
            <w:r>
              <w:t>24</w:t>
            </w:r>
          </w:p>
        </w:tc>
        <w:tc>
          <w:tcPr>
            <w:tcW w:w="1389" w:type="dxa"/>
          </w:tcPr>
          <w:p w14:paraId="4A158F82" w14:textId="77777777" w:rsidR="009E544B" w:rsidRDefault="004E69B9">
            <w:r>
              <w:t>Exam practice modules 1-2</w:t>
            </w:r>
          </w:p>
        </w:tc>
        <w:tc>
          <w:tcPr>
            <w:tcW w:w="2058" w:type="dxa"/>
          </w:tcPr>
          <w:p w14:paraId="382F382E" w14:textId="77777777" w:rsidR="009E544B" w:rsidRDefault="004E69B9">
            <w:r>
              <w:t>Práca s testovými úlohami – moduly 1–2</w:t>
            </w:r>
          </w:p>
        </w:tc>
        <w:tc>
          <w:tcPr>
            <w:tcW w:w="2227" w:type="dxa"/>
          </w:tcPr>
          <w:p w14:paraId="068B2145" w14:textId="77777777" w:rsidR="009E544B" w:rsidRDefault="004E69B9">
            <w:r>
              <w:t>uplatniť stratégie riešenia testových úloh</w:t>
            </w:r>
            <w:r>
              <w:br/>
              <w:t>používať osvojené jazykové vedomosti a zručnosti v rôznych typoch úloh</w:t>
            </w:r>
            <w:r>
              <w:br/>
              <w:t>overiť si úroveň porozumenia a zvládnutia učiva modulov 1–2</w:t>
            </w:r>
          </w:p>
        </w:tc>
        <w:tc>
          <w:tcPr>
            <w:tcW w:w="1270" w:type="dxa"/>
          </w:tcPr>
          <w:p w14:paraId="2287FE67" w14:textId="77777777" w:rsidR="009E544B" w:rsidRDefault="009E544B"/>
        </w:tc>
        <w:tc>
          <w:tcPr>
            <w:tcW w:w="1768" w:type="dxa"/>
          </w:tcPr>
          <w:p w14:paraId="563780F2" w14:textId="77777777" w:rsidR="009E544B" w:rsidRDefault="009E544B"/>
        </w:tc>
        <w:tc>
          <w:tcPr>
            <w:tcW w:w="1418" w:type="dxa"/>
          </w:tcPr>
          <w:p w14:paraId="2A5AA15A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71ECC093" w14:textId="77777777" w:rsidR="009E544B" w:rsidRDefault="004E69B9">
            <w:r>
              <w:t>samostatné učenie</w:t>
            </w:r>
          </w:p>
        </w:tc>
      </w:tr>
      <w:tr w:rsidR="009E544B" w14:paraId="455AF019" w14:textId="77777777" w:rsidTr="005B6ADD">
        <w:trPr>
          <w:jc w:val="center"/>
        </w:trPr>
        <w:tc>
          <w:tcPr>
            <w:tcW w:w="865" w:type="dxa"/>
          </w:tcPr>
          <w:p w14:paraId="2593222E" w14:textId="77777777" w:rsidR="009E544B" w:rsidRDefault="004E69B9">
            <w:r>
              <w:t>7</w:t>
            </w:r>
          </w:p>
        </w:tc>
        <w:tc>
          <w:tcPr>
            <w:tcW w:w="872" w:type="dxa"/>
          </w:tcPr>
          <w:p w14:paraId="189301D9" w14:textId="77777777" w:rsidR="009E544B" w:rsidRDefault="004E69B9">
            <w:r>
              <w:t>25</w:t>
            </w:r>
          </w:p>
        </w:tc>
        <w:tc>
          <w:tcPr>
            <w:tcW w:w="1389" w:type="dxa"/>
          </w:tcPr>
          <w:p w14:paraId="5ABAB214" w14:textId="77777777" w:rsidR="009E544B" w:rsidRDefault="004E69B9">
            <w:r>
              <w:t>Exam practice modules 1-2</w:t>
            </w:r>
          </w:p>
        </w:tc>
        <w:tc>
          <w:tcPr>
            <w:tcW w:w="2058" w:type="dxa"/>
          </w:tcPr>
          <w:p w14:paraId="474E97B6" w14:textId="77777777" w:rsidR="009E544B" w:rsidRDefault="004E69B9">
            <w:r>
              <w:t>Práca s testovými úlohami – moduly 1–2</w:t>
            </w:r>
          </w:p>
        </w:tc>
        <w:tc>
          <w:tcPr>
            <w:tcW w:w="2227" w:type="dxa"/>
          </w:tcPr>
          <w:p w14:paraId="2D1EF0EB" w14:textId="77777777" w:rsidR="009E544B" w:rsidRDefault="004E69B9">
            <w:r>
              <w:t>uplatniť stratégie riešenia testových úloh</w:t>
            </w:r>
            <w:r>
              <w:br/>
            </w:r>
            <w:r>
              <w:t>používať osvojené jazykové vedomosti a zručnosti v rôznych typoch úloh</w:t>
            </w:r>
            <w:r>
              <w:br/>
              <w:t>overiť si úroveň porozumenia a zvládnutia učiva modulov 1–2</w:t>
            </w:r>
          </w:p>
        </w:tc>
        <w:tc>
          <w:tcPr>
            <w:tcW w:w="1270" w:type="dxa"/>
          </w:tcPr>
          <w:p w14:paraId="170D2C02" w14:textId="77777777" w:rsidR="009E544B" w:rsidRDefault="009E544B"/>
        </w:tc>
        <w:tc>
          <w:tcPr>
            <w:tcW w:w="1768" w:type="dxa"/>
          </w:tcPr>
          <w:p w14:paraId="6F5E0AE3" w14:textId="77777777" w:rsidR="009E544B" w:rsidRDefault="009E544B"/>
        </w:tc>
        <w:tc>
          <w:tcPr>
            <w:tcW w:w="1418" w:type="dxa"/>
          </w:tcPr>
          <w:p w14:paraId="05D48F38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4687086C" w14:textId="77777777" w:rsidR="009E544B" w:rsidRDefault="004E69B9">
            <w:r>
              <w:t>samostatné učenie</w:t>
            </w:r>
            <w:r>
              <w:br/>
            </w:r>
          </w:p>
        </w:tc>
      </w:tr>
      <w:tr w:rsidR="009E544B" w14:paraId="631286EB" w14:textId="77777777" w:rsidTr="005B6ADD">
        <w:trPr>
          <w:jc w:val="center"/>
        </w:trPr>
        <w:tc>
          <w:tcPr>
            <w:tcW w:w="865" w:type="dxa"/>
          </w:tcPr>
          <w:p w14:paraId="4CB9D941" w14:textId="77777777" w:rsidR="009E544B" w:rsidRDefault="009E544B"/>
        </w:tc>
        <w:tc>
          <w:tcPr>
            <w:tcW w:w="872" w:type="dxa"/>
          </w:tcPr>
          <w:p w14:paraId="10D07B37" w14:textId="77777777" w:rsidR="009E544B" w:rsidRDefault="004E69B9">
            <w:r>
              <w:t>26</w:t>
            </w:r>
          </w:p>
        </w:tc>
        <w:tc>
          <w:tcPr>
            <w:tcW w:w="1389" w:type="dxa"/>
          </w:tcPr>
          <w:p w14:paraId="2913B656" w14:textId="77777777" w:rsidR="009E544B" w:rsidRDefault="004E69B9">
            <w:r>
              <w:t>Test</w:t>
            </w:r>
          </w:p>
        </w:tc>
        <w:tc>
          <w:tcPr>
            <w:tcW w:w="2058" w:type="dxa"/>
          </w:tcPr>
          <w:p w14:paraId="7446D469" w14:textId="77777777" w:rsidR="009E544B" w:rsidRDefault="004E69B9">
            <w:r>
              <w:t>Hodnotenie pokroku študentov</w:t>
            </w:r>
          </w:p>
        </w:tc>
        <w:tc>
          <w:tcPr>
            <w:tcW w:w="2227" w:type="dxa"/>
          </w:tcPr>
          <w:p w14:paraId="5C4FB1CF" w14:textId="77777777" w:rsidR="009E544B" w:rsidRDefault="004E69B9">
            <w:r>
              <w:t>preukázať úroveň osvojených vedomostí a zručností</w:t>
            </w:r>
            <w:r>
              <w:br/>
              <w:t>aplikovať získané jazykové vedomosti v testových úlohách</w:t>
            </w:r>
            <w:r>
              <w:br/>
              <w:t>preukázať porozumenie učivu modulu</w:t>
            </w:r>
          </w:p>
        </w:tc>
        <w:tc>
          <w:tcPr>
            <w:tcW w:w="1270" w:type="dxa"/>
          </w:tcPr>
          <w:p w14:paraId="7865412A" w14:textId="77777777" w:rsidR="009E544B" w:rsidRDefault="009E544B"/>
        </w:tc>
        <w:tc>
          <w:tcPr>
            <w:tcW w:w="1768" w:type="dxa"/>
          </w:tcPr>
          <w:p w14:paraId="5F81E8D5" w14:textId="77777777" w:rsidR="009E544B" w:rsidRDefault="009E544B"/>
        </w:tc>
        <w:tc>
          <w:tcPr>
            <w:tcW w:w="1418" w:type="dxa"/>
          </w:tcPr>
          <w:p w14:paraId="15CE27E5" w14:textId="77777777" w:rsidR="009E544B" w:rsidRDefault="004E69B9">
            <w:r>
              <w:t>Tests &amp; audio (downloadable from the Teacher’s assistant)</w:t>
            </w:r>
          </w:p>
        </w:tc>
        <w:tc>
          <w:tcPr>
            <w:tcW w:w="1708" w:type="dxa"/>
          </w:tcPr>
          <w:p w14:paraId="20DD40FA" w14:textId="77777777" w:rsidR="009E544B" w:rsidRDefault="009E544B"/>
        </w:tc>
      </w:tr>
      <w:tr w:rsidR="009E544B" w14:paraId="69D8B839" w14:textId="77777777" w:rsidTr="005B6ADD">
        <w:trPr>
          <w:jc w:val="center"/>
        </w:trPr>
        <w:tc>
          <w:tcPr>
            <w:tcW w:w="865" w:type="dxa"/>
          </w:tcPr>
          <w:p w14:paraId="58CEC5E1" w14:textId="77777777" w:rsidR="009E544B" w:rsidRDefault="009E544B"/>
        </w:tc>
        <w:tc>
          <w:tcPr>
            <w:tcW w:w="872" w:type="dxa"/>
          </w:tcPr>
          <w:p w14:paraId="0F8A20C8" w14:textId="77777777" w:rsidR="009E544B" w:rsidRDefault="009E544B"/>
        </w:tc>
        <w:tc>
          <w:tcPr>
            <w:tcW w:w="1389" w:type="dxa"/>
          </w:tcPr>
          <w:p w14:paraId="41185C8B" w14:textId="77777777" w:rsidR="009E544B" w:rsidRDefault="009E544B"/>
        </w:tc>
        <w:tc>
          <w:tcPr>
            <w:tcW w:w="2058" w:type="dxa"/>
            <w:shd w:val="clear" w:color="auto" w:fill="FFFF00"/>
          </w:tcPr>
          <w:p w14:paraId="5EA309B3" w14:textId="77777777" w:rsidR="009E544B" w:rsidRPr="005B6ADD" w:rsidRDefault="004E69B9">
            <w:pPr>
              <w:rPr>
                <w:b/>
                <w:bCs/>
              </w:rPr>
            </w:pPr>
            <w:r w:rsidRPr="005B6ADD">
              <w:rPr>
                <w:b/>
                <w:bCs/>
              </w:rPr>
              <w:t>Module 3: Make a difference</w:t>
            </w:r>
          </w:p>
        </w:tc>
        <w:tc>
          <w:tcPr>
            <w:tcW w:w="2227" w:type="dxa"/>
            <w:shd w:val="clear" w:color="auto" w:fill="FFFF00"/>
          </w:tcPr>
          <w:p w14:paraId="2FB803A0" w14:textId="77777777" w:rsidR="009E544B" w:rsidRPr="005B6ADD" w:rsidRDefault="009E544B">
            <w:pPr>
              <w:rPr>
                <w:b/>
                <w:bCs/>
              </w:rPr>
            </w:pPr>
          </w:p>
        </w:tc>
        <w:tc>
          <w:tcPr>
            <w:tcW w:w="1270" w:type="dxa"/>
            <w:shd w:val="clear" w:color="auto" w:fill="FFFF00"/>
          </w:tcPr>
          <w:p w14:paraId="416FE4AC" w14:textId="77777777" w:rsidR="009E544B" w:rsidRPr="005B6ADD" w:rsidRDefault="009E544B">
            <w:pPr>
              <w:rPr>
                <w:b/>
                <w:bCs/>
              </w:rPr>
            </w:pPr>
          </w:p>
        </w:tc>
        <w:tc>
          <w:tcPr>
            <w:tcW w:w="1768" w:type="dxa"/>
            <w:shd w:val="clear" w:color="auto" w:fill="FFFF00"/>
          </w:tcPr>
          <w:p w14:paraId="7CA46243" w14:textId="77777777" w:rsidR="009E544B" w:rsidRPr="005B6ADD" w:rsidRDefault="009E544B">
            <w:pPr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FFFF00"/>
          </w:tcPr>
          <w:p w14:paraId="495AA4FE" w14:textId="77777777" w:rsidR="009E544B" w:rsidRPr="005B6ADD" w:rsidRDefault="009E544B">
            <w:pPr>
              <w:rPr>
                <w:b/>
                <w:bCs/>
              </w:rPr>
            </w:pPr>
          </w:p>
        </w:tc>
        <w:tc>
          <w:tcPr>
            <w:tcW w:w="1708" w:type="dxa"/>
            <w:shd w:val="clear" w:color="auto" w:fill="FFFF00"/>
          </w:tcPr>
          <w:p w14:paraId="35787978" w14:textId="77777777" w:rsidR="009E544B" w:rsidRPr="005B6ADD" w:rsidRDefault="009E544B">
            <w:pPr>
              <w:rPr>
                <w:b/>
                <w:bCs/>
              </w:rPr>
            </w:pPr>
          </w:p>
        </w:tc>
      </w:tr>
      <w:tr w:rsidR="009E544B" w14:paraId="52269CC3" w14:textId="77777777" w:rsidTr="005B6ADD">
        <w:trPr>
          <w:jc w:val="center"/>
        </w:trPr>
        <w:tc>
          <w:tcPr>
            <w:tcW w:w="865" w:type="dxa"/>
          </w:tcPr>
          <w:p w14:paraId="3A20556C" w14:textId="77777777" w:rsidR="009E544B" w:rsidRDefault="009E544B"/>
        </w:tc>
        <w:tc>
          <w:tcPr>
            <w:tcW w:w="872" w:type="dxa"/>
          </w:tcPr>
          <w:p w14:paraId="0579ED99" w14:textId="77777777" w:rsidR="009E544B" w:rsidRDefault="004E69B9">
            <w:r>
              <w:t>27</w:t>
            </w:r>
          </w:p>
        </w:tc>
        <w:tc>
          <w:tcPr>
            <w:tcW w:w="1389" w:type="dxa"/>
          </w:tcPr>
          <w:p w14:paraId="319CC67F" w14:textId="77777777" w:rsidR="009E544B" w:rsidRDefault="004E69B9">
            <w:r>
              <w:t>Cover page module 3</w:t>
            </w:r>
            <w:r>
              <w:br/>
              <w:t>3A (page 35-37)</w:t>
            </w:r>
          </w:p>
        </w:tc>
        <w:tc>
          <w:tcPr>
            <w:tcW w:w="2058" w:type="dxa"/>
          </w:tcPr>
          <w:p w14:paraId="6677CDA7" w14:textId="77777777" w:rsidR="009E544B" w:rsidRDefault="004E69B9">
            <w:r>
              <w:t>Čítanie s porozumením - Ochrana životného prostredia</w:t>
            </w:r>
          </w:p>
        </w:tc>
        <w:tc>
          <w:tcPr>
            <w:tcW w:w="2227" w:type="dxa"/>
          </w:tcPr>
          <w:p w14:paraId="1D195F81" w14:textId="77777777" w:rsidR="009E544B" w:rsidRDefault="004E69B9">
            <w:r>
              <w:t>oboznámiť sa s témou ochrany životného prostredia</w:t>
            </w:r>
            <w:r>
              <w:br/>
            </w:r>
            <w:r>
              <w:lastRenderedPageBreak/>
              <w:t>identifikovať kľúčové informácie v texte</w:t>
            </w:r>
            <w:r>
              <w:br/>
            </w:r>
            <w:r>
              <w:t>prepájať a porovnávať informácie z rôznych zdrojov</w:t>
            </w:r>
          </w:p>
        </w:tc>
        <w:tc>
          <w:tcPr>
            <w:tcW w:w="1270" w:type="dxa"/>
          </w:tcPr>
          <w:p w14:paraId="7171978D" w14:textId="77777777" w:rsidR="009E544B" w:rsidRDefault="009E544B"/>
        </w:tc>
        <w:tc>
          <w:tcPr>
            <w:tcW w:w="1768" w:type="dxa"/>
          </w:tcPr>
          <w:p w14:paraId="2DCFE533" w14:textId="77777777" w:rsidR="009E544B" w:rsidRDefault="004E69B9">
            <w:r>
              <w:t>Environment</w:t>
            </w:r>
          </w:p>
        </w:tc>
        <w:tc>
          <w:tcPr>
            <w:tcW w:w="1418" w:type="dxa"/>
          </w:tcPr>
          <w:p w14:paraId="1B989B70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488FDD39" w14:textId="77777777" w:rsidR="009E544B" w:rsidRDefault="004E69B9">
            <w:r>
              <w:t xml:space="preserve">kritické myslenie, komunikácia, spolupráca, </w:t>
            </w:r>
            <w:r>
              <w:lastRenderedPageBreak/>
              <w:t>samostatné učenie, digitálna gramotnosť</w:t>
            </w:r>
          </w:p>
        </w:tc>
      </w:tr>
      <w:tr w:rsidR="009E544B" w14:paraId="1ABACC17" w14:textId="77777777" w:rsidTr="005B6ADD">
        <w:trPr>
          <w:jc w:val="center"/>
        </w:trPr>
        <w:tc>
          <w:tcPr>
            <w:tcW w:w="865" w:type="dxa"/>
          </w:tcPr>
          <w:p w14:paraId="2E58C280" w14:textId="77777777" w:rsidR="009E544B" w:rsidRDefault="009E544B"/>
        </w:tc>
        <w:tc>
          <w:tcPr>
            <w:tcW w:w="872" w:type="dxa"/>
          </w:tcPr>
          <w:p w14:paraId="1E2A844A" w14:textId="77777777" w:rsidR="009E544B" w:rsidRDefault="004E69B9">
            <w:r>
              <w:t>28</w:t>
            </w:r>
          </w:p>
        </w:tc>
        <w:tc>
          <w:tcPr>
            <w:tcW w:w="1389" w:type="dxa"/>
          </w:tcPr>
          <w:p w14:paraId="6021D1EA" w14:textId="77777777" w:rsidR="009E544B" w:rsidRDefault="004E69B9">
            <w:r>
              <w:t>3A (page 38)</w:t>
            </w:r>
          </w:p>
        </w:tc>
        <w:tc>
          <w:tcPr>
            <w:tcW w:w="2058" w:type="dxa"/>
          </w:tcPr>
          <w:p w14:paraId="0C7EDF58" w14:textId="77777777" w:rsidR="009E544B" w:rsidRDefault="004E69B9">
            <w:r>
              <w:t>Gramatika - vzťažné vety</w:t>
            </w:r>
          </w:p>
        </w:tc>
        <w:tc>
          <w:tcPr>
            <w:tcW w:w="2227" w:type="dxa"/>
          </w:tcPr>
          <w:p w14:paraId="7A4AE491" w14:textId="77777777" w:rsidR="009E544B" w:rsidRDefault="004E69B9">
            <w:r>
              <w:t>používať vzťažné vety na doplnenie a spresnenie informácií</w:t>
            </w:r>
            <w:r>
              <w:br/>
              <w:t>opísať osoby, miesta, predmety a pojmy</w:t>
            </w:r>
            <w:r>
              <w:br/>
              <w:t>vyjadriť sa presne a zrozumiteľne pomocou vhodných jazykových prostriedkov</w:t>
            </w:r>
          </w:p>
        </w:tc>
        <w:tc>
          <w:tcPr>
            <w:tcW w:w="1270" w:type="dxa"/>
          </w:tcPr>
          <w:p w14:paraId="262F9852" w14:textId="77777777" w:rsidR="009E544B" w:rsidRDefault="004E69B9">
            <w:r>
              <w:t>Relative clauses</w:t>
            </w:r>
          </w:p>
        </w:tc>
        <w:tc>
          <w:tcPr>
            <w:tcW w:w="1768" w:type="dxa"/>
          </w:tcPr>
          <w:p w14:paraId="0AF34F32" w14:textId="77777777" w:rsidR="009E544B" w:rsidRDefault="004E69B9">
            <w:r>
              <w:t>well-being</w:t>
            </w:r>
          </w:p>
        </w:tc>
        <w:tc>
          <w:tcPr>
            <w:tcW w:w="1418" w:type="dxa"/>
          </w:tcPr>
          <w:p w14:paraId="3331D6A1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1A03B170" w14:textId="77777777" w:rsidR="009E544B" w:rsidRDefault="004E69B9">
            <w:r>
              <w:t>kritické myslenie, komunikácia, spolupráca, samostatné učenie, kreativita</w:t>
            </w:r>
            <w:r>
              <w:br/>
              <w:t>zdravie a kvalitný život</w:t>
            </w:r>
          </w:p>
        </w:tc>
      </w:tr>
      <w:tr w:rsidR="009E544B" w14:paraId="0B0CDA55" w14:textId="77777777" w:rsidTr="005B6ADD">
        <w:trPr>
          <w:jc w:val="center"/>
        </w:trPr>
        <w:tc>
          <w:tcPr>
            <w:tcW w:w="865" w:type="dxa"/>
          </w:tcPr>
          <w:p w14:paraId="0B343CE4" w14:textId="77777777" w:rsidR="009E544B" w:rsidRDefault="004E69B9">
            <w:r>
              <w:t>8</w:t>
            </w:r>
          </w:p>
        </w:tc>
        <w:tc>
          <w:tcPr>
            <w:tcW w:w="872" w:type="dxa"/>
          </w:tcPr>
          <w:p w14:paraId="6E10A295" w14:textId="77777777" w:rsidR="009E544B" w:rsidRDefault="004E69B9">
            <w:r>
              <w:t>29</w:t>
            </w:r>
          </w:p>
        </w:tc>
        <w:tc>
          <w:tcPr>
            <w:tcW w:w="1389" w:type="dxa"/>
          </w:tcPr>
          <w:p w14:paraId="0F3A3155" w14:textId="77777777" w:rsidR="009E544B" w:rsidRDefault="004E69B9">
            <w:r>
              <w:t>3A (page 39)</w:t>
            </w:r>
          </w:p>
        </w:tc>
        <w:tc>
          <w:tcPr>
            <w:tcW w:w="2058" w:type="dxa"/>
          </w:tcPr>
          <w:p w14:paraId="46833F74" w14:textId="77777777" w:rsidR="009E544B" w:rsidRDefault="004E69B9">
            <w:r>
              <w:t>Rozprávanie - riešenie problému a rozhodovanie</w:t>
            </w:r>
          </w:p>
        </w:tc>
        <w:tc>
          <w:tcPr>
            <w:tcW w:w="2227" w:type="dxa"/>
          </w:tcPr>
          <w:p w14:paraId="34261A1C" w14:textId="77777777" w:rsidR="009E544B" w:rsidRDefault="004E69B9">
            <w:r>
              <w:t>posudzovať rôzne možnosti riešenia problému</w:t>
            </w:r>
            <w:r>
              <w:br/>
            </w:r>
            <w:r>
              <w:t>identifikovať výhody a nevýhody jednotlivých možností</w:t>
            </w:r>
            <w:r>
              <w:br/>
              <w:t>rozhodnúť sa a zdôvodniť svoje rozhodnutie</w:t>
            </w:r>
          </w:p>
        </w:tc>
        <w:tc>
          <w:tcPr>
            <w:tcW w:w="1270" w:type="dxa"/>
          </w:tcPr>
          <w:p w14:paraId="34C47D43" w14:textId="77777777" w:rsidR="009E544B" w:rsidRDefault="009E544B"/>
        </w:tc>
        <w:tc>
          <w:tcPr>
            <w:tcW w:w="1768" w:type="dxa"/>
          </w:tcPr>
          <w:p w14:paraId="71064C0D" w14:textId="77777777" w:rsidR="009E544B" w:rsidRDefault="004E69B9">
            <w:r>
              <w:t>well-being</w:t>
            </w:r>
          </w:p>
        </w:tc>
        <w:tc>
          <w:tcPr>
            <w:tcW w:w="1418" w:type="dxa"/>
          </w:tcPr>
          <w:p w14:paraId="19A09153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3FF3E7B5" w14:textId="77777777" w:rsidR="009E544B" w:rsidRDefault="004E69B9">
            <w:r>
              <w:t>kritické myslenie, komunikácia, spolupráca, samostatné učenie, kreativita</w:t>
            </w:r>
            <w:r>
              <w:br/>
              <w:t>zdravie a kvalitný život</w:t>
            </w:r>
          </w:p>
        </w:tc>
      </w:tr>
      <w:tr w:rsidR="009E544B" w14:paraId="09AEB358" w14:textId="77777777" w:rsidTr="005B6ADD">
        <w:trPr>
          <w:jc w:val="center"/>
        </w:trPr>
        <w:tc>
          <w:tcPr>
            <w:tcW w:w="865" w:type="dxa"/>
          </w:tcPr>
          <w:p w14:paraId="07209E9D" w14:textId="77777777" w:rsidR="009E544B" w:rsidRDefault="009E544B"/>
        </w:tc>
        <w:tc>
          <w:tcPr>
            <w:tcW w:w="872" w:type="dxa"/>
          </w:tcPr>
          <w:p w14:paraId="09719533" w14:textId="77777777" w:rsidR="009E544B" w:rsidRDefault="004E69B9">
            <w:r>
              <w:t>30</w:t>
            </w:r>
          </w:p>
        </w:tc>
        <w:tc>
          <w:tcPr>
            <w:tcW w:w="1389" w:type="dxa"/>
          </w:tcPr>
          <w:p w14:paraId="657586CA" w14:textId="77777777" w:rsidR="009E544B" w:rsidRDefault="004E69B9">
            <w:r>
              <w:t>3B (page 40-41)</w:t>
            </w:r>
          </w:p>
        </w:tc>
        <w:tc>
          <w:tcPr>
            <w:tcW w:w="2058" w:type="dxa"/>
          </w:tcPr>
          <w:p w14:paraId="68C0D53D" w14:textId="77777777" w:rsidR="009E544B" w:rsidRDefault="004E69B9">
            <w:r>
              <w:t>Čítanie s porozumením - empatia, láskavosť a pomoc ľuďom v núdzi</w:t>
            </w:r>
          </w:p>
        </w:tc>
        <w:tc>
          <w:tcPr>
            <w:tcW w:w="2227" w:type="dxa"/>
          </w:tcPr>
          <w:p w14:paraId="48C1678A" w14:textId="77777777" w:rsidR="009E544B" w:rsidRDefault="004E69B9">
            <w:r>
              <w:t>porozumieť textu o empatii, láskavosti a pomoci ľuďom v núdzi</w:t>
            </w:r>
            <w:r>
              <w:br/>
              <w:t>diskutovať o danej téme a vyjadriť vlastný názor</w:t>
            </w:r>
            <w:r>
              <w:br/>
              <w:t>vyjadriť význam empatie a pomoci druhým</w:t>
            </w:r>
          </w:p>
        </w:tc>
        <w:tc>
          <w:tcPr>
            <w:tcW w:w="1270" w:type="dxa"/>
          </w:tcPr>
          <w:p w14:paraId="3EAE05EE" w14:textId="77777777" w:rsidR="009E544B" w:rsidRDefault="009E544B"/>
        </w:tc>
        <w:tc>
          <w:tcPr>
            <w:tcW w:w="1768" w:type="dxa"/>
          </w:tcPr>
          <w:p w14:paraId="35264B69" w14:textId="77777777" w:rsidR="009E544B" w:rsidRDefault="004E69B9">
            <w:r>
              <w:t>World kindness day</w:t>
            </w:r>
          </w:p>
        </w:tc>
        <w:tc>
          <w:tcPr>
            <w:tcW w:w="1418" w:type="dxa"/>
          </w:tcPr>
          <w:p w14:paraId="1927CDB8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270BC5C4" w14:textId="77777777" w:rsidR="009E544B" w:rsidRDefault="004E69B9">
            <w:r>
              <w:t>kritické myslenie, komunikácia, spolupráca</w:t>
            </w:r>
            <w:r>
              <w:br/>
              <w:t>žiadny hlad, žiadna chudoba, zníženie nerovností</w:t>
            </w:r>
          </w:p>
        </w:tc>
      </w:tr>
      <w:tr w:rsidR="009E544B" w14:paraId="27F301A5" w14:textId="77777777" w:rsidTr="005B6ADD">
        <w:trPr>
          <w:jc w:val="center"/>
        </w:trPr>
        <w:tc>
          <w:tcPr>
            <w:tcW w:w="865" w:type="dxa"/>
          </w:tcPr>
          <w:p w14:paraId="0E22E0DB" w14:textId="77777777" w:rsidR="009E544B" w:rsidRDefault="009E544B"/>
        </w:tc>
        <w:tc>
          <w:tcPr>
            <w:tcW w:w="872" w:type="dxa"/>
          </w:tcPr>
          <w:p w14:paraId="6B18F9A3" w14:textId="77777777" w:rsidR="009E544B" w:rsidRDefault="004E69B9">
            <w:r>
              <w:t>31</w:t>
            </w:r>
          </w:p>
        </w:tc>
        <w:tc>
          <w:tcPr>
            <w:tcW w:w="1389" w:type="dxa"/>
          </w:tcPr>
          <w:p w14:paraId="382DD861" w14:textId="77777777" w:rsidR="009E544B" w:rsidRDefault="004E69B9">
            <w:r>
              <w:t>3B (page 42)</w:t>
            </w:r>
          </w:p>
        </w:tc>
        <w:tc>
          <w:tcPr>
            <w:tcW w:w="2058" w:type="dxa"/>
          </w:tcPr>
          <w:p w14:paraId="51D2C5F2" w14:textId="77777777" w:rsidR="009E544B" w:rsidRDefault="004E69B9">
            <w:r>
              <w:t>Slovná zásoba - frázové slovesá</w:t>
            </w:r>
          </w:p>
        </w:tc>
        <w:tc>
          <w:tcPr>
            <w:tcW w:w="2227" w:type="dxa"/>
          </w:tcPr>
          <w:p w14:paraId="1E00C469" w14:textId="77777777" w:rsidR="009E544B" w:rsidRDefault="004E69B9">
            <w:r>
              <w:t>používať slovesá s predložkami v rôznych komunikačných situáciách</w:t>
            </w:r>
            <w:r>
              <w:br/>
              <w:t>rozpoznávať a používať slovotvorné prípony podstatných mien</w:t>
            </w:r>
            <w:r>
              <w:br/>
              <w:t>rozširovať slovnú zásobu pomocou slovotvorných postupov</w:t>
            </w:r>
          </w:p>
        </w:tc>
        <w:tc>
          <w:tcPr>
            <w:tcW w:w="1270" w:type="dxa"/>
          </w:tcPr>
          <w:p w14:paraId="1E7BAE6A" w14:textId="77777777" w:rsidR="009E544B" w:rsidRDefault="009E544B"/>
        </w:tc>
        <w:tc>
          <w:tcPr>
            <w:tcW w:w="1768" w:type="dxa"/>
          </w:tcPr>
          <w:p w14:paraId="09DEC9D0" w14:textId="77777777" w:rsidR="009E544B" w:rsidRDefault="004E69B9">
            <w:r>
              <w:t>Verbs + prepositions</w:t>
            </w:r>
            <w:r>
              <w:br/>
              <w:t>Noun suffixes</w:t>
            </w:r>
          </w:p>
        </w:tc>
        <w:tc>
          <w:tcPr>
            <w:tcW w:w="1418" w:type="dxa"/>
          </w:tcPr>
          <w:p w14:paraId="42F0F7F8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3165C2E8" w14:textId="77777777" w:rsidR="009E544B" w:rsidRDefault="004E69B9">
            <w:r>
              <w:t>kritické myslenie, komunikácia, spolupráca</w:t>
            </w:r>
            <w:r>
              <w:br/>
              <w:t>žiadny hlad, žiadna chudoba, zníženie nerovností</w:t>
            </w:r>
          </w:p>
        </w:tc>
      </w:tr>
      <w:tr w:rsidR="009E544B" w14:paraId="009A062B" w14:textId="77777777" w:rsidTr="005B6ADD">
        <w:trPr>
          <w:jc w:val="center"/>
        </w:trPr>
        <w:tc>
          <w:tcPr>
            <w:tcW w:w="865" w:type="dxa"/>
          </w:tcPr>
          <w:p w14:paraId="3092D5BC" w14:textId="77777777" w:rsidR="009E544B" w:rsidRDefault="009E544B"/>
        </w:tc>
        <w:tc>
          <w:tcPr>
            <w:tcW w:w="872" w:type="dxa"/>
          </w:tcPr>
          <w:p w14:paraId="0C1E4905" w14:textId="77777777" w:rsidR="009E544B" w:rsidRDefault="004E69B9">
            <w:r>
              <w:t>32</w:t>
            </w:r>
          </w:p>
        </w:tc>
        <w:tc>
          <w:tcPr>
            <w:tcW w:w="1389" w:type="dxa"/>
          </w:tcPr>
          <w:p w14:paraId="00E3EF61" w14:textId="77777777" w:rsidR="009E544B" w:rsidRDefault="004E69B9">
            <w:r>
              <w:t>3B (page 43)</w:t>
            </w:r>
          </w:p>
        </w:tc>
        <w:tc>
          <w:tcPr>
            <w:tcW w:w="2058" w:type="dxa"/>
          </w:tcPr>
          <w:p w14:paraId="4363164F" w14:textId="77777777" w:rsidR="009E544B" w:rsidRDefault="004E69B9">
            <w:r>
              <w:t>Gramatika - porovnávanie</w:t>
            </w:r>
          </w:p>
        </w:tc>
        <w:tc>
          <w:tcPr>
            <w:tcW w:w="2227" w:type="dxa"/>
          </w:tcPr>
          <w:p w14:paraId="4B5BA5C6" w14:textId="77777777" w:rsidR="009E544B" w:rsidRDefault="004E69B9">
            <w:r>
              <w:t>používať rôzne spôsoby porovnávania</w:t>
            </w:r>
            <w:r>
              <w:br/>
              <w:t>porovnávať osoby, predmety a situácie</w:t>
            </w:r>
            <w:r>
              <w:br/>
              <w:t xml:space="preserve">vyjadriť podobnosti a </w:t>
            </w:r>
            <w:r>
              <w:lastRenderedPageBreak/>
              <w:t>rozdiely pomocou vhodných jazykových prostriedkov</w:t>
            </w:r>
          </w:p>
        </w:tc>
        <w:tc>
          <w:tcPr>
            <w:tcW w:w="1270" w:type="dxa"/>
          </w:tcPr>
          <w:p w14:paraId="15F37067" w14:textId="77777777" w:rsidR="009E544B" w:rsidRDefault="004E69B9">
            <w:r>
              <w:lastRenderedPageBreak/>
              <w:t>Comparisons</w:t>
            </w:r>
          </w:p>
        </w:tc>
        <w:tc>
          <w:tcPr>
            <w:tcW w:w="1768" w:type="dxa"/>
          </w:tcPr>
          <w:p w14:paraId="372BE03B" w14:textId="77777777" w:rsidR="009E544B" w:rsidRDefault="009E544B"/>
        </w:tc>
        <w:tc>
          <w:tcPr>
            <w:tcW w:w="1418" w:type="dxa"/>
          </w:tcPr>
          <w:p w14:paraId="294615D8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00C0D438" w14:textId="77777777" w:rsidR="009E544B" w:rsidRDefault="004E69B9">
            <w:r>
              <w:t>kritické myslenie, komunikácia, spolupráca</w:t>
            </w:r>
          </w:p>
        </w:tc>
      </w:tr>
      <w:tr w:rsidR="009E544B" w14:paraId="1B6E39CB" w14:textId="77777777" w:rsidTr="005B6ADD">
        <w:trPr>
          <w:jc w:val="center"/>
        </w:trPr>
        <w:tc>
          <w:tcPr>
            <w:tcW w:w="865" w:type="dxa"/>
          </w:tcPr>
          <w:p w14:paraId="2FEB5E57" w14:textId="77777777" w:rsidR="009E544B" w:rsidRDefault="004E69B9">
            <w:r>
              <w:t>9</w:t>
            </w:r>
          </w:p>
        </w:tc>
        <w:tc>
          <w:tcPr>
            <w:tcW w:w="872" w:type="dxa"/>
          </w:tcPr>
          <w:p w14:paraId="738EEFDA" w14:textId="77777777" w:rsidR="009E544B" w:rsidRDefault="004E69B9">
            <w:r>
              <w:t>33</w:t>
            </w:r>
          </w:p>
        </w:tc>
        <w:tc>
          <w:tcPr>
            <w:tcW w:w="1389" w:type="dxa"/>
          </w:tcPr>
          <w:p w14:paraId="4D94713F" w14:textId="77777777" w:rsidR="009E544B" w:rsidRDefault="004E69B9">
            <w:r>
              <w:t>3B (page 44)</w:t>
            </w:r>
          </w:p>
        </w:tc>
        <w:tc>
          <w:tcPr>
            <w:tcW w:w="2058" w:type="dxa"/>
          </w:tcPr>
          <w:p w14:paraId="52C96776" w14:textId="77777777" w:rsidR="009E544B" w:rsidRDefault="004E69B9">
            <w:r>
              <w:t>Slovná zásoba - životné prostredie</w:t>
            </w:r>
          </w:p>
        </w:tc>
        <w:tc>
          <w:tcPr>
            <w:tcW w:w="2227" w:type="dxa"/>
          </w:tcPr>
          <w:p w14:paraId="1392F116" w14:textId="77777777" w:rsidR="009E544B" w:rsidRDefault="004E69B9">
            <w:r>
              <w:t>používať slovnú zásobu súvisiacu so životným prostredím</w:t>
            </w:r>
            <w:r>
              <w:br/>
              <w:t>používať kolokácie a zložené podstatné mená v kontexte</w:t>
            </w:r>
            <w:r>
              <w:br/>
              <w:t>hovoriť o environmentálnych problémoch a dobrovoľníctve</w:t>
            </w:r>
          </w:p>
        </w:tc>
        <w:tc>
          <w:tcPr>
            <w:tcW w:w="1270" w:type="dxa"/>
          </w:tcPr>
          <w:p w14:paraId="07379CF5" w14:textId="77777777" w:rsidR="009E544B" w:rsidRDefault="009E544B"/>
        </w:tc>
        <w:tc>
          <w:tcPr>
            <w:tcW w:w="1768" w:type="dxa"/>
          </w:tcPr>
          <w:p w14:paraId="7B8D0CD0" w14:textId="77777777" w:rsidR="009E544B" w:rsidRDefault="004E69B9">
            <w:r>
              <w:t>Phrases connected to the environment</w:t>
            </w:r>
            <w:r>
              <w:br/>
              <w:t>Collocations with the verbs raise, take charge and draw</w:t>
            </w:r>
            <w:r>
              <w:br/>
              <w:t>Volunteering</w:t>
            </w:r>
          </w:p>
        </w:tc>
        <w:tc>
          <w:tcPr>
            <w:tcW w:w="1418" w:type="dxa"/>
          </w:tcPr>
          <w:p w14:paraId="6D316F09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1C7DA6A1" w14:textId="77777777" w:rsidR="009E544B" w:rsidRDefault="004E69B9">
            <w:r>
              <w:t>kritické myslenie, komunikácia, spolupráca, kreativita</w:t>
            </w:r>
          </w:p>
        </w:tc>
      </w:tr>
      <w:tr w:rsidR="009E544B" w14:paraId="662DC263" w14:textId="77777777" w:rsidTr="005B6ADD">
        <w:trPr>
          <w:jc w:val="center"/>
        </w:trPr>
        <w:tc>
          <w:tcPr>
            <w:tcW w:w="865" w:type="dxa"/>
          </w:tcPr>
          <w:p w14:paraId="6EABE946" w14:textId="77777777" w:rsidR="009E544B" w:rsidRDefault="009E544B"/>
        </w:tc>
        <w:tc>
          <w:tcPr>
            <w:tcW w:w="872" w:type="dxa"/>
          </w:tcPr>
          <w:p w14:paraId="54211C0A" w14:textId="77777777" w:rsidR="009E544B" w:rsidRDefault="004E69B9">
            <w:r>
              <w:t>34</w:t>
            </w:r>
          </w:p>
        </w:tc>
        <w:tc>
          <w:tcPr>
            <w:tcW w:w="1389" w:type="dxa"/>
          </w:tcPr>
          <w:p w14:paraId="153D7DFB" w14:textId="77777777" w:rsidR="009E544B" w:rsidRDefault="004E69B9">
            <w:r>
              <w:t>3B (page 45)</w:t>
            </w:r>
          </w:p>
        </w:tc>
        <w:tc>
          <w:tcPr>
            <w:tcW w:w="2058" w:type="dxa"/>
          </w:tcPr>
          <w:p w14:paraId="7316D18F" w14:textId="77777777" w:rsidR="009E544B" w:rsidRDefault="004E69B9">
            <w:r>
              <w:t>Počúvanie s porozumením, rozprávanie - dobrovoľníctvo</w:t>
            </w:r>
          </w:p>
        </w:tc>
        <w:tc>
          <w:tcPr>
            <w:tcW w:w="2227" w:type="dxa"/>
          </w:tcPr>
          <w:p w14:paraId="4D7250D0" w14:textId="77777777" w:rsidR="009E544B" w:rsidRDefault="004E69B9">
            <w:r>
              <w:t>porozumieť hlavným informáciám v nahrávke</w:t>
            </w:r>
            <w:r>
              <w:br/>
              <w:t>diskutovať o dobrovoľníctve a ochrane životného prostredia</w:t>
            </w:r>
            <w:r>
              <w:br/>
              <w:t>vyjadriť a zdôvodniť vlastný názor</w:t>
            </w:r>
          </w:p>
        </w:tc>
        <w:tc>
          <w:tcPr>
            <w:tcW w:w="1270" w:type="dxa"/>
          </w:tcPr>
          <w:p w14:paraId="35930AC3" w14:textId="77777777" w:rsidR="009E544B" w:rsidRDefault="009E544B"/>
        </w:tc>
        <w:tc>
          <w:tcPr>
            <w:tcW w:w="1768" w:type="dxa"/>
          </w:tcPr>
          <w:p w14:paraId="6510B474" w14:textId="77777777" w:rsidR="009E544B" w:rsidRDefault="004E69B9">
            <w:r>
              <w:t>Phrases connected to the environment</w:t>
            </w:r>
            <w:r>
              <w:br/>
              <w:t>Collocations with the verbs raise, take charge and draw</w:t>
            </w:r>
            <w:r>
              <w:br/>
              <w:t>Volunteering</w:t>
            </w:r>
          </w:p>
        </w:tc>
        <w:tc>
          <w:tcPr>
            <w:tcW w:w="1418" w:type="dxa"/>
          </w:tcPr>
          <w:p w14:paraId="4CE7A945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6E55A1D1" w14:textId="77777777" w:rsidR="009E544B" w:rsidRDefault="004E69B9">
            <w:r>
              <w:t>kritické myslenie, komunikácia, spolupráca, kreativita</w:t>
            </w:r>
          </w:p>
        </w:tc>
      </w:tr>
      <w:tr w:rsidR="009E544B" w14:paraId="6F6443E0" w14:textId="77777777" w:rsidTr="005B6ADD">
        <w:trPr>
          <w:jc w:val="center"/>
        </w:trPr>
        <w:tc>
          <w:tcPr>
            <w:tcW w:w="865" w:type="dxa"/>
          </w:tcPr>
          <w:p w14:paraId="04874CB9" w14:textId="77777777" w:rsidR="009E544B" w:rsidRDefault="009E544B"/>
        </w:tc>
        <w:tc>
          <w:tcPr>
            <w:tcW w:w="872" w:type="dxa"/>
          </w:tcPr>
          <w:p w14:paraId="5597193E" w14:textId="77777777" w:rsidR="009E544B" w:rsidRDefault="004E69B9">
            <w:r>
              <w:t>35</w:t>
            </w:r>
          </w:p>
        </w:tc>
        <w:tc>
          <w:tcPr>
            <w:tcW w:w="1389" w:type="dxa"/>
          </w:tcPr>
          <w:p w14:paraId="20B036AB" w14:textId="77777777" w:rsidR="009E544B" w:rsidRDefault="004E69B9">
            <w:r>
              <w:t>3B (46-47)</w:t>
            </w:r>
          </w:p>
        </w:tc>
        <w:tc>
          <w:tcPr>
            <w:tcW w:w="2058" w:type="dxa"/>
          </w:tcPr>
          <w:p w14:paraId="232DFB1D" w14:textId="7C2AC46A" w:rsidR="009E544B" w:rsidRDefault="004E69B9">
            <w:proofErr w:type="spellStart"/>
            <w:r>
              <w:t>Písanie</w:t>
            </w:r>
            <w:proofErr w:type="spellEnd"/>
            <w:r>
              <w:t xml:space="preserve"> - </w:t>
            </w:r>
            <w:proofErr w:type="spellStart"/>
            <w:r>
              <w:t>formálny</w:t>
            </w:r>
            <w:proofErr w:type="spellEnd"/>
            <w:r>
              <w:t xml:space="preserve"> e</w:t>
            </w:r>
            <w:r w:rsidR="005B6ADD">
              <w:t>-</w:t>
            </w:r>
            <w:r>
              <w:t>mail</w:t>
            </w:r>
          </w:p>
        </w:tc>
        <w:tc>
          <w:tcPr>
            <w:tcW w:w="2227" w:type="dxa"/>
          </w:tcPr>
          <w:p w14:paraId="36075BD5" w14:textId="77777777" w:rsidR="009E544B" w:rsidRDefault="004E69B9">
            <w:r>
              <w:t>napísať formálny e-mail s vhodnou štruktúrou</w:t>
            </w:r>
            <w:r>
              <w:br/>
              <w:t>formulovať návrhy a odporúčania</w:t>
            </w:r>
            <w:r>
              <w:br/>
              <w:t>používať primeraný formálny jazykový štýl</w:t>
            </w:r>
          </w:p>
        </w:tc>
        <w:tc>
          <w:tcPr>
            <w:tcW w:w="1270" w:type="dxa"/>
          </w:tcPr>
          <w:p w14:paraId="535ABB1E" w14:textId="77777777" w:rsidR="009E544B" w:rsidRDefault="009E544B"/>
        </w:tc>
        <w:tc>
          <w:tcPr>
            <w:tcW w:w="1768" w:type="dxa"/>
          </w:tcPr>
          <w:p w14:paraId="5AC94557" w14:textId="77777777" w:rsidR="009E544B" w:rsidRDefault="004E69B9">
            <w:r>
              <w:t>Environment</w:t>
            </w:r>
          </w:p>
        </w:tc>
        <w:tc>
          <w:tcPr>
            <w:tcW w:w="1418" w:type="dxa"/>
          </w:tcPr>
          <w:p w14:paraId="7675F378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260A2CC5" w14:textId="77777777" w:rsidR="009E544B" w:rsidRDefault="004E69B9">
            <w:r>
              <w:t>kritické myslenie, samostatné učenie, komunikácia</w:t>
            </w:r>
            <w:r>
              <w:br/>
              <w:t>žiadna chudoba, žiadny hlad</w:t>
            </w:r>
          </w:p>
        </w:tc>
      </w:tr>
      <w:tr w:rsidR="009E544B" w14:paraId="11AB6B88" w14:textId="77777777" w:rsidTr="005B6ADD">
        <w:trPr>
          <w:jc w:val="center"/>
        </w:trPr>
        <w:tc>
          <w:tcPr>
            <w:tcW w:w="865" w:type="dxa"/>
          </w:tcPr>
          <w:p w14:paraId="748CDF0F" w14:textId="77777777" w:rsidR="009E544B" w:rsidRDefault="009E544B"/>
        </w:tc>
        <w:tc>
          <w:tcPr>
            <w:tcW w:w="872" w:type="dxa"/>
          </w:tcPr>
          <w:p w14:paraId="5B5637DC" w14:textId="77777777" w:rsidR="009E544B" w:rsidRDefault="004E69B9">
            <w:r>
              <w:t>36</w:t>
            </w:r>
          </w:p>
        </w:tc>
        <w:tc>
          <w:tcPr>
            <w:tcW w:w="1389" w:type="dxa"/>
          </w:tcPr>
          <w:p w14:paraId="15A9E50A" w14:textId="77777777" w:rsidR="009E544B" w:rsidRDefault="004E69B9">
            <w:r>
              <w:t>Review 3</w:t>
            </w:r>
            <w:r>
              <w:br/>
              <w:t>Self-evaluation</w:t>
            </w:r>
          </w:p>
        </w:tc>
        <w:tc>
          <w:tcPr>
            <w:tcW w:w="2058" w:type="dxa"/>
          </w:tcPr>
          <w:p w14:paraId="31C47C9C" w14:textId="77777777" w:rsidR="009E544B" w:rsidRDefault="004E69B9">
            <w:r>
              <w:t>Zhrnutie učiva 3, Sebahodnotenie</w:t>
            </w:r>
          </w:p>
        </w:tc>
        <w:tc>
          <w:tcPr>
            <w:tcW w:w="2227" w:type="dxa"/>
          </w:tcPr>
          <w:p w14:paraId="59ED4D8E" w14:textId="77777777" w:rsidR="009E544B" w:rsidRDefault="004E69B9">
            <w:r>
              <w:t>zopakovať a upevniť učivo modulu</w:t>
            </w:r>
            <w:r>
              <w:br/>
            </w:r>
            <w:r>
              <w:t>používať osvojenú slovnú zásobu a gramatické štruktúry</w:t>
            </w:r>
            <w:r>
              <w:br/>
              <w:t>zhodnotiť vlastný pokrok v učení</w:t>
            </w:r>
          </w:p>
        </w:tc>
        <w:tc>
          <w:tcPr>
            <w:tcW w:w="1270" w:type="dxa"/>
          </w:tcPr>
          <w:p w14:paraId="7FC5151A" w14:textId="77777777" w:rsidR="009E544B" w:rsidRDefault="009E544B"/>
        </w:tc>
        <w:tc>
          <w:tcPr>
            <w:tcW w:w="1768" w:type="dxa"/>
          </w:tcPr>
          <w:p w14:paraId="46C78274" w14:textId="77777777" w:rsidR="009E544B" w:rsidRDefault="009E544B"/>
        </w:tc>
        <w:tc>
          <w:tcPr>
            <w:tcW w:w="1418" w:type="dxa"/>
          </w:tcPr>
          <w:p w14:paraId="6EE4674B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4B5B8934" w14:textId="77777777" w:rsidR="009E544B" w:rsidRDefault="004E69B9">
            <w:r>
              <w:t>kritické myslenie, samostatné učenie</w:t>
            </w:r>
          </w:p>
        </w:tc>
      </w:tr>
      <w:tr w:rsidR="009E544B" w14:paraId="3D362E9B" w14:textId="77777777" w:rsidTr="005B6ADD">
        <w:trPr>
          <w:jc w:val="center"/>
        </w:trPr>
        <w:tc>
          <w:tcPr>
            <w:tcW w:w="865" w:type="dxa"/>
          </w:tcPr>
          <w:p w14:paraId="7848F980" w14:textId="77777777" w:rsidR="009E544B" w:rsidRDefault="004E69B9">
            <w:r>
              <w:t>10</w:t>
            </w:r>
          </w:p>
        </w:tc>
        <w:tc>
          <w:tcPr>
            <w:tcW w:w="872" w:type="dxa"/>
          </w:tcPr>
          <w:p w14:paraId="22988D13" w14:textId="77777777" w:rsidR="009E544B" w:rsidRDefault="004E69B9">
            <w:r>
              <w:t>37</w:t>
            </w:r>
          </w:p>
        </w:tc>
        <w:tc>
          <w:tcPr>
            <w:tcW w:w="1389" w:type="dxa"/>
          </w:tcPr>
          <w:p w14:paraId="5168E931" w14:textId="77777777" w:rsidR="009E544B" w:rsidRDefault="004E69B9">
            <w:r>
              <w:t>Test</w:t>
            </w:r>
          </w:p>
        </w:tc>
        <w:tc>
          <w:tcPr>
            <w:tcW w:w="2058" w:type="dxa"/>
          </w:tcPr>
          <w:p w14:paraId="40C6EE18" w14:textId="77777777" w:rsidR="009E544B" w:rsidRDefault="004E69B9">
            <w:r>
              <w:t>Hodnotenie pokroku študentov</w:t>
            </w:r>
          </w:p>
        </w:tc>
        <w:tc>
          <w:tcPr>
            <w:tcW w:w="2227" w:type="dxa"/>
          </w:tcPr>
          <w:p w14:paraId="2AA8DAC6" w14:textId="77777777" w:rsidR="009E544B" w:rsidRDefault="004E69B9">
            <w:r>
              <w:t>preukázať úroveň osvojených vedomostí a zručností</w:t>
            </w:r>
            <w:r>
              <w:br/>
              <w:t>aplikovať získané jazykové vedomosti v testových úlohách</w:t>
            </w:r>
            <w:r>
              <w:br/>
              <w:t>preukázať porozumenie učivu modulu</w:t>
            </w:r>
          </w:p>
        </w:tc>
        <w:tc>
          <w:tcPr>
            <w:tcW w:w="1270" w:type="dxa"/>
          </w:tcPr>
          <w:p w14:paraId="2ADD9F6B" w14:textId="77777777" w:rsidR="009E544B" w:rsidRDefault="009E544B"/>
        </w:tc>
        <w:tc>
          <w:tcPr>
            <w:tcW w:w="1768" w:type="dxa"/>
          </w:tcPr>
          <w:p w14:paraId="13399C46" w14:textId="77777777" w:rsidR="009E544B" w:rsidRDefault="009E544B"/>
        </w:tc>
        <w:tc>
          <w:tcPr>
            <w:tcW w:w="1418" w:type="dxa"/>
          </w:tcPr>
          <w:p w14:paraId="242CD916" w14:textId="77777777" w:rsidR="009E544B" w:rsidRDefault="004E69B9">
            <w:r>
              <w:t>Tests &amp; audio (downloadable from the Teacher’s assistant)</w:t>
            </w:r>
          </w:p>
        </w:tc>
        <w:tc>
          <w:tcPr>
            <w:tcW w:w="1708" w:type="dxa"/>
          </w:tcPr>
          <w:p w14:paraId="6790E88C" w14:textId="77777777" w:rsidR="009E544B" w:rsidRDefault="009E544B"/>
        </w:tc>
      </w:tr>
      <w:tr w:rsidR="009E544B" w14:paraId="7E179789" w14:textId="77777777" w:rsidTr="005B6ADD">
        <w:trPr>
          <w:trHeight w:val="423"/>
          <w:jc w:val="center"/>
        </w:trPr>
        <w:tc>
          <w:tcPr>
            <w:tcW w:w="865" w:type="dxa"/>
          </w:tcPr>
          <w:p w14:paraId="62A6D1CA" w14:textId="77777777" w:rsidR="009E544B" w:rsidRDefault="009E544B"/>
        </w:tc>
        <w:tc>
          <w:tcPr>
            <w:tcW w:w="872" w:type="dxa"/>
          </w:tcPr>
          <w:p w14:paraId="34CB1849" w14:textId="77777777" w:rsidR="009E544B" w:rsidRDefault="009E544B"/>
        </w:tc>
        <w:tc>
          <w:tcPr>
            <w:tcW w:w="1389" w:type="dxa"/>
          </w:tcPr>
          <w:p w14:paraId="6E6F838E" w14:textId="77777777" w:rsidR="009E544B" w:rsidRDefault="009E544B"/>
        </w:tc>
        <w:tc>
          <w:tcPr>
            <w:tcW w:w="2058" w:type="dxa"/>
            <w:shd w:val="clear" w:color="auto" w:fill="FFFF00"/>
          </w:tcPr>
          <w:p w14:paraId="4716D306" w14:textId="77777777" w:rsidR="009E544B" w:rsidRPr="005B6ADD" w:rsidRDefault="004E69B9">
            <w:pPr>
              <w:rPr>
                <w:b/>
                <w:bCs/>
              </w:rPr>
            </w:pPr>
            <w:r w:rsidRPr="005B6ADD">
              <w:rPr>
                <w:b/>
                <w:bCs/>
              </w:rPr>
              <w:t>Module 4: Globetrotting</w:t>
            </w:r>
          </w:p>
        </w:tc>
        <w:tc>
          <w:tcPr>
            <w:tcW w:w="2227" w:type="dxa"/>
            <w:shd w:val="clear" w:color="auto" w:fill="FFFF00"/>
          </w:tcPr>
          <w:p w14:paraId="51AA7182" w14:textId="77777777" w:rsidR="009E544B" w:rsidRPr="005B6ADD" w:rsidRDefault="009E544B">
            <w:pPr>
              <w:rPr>
                <w:b/>
                <w:bCs/>
              </w:rPr>
            </w:pPr>
          </w:p>
        </w:tc>
        <w:tc>
          <w:tcPr>
            <w:tcW w:w="1270" w:type="dxa"/>
            <w:shd w:val="clear" w:color="auto" w:fill="FFFF00"/>
          </w:tcPr>
          <w:p w14:paraId="12D16A63" w14:textId="77777777" w:rsidR="009E544B" w:rsidRPr="005B6ADD" w:rsidRDefault="009E544B">
            <w:pPr>
              <w:rPr>
                <w:b/>
                <w:bCs/>
              </w:rPr>
            </w:pPr>
          </w:p>
        </w:tc>
        <w:tc>
          <w:tcPr>
            <w:tcW w:w="1768" w:type="dxa"/>
            <w:shd w:val="clear" w:color="auto" w:fill="FFFF00"/>
          </w:tcPr>
          <w:p w14:paraId="06EB097F" w14:textId="77777777" w:rsidR="009E544B" w:rsidRPr="005B6ADD" w:rsidRDefault="009E544B">
            <w:pPr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FFFF00"/>
          </w:tcPr>
          <w:p w14:paraId="01D80317" w14:textId="77777777" w:rsidR="009E544B" w:rsidRPr="005B6ADD" w:rsidRDefault="009E544B">
            <w:pPr>
              <w:rPr>
                <w:b/>
                <w:bCs/>
              </w:rPr>
            </w:pPr>
          </w:p>
        </w:tc>
        <w:tc>
          <w:tcPr>
            <w:tcW w:w="1708" w:type="dxa"/>
            <w:shd w:val="clear" w:color="auto" w:fill="FFFF00"/>
          </w:tcPr>
          <w:p w14:paraId="56FB3470" w14:textId="77777777" w:rsidR="009E544B" w:rsidRPr="005B6ADD" w:rsidRDefault="009E544B">
            <w:pPr>
              <w:rPr>
                <w:b/>
                <w:bCs/>
              </w:rPr>
            </w:pPr>
          </w:p>
        </w:tc>
      </w:tr>
      <w:tr w:rsidR="009E544B" w14:paraId="5FE3FBD4" w14:textId="77777777" w:rsidTr="005B6ADD">
        <w:trPr>
          <w:jc w:val="center"/>
        </w:trPr>
        <w:tc>
          <w:tcPr>
            <w:tcW w:w="865" w:type="dxa"/>
          </w:tcPr>
          <w:p w14:paraId="6A1D545C" w14:textId="77777777" w:rsidR="009E544B" w:rsidRDefault="009E544B"/>
        </w:tc>
        <w:tc>
          <w:tcPr>
            <w:tcW w:w="872" w:type="dxa"/>
          </w:tcPr>
          <w:p w14:paraId="023A355A" w14:textId="77777777" w:rsidR="009E544B" w:rsidRDefault="004E69B9">
            <w:r>
              <w:t>38</w:t>
            </w:r>
          </w:p>
        </w:tc>
        <w:tc>
          <w:tcPr>
            <w:tcW w:w="1389" w:type="dxa"/>
          </w:tcPr>
          <w:p w14:paraId="0E1D6EB4" w14:textId="77777777" w:rsidR="009E544B" w:rsidRDefault="004E69B9">
            <w:r>
              <w:t>Cover page module 4</w:t>
            </w:r>
            <w:r>
              <w:br/>
              <w:t>4A (page 49-51)</w:t>
            </w:r>
          </w:p>
        </w:tc>
        <w:tc>
          <w:tcPr>
            <w:tcW w:w="2058" w:type="dxa"/>
          </w:tcPr>
          <w:p w14:paraId="1A2C9AEE" w14:textId="77777777" w:rsidR="009E544B" w:rsidRDefault="004E69B9">
            <w:r>
              <w:t>Počúvanie s porozumením, slovná zásoba - porozumieť nepriamo vyjadrenému významu</w:t>
            </w:r>
          </w:p>
        </w:tc>
        <w:tc>
          <w:tcPr>
            <w:tcW w:w="2227" w:type="dxa"/>
          </w:tcPr>
          <w:p w14:paraId="3C405508" w14:textId="77777777" w:rsidR="009E544B" w:rsidRDefault="004E69B9">
            <w:r>
              <w:t>oboznámiť sa s témou cestovania a dovoleniek</w:t>
            </w:r>
            <w:r>
              <w:br/>
              <w:t>identifikovať kľúčové informácie v počutom texte</w:t>
            </w:r>
            <w:r>
              <w:br/>
            </w:r>
            <w:r>
              <w:t>rozvíjať zručnosť zaznamenávania poznámok a porozumieť nepriamo vyjadrenému významu</w:t>
            </w:r>
          </w:p>
        </w:tc>
        <w:tc>
          <w:tcPr>
            <w:tcW w:w="1270" w:type="dxa"/>
          </w:tcPr>
          <w:p w14:paraId="0B0AF312" w14:textId="77777777" w:rsidR="009E544B" w:rsidRDefault="009E544B"/>
        </w:tc>
        <w:tc>
          <w:tcPr>
            <w:tcW w:w="1768" w:type="dxa"/>
          </w:tcPr>
          <w:p w14:paraId="3E1BA0E0" w14:textId="77777777" w:rsidR="009E544B" w:rsidRDefault="004E69B9">
            <w:r>
              <w:t>Travelling</w:t>
            </w:r>
          </w:p>
        </w:tc>
        <w:tc>
          <w:tcPr>
            <w:tcW w:w="1418" w:type="dxa"/>
          </w:tcPr>
          <w:p w14:paraId="44F79913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69B856BA" w14:textId="77777777" w:rsidR="009E544B" w:rsidRDefault="004E69B9">
            <w:r>
              <w:t>kritické myslenie, komunikácia, spolupráca, samostatné učenie, digitálna gramotnosť</w:t>
            </w:r>
          </w:p>
        </w:tc>
      </w:tr>
      <w:tr w:rsidR="009E544B" w14:paraId="0E3EB393" w14:textId="77777777" w:rsidTr="005B6ADD">
        <w:trPr>
          <w:jc w:val="center"/>
        </w:trPr>
        <w:tc>
          <w:tcPr>
            <w:tcW w:w="865" w:type="dxa"/>
          </w:tcPr>
          <w:p w14:paraId="4840E130" w14:textId="77777777" w:rsidR="009E544B" w:rsidRDefault="009E544B"/>
        </w:tc>
        <w:tc>
          <w:tcPr>
            <w:tcW w:w="872" w:type="dxa"/>
          </w:tcPr>
          <w:p w14:paraId="7C0BBADC" w14:textId="77777777" w:rsidR="009E544B" w:rsidRDefault="004E69B9">
            <w:r>
              <w:t>39</w:t>
            </w:r>
          </w:p>
        </w:tc>
        <w:tc>
          <w:tcPr>
            <w:tcW w:w="1389" w:type="dxa"/>
          </w:tcPr>
          <w:p w14:paraId="690C949D" w14:textId="77777777" w:rsidR="009E544B" w:rsidRDefault="004E69B9">
            <w:r>
              <w:t>4A (page 52)</w:t>
            </w:r>
          </w:p>
        </w:tc>
        <w:tc>
          <w:tcPr>
            <w:tcW w:w="2058" w:type="dxa"/>
          </w:tcPr>
          <w:p w14:paraId="22AE2D45" w14:textId="77777777" w:rsidR="009E544B" w:rsidRDefault="004E69B9">
            <w:r>
              <w:t>Gramatika - spôsoby vyjadrenia budúcnosti</w:t>
            </w:r>
          </w:p>
        </w:tc>
        <w:tc>
          <w:tcPr>
            <w:tcW w:w="2227" w:type="dxa"/>
          </w:tcPr>
          <w:p w14:paraId="0F0B6891" w14:textId="77777777" w:rsidR="009E544B" w:rsidRDefault="004E69B9">
            <w:r>
              <w:t>používať rôzne spôsoby vyjadrenia budúcnosti</w:t>
            </w:r>
            <w:r>
              <w:br/>
              <w:t>hovoriť o budúcich plánoch, zámeroch a predpovediach</w:t>
            </w:r>
            <w:r>
              <w:br/>
              <w:t>používať časové vedľajšie vety pri vyjadrovaní budúcnosti</w:t>
            </w:r>
          </w:p>
        </w:tc>
        <w:tc>
          <w:tcPr>
            <w:tcW w:w="1270" w:type="dxa"/>
          </w:tcPr>
          <w:p w14:paraId="43B73481" w14:textId="77777777" w:rsidR="009E544B" w:rsidRDefault="004E69B9">
            <w:r>
              <w:t>Future forms</w:t>
            </w:r>
            <w:r>
              <w:br/>
              <w:t>Time clause</w:t>
            </w:r>
          </w:p>
        </w:tc>
        <w:tc>
          <w:tcPr>
            <w:tcW w:w="1768" w:type="dxa"/>
          </w:tcPr>
          <w:p w14:paraId="66660AAF" w14:textId="77777777" w:rsidR="009E544B" w:rsidRDefault="009E544B"/>
        </w:tc>
        <w:tc>
          <w:tcPr>
            <w:tcW w:w="1418" w:type="dxa"/>
          </w:tcPr>
          <w:p w14:paraId="73B4C2E6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78A5DDE6" w14:textId="77777777" w:rsidR="009E544B" w:rsidRDefault="004E69B9">
            <w:r>
              <w:t>kritické myslenie, komunikácia, spolupráca</w:t>
            </w:r>
          </w:p>
        </w:tc>
      </w:tr>
      <w:tr w:rsidR="009E544B" w14:paraId="055D85B2" w14:textId="77777777" w:rsidTr="005B6ADD">
        <w:trPr>
          <w:jc w:val="center"/>
        </w:trPr>
        <w:tc>
          <w:tcPr>
            <w:tcW w:w="865" w:type="dxa"/>
          </w:tcPr>
          <w:p w14:paraId="167BBAFD" w14:textId="77777777" w:rsidR="009E544B" w:rsidRDefault="009E544B"/>
        </w:tc>
        <w:tc>
          <w:tcPr>
            <w:tcW w:w="872" w:type="dxa"/>
          </w:tcPr>
          <w:p w14:paraId="23C1324F" w14:textId="77777777" w:rsidR="009E544B" w:rsidRDefault="004E69B9">
            <w:r>
              <w:t>40</w:t>
            </w:r>
          </w:p>
        </w:tc>
        <w:tc>
          <w:tcPr>
            <w:tcW w:w="1389" w:type="dxa"/>
          </w:tcPr>
          <w:p w14:paraId="45B3D598" w14:textId="77777777" w:rsidR="009E544B" w:rsidRDefault="004E69B9">
            <w:r>
              <w:t>4A (page 53)</w:t>
            </w:r>
          </w:p>
        </w:tc>
        <w:tc>
          <w:tcPr>
            <w:tcW w:w="2058" w:type="dxa"/>
          </w:tcPr>
          <w:p w14:paraId="1F15FA58" w14:textId="77777777" w:rsidR="009E544B" w:rsidRDefault="004E69B9">
            <w:r>
              <w:t>Rozprávanie - typy dovolenie</w:t>
            </w:r>
          </w:p>
        </w:tc>
        <w:tc>
          <w:tcPr>
            <w:tcW w:w="2227" w:type="dxa"/>
          </w:tcPr>
          <w:p w14:paraId="2931B871" w14:textId="77777777" w:rsidR="009E544B" w:rsidRDefault="004E69B9">
            <w:r>
              <w:t>diskutovať o rôznych typoch dovoleniek</w:t>
            </w:r>
            <w:r>
              <w:br/>
              <w:t>vyjadriť a zdôvodniť vlastný názor</w:t>
            </w:r>
            <w:r>
              <w:br/>
              <w:t>porovnať výhody a nevýhody jednotlivých možností</w:t>
            </w:r>
          </w:p>
        </w:tc>
        <w:tc>
          <w:tcPr>
            <w:tcW w:w="1270" w:type="dxa"/>
          </w:tcPr>
          <w:p w14:paraId="737DA2E9" w14:textId="77777777" w:rsidR="009E544B" w:rsidRDefault="009E544B"/>
        </w:tc>
        <w:tc>
          <w:tcPr>
            <w:tcW w:w="1768" w:type="dxa"/>
          </w:tcPr>
          <w:p w14:paraId="35DFB902" w14:textId="77777777" w:rsidR="009E544B" w:rsidRDefault="004E69B9">
            <w:r>
              <w:t>Holiday</w:t>
            </w:r>
          </w:p>
        </w:tc>
        <w:tc>
          <w:tcPr>
            <w:tcW w:w="1418" w:type="dxa"/>
          </w:tcPr>
          <w:p w14:paraId="62C95F03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624ED566" w14:textId="77777777" w:rsidR="009E544B" w:rsidRDefault="004E69B9">
            <w:r>
              <w:t>kritické myslenie, komunikácia, spolupráca</w:t>
            </w:r>
          </w:p>
        </w:tc>
      </w:tr>
      <w:tr w:rsidR="009E544B" w14:paraId="4F08C7D5" w14:textId="77777777" w:rsidTr="005B6ADD">
        <w:trPr>
          <w:jc w:val="center"/>
        </w:trPr>
        <w:tc>
          <w:tcPr>
            <w:tcW w:w="865" w:type="dxa"/>
          </w:tcPr>
          <w:p w14:paraId="6FDEB6C2" w14:textId="77777777" w:rsidR="009E544B" w:rsidRDefault="004E69B9">
            <w:r>
              <w:t>11</w:t>
            </w:r>
          </w:p>
        </w:tc>
        <w:tc>
          <w:tcPr>
            <w:tcW w:w="872" w:type="dxa"/>
          </w:tcPr>
          <w:p w14:paraId="4E161A0D" w14:textId="77777777" w:rsidR="009E544B" w:rsidRDefault="004E69B9">
            <w:r>
              <w:t>41</w:t>
            </w:r>
          </w:p>
        </w:tc>
        <w:tc>
          <w:tcPr>
            <w:tcW w:w="1389" w:type="dxa"/>
          </w:tcPr>
          <w:p w14:paraId="40F23C04" w14:textId="77777777" w:rsidR="009E544B" w:rsidRDefault="004E69B9">
            <w:r>
              <w:t>4B (page 54-55)</w:t>
            </w:r>
          </w:p>
        </w:tc>
        <w:tc>
          <w:tcPr>
            <w:tcW w:w="2058" w:type="dxa"/>
          </w:tcPr>
          <w:p w14:paraId="27F53062" w14:textId="77777777" w:rsidR="009E544B" w:rsidRDefault="004E69B9">
            <w:r>
              <w:t>Čítanie s porozumením - cestovanie</w:t>
            </w:r>
          </w:p>
        </w:tc>
        <w:tc>
          <w:tcPr>
            <w:tcW w:w="2227" w:type="dxa"/>
          </w:tcPr>
          <w:p w14:paraId="044DEBA8" w14:textId="77777777" w:rsidR="009E544B" w:rsidRDefault="004E69B9">
            <w:r>
              <w:t>porozumieť textu o cestovaní a cestovateľských skúsenostiach</w:t>
            </w:r>
            <w:r>
              <w:br/>
              <w:t>diskutovať o danej téme a vyjadriť vlastný názor</w:t>
            </w:r>
            <w:r>
              <w:br/>
              <w:t>používať slovnú zásobu súvisiacu s cestovaním</w:t>
            </w:r>
          </w:p>
        </w:tc>
        <w:tc>
          <w:tcPr>
            <w:tcW w:w="1270" w:type="dxa"/>
          </w:tcPr>
          <w:p w14:paraId="3C564D85" w14:textId="77777777" w:rsidR="009E544B" w:rsidRDefault="009E544B"/>
        </w:tc>
        <w:tc>
          <w:tcPr>
            <w:tcW w:w="1768" w:type="dxa"/>
          </w:tcPr>
          <w:p w14:paraId="55E8B7B7" w14:textId="77777777" w:rsidR="009E544B" w:rsidRDefault="004E69B9">
            <w:r>
              <w:t>Traveling</w:t>
            </w:r>
            <w:r>
              <w:br/>
              <w:t>Prepositional phrases with in, on and within</w:t>
            </w:r>
          </w:p>
        </w:tc>
        <w:tc>
          <w:tcPr>
            <w:tcW w:w="1418" w:type="dxa"/>
          </w:tcPr>
          <w:p w14:paraId="5BDCBD7F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3E5E9F0F" w14:textId="77777777" w:rsidR="009E544B" w:rsidRDefault="004E69B9">
            <w:r>
              <w:t>kritické myslenie, samostatné učenie, interkultúrne povedomie, kreativita</w:t>
            </w:r>
          </w:p>
        </w:tc>
      </w:tr>
      <w:tr w:rsidR="009E544B" w14:paraId="148DF884" w14:textId="77777777" w:rsidTr="005B6ADD">
        <w:trPr>
          <w:jc w:val="center"/>
        </w:trPr>
        <w:tc>
          <w:tcPr>
            <w:tcW w:w="865" w:type="dxa"/>
          </w:tcPr>
          <w:p w14:paraId="1EE717DD" w14:textId="77777777" w:rsidR="009E544B" w:rsidRDefault="009E544B"/>
        </w:tc>
        <w:tc>
          <w:tcPr>
            <w:tcW w:w="872" w:type="dxa"/>
          </w:tcPr>
          <w:p w14:paraId="228B38D4" w14:textId="77777777" w:rsidR="009E544B" w:rsidRDefault="004E69B9">
            <w:r>
              <w:t>42</w:t>
            </w:r>
          </w:p>
        </w:tc>
        <w:tc>
          <w:tcPr>
            <w:tcW w:w="1389" w:type="dxa"/>
          </w:tcPr>
          <w:p w14:paraId="520FD1B0" w14:textId="77777777" w:rsidR="009E544B" w:rsidRDefault="004E69B9">
            <w:r>
              <w:t>4B (page 56)</w:t>
            </w:r>
          </w:p>
        </w:tc>
        <w:tc>
          <w:tcPr>
            <w:tcW w:w="2058" w:type="dxa"/>
          </w:tcPr>
          <w:p w14:paraId="43EC4160" w14:textId="77777777" w:rsidR="009E544B" w:rsidRDefault="004E69B9">
            <w:r>
              <w:t>Slovná zásoba - cestovanie, ľahko zameniteľné slová</w:t>
            </w:r>
          </w:p>
        </w:tc>
        <w:tc>
          <w:tcPr>
            <w:tcW w:w="2227" w:type="dxa"/>
          </w:tcPr>
          <w:p w14:paraId="5994E40E" w14:textId="77777777" w:rsidR="009E544B" w:rsidRDefault="004E69B9">
            <w:r>
              <w:t>rozlišovať ľahko zameniteľné slová</w:t>
            </w:r>
            <w:r>
              <w:br/>
              <w:t>používať slovnú zásobu súvisiacu s cestovaním</w:t>
            </w:r>
            <w:r>
              <w:br/>
              <w:t>opísať miesta pomocou vhodných prídavných mien</w:t>
            </w:r>
          </w:p>
        </w:tc>
        <w:tc>
          <w:tcPr>
            <w:tcW w:w="1270" w:type="dxa"/>
          </w:tcPr>
          <w:p w14:paraId="3FFDC14E" w14:textId="77777777" w:rsidR="009E544B" w:rsidRDefault="009E544B"/>
        </w:tc>
        <w:tc>
          <w:tcPr>
            <w:tcW w:w="1768" w:type="dxa"/>
          </w:tcPr>
          <w:p w14:paraId="04EDAD79" w14:textId="77777777" w:rsidR="009E544B" w:rsidRDefault="004E69B9">
            <w:r>
              <w:t>Travelling</w:t>
            </w:r>
            <w:r>
              <w:br/>
              <w:t>Adjectives used to describe places</w:t>
            </w:r>
          </w:p>
        </w:tc>
        <w:tc>
          <w:tcPr>
            <w:tcW w:w="1418" w:type="dxa"/>
          </w:tcPr>
          <w:p w14:paraId="2D24B028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7386C705" w14:textId="77777777" w:rsidR="009E544B" w:rsidRDefault="004E69B9">
            <w:r>
              <w:t>kritické myslenie, interkultúrne povedomie</w:t>
            </w:r>
          </w:p>
        </w:tc>
      </w:tr>
      <w:tr w:rsidR="009E544B" w14:paraId="6AC8AE5E" w14:textId="77777777" w:rsidTr="005B6ADD">
        <w:trPr>
          <w:jc w:val="center"/>
        </w:trPr>
        <w:tc>
          <w:tcPr>
            <w:tcW w:w="865" w:type="dxa"/>
          </w:tcPr>
          <w:p w14:paraId="2583906F" w14:textId="77777777" w:rsidR="009E544B" w:rsidRDefault="009E544B"/>
        </w:tc>
        <w:tc>
          <w:tcPr>
            <w:tcW w:w="872" w:type="dxa"/>
          </w:tcPr>
          <w:p w14:paraId="4348B9CE" w14:textId="77777777" w:rsidR="009E544B" w:rsidRDefault="004E69B9">
            <w:r>
              <w:t>43</w:t>
            </w:r>
          </w:p>
        </w:tc>
        <w:tc>
          <w:tcPr>
            <w:tcW w:w="1389" w:type="dxa"/>
          </w:tcPr>
          <w:p w14:paraId="580CF89D" w14:textId="77777777" w:rsidR="009E544B" w:rsidRDefault="004E69B9">
            <w:r>
              <w:t>4B (page 57)</w:t>
            </w:r>
          </w:p>
        </w:tc>
        <w:tc>
          <w:tcPr>
            <w:tcW w:w="2058" w:type="dxa"/>
          </w:tcPr>
          <w:p w14:paraId="04AA84A4" w14:textId="77777777" w:rsidR="009E544B" w:rsidRDefault="004E69B9">
            <w:r>
              <w:t xml:space="preserve">Gramatika - Infinitív a </w:t>
            </w:r>
            <w:r>
              <w:lastRenderedPageBreak/>
              <w:t>gerundium (-ing forma)</w:t>
            </w:r>
          </w:p>
        </w:tc>
        <w:tc>
          <w:tcPr>
            <w:tcW w:w="2227" w:type="dxa"/>
          </w:tcPr>
          <w:p w14:paraId="1CAF46BF" w14:textId="77777777" w:rsidR="009E544B" w:rsidRDefault="004E69B9">
            <w:r>
              <w:lastRenderedPageBreak/>
              <w:t xml:space="preserve">používať infinitív a </w:t>
            </w:r>
            <w:r>
              <w:lastRenderedPageBreak/>
              <w:t>gerundium vo vetách</w:t>
            </w:r>
            <w:r>
              <w:br/>
              <w:t>rozlišovať slovesá vyžadujúce infinitív alebo gerundium</w:t>
            </w:r>
            <w:r>
              <w:br/>
              <w:t>používať slovesné väzby vo vhodnom kontexte</w:t>
            </w:r>
          </w:p>
        </w:tc>
        <w:tc>
          <w:tcPr>
            <w:tcW w:w="1270" w:type="dxa"/>
          </w:tcPr>
          <w:p w14:paraId="0B39C596" w14:textId="77777777" w:rsidR="009E544B" w:rsidRDefault="004E69B9">
            <w:r>
              <w:lastRenderedPageBreak/>
              <w:t xml:space="preserve">the infinitive </w:t>
            </w:r>
            <w:r>
              <w:lastRenderedPageBreak/>
              <w:t>and the -ing form</w:t>
            </w:r>
          </w:p>
        </w:tc>
        <w:tc>
          <w:tcPr>
            <w:tcW w:w="1768" w:type="dxa"/>
          </w:tcPr>
          <w:p w14:paraId="425DC7CF" w14:textId="77777777" w:rsidR="009E544B" w:rsidRDefault="009E544B"/>
        </w:tc>
        <w:tc>
          <w:tcPr>
            <w:tcW w:w="1418" w:type="dxa"/>
          </w:tcPr>
          <w:p w14:paraId="22C73282" w14:textId="77777777" w:rsidR="009E544B" w:rsidRDefault="004E69B9">
            <w:r>
              <w:t xml:space="preserve">Student’s book, </w:t>
            </w:r>
            <w:r>
              <w:lastRenderedPageBreak/>
              <w:t>multimedia material</w:t>
            </w:r>
          </w:p>
        </w:tc>
        <w:tc>
          <w:tcPr>
            <w:tcW w:w="1708" w:type="dxa"/>
          </w:tcPr>
          <w:p w14:paraId="4EE964B1" w14:textId="77777777" w:rsidR="009E544B" w:rsidRDefault="004E69B9">
            <w:r>
              <w:lastRenderedPageBreak/>
              <w:t xml:space="preserve">kritické myslenie, </w:t>
            </w:r>
            <w:r>
              <w:lastRenderedPageBreak/>
              <w:t>interkultúrne povedomie</w:t>
            </w:r>
          </w:p>
        </w:tc>
      </w:tr>
      <w:tr w:rsidR="009E544B" w14:paraId="2A12E2E9" w14:textId="77777777" w:rsidTr="005B6ADD">
        <w:trPr>
          <w:jc w:val="center"/>
        </w:trPr>
        <w:tc>
          <w:tcPr>
            <w:tcW w:w="865" w:type="dxa"/>
          </w:tcPr>
          <w:p w14:paraId="2FD644B6" w14:textId="77777777" w:rsidR="009E544B" w:rsidRDefault="009E544B"/>
        </w:tc>
        <w:tc>
          <w:tcPr>
            <w:tcW w:w="872" w:type="dxa"/>
          </w:tcPr>
          <w:p w14:paraId="4A16B7A2" w14:textId="77777777" w:rsidR="009E544B" w:rsidRDefault="004E69B9">
            <w:r>
              <w:t>44</w:t>
            </w:r>
          </w:p>
        </w:tc>
        <w:tc>
          <w:tcPr>
            <w:tcW w:w="1389" w:type="dxa"/>
          </w:tcPr>
          <w:p w14:paraId="648FA08F" w14:textId="77777777" w:rsidR="009E544B" w:rsidRDefault="004E69B9">
            <w:r>
              <w:t>4B (page 58-59)</w:t>
            </w:r>
          </w:p>
        </w:tc>
        <w:tc>
          <w:tcPr>
            <w:tcW w:w="2058" w:type="dxa"/>
          </w:tcPr>
          <w:p w14:paraId="750F7E90" w14:textId="77777777" w:rsidR="009E544B" w:rsidRDefault="004E69B9">
            <w:r>
              <w:t>Slovná zásoba - slovné spojenia z oblasti leteckej dopravy</w:t>
            </w:r>
          </w:p>
        </w:tc>
        <w:tc>
          <w:tcPr>
            <w:tcW w:w="2227" w:type="dxa"/>
          </w:tcPr>
          <w:p w14:paraId="6E775ABD" w14:textId="77777777" w:rsidR="009E544B" w:rsidRDefault="004E69B9">
            <w:r>
              <w:t>používať kolokácie súvisiace s leteckou dopravou</w:t>
            </w:r>
            <w:r>
              <w:br/>
              <w:t>rozšíriť slovnú zásobu z oblasti cestovania</w:t>
            </w:r>
            <w:r>
              <w:br/>
              <w:t>diskutovať o cestovaní a cestovateľských skúsenostiach</w:t>
            </w:r>
          </w:p>
        </w:tc>
        <w:tc>
          <w:tcPr>
            <w:tcW w:w="1270" w:type="dxa"/>
          </w:tcPr>
          <w:p w14:paraId="73E0EB62" w14:textId="77777777" w:rsidR="009E544B" w:rsidRDefault="009E544B"/>
        </w:tc>
        <w:tc>
          <w:tcPr>
            <w:tcW w:w="1768" w:type="dxa"/>
          </w:tcPr>
          <w:p w14:paraId="16B31001" w14:textId="77777777" w:rsidR="009E544B" w:rsidRDefault="004E69B9">
            <w:r>
              <w:t>collocations related to air travel</w:t>
            </w:r>
            <w:r>
              <w:br/>
              <w:t>Travelling</w:t>
            </w:r>
          </w:p>
        </w:tc>
        <w:tc>
          <w:tcPr>
            <w:tcW w:w="1418" w:type="dxa"/>
          </w:tcPr>
          <w:p w14:paraId="6E79C483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5074C0BD" w14:textId="77777777" w:rsidR="009E544B" w:rsidRDefault="004E69B9">
            <w:r>
              <w:t>kritické myslenie, komunikácia, spolupráca, interkultúrne povedomie, kreativita</w:t>
            </w:r>
            <w:r>
              <w:br/>
              <w:t>mediácia</w:t>
            </w:r>
            <w:r>
              <w:br/>
              <w:t>ochrana životného prostredia a biodiverzity.</w:t>
            </w:r>
          </w:p>
        </w:tc>
      </w:tr>
      <w:tr w:rsidR="009E544B" w14:paraId="67374A8C" w14:textId="77777777" w:rsidTr="005B6ADD">
        <w:trPr>
          <w:jc w:val="center"/>
        </w:trPr>
        <w:tc>
          <w:tcPr>
            <w:tcW w:w="865" w:type="dxa"/>
          </w:tcPr>
          <w:p w14:paraId="3197CCBA" w14:textId="77777777" w:rsidR="009E544B" w:rsidRDefault="004E69B9">
            <w:r>
              <w:t>12</w:t>
            </w:r>
          </w:p>
        </w:tc>
        <w:tc>
          <w:tcPr>
            <w:tcW w:w="872" w:type="dxa"/>
          </w:tcPr>
          <w:p w14:paraId="2795CB5F" w14:textId="77777777" w:rsidR="009E544B" w:rsidRDefault="004E69B9">
            <w:r>
              <w:t>45</w:t>
            </w:r>
          </w:p>
        </w:tc>
        <w:tc>
          <w:tcPr>
            <w:tcW w:w="1389" w:type="dxa"/>
          </w:tcPr>
          <w:p w14:paraId="38A7C026" w14:textId="77777777" w:rsidR="009E544B" w:rsidRDefault="004E69B9">
            <w:r>
              <w:t>4B (page 59)</w:t>
            </w:r>
          </w:p>
        </w:tc>
        <w:tc>
          <w:tcPr>
            <w:tcW w:w="2058" w:type="dxa"/>
          </w:tcPr>
          <w:p w14:paraId="168333F8" w14:textId="77777777" w:rsidR="009E544B" w:rsidRDefault="004E69B9">
            <w:r>
              <w:t>Počúvanie s porozumením - cestovanie, Rozprávanie - vyjadrenie názoru</w:t>
            </w:r>
          </w:p>
        </w:tc>
        <w:tc>
          <w:tcPr>
            <w:tcW w:w="2227" w:type="dxa"/>
          </w:tcPr>
          <w:p w14:paraId="426D737B" w14:textId="77777777" w:rsidR="009E544B" w:rsidRDefault="004E69B9">
            <w:r>
              <w:t>posudzovať rôzne možnosti a rozhodnúť sa na základe získaných informácií</w:t>
            </w:r>
            <w:r>
              <w:br/>
              <w:t>vyjadriť a zdôvodniť vlastný názor</w:t>
            </w:r>
            <w:r>
              <w:br/>
              <w:t>porozumieť hlavným informáciám v nahrávke</w:t>
            </w:r>
          </w:p>
        </w:tc>
        <w:tc>
          <w:tcPr>
            <w:tcW w:w="1270" w:type="dxa"/>
          </w:tcPr>
          <w:p w14:paraId="7BF40CF9" w14:textId="77777777" w:rsidR="009E544B" w:rsidRDefault="009E544B"/>
        </w:tc>
        <w:tc>
          <w:tcPr>
            <w:tcW w:w="1768" w:type="dxa"/>
          </w:tcPr>
          <w:p w14:paraId="5CA29DBF" w14:textId="77777777" w:rsidR="009E544B" w:rsidRDefault="004E69B9">
            <w:r>
              <w:t>collocations related to air travel</w:t>
            </w:r>
            <w:r>
              <w:br/>
              <w:t>Travelling</w:t>
            </w:r>
          </w:p>
        </w:tc>
        <w:tc>
          <w:tcPr>
            <w:tcW w:w="1418" w:type="dxa"/>
          </w:tcPr>
          <w:p w14:paraId="658A9ACD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11619254" w14:textId="77777777" w:rsidR="009E544B" w:rsidRDefault="004E69B9">
            <w:r>
              <w:t>kritické myslenie, komunikácia, spolupráca, interkultúrne povedomie, kreativita</w:t>
            </w:r>
            <w:r>
              <w:br/>
              <w:t>mediácia</w:t>
            </w:r>
            <w:r>
              <w:br/>
              <w:t>ochrana životného prostredia a biodiverzity.</w:t>
            </w:r>
          </w:p>
        </w:tc>
      </w:tr>
      <w:tr w:rsidR="009E544B" w14:paraId="5FE55985" w14:textId="77777777" w:rsidTr="005B6ADD">
        <w:trPr>
          <w:jc w:val="center"/>
        </w:trPr>
        <w:tc>
          <w:tcPr>
            <w:tcW w:w="865" w:type="dxa"/>
          </w:tcPr>
          <w:p w14:paraId="4F33D93D" w14:textId="77777777" w:rsidR="009E544B" w:rsidRDefault="009E544B"/>
        </w:tc>
        <w:tc>
          <w:tcPr>
            <w:tcW w:w="872" w:type="dxa"/>
          </w:tcPr>
          <w:p w14:paraId="1321E715" w14:textId="77777777" w:rsidR="009E544B" w:rsidRDefault="004E69B9">
            <w:r>
              <w:t>46</w:t>
            </w:r>
          </w:p>
        </w:tc>
        <w:tc>
          <w:tcPr>
            <w:tcW w:w="1389" w:type="dxa"/>
          </w:tcPr>
          <w:p w14:paraId="16AAD604" w14:textId="77777777" w:rsidR="009E544B" w:rsidRDefault="004E69B9">
            <w:r>
              <w:t>4B (page 60-61)</w:t>
            </w:r>
          </w:p>
        </w:tc>
        <w:tc>
          <w:tcPr>
            <w:tcW w:w="2058" w:type="dxa"/>
          </w:tcPr>
          <w:p w14:paraId="32E11293" w14:textId="77777777" w:rsidR="009E544B" w:rsidRDefault="004E69B9">
            <w:r>
              <w:t>Písanie - esej</w:t>
            </w:r>
          </w:p>
        </w:tc>
        <w:tc>
          <w:tcPr>
            <w:tcW w:w="2227" w:type="dxa"/>
          </w:tcPr>
          <w:p w14:paraId="7F9250F0" w14:textId="77777777" w:rsidR="009E544B" w:rsidRDefault="004E69B9">
            <w:r>
              <w:t>diskutovať o rôznych typoch dovoleniek</w:t>
            </w:r>
            <w:r>
              <w:br/>
              <w:t>porovnať výhody a nevýhody jednotlivých možností</w:t>
            </w:r>
            <w:r>
              <w:br/>
              <w:t>napísať esej s využitím vhodnej štruktúry a jazykových prostriedkov</w:t>
            </w:r>
          </w:p>
        </w:tc>
        <w:tc>
          <w:tcPr>
            <w:tcW w:w="1270" w:type="dxa"/>
          </w:tcPr>
          <w:p w14:paraId="2B380897" w14:textId="77777777" w:rsidR="009E544B" w:rsidRDefault="009E544B"/>
        </w:tc>
        <w:tc>
          <w:tcPr>
            <w:tcW w:w="1768" w:type="dxa"/>
          </w:tcPr>
          <w:p w14:paraId="1FAE5702" w14:textId="77777777" w:rsidR="009E544B" w:rsidRDefault="009E544B"/>
        </w:tc>
        <w:tc>
          <w:tcPr>
            <w:tcW w:w="1418" w:type="dxa"/>
          </w:tcPr>
          <w:p w14:paraId="7E4CAC82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5E82EDB0" w14:textId="77777777" w:rsidR="009E544B" w:rsidRDefault="004E69B9">
            <w:r>
              <w:t>kritické myslenie, komunikácia, spolupráca, interkultúrne povedomie, kreativita</w:t>
            </w:r>
            <w:r>
              <w:br/>
              <w:t>mediácia</w:t>
            </w:r>
            <w:r>
              <w:br/>
              <w:t>ochrana životného prostredia a biodiverzity.</w:t>
            </w:r>
          </w:p>
        </w:tc>
      </w:tr>
      <w:tr w:rsidR="009E544B" w14:paraId="598A1B02" w14:textId="77777777" w:rsidTr="005B6ADD">
        <w:trPr>
          <w:jc w:val="center"/>
        </w:trPr>
        <w:tc>
          <w:tcPr>
            <w:tcW w:w="865" w:type="dxa"/>
          </w:tcPr>
          <w:p w14:paraId="7CA82252" w14:textId="77777777" w:rsidR="009E544B" w:rsidRDefault="009E544B"/>
        </w:tc>
        <w:tc>
          <w:tcPr>
            <w:tcW w:w="872" w:type="dxa"/>
          </w:tcPr>
          <w:p w14:paraId="5939B047" w14:textId="77777777" w:rsidR="009E544B" w:rsidRDefault="004E69B9">
            <w:r>
              <w:t>47</w:t>
            </w:r>
          </w:p>
        </w:tc>
        <w:tc>
          <w:tcPr>
            <w:tcW w:w="1389" w:type="dxa"/>
          </w:tcPr>
          <w:p w14:paraId="152C83D0" w14:textId="77777777" w:rsidR="009E544B" w:rsidRDefault="004E69B9">
            <w:r>
              <w:t>Review 4</w:t>
            </w:r>
            <w:r>
              <w:br/>
              <w:t>Self-evaluation</w:t>
            </w:r>
          </w:p>
        </w:tc>
        <w:tc>
          <w:tcPr>
            <w:tcW w:w="2058" w:type="dxa"/>
          </w:tcPr>
          <w:p w14:paraId="67C98B3E" w14:textId="77777777" w:rsidR="009E544B" w:rsidRDefault="004E69B9">
            <w:r>
              <w:t>Zhrnutie učiva 4, Sebahodnotenie</w:t>
            </w:r>
          </w:p>
        </w:tc>
        <w:tc>
          <w:tcPr>
            <w:tcW w:w="2227" w:type="dxa"/>
          </w:tcPr>
          <w:p w14:paraId="39EFAAB5" w14:textId="77777777" w:rsidR="009E544B" w:rsidRDefault="004E69B9">
            <w:r>
              <w:t>zopakovať a upevniť učivo modulu</w:t>
            </w:r>
            <w:r>
              <w:br/>
              <w:t>používať osvojenú slovnú zásobu a gramatické štruktúry</w:t>
            </w:r>
            <w:r>
              <w:br/>
              <w:t xml:space="preserve">zhodnotiť vlastný pokrok v </w:t>
            </w:r>
            <w:r>
              <w:lastRenderedPageBreak/>
              <w:t>učení</w:t>
            </w:r>
          </w:p>
        </w:tc>
        <w:tc>
          <w:tcPr>
            <w:tcW w:w="1270" w:type="dxa"/>
          </w:tcPr>
          <w:p w14:paraId="3A74ABC9" w14:textId="77777777" w:rsidR="009E544B" w:rsidRDefault="009E544B"/>
        </w:tc>
        <w:tc>
          <w:tcPr>
            <w:tcW w:w="1768" w:type="dxa"/>
          </w:tcPr>
          <w:p w14:paraId="28EF032E" w14:textId="77777777" w:rsidR="009E544B" w:rsidRDefault="009E544B"/>
        </w:tc>
        <w:tc>
          <w:tcPr>
            <w:tcW w:w="1418" w:type="dxa"/>
          </w:tcPr>
          <w:p w14:paraId="7459C849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33658AC9" w14:textId="77777777" w:rsidR="009E544B" w:rsidRDefault="004E69B9">
            <w:r>
              <w:t>kritické myslenie, samostatné učenie</w:t>
            </w:r>
          </w:p>
        </w:tc>
      </w:tr>
      <w:tr w:rsidR="009E544B" w14:paraId="7B39D7CD" w14:textId="77777777" w:rsidTr="005B6ADD">
        <w:trPr>
          <w:jc w:val="center"/>
        </w:trPr>
        <w:tc>
          <w:tcPr>
            <w:tcW w:w="865" w:type="dxa"/>
          </w:tcPr>
          <w:p w14:paraId="223AFB56" w14:textId="77777777" w:rsidR="009E544B" w:rsidRDefault="009E544B"/>
        </w:tc>
        <w:tc>
          <w:tcPr>
            <w:tcW w:w="872" w:type="dxa"/>
          </w:tcPr>
          <w:p w14:paraId="4BC8E364" w14:textId="77777777" w:rsidR="009E544B" w:rsidRDefault="004E69B9">
            <w:r>
              <w:t>48</w:t>
            </w:r>
          </w:p>
        </w:tc>
        <w:tc>
          <w:tcPr>
            <w:tcW w:w="1389" w:type="dxa"/>
          </w:tcPr>
          <w:p w14:paraId="74C8424D" w14:textId="77777777" w:rsidR="009E544B" w:rsidRDefault="004E69B9">
            <w:r>
              <w:t>Exam practice modules 3-4</w:t>
            </w:r>
          </w:p>
        </w:tc>
        <w:tc>
          <w:tcPr>
            <w:tcW w:w="2058" w:type="dxa"/>
          </w:tcPr>
          <w:p w14:paraId="41A46F0C" w14:textId="77777777" w:rsidR="009E544B" w:rsidRDefault="004E69B9">
            <w:r>
              <w:t>Práca s testovými úlohami – moduly 3-4</w:t>
            </w:r>
          </w:p>
        </w:tc>
        <w:tc>
          <w:tcPr>
            <w:tcW w:w="2227" w:type="dxa"/>
          </w:tcPr>
          <w:p w14:paraId="5C44E890" w14:textId="77777777" w:rsidR="009E544B" w:rsidRDefault="004E69B9">
            <w:r>
              <w:t>uplatniť stratégie riešenia testových úloh</w:t>
            </w:r>
            <w:r>
              <w:br/>
              <w:t>používať osvojené jazykové vedomosti v rôznych typoch úloh</w:t>
            </w:r>
            <w:r>
              <w:br/>
              <w:t>overiť si úroveň zvládnutia učiva modulov 3–4</w:t>
            </w:r>
          </w:p>
        </w:tc>
        <w:tc>
          <w:tcPr>
            <w:tcW w:w="1270" w:type="dxa"/>
          </w:tcPr>
          <w:p w14:paraId="5A9AC7E9" w14:textId="77777777" w:rsidR="009E544B" w:rsidRDefault="009E544B"/>
        </w:tc>
        <w:tc>
          <w:tcPr>
            <w:tcW w:w="1768" w:type="dxa"/>
          </w:tcPr>
          <w:p w14:paraId="7EF40930" w14:textId="77777777" w:rsidR="009E544B" w:rsidRDefault="009E544B"/>
        </w:tc>
        <w:tc>
          <w:tcPr>
            <w:tcW w:w="1418" w:type="dxa"/>
          </w:tcPr>
          <w:p w14:paraId="73116494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7D4C8290" w14:textId="77777777" w:rsidR="009E544B" w:rsidRDefault="004E69B9">
            <w:r>
              <w:t>samostatné učenie</w:t>
            </w:r>
            <w:r>
              <w:br/>
              <w:t>ochrana životného prostredia a biodiverzity.</w:t>
            </w:r>
          </w:p>
        </w:tc>
      </w:tr>
      <w:tr w:rsidR="009E544B" w14:paraId="44E7C6EF" w14:textId="77777777" w:rsidTr="005B6ADD">
        <w:trPr>
          <w:jc w:val="center"/>
        </w:trPr>
        <w:tc>
          <w:tcPr>
            <w:tcW w:w="865" w:type="dxa"/>
          </w:tcPr>
          <w:p w14:paraId="7518DFA9" w14:textId="77777777" w:rsidR="009E544B" w:rsidRDefault="004E69B9">
            <w:r>
              <w:t>13</w:t>
            </w:r>
          </w:p>
        </w:tc>
        <w:tc>
          <w:tcPr>
            <w:tcW w:w="872" w:type="dxa"/>
          </w:tcPr>
          <w:p w14:paraId="564950E7" w14:textId="77777777" w:rsidR="009E544B" w:rsidRDefault="004E69B9">
            <w:r>
              <w:t>49</w:t>
            </w:r>
          </w:p>
        </w:tc>
        <w:tc>
          <w:tcPr>
            <w:tcW w:w="1389" w:type="dxa"/>
          </w:tcPr>
          <w:p w14:paraId="55B18728" w14:textId="77777777" w:rsidR="009E544B" w:rsidRDefault="004E69B9">
            <w:r>
              <w:t>Exam practice modules 3-4</w:t>
            </w:r>
          </w:p>
        </w:tc>
        <w:tc>
          <w:tcPr>
            <w:tcW w:w="2058" w:type="dxa"/>
          </w:tcPr>
          <w:p w14:paraId="169AF030" w14:textId="77777777" w:rsidR="009E544B" w:rsidRDefault="004E69B9">
            <w:r>
              <w:t>Práca s testovými úlohami – moduly 3-4</w:t>
            </w:r>
          </w:p>
        </w:tc>
        <w:tc>
          <w:tcPr>
            <w:tcW w:w="2227" w:type="dxa"/>
          </w:tcPr>
          <w:p w14:paraId="50FD0F11" w14:textId="77777777" w:rsidR="009E544B" w:rsidRDefault="004E69B9">
            <w:r>
              <w:t>uplatniť stratégie riešenia testových úloh</w:t>
            </w:r>
            <w:r>
              <w:br/>
              <w:t>používať osvojené jazykové vedomosti v rôznych typoch úloh</w:t>
            </w:r>
            <w:r>
              <w:br/>
              <w:t>overiť si úroveň zvládnutia učiva modulov 3–4</w:t>
            </w:r>
          </w:p>
        </w:tc>
        <w:tc>
          <w:tcPr>
            <w:tcW w:w="1270" w:type="dxa"/>
          </w:tcPr>
          <w:p w14:paraId="1737F0C5" w14:textId="77777777" w:rsidR="009E544B" w:rsidRDefault="009E544B"/>
        </w:tc>
        <w:tc>
          <w:tcPr>
            <w:tcW w:w="1768" w:type="dxa"/>
          </w:tcPr>
          <w:p w14:paraId="581C7721" w14:textId="77777777" w:rsidR="009E544B" w:rsidRDefault="009E544B"/>
        </w:tc>
        <w:tc>
          <w:tcPr>
            <w:tcW w:w="1418" w:type="dxa"/>
          </w:tcPr>
          <w:p w14:paraId="5713045B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0F9AE8F5" w14:textId="77777777" w:rsidR="009E544B" w:rsidRDefault="004E69B9">
            <w:r>
              <w:t>samostatné učenie</w:t>
            </w:r>
            <w:r>
              <w:br/>
              <w:t>ochrana životného prostredia a biodiverzity.</w:t>
            </w:r>
          </w:p>
        </w:tc>
      </w:tr>
      <w:tr w:rsidR="009E544B" w14:paraId="41E02AF6" w14:textId="77777777" w:rsidTr="005B6ADD">
        <w:trPr>
          <w:jc w:val="center"/>
        </w:trPr>
        <w:tc>
          <w:tcPr>
            <w:tcW w:w="865" w:type="dxa"/>
          </w:tcPr>
          <w:p w14:paraId="0AC7A70E" w14:textId="77777777" w:rsidR="009E544B" w:rsidRDefault="009E544B"/>
        </w:tc>
        <w:tc>
          <w:tcPr>
            <w:tcW w:w="872" w:type="dxa"/>
          </w:tcPr>
          <w:p w14:paraId="28606A9A" w14:textId="77777777" w:rsidR="009E544B" w:rsidRDefault="004E69B9">
            <w:r>
              <w:t>50</w:t>
            </w:r>
          </w:p>
        </w:tc>
        <w:tc>
          <w:tcPr>
            <w:tcW w:w="1389" w:type="dxa"/>
          </w:tcPr>
          <w:p w14:paraId="15E6575C" w14:textId="77777777" w:rsidR="009E544B" w:rsidRDefault="004E69B9">
            <w:r>
              <w:t>Exam practice modules 3-4</w:t>
            </w:r>
          </w:p>
        </w:tc>
        <w:tc>
          <w:tcPr>
            <w:tcW w:w="2058" w:type="dxa"/>
          </w:tcPr>
          <w:p w14:paraId="40B22DDA" w14:textId="77777777" w:rsidR="009E544B" w:rsidRDefault="004E69B9">
            <w:r>
              <w:t>Práca s testovými úlohami – moduly 3-4</w:t>
            </w:r>
          </w:p>
        </w:tc>
        <w:tc>
          <w:tcPr>
            <w:tcW w:w="2227" w:type="dxa"/>
          </w:tcPr>
          <w:p w14:paraId="0E95DE56" w14:textId="77777777" w:rsidR="009E544B" w:rsidRDefault="004E69B9">
            <w:r>
              <w:t>uplatniť stratégie riešenia testových úloh</w:t>
            </w:r>
            <w:r>
              <w:br/>
              <w:t>používať osvojené jazykové vedomosti v rôznych typoch úloh</w:t>
            </w:r>
            <w:r>
              <w:br/>
              <w:t>overiť si úroveň zvládnutia učiva modulov 3–4</w:t>
            </w:r>
          </w:p>
        </w:tc>
        <w:tc>
          <w:tcPr>
            <w:tcW w:w="1270" w:type="dxa"/>
          </w:tcPr>
          <w:p w14:paraId="267F506D" w14:textId="77777777" w:rsidR="009E544B" w:rsidRDefault="009E544B"/>
        </w:tc>
        <w:tc>
          <w:tcPr>
            <w:tcW w:w="1768" w:type="dxa"/>
          </w:tcPr>
          <w:p w14:paraId="7D3D2E80" w14:textId="77777777" w:rsidR="009E544B" w:rsidRDefault="009E544B"/>
        </w:tc>
        <w:tc>
          <w:tcPr>
            <w:tcW w:w="1418" w:type="dxa"/>
          </w:tcPr>
          <w:p w14:paraId="2F2DDA97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0D279086" w14:textId="77777777" w:rsidR="009E544B" w:rsidRDefault="004E69B9">
            <w:r>
              <w:t>samostatné učenie</w:t>
            </w:r>
            <w:r>
              <w:br/>
              <w:t>ochrana životného prostredia a biodiverzity.</w:t>
            </w:r>
          </w:p>
        </w:tc>
      </w:tr>
      <w:tr w:rsidR="009E544B" w14:paraId="75F48BA4" w14:textId="77777777" w:rsidTr="005B6ADD">
        <w:trPr>
          <w:jc w:val="center"/>
        </w:trPr>
        <w:tc>
          <w:tcPr>
            <w:tcW w:w="865" w:type="dxa"/>
          </w:tcPr>
          <w:p w14:paraId="4FDD07BE" w14:textId="77777777" w:rsidR="009E544B" w:rsidRDefault="009E544B"/>
        </w:tc>
        <w:tc>
          <w:tcPr>
            <w:tcW w:w="872" w:type="dxa"/>
          </w:tcPr>
          <w:p w14:paraId="6D7EDED6" w14:textId="77777777" w:rsidR="009E544B" w:rsidRDefault="004E69B9">
            <w:r>
              <w:t>51</w:t>
            </w:r>
          </w:p>
        </w:tc>
        <w:tc>
          <w:tcPr>
            <w:tcW w:w="1389" w:type="dxa"/>
          </w:tcPr>
          <w:p w14:paraId="37379747" w14:textId="77777777" w:rsidR="009E544B" w:rsidRDefault="004E69B9">
            <w:r>
              <w:t>Exam practice modules 3-4</w:t>
            </w:r>
          </w:p>
        </w:tc>
        <w:tc>
          <w:tcPr>
            <w:tcW w:w="2058" w:type="dxa"/>
          </w:tcPr>
          <w:p w14:paraId="6AB3490B" w14:textId="77777777" w:rsidR="009E544B" w:rsidRDefault="004E69B9">
            <w:r>
              <w:t>Práca s testovými úlohami – moduly 3-4</w:t>
            </w:r>
          </w:p>
        </w:tc>
        <w:tc>
          <w:tcPr>
            <w:tcW w:w="2227" w:type="dxa"/>
          </w:tcPr>
          <w:p w14:paraId="7B062B6B" w14:textId="77777777" w:rsidR="009E544B" w:rsidRDefault="004E69B9">
            <w:r>
              <w:t>uplatniť stratégie riešenia testových úloh</w:t>
            </w:r>
            <w:r>
              <w:br/>
              <w:t>používať osvojené jazykové vedomosti v rôznych typoch úloh</w:t>
            </w:r>
            <w:r>
              <w:br/>
              <w:t>overiť si úroveň zvládnutia učiva modulov 3–4</w:t>
            </w:r>
          </w:p>
        </w:tc>
        <w:tc>
          <w:tcPr>
            <w:tcW w:w="1270" w:type="dxa"/>
          </w:tcPr>
          <w:p w14:paraId="36BCB4D0" w14:textId="77777777" w:rsidR="009E544B" w:rsidRDefault="009E544B"/>
        </w:tc>
        <w:tc>
          <w:tcPr>
            <w:tcW w:w="1768" w:type="dxa"/>
          </w:tcPr>
          <w:p w14:paraId="00715CAB" w14:textId="77777777" w:rsidR="009E544B" w:rsidRDefault="009E544B"/>
        </w:tc>
        <w:tc>
          <w:tcPr>
            <w:tcW w:w="1418" w:type="dxa"/>
          </w:tcPr>
          <w:p w14:paraId="17FCBC14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55C80855" w14:textId="77777777" w:rsidR="009E544B" w:rsidRDefault="004E69B9">
            <w:r>
              <w:t>samostatné učenie</w:t>
            </w:r>
            <w:r>
              <w:br/>
              <w:t>ochrana životného prostredia a biodiverzity.</w:t>
            </w:r>
          </w:p>
        </w:tc>
      </w:tr>
      <w:tr w:rsidR="009E544B" w14:paraId="7EA699E6" w14:textId="77777777" w:rsidTr="005B6ADD">
        <w:trPr>
          <w:jc w:val="center"/>
        </w:trPr>
        <w:tc>
          <w:tcPr>
            <w:tcW w:w="865" w:type="dxa"/>
          </w:tcPr>
          <w:p w14:paraId="419E042B" w14:textId="77777777" w:rsidR="009E544B" w:rsidRDefault="009E544B"/>
        </w:tc>
        <w:tc>
          <w:tcPr>
            <w:tcW w:w="872" w:type="dxa"/>
          </w:tcPr>
          <w:p w14:paraId="6612CD8B" w14:textId="77777777" w:rsidR="009E544B" w:rsidRDefault="004E69B9">
            <w:r>
              <w:t>52</w:t>
            </w:r>
          </w:p>
        </w:tc>
        <w:tc>
          <w:tcPr>
            <w:tcW w:w="1389" w:type="dxa"/>
          </w:tcPr>
          <w:p w14:paraId="7A644B39" w14:textId="77777777" w:rsidR="009E544B" w:rsidRDefault="004E69B9">
            <w:r>
              <w:t>Test</w:t>
            </w:r>
          </w:p>
        </w:tc>
        <w:tc>
          <w:tcPr>
            <w:tcW w:w="2058" w:type="dxa"/>
          </w:tcPr>
          <w:p w14:paraId="74A6C1F7" w14:textId="77777777" w:rsidR="009E544B" w:rsidRDefault="004E69B9">
            <w:r>
              <w:t>Hodnotenie pokroku študentov</w:t>
            </w:r>
          </w:p>
        </w:tc>
        <w:tc>
          <w:tcPr>
            <w:tcW w:w="2227" w:type="dxa"/>
          </w:tcPr>
          <w:p w14:paraId="3C6C0F1A" w14:textId="77777777" w:rsidR="009E544B" w:rsidRDefault="004E69B9">
            <w:r>
              <w:t>preukázať úroveň osvojených vedomostí a zručností</w:t>
            </w:r>
            <w:r>
              <w:br/>
              <w:t>aplikovať získané jazykové vedomosti v testových úlohách</w:t>
            </w:r>
            <w:r>
              <w:br/>
              <w:t>preukázať porozumenie učivu modulu</w:t>
            </w:r>
          </w:p>
        </w:tc>
        <w:tc>
          <w:tcPr>
            <w:tcW w:w="1270" w:type="dxa"/>
          </w:tcPr>
          <w:p w14:paraId="188C215A" w14:textId="77777777" w:rsidR="009E544B" w:rsidRDefault="009E544B"/>
        </w:tc>
        <w:tc>
          <w:tcPr>
            <w:tcW w:w="1768" w:type="dxa"/>
          </w:tcPr>
          <w:p w14:paraId="52E8496B" w14:textId="77777777" w:rsidR="009E544B" w:rsidRDefault="009E544B"/>
        </w:tc>
        <w:tc>
          <w:tcPr>
            <w:tcW w:w="1418" w:type="dxa"/>
          </w:tcPr>
          <w:p w14:paraId="345571E7" w14:textId="77777777" w:rsidR="009E544B" w:rsidRDefault="004E69B9">
            <w:r>
              <w:t>Tests &amp; audio (downloadable from the Teacher’s assistant)</w:t>
            </w:r>
          </w:p>
        </w:tc>
        <w:tc>
          <w:tcPr>
            <w:tcW w:w="1708" w:type="dxa"/>
          </w:tcPr>
          <w:p w14:paraId="4CFF7133" w14:textId="77777777" w:rsidR="009E544B" w:rsidRDefault="009E544B"/>
        </w:tc>
      </w:tr>
      <w:tr w:rsidR="009E544B" w14:paraId="6882F55D" w14:textId="77777777" w:rsidTr="005B6ADD">
        <w:trPr>
          <w:jc w:val="center"/>
        </w:trPr>
        <w:tc>
          <w:tcPr>
            <w:tcW w:w="865" w:type="dxa"/>
          </w:tcPr>
          <w:p w14:paraId="586B0DBB" w14:textId="77777777" w:rsidR="009E544B" w:rsidRDefault="009E544B"/>
        </w:tc>
        <w:tc>
          <w:tcPr>
            <w:tcW w:w="872" w:type="dxa"/>
          </w:tcPr>
          <w:p w14:paraId="1DFA9E78" w14:textId="77777777" w:rsidR="009E544B" w:rsidRDefault="009E544B"/>
        </w:tc>
        <w:tc>
          <w:tcPr>
            <w:tcW w:w="1389" w:type="dxa"/>
          </w:tcPr>
          <w:p w14:paraId="329E2BC6" w14:textId="77777777" w:rsidR="009E544B" w:rsidRDefault="009E544B"/>
        </w:tc>
        <w:tc>
          <w:tcPr>
            <w:tcW w:w="2058" w:type="dxa"/>
            <w:shd w:val="clear" w:color="auto" w:fill="FFFF00"/>
          </w:tcPr>
          <w:p w14:paraId="79021E06" w14:textId="77777777" w:rsidR="009E544B" w:rsidRPr="005B6ADD" w:rsidRDefault="004E69B9">
            <w:pPr>
              <w:rPr>
                <w:b/>
                <w:bCs/>
              </w:rPr>
            </w:pPr>
            <w:r w:rsidRPr="005B6ADD">
              <w:rPr>
                <w:b/>
                <w:bCs/>
              </w:rPr>
              <w:t xml:space="preserve">Module 5: </w:t>
            </w:r>
            <w:proofErr w:type="gramStart"/>
            <w:r w:rsidRPr="005B6ADD">
              <w:rPr>
                <w:b/>
                <w:bCs/>
              </w:rPr>
              <w:t>Its</w:t>
            </w:r>
            <w:proofErr w:type="gramEnd"/>
            <w:r w:rsidRPr="005B6ADD">
              <w:rPr>
                <w:b/>
                <w:bCs/>
              </w:rPr>
              <w:t xml:space="preserve"> your choice!</w:t>
            </w:r>
          </w:p>
        </w:tc>
        <w:tc>
          <w:tcPr>
            <w:tcW w:w="2227" w:type="dxa"/>
            <w:shd w:val="clear" w:color="auto" w:fill="FFFF00"/>
          </w:tcPr>
          <w:p w14:paraId="6146B6E0" w14:textId="77777777" w:rsidR="009E544B" w:rsidRPr="005B6ADD" w:rsidRDefault="009E544B">
            <w:pPr>
              <w:rPr>
                <w:b/>
                <w:bCs/>
              </w:rPr>
            </w:pPr>
          </w:p>
        </w:tc>
        <w:tc>
          <w:tcPr>
            <w:tcW w:w="1270" w:type="dxa"/>
            <w:shd w:val="clear" w:color="auto" w:fill="FFFF00"/>
          </w:tcPr>
          <w:p w14:paraId="70E2A263" w14:textId="77777777" w:rsidR="009E544B" w:rsidRPr="005B6ADD" w:rsidRDefault="009E544B">
            <w:pPr>
              <w:rPr>
                <w:b/>
                <w:bCs/>
              </w:rPr>
            </w:pPr>
          </w:p>
        </w:tc>
        <w:tc>
          <w:tcPr>
            <w:tcW w:w="1768" w:type="dxa"/>
            <w:shd w:val="clear" w:color="auto" w:fill="FFFF00"/>
          </w:tcPr>
          <w:p w14:paraId="417CA933" w14:textId="77777777" w:rsidR="009E544B" w:rsidRPr="005B6ADD" w:rsidRDefault="009E544B">
            <w:pPr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FFFF00"/>
          </w:tcPr>
          <w:p w14:paraId="6673DF78" w14:textId="77777777" w:rsidR="009E544B" w:rsidRPr="005B6ADD" w:rsidRDefault="009E544B">
            <w:pPr>
              <w:rPr>
                <w:b/>
                <w:bCs/>
              </w:rPr>
            </w:pPr>
          </w:p>
        </w:tc>
        <w:tc>
          <w:tcPr>
            <w:tcW w:w="1708" w:type="dxa"/>
            <w:shd w:val="clear" w:color="auto" w:fill="FFFF00"/>
          </w:tcPr>
          <w:p w14:paraId="0650E58D" w14:textId="77777777" w:rsidR="009E544B" w:rsidRPr="005B6ADD" w:rsidRDefault="009E544B">
            <w:pPr>
              <w:rPr>
                <w:b/>
                <w:bCs/>
              </w:rPr>
            </w:pPr>
          </w:p>
        </w:tc>
      </w:tr>
      <w:tr w:rsidR="009E544B" w14:paraId="2351CE5C" w14:textId="77777777" w:rsidTr="005B6ADD">
        <w:trPr>
          <w:jc w:val="center"/>
        </w:trPr>
        <w:tc>
          <w:tcPr>
            <w:tcW w:w="865" w:type="dxa"/>
          </w:tcPr>
          <w:p w14:paraId="030BD1E5" w14:textId="77777777" w:rsidR="009E544B" w:rsidRDefault="004E69B9">
            <w:r>
              <w:t>14</w:t>
            </w:r>
          </w:p>
        </w:tc>
        <w:tc>
          <w:tcPr>
            <w:tcW w:w="872" w:type="dxa"/>
          </w:tcPr>
          <w:p w14:paraId="77800140" w14:textId="77777777" w:rsidR="009E544B" w:rsidRDefault="004E69B9">
            <w:r>
              <w:t>53</w:t>
            </w:r>
          </w:p>
        </w:tc>
        <w:tc>
          <w:tcPr>
            <w:tcW w:w="1389" w:type="dxa"/>
          </w:tcPr>
          <w:p w14:paraId="04BCE3E6" w14:textId="77777777" w:rsidR="009E544B" w:rsidRDefault="004E69B9">
            <w:r>
              <w:t>Cover page module 5</w:t>
            </w:r>
            <w:r>
              <w:br/>
              <w:t>5A (page 63-65)</w:t>
            </w:r>
          </w:p>
        </w:tc>
        <w:tc>
          <w:tcPr>
            <w:tcW w:w="2058" w:type="dxa"/>
          </w:tcPr>
          <w:p w14:paraId="5D7FAB78" w14:textId="77777777" w:rsidR="009E544B" w:rsidRDefault="004E69B9">
            <w:r>
              <w:t xml:space="preserve">Čítanie s porozumením - nakupovanie , minimalizmus. Slovná </w:t>
            </w:r>
            <w:r>
              <w:lastRenderedPageBreak/>
              <w:t>zásoba - predpony a prípony</w:t>
            </w:r>
          </w:p>
        </w:tc>
        <w:tc>
          <w:tcPr>
            <w:tcW w:w="2227" w:type="dxa"/>
          </w:tcPr>
          <w:p w14:paraId="05E20E49" w14:textId="77777777" w:rsidR="009E544B" w:rsidRDefault="004E69B9">
            <w:r>
              <w:lastRenderedPageBreak/>
              <w:t>oboznámiť sa s témou nakupovania a minimalizmu</w:t>
            </w:r>
            <w:r>
              <w:br/>
            </w:r>
            <w:r>
              <w:lastRenderedPageBreak/>
              <w:t>odvodiť význam neznámych slov na základe kontextu a slovotvorby</w:t>
            </w:r>
            <w:r>
              <w:br/>
              <w:t>porozumieť hlavným myšlienkam a informáciám v texte</w:t>
            </w:r>
          </w:p>
        </w:tc>
        <w:tc>
          <w:tcPr>
            <w:tcW w:w="1270" w:type="dxa"/>
          </w:tcPr>
          <w:p w14:paraId="4C4ACB61" w14:textId="77777777" w:rsidR="009E544B" w:rsidRDefault="004E69B9">
            <w:r>
              <w:lastRenderedPageBreak/>
              <w:t>Part of the world (prefix, suffix, root)</w:t>
            </w:r>
          </w:p>
        </w:tc>
        <w:tc>
          <w:tcPr>
            <w:tcW w:w="1768" w:type="dxa"/>
          </w:tcPr>
          <w:p w14:paraId="6C691F4D" w14:textId="77777777" w:rsidR="009E544B" w:rsidRDefault="004E69B9">
            <w:r>
              <w:t>shopping</w:t>
            </w:r>
          </w:p>
        </w:tc>
        <w:tc>
          <w:tcPr>
            <w:tcW w:w="1418" w:type="dxa"/>
          </w:tcPr>
          <w:p w14:paraId="17E2CFBA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7347C4B2" w14:textId="77777777" w:rsidR="009E544B" w:rsidRDefault="004E69B9">
            <w:r>
              <w:t xml:space="preserve">kritické myslenie, komunikácia, samostatné učenie, </w:t>
            </w:r>
            <w:r>
              <w:lastRenderedPageBreak/>
              <w:t>digitálna gramotnosť</w:t>
            </w:r>
            <w:r>
              <w:br/>
              <w:t>zdravie a kvalitný život</w:t>
            </w:r>
            <w:r>
              <w:br/>
              <w:t>zodpovedná spotreba a výroba</w:t>
            </w:r>
          </w:p>
        </w:tc>
      </w:tr>
      <w:tr w:rsidR="009E544B" w14:paraId="74F05F5F" w14:textId="77777777" w:rsidTr="005B6ADD">
        <w:trPr>
          <w:jc w:val="center"/>
        </w:trPr>
        <w:tc>
          <w:tcPr>
            <w:tcW w:w="865" w:type="dxa"/>
          </w:tcPr>
          <w:p w14:paraId="14667644" w14:textId="77777777" w:rsidR="009E544B" w:rsidRDefault="009E544B"/>
        </w:tc>
        <w:tc>
          <w:tcPr>
            <w:tcW w:w="872" w:type="dxa"/>
          </w:tcPr>
          <w:p w14:paraId="39D3D62F" w14:textId="77777777" w:rsidR="009E544B" w:rsidRDefault="004E69B9">
            <w:r>
              <w:t>54</w:t>
            </w:r>
          </w:p>
        </w:tc>
        <w:tc>
          <w:tcPr>
            <w:tcW w:w="1389" w:type="dxa"/>
          </w:tcPr>
          <w:p w14:paraId="0ECCADDB" w14:textId="77777777" w:rsidR="009E544B" w:rsidRDefault="004E69B9">
            <w:r>
              <w:t>5A (page 66)</w:t>
            </w:r>
          </w:p>
        </w:tc>
        <w:tc>
          <w:tcPr>
            <w:tcW w:w="2058" w:type="dxa"/>
          </w:tcPr>
          <w:p w14:paraId="5D3669CC" w14:textId="77777777" w:rsidR="009E544B" w:rsidRDefault="004E69B9">
            <w:r>
              <w:t>Gramatika - modálne slovesá</w:t>
            </w:r>
          </w:p>
        </w:tc>
        <w:tc>
          <w:tcPr>
            <w:tcW w:w="2227" w:type="dxa"/>
          </w:tcPr>
          <w:p w14:paraId="0B859CA4" w14:textId="77777777" w:rsidR="009E544B" w:rsidRDefault="004E69B9">
            <w:r>
              <w:t>používať modálne slovesá na vyjadrenie povinnosti, zákazu, dovolenia a rady</w:t>
            </w:r>
            <w:r>
              <w:br/>
              <w:t>vyjadriť schopnosť, ľútosť a kritiku v rôznych časových rovinách</w:t>
            </w:r>
            <w:r>
              <w:br/>
              <w:t>vyjadriť a zdôvodniť vlastný názor v dlhšom súvislom prejave</w:t>
            </w:r>
          </w:p>
        </w:tc>
        <w:tc>
          <w:tcPr>
            <w:tcW w:w="1270" w:type="dxa"/>
          </w:tcPr>
          <w:p w14:paraId="1FD6F7C7" w14:textId="77777777" w:rsidR="009E544B" w:rsidRDefault="004E69B9">
            <w:r>
              <w:t>Modal verbs and other expressions</w:t>
            </w:r>
            <w:r>
              <w:br/>
              <w:t>Modal verbs + have + past participle</w:t>
            </w:r>
          </w:p>
        </w:tc>
        <w:tc>
          <w:tcPr>
            <w:tcW w:w="1768" w:type="dxa"/>
          </w:tcPr>
          <w:p w14:paraId="14EC499D" w14:textId="77777777" w:rsidR="009E544B" w:rsidRDefault="009E544B"/>
        </w:tc>
        <w:tc>
          <w:tcPr>
            <w:tcW w:w="1418" w:type="dxa"/>
          </w:tcPr>
          <w:p w14:paraId="47D0C7FA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2F94A7A6" w14:textId="77777777" w:rsidR="009E544B" w:rsidRDefault="004E69B9">
            <w:r>
              <w:t>kritické myslenie, komunikácia, osobná a sociálna zodpovednosť</w:t>
            </w:r>
            <w:r>
              <w:br/>
              <w:t>mediácia</w:t>
            </w:r>
            <w:r>
              <w:br/>
              <w:t>zdravie a kvalitný život</w:t>
            </w:r>
            <w:r>
              <w:br/>
              <w:t>zodpovedná spotreba a výroba</w:t>
            </w:r>
          </w:p>
        </w:tc>
      </w:tr>
      <w:tr w:rsidR="009E544B" w14:paraId="3BF08902" w14:textId="77777777" w:rsidTr="005B6ADD">
        <w:trPr>
          <w:jc w:val="center"/>
        </w:trPr>
        <w:tc>
          <w:tcPr>
            <w:tcW w:w="865" w:type="dxa"/>
          </w:tcPr>
          <w:p w14:paraId="4487B812" w14:textId="77777777" w:rsidR="009E544B" w:rsidRDefault="009E544B"/>
        </w:tc>
        <w:tc>
          <w:tcPr>
            <w:tcW w:w="872" w:type="dxa"/>
          </w:tcPr>
          <w:p w14:paraId="25AD6E6C" w14:textId="77777777" w:rsidR="009E544B" w:rsidRDefault="004E69B9">
            <w:r>
              <w:t>55</w:t>
            </w:r>
          </w:p>
        </w:tc>
        <w:tc>
          <w:tcPr>
            <w:tcW w:w="1389" w:type="dxa"/>
          </w:tcPr>
          <w:p w14:paraId="0971DD96" w14:textId="77777777" w:rsidR="009E544B" w:rsidRDefault="004E69B9">
            <w:r>
              <w:t>5A (page 67)</w:t>
            </w:r>
          </w:p>
        </w:tc>
        <w:tc>
          <w:tcPr>
            <w:tcW w:w="2058" w:type="dxa"/>
          </w:tcPr>
          <w:p w14:paraId="704E6761" w14:textId="77777777" w:rsidR="009E544B" w:rsidRDefault="004E69B9">
            <w:r>
              <w:t>Rozprávanie - nakupovanie</w:t>
            </w:r>
          </w:p>
        </w:tc>
        <w:tc>
          <w:tcPr>
            <w:tcW w:w="2227" w:type="dxa"/>
          </w:tcPr>
          <w:p w14:paraId="0AE0F4AB" w14:textId="77777777" w:rsidR="009E544B" w:rsidRDefault="004E69B9">
            <w:r>
              <w:t>diskutovať o nakupovaní a spotrebiteľskom správaní</w:t>
            </w:r>
            <w:r>
              <w:br/>
              <w:t>vyjadriť a zdôvodniť vlastný názor</w:t>
            </w:r>
            <w:r>
              <w:br/>
              <w:t>vytvoriť súvislý ústny prejav s využitím podpornej argumentácie</w:t>
            </w:r>
          </w:p>
        </w:tc>
        <w:tc>
          <w:tcPr>
            <w:tcW w:w="1270" w:type="dxa"/>
          </w:tcPr>
          <w:p w14:paraId="7317047B" w14:textId="77777777" w:rsidR="009E544B" w:rsidRDefault="009E544B"/>
        </w:tc>
        <w:tc>
          <w:tcPr>
            <w:tcW w:w="1768" w:type="dxa"/>
          </w:tcPr>
          <w:p w14:paraId="5513E402" w14:textId="77777777" w:rsidR="009E544B" w:rsidRDefault="004E69B9">
            <w:r>
              <w:t>shopping</w:t>
            </w:r>
          </w:p>
        </w:tc>
        <w:tc>
          <w:tcPr>
            <w:tcW w:w="1418" w:type="dxa"/>
          </w:tcPr>
          <w:p w14:paraId="771F0E58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7D763C34" w14:textId="77777777" w:rsidR="009E544B" w:rsidRDefault="004E69B9">
            <w:r>
              <w:t>kritické myslenie, komunikácia, osobná a sociálna zodpovednosť</w:t>
            </w:r>
            <w:r>
              <w:br/>
              <w:t>mediácia</w:t>
            </w:r>
            <w:r>
              <w:br/>
              <w:t>zdravie a kvalitný život</w:t>
            </w:r>
            <w:r>
              <w:br/>
              <w:t>zodpovedná spotreba a výroba</w:t>
            </w:r>
          </w:p>
        </w:tc>
      </w:tr>
      <w:tr w:rsidR="009E544B" w14:paraId="0A237B14" w14:textId="77777777" w:rsidTr="005B6ADD">
        <w:trPr>
          <w:jc w:val="center"/>
        </w:trPr>
        <w:tc>
          <w:tcPr>
            <w:tcW w:w="865" w:type="dxa"/>
          </w:tcPr>
          <w:p w14:paraId="15C4DDC8" w14:textId="77777777" w:rsidR="009E544B" w:rsidRDefault="009E544B"/>
        </w:tc>
        <w:tc>
          <w:tcPr>
            <w:tcW w:w="872" w:type="dxa"/>
          </w:tcPr>
          <w:p w14:paraId="3C7D0325" w14:textId="77777777" w:rsidR="009E544B" w:rsidRDefault="004E69B9">
            <w:r>
              <w:t>56</w:t>
            </w:r>
          </w:p>
        </w:tc>
        <w:tc>
          <w:tcPr>
            <w:tcW w:w="1389" w:type="dxa"/>
          </w:tcPr>
          <w:p w14:paraId="22EE72D7" w14:textId="77777777" w:rsidR="009E544B" w:rsidRDefault="004E69B9">
            <w:r>
              <w:t>5B (page 68-69)</w:t>
            </w:r>
          </w:p>
        </w:tc>
        <w:tc>
          <w:tcPr>
            <w:tcW w:w="2058" w:type="dxa"/>
          </w:tcPr>
          <w:p w14:paraId="30B87820" w14:textId="77777777" w:rsidR="009E544B" w:rsidRDefault="004E69B9">
            <w:r>
              <w:t>Čítanie s porozumením - móda</w:t>
            </w:r>
          </w:p>
        </w:tc>
        <w:tc>
          <w:tcPr>
            <w:tcW w:w="2227" w:type="dxa"/>
          </w:tcPr>
          <w:p w14:paraId="2FE52B2F" w14:textId="77777777" w:rsidR="009E544B" w:rsidRDefault="004E69B9">
            <w:r>
              <w:t>porozumieť textu o móde a nakupovaní</w:t>
            </w:r>
            <w:r>
              <w:br/>
              <w:t>diskutovať o módnych trendoch a spotrebiteľskom správaní</w:t>
            </w:r>
            <w:r>
              <w:br/>
              <w:t>vyjadriť a zdôvodniť vlastný názor</w:t>
            </w:r>
          </w:p>
        </w:tc>
        <w:tc>
          <w:tcPr>
            <w:tcW w:w="1270" w:type="dxa"/>
          </w:tcPr>
          <w:p w14:paraId="05B66F76" w14:textId="77777777" w:rsidR="009E544B" w:rsidRDefault="009E544B"/>
        </w:tc>
        <w:tc>
          <w:tcPr>
            <w:tcW w:w="1768" w:type="dxa"/>
          </w:tcPr>
          <w:p w14:paraId="42DEBCFC" w14:textId="77777777" w:rsidR="009E544B" w:rsidRDefault="004E69B9">
            <w:r>
              <w:t>Shopping and fashion</w:t>
            </w:r>
          </w:p>
        </w:tc>
        <w:tc>
          <w:tcPr>
            <w:tcW w:w="1418" w:type="dxa"/>
          </w:tcPr>
          <w:p w14:paraId="7604F572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374917D1" w14:textId="77777777" w:rsidR="009E544B" w:rsidRDefault="004E69B9">
            <w:r>
              <w:t>kritické myslenie, komunikácia, osobná a sociálna zodpovednosť, kreativita, digitálna gramotnosť</w:t>
            </w:r>
            <w:r>
              <w:br/>
              <w:t>mediácia</w:t>
            </w:r>
            <w:r>
              <w:br/>
              <w:t>zdravie a kvalitný život</w:t>
            </w:r>
            <w:r>
              <w:br/>
              <w:t>zodpovedná spotreba a výroba</w:t>
            </w:r>
            <w:r>
              <w:br/>
              <w:t>priemysel, inovácie a infraštruktúra</w:t>
            </w:r>
          </w:p>
        </w:tc>
      </w:tr>
      <w:tr w:rsidR="009E544B" w14:paraId="7B376044" w14:textId="77777777" w:rsidTr="005B6ADD">
        <w:trPr>
          <w:jc w:val="center"/>
        </w:trPr>
        <w:tc>
          <w:tcPr>
            <w:tcW w:w="865" w:type="dxa"/>
          </w:tcPr>
          <w:p w14:paraId="0E35730E" w14:textId="77777777" w:rsidR="009E544B" w:rsidRDefault="004E69B9">
            <w:r>
              <w:t>15</w:t>
            </w:r>
          </w:p>
        </w:tc>
        <w:tc>
          <w:tcPr>
            <w:tcW w:w="872" w:type="dxa"/>
          </w:tcPr>
          <w:p w14:paraId="338B89D2" w14:textId="77777777" w:rsidR="009E544B" w:rsidRDefault="004E69B9">
            <w:r>
              <w:t>57</w:t>
            </w:r>
          </w:p>
        </w:tc>
        <w:tc>
          <w:tcPr>
            <w:tcW w:w="1389" w:type="dxa"/>
          </w:tcPr>
          <w:p w14:paraId="0B331DCD" w14:textId="77777777" w:rsidR="009E544B" w:rsidRDefault="004E69B9">
            <w:r>
              <w:t>5B (page 70)</w:t>
            </w:r>
          </w:p>
        </w:tc>
        <w:tc>
          <w:tcPr>
            <w:tcW w:w="2058" w:type="dxa"/>
          </w:tcPr>
          <w:p w14:paraId="430AF326" w14:textId="77777777" w:rsidR="009E544B" w:rsidRDefault="004E69B9">
            <w:r>
              <w:t>Slovná zásoba - slová s predponou under- a over-</w:t>
            </w:r>
          </w:p>
        </w:tc>
        <w:tc>
          <w:tcPr>
            <w:tcW w:w="2227" w:type="dxa"/>
          </w:tcPr>
          <w:p w14:paraId="161EE30E" w14:textId="77777777" w:rsidR="009E544B" w:rsidRDefault="004E69B9">
            <w:r>
              <w:t>rozpoznávať a používať slová s predponami under- a over-</w:t>
            </w:r>
            <w:r>
              <w:br/>
              <w:t xml:space="preserve">rozširovať slovnú zásobu pomocou slovotvorných </w:t>
            </w:r>
            <w:r>
              <w:lastRenderedPageBreak/>
              <w:t>postupov</w:t>
            </w:r>
            <w:r>
              <w:br/>
              <w:t>používať novú slovnú zásobu v kontexte</w:t>
            </w:r>
          </w:p>
        </w:tc>
        <w:tc>
          <w:tcPr>
            <w:tcW w:w="1270" w:type="dxa"/>
          </w:tcPr>
          <w:p w14:paraId="39F9594B" w14:textId="77777777" w:rsidR="009E544B" w:rsidRDefault="009E544B"/>
        </w:tc>
        <w:tc>
          <w:tcPr>
            <w:tcW w:w="1768" w:type="dxa"/>
          </w:tcPr>
          <w:p w14:paraId="2DE3577B" w14:textId="77777777" w:rsidR="009E544B" w:rsidRDefault="004E69B9">
            <w:r>
              <w:t>prefixes under- and over-</w:t>
            </w:r>
            <w:r>
              <w:br/>
              <w:t>Phrases related to shopping</w:t>
            </w:r>
          </w:p>
        </w:tc>
        <w:tc>
          <w:tcPr>
            <w:tcW w:w="1418" w:type="dxa"/>
          </w:tcPr>
          <w:p w14:paraId="059FDD3C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60F6E837" w14:textId="77777777" w:rsidR="009E544B" w:rsidRDefault="004E69B9">
            <w:r>
              <w:t>kritické myslenie, komunikácia</w:t>
            </w:r>
            <w:r>
              <w:br/>
              <w:t>zdravie a kvalitný život</w:t>
            </w:r>
            <w:r>
              <w:br/>
              <w:t xml:space="preserve">zodpovedná </w:t>
            </w:r>
            <w:r>
              <w:lastRenderedPageBreak/>
              <w:t>spotreba a výroba</w:t>
            </w:r>
            <w:r>
              <w:br/>
              <w:t>priemysel, inovácie a infraštruktúra</w:t>
            </w:r>
          </w:p>
        </w:tc>
      </w:tr>
      <w:tr w:rsidR="009E544B" w14:paraId="64320401" w14:textId="77777777" w:rsidTr="005B6ADD">
        <w:trPr>
          <w:jc w:val="center"/>
        </w:trPr>
        <w:tc>
          <w:tcPr>
            <w:tcW w:w="865" w:type="dxa"/>
          </w:tcPr>
          <w:p w14:paraId="16750C30" w14:textId="77777777" w:rsidR="009E544B" w:rsidRDefault="009E544B"/>
        </w:tc>
        <w:tc>
          <w:tcPr>
            <w:tcW w:w="872" w:type="dxa"/>
          </w:tcPr>
          <w:p w14:paraId="23614E1A" w14:textId="77777777" w:rsidR="009E544B" w:rsidRDefault="004E69B9">
            <w:r>
              <w:t>58</w:t>
            </w:r>
          </w:p>
        </w:tc>
        <w:tc>
          <w:tcPr>
            <w:tcW w:w="1389" w:type="dxa"/>
          </w:tcPr>
          <w:p w14:paraId="66FE0BEB" w14:textId="77777777" w:rsidR="009E544B" w:rsidRDefault="004E69B9">
            <w:r>
              <w:t>5B (page 70-71)</w:t>
            </w:r>
          </w:p>
        </w:tc>
        <w:tc>
          <w:tcPr>
            <w:tcW w:w="2058" w:type="dxa"/>
          </w:tcPr>
          <w:p w14:paraId="3B1C135C" w14:textId="77777777" w:rsidR="009E544B" w:rsidRDefault="004E69B9">
            <w:r>
              <w:t>Gramatika - modálne slovesá</w:t>
            </w:r>
          </w:p>
        </w:tc>
        <w:tc>
          <w:tcPr>
            <w:tcW w:w="2227" w:type="dxa"/>
          </w:tcPr>
          <w:p w14:paraId="3F1F73DC" w14:textId="77777777" w:rsidR="009E544B" w:rsidRDefault="004E69B9">
            <w:r>
              <w:t>používať modálne slovesá na vyjadrenie istoty a možnosti</w:t>
            </w:r>
            <w:r>
              <w:br/>
              <w:t>vyjadriť domnienku o prítomných a minulých situáciách</w:t>
            </w:r>
            <w:r>
              <w:br/>
              <w:t>vyvodiť záver na základe dostupných informácií</w:t>
            </w:r>
          </w:p>
        </w:tc>
        <w:tc>
          <w:tcPr>
            <w:tcW w:w="1270" w:type="dxa"/>
          </w:tcPr>
          <w:p w14:paraId="34AC84AE" w14:textId="77777777" w:rsidR="009E544B" w:rsidRDefault="004E69B9">
            <w:r>
              <w:t>Modal verbs</w:t>
            </w:r>
            <w:r>
              <w:br/>
              <w:t>Modal verbs + have + past participle</w:t>
            </w:r>
          </w:p>
        </w:tc>
        <w:tc>
          <w:tcPr>
            <w:tcW w:w="1768" w:type="dxa"/>
          </w:tcPr>
          <w:p w14:paraId="596AE52B" w14:textId="77777777" w:rsidR="009E544B" w:rsidRDefault="009E544B"/>
        </w:tc>
        <w:tc>
          <w:tcPr>
            <w:tcW w:w="1418" w:type="dxa"/>
          </w:tcPr>
          <w:p w14:paraId="74E69A47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4DB99911" w14:textId="77777777" w:rsidR="009E544B" w:rsidRDefault="004E69B9">
            <w:r>
              <w:t>kritické myslenie, komunikácia</w:t>
            </w:r>
            <w:r>
              <w:br/>
              <w:t>zdravie a kvalitný život</w:t>
            </w:r>
            <w:r>
              <w:br/>
              <w:t>zodpovedná spotreba a výroba</w:t>
            </w:r>
            <w:r>
              <w:br/>
              <w:t>priemysel, inovácie a infraštruktúra</w:t>
            </w:r>
          </w:p>
        </w:tc>
      </w:tr>
      <w:tr w:rsidR="009E544B" w14:paraId="3B647433" w14:textId="77777777" w:rsidTr="005B6ADD">
        <w:trPr>
          <w:jc w:val="center"/>
        </w:trPr>
        <w:tc>
          <w:tcPr>
            <w:tcW w:w="865" w:type="dxa"/>
          </w:tcPr>
          <w:p w14:paraId="6DD08A9A" w14:textId="77777777" w:rsidR="009E544B" w:rsidRDefault="009E544B"/>
        </w:tc>
        <w:tc>
          <w:tcPr>
            <w:tcW w:w="872" w:type="dxa"/>
          </w:tcPr>
          <w:p w14:paraId="746239E4" w14:textId="77777777" w:rsidR="009E544B" w:rsidRDefault="004E69B9">
            <w:r>
              <w:t>59</w:t>
            </w:r>
          </w:p>
        </w:tc>
        <w:tc>
          <w:tcPr>
            <w:tcW w:w="1389" w:type="dxa"/>
          </w:tcPr>
          <w:p w14:paraId="7753DB15" w14:textId="77777777" w:rsidR="009E544B" w:rsidRDefault="004E69B9">
            <w:r>
              <w:t>5B (page 72-73)</w:t>
            </w:r>
          </w:p>
        </w:tc>
        <w:tc>
          <w:tcPr>
            <w:tcW w:w="2058" w:type="dxa"/>
          </w:tcPr>
          <w:p w14:paraId="6708AD30" w14:textId="77777777" w:rsidR="009E544B" w:rsidRDefault="004E69B9">
            <w:r>
              <w:t>Slovná zásoba - nakupovanie. Počúvanie s porozumením</w:t>
            </w:r>
          </w:p>
        </w:tc>
        <w:tc>
          <w:tcPr>
            <w:tcW w:w="2227" w:type="dxa"/>
          </w:tcPr>
          <w:p w14:paraId="52E8EE51" w14:textId="77777777" w:rsidR="009E544B" w:rsidRDefault="004E69B9">
            <w:r>
              <w:t>porozumieť slovnej zásobe súvisiacej s nakupovaním</w:t>
            </w:r>
            <w:r>
              <w:br/>
              <w:t>rozlišovať a používať prídavné mená opisujúce chyby a nedostatky výrobkov</w:t>
            </w:r>
            <w:r>
              <w:br/>
              <w:t>porozumieť hlavným informáciám v nahrávke</w:t>
            </w:r>
          </w:p>
        </w:tc>
        <w:tc>
          <w:tcPr>
            <w:tcW w:w="1270" w:type="dxa"/>
          </w:tcPr>
          <w:p w14:paraId="4D0B7822" w14:textId="77777777" w:rsidR="009E544B" w:rsidRDefault="009E544B"/>
        </w:tc>
        <w:tc>
          <w:tcPr>
            <w:tcW w:w="1768" w:type="dxa"/>
          </w:tcPr>
          <w:p w14:paraId="4C0CA0F8" w14:textId="77777777" w:rsidR="009E544B" w:rsidRDefault="009E544B"/>
        </w:tc>
        <w:tc>
          <w:tcPr>
            <w:tcW w:w="1418" w:type="dxa"/>
          </w:tcPr>
          <w:p w14:paraId="1B882429" w14:textId="77777777" w:rsidR="009E544B" w:rsidRDefault="009E544B"/>
        </w:tc>
        <w:tc>
          <w:tcPr>
            <w:tcW w:w="1708" w:type="dxa"/>
          </w:tcPr>
          <w:p w14:paraId="50DFF91B" w14:textId="77777777" w:rsidR="009E544B" w:rsidRDefault="009E544B"/>
        </w:tc>
      </w:tr>
      <w:tr w:rsidR="009E544B" w14:paraId="2ECD9A05" w14:textId="77777777" w:rsidTr="005B6ADD">
        <w:trPr>
          <w:jc w:val="center"/>
        </w:trPr>
        <w:tc>
          <w:tcPr>
            <w:tcW w:w="865" w:type="dxa"/>
          </w:tcPr>
          <w:p w14:paraId="17CA97E1" w14:textId="77777777" w:rsidR="009E544B" w:rsidRDefault="009E544B"/>
        </w:tc>
        <w:tc>
          <w:tcPr>
            <w:tcW w:w="872" w:type="dxa"/>
          </w:tcPr>
          <w:p w14:paraId="523153ED" w14:textId="77777777" w:rsidR="009E544B" w:rsidRDefault="004E69B9">
            <w:r>
              <w:t>60</w:t>
            </w:r>
          </w:p>
        </w:tc>
        <w:tc>
          <w:tcPr>
            <w:tcW w:w="1389" w:type="dxa"/>
          </w:tcPr>
          <w:p w14:paraId="496D85FC" w14:textId="77777777" w:rsidR="009E544B" w:rsidRDefault="004E69B9">
            <w:r>
              <w:t>5B (page 73)</w:t>
            </w:r>
          </w:p>
        </w:tc>
        <w:tc>
          <w:tcPr>
            <w:tcW w:w="2058" w:type="dxa"/>
          </w:tcPr>
          <w:p w14:paraId="09B9FB0D" w14:textId="77777777" w:rsidR="009E544B" w:rsidRDefault="004E69B9">
            <w:r>
              <w:t>Rozprávanie - nakupovanie a móda</w:t>
            </w:r>
          </w:p>
        </w:tc>
        <w:tc>
          <w:tcPr>
            <w:tcW w:w="2227" w:type="dxa"/>
          </w:tcPr>
          <w:p w14:paraId="3EE0E7C8" w14:textId="77777777" w:rsidR="009E544B" w:rsidRDefault="004E69B9">
            <w:r>
              <w:t>diskutovať o nakupovaní, móde a reklame</w:t>
            </w:r>
            <w:r>
              <w:br/>
            </w:r>
            <w:r>
              <w:t>vyjadriť a zdôvodniť vlastný názor</w:t>
            </w:r>
            <w:r>
              <w:br/>
              <w:t>používať tematickú slovnú zásobu v komunikačných situáciách</w:t>
            </w:r>
          </w:p>
        </w:tc>
        <w:tc>
          <w:tcPr>
            <w:tcW w:w="1270" w:type="dxa"/>
          </w:tcPr>
          <w:p w14:paraId="5528B720" w14:textId="77777777" w:rsidR="009E544B" w:rsidRDefault="009E544B"/>
        </w:tc>
        <w:tc>
          <w:tcPr>
            <w:tcW w:w="1768" w:type="dxa"/>
          </w:tcPr>
          <w:p w14:paraId="16062DCE" w14:textId="77777777" w:rsidR="009E544B" w:rsidRDefault="004E69B9">
            <w:r>
              <w:t>Adjectives related to defects</w:t>
            </w:r>
            <w:r>
              <w:br/>
              <w:t>Vocabulary related to shopping</w:t>
            </w:r>
            <w:r>
              <w:br/>
              <w:t>Shopping, fashion, advertising</w:t>
            </w:r>
          </w:p>
        </w:tc>
        <w:tc>
          <w:tcPr>
            <w:tcW w:w="1418" w:type="dxa"/>
          </w:tcPr>
          <w:p w14:paraId="0617EFE3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5F5A85D8" w14:textId="77777777" w:rsidR="009E544B" w:rsidRDefault="004E69B9">
            <w:r>
              <w:t>kritické myslenie, komunikácia, spolupráca, kreativita</w:t>
            </w:r>
            <w:r>
              <w:br/>
              <w:t>zodpovedná spotreba a výroba</w:t>
            </w:r>
            <w:r>
              <w:br/>
              <w:t>priemysel, inovácie a infraštruktúra</w:t>
            </w:r>
          </w:p>
        </w:tc>
      </w:tr>
      <w:tr w:rsidR="009E544B" w14:paraId="4DE9219C" w14:textId="77777777" w:rsidTr="005B6ADD">
        <w:trPr>
          <w:jc w:val="center"/>
        </w:trPr>
        <w:tc>
          <w:tcPr>
            <w:tcW w:w="865" w:type="dxa"/>
          </w:tcPr>
          <w:p w14:paraId="209A7089" w14:textId="77777777" w:rsidR="009E544B" w:rsidRDefault="004E69B9">
            <w:r>
              <w:t>16</w:t>
            </w:r>
          </w:p>
        </w:tc>
        <w:tc>
          <w:tcPr>
            <w:tcW w:w="872" w:type="dxa"/>
          </w:tcPr>
          <w:p w14:paraId="5FDBEC84" w14:textId="77777777" w:rsidR="009E544B" w:rsidRDefault="004E69B9">
            <w:r>
              <w:t>61</w:t>
            </w:r>
          </w:p>
        </w:tc>
        <w:tc>
          <w:tcPr>
            <w:tcW w:w="1389" w:type="dxa"/>
          </w:tcPr>
          <w:p w14:paraId="130D7F5D" w14:textId="77777777" w:rsidR="009E544B" w:rsidRDefault="004E69B9">
            <w:r>
              <w:t>5B (page 74-75)</w:t>
            </w:r>
          </w:p>
        </w:tc>
        <w:tc>
          <w:tcPr>
            <w:tcW w:w="2058" w:type="dxa"/>
          </w:tcPr>
          <w:p w14:paraId="07DBCC7C" w14:textId="77777777" w:rsidR="009E544B" w:rsidRDefault="004E69B9">
            <w:r>
              <w:t>Písanie - recenzia</w:t>
            </w:r>
          </w:p>
        </w:tc>
        <w:tc>
          <w:tcPr>
            <w:tcW w:w="2227" w:type="dxa"/>
          </w:tcPr>
          <w:p w14:paraId="16405F48" w14:textId="77777777" w:rsidR="009E544B" w:rsidRDefault="004E69B9">
            <w:r>
              <w:t>identifikovať charakteristické znaky recenzie</w:t>
            </w:r>
            <w:r>
              <w:br/>
              <w:t>napísať recenziu s vhodnou štruktúrou a jazykovými prostriedkami</w:t>
            </w:r>
            <w:r>
              <w:br/>
              <w:t>vyjadriť hodnotenie a odporúčania</w:t>
            </w:r>
          </w:p>
        </w:tc>
        <w:tc>
          <w:tcPr>
            <w:tcW w:w="1270" w:type="dxa"/>
          </w:tcPr>
          <w:p w14:paraId="3E940368" w14:textId="77777777" w:rsidR="009E544B" w:rsidRDefault="009E544B"/>
        </w:tc>
        <w:tc>
          <w:tcPr>
            <w:tcW w:w="1768" w:type="dxa"/>
          </w:tcPr>
          <w:p w14:paraId="4F5373BD" w14:textId="77777777" w:rsidR="009E544B" w:rsidRDefault="004E69B9">
            <w:r>
              <w:t>Shopping</w:t>
            </w:r>
          </w:p>
        </w:tc>
        <w:tc>
          <w:tcPr>
            <w:tcW w:w="1418" w:type="dxa"/>
          </w:tcPr>
          <w:p w14:paraId="4F8BF406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471D6644" w14:textId="77777777" w:rsidR="009E544B" w:rsidRDefault="004E69B9">
            <w:r>
              <w:t>kritické myslenie, samostatné učenie, kreativita</w:t>
            </w:r>
            <w:r>
              <w:br/>
              <w:t>zodpovedná spotreba a výroba</w:t>
            </w:r>
            <w:r>
              <w:br/>
              <w:t>priemysel, inovácie a infraštruktúra</w:t>
            </w:r>
          </w:p>
        </w:tc>
      </w:tr>
      <w:tr w:rsidR="009E544B" w14:paraId="0A575EAC" w14:textId="77777777" w:rsidTr="005B6ADD">
        <w:trPr>
          <w:jc w:val="center"/>
        </w:trPr>
        <w:tc>
          <w:tcPr>
            <w:tcW w:w="865" w:type="dxa"/>
          </w:tcPr>
          <w:p w14:paraId="03BB2E86" w14:textId="77777777" w:rsidR="009E544B" w:rsidRDefault="009E544B"/>
        </w:tc>
        <w:tc>
          <w:tcPr>
            <w:tcW w:w="872" w:type="dxa"/>
          </w:tcPr>
          <w:p w14:paraId="3EF47DC8" w14:textId="77777777" w:rsidR="009E544B" w:rsidRDefault="004E69B9">
            <w:r>
              <w:t>62</w:t>
            </w:r>
          </w:p>
        </w:tc>
        <w:tc>
          <w:tcPr>
            <w:tcW w:w="1389" w:type="dxa"/>
          </w:tcPr>
          <w:p w14:paraId="448A36DA" w14:textId="77777777" w:rsidR="009E544B" w:rsidRDefault="004E69B9">
            <w:r>
              <w:t>Review 5</w:t>
            </w:r>
            <w:r>
              <w:br/>
              <w:t>Self-evaluation</w:t>
            </w:r>
          </w:p>
        </w:tc>
        <w:tc>
          <w:tcPr>
            <w:tcW w:w="2058" w:type="dxa"/>
          </w:tcPr>
          <w:p w14:paraId="056710D5" w14:textId="77777777" w:rsidR="009E544B" w:rsidRDefault="004E69B9">
            <w:r>
              <w:t>Zhrnutie učiva 5, Sebahodnotenie</w:t>
            </w:r>
          </w:p>
        </w:tc>
        <w:tc>
          <w:tcPr>
            <w:tcW w:w="2227" w:type="dxa"/>
          </w:tcPr>
          <w:p w14:paraId="5DFD615E" w14:textId="77777777" w:rsidR="009E544B" w:rsidRDefault="004E69B9">
            <w:r>
              <w:t>zopakovať a upevniť učivo modulu</w:t>
            </w:r>
            <w:r>
              <w:br/>
              <w:t>používať osvojenú slovnú zásobu a gramatické štruktúry</w:t>
            </w:r>
            <w:r>
              <w:br/>
              <w:t>zhodnotiť vlastný pokrok v učení</w:t>
            </w:r>
          </w:p>
        </w:tc>
        <w:tc>
          <w:tcPr>
            <w:tcW w:w="1270" w:type="dxa"/>
          </w:tcPr>
          <w:p w14:paraId="5C8D3082" w14:textId="77777777" w:rsidR="009E544B" w:rsidRDefault="009E544B"/>
        </w:tc>
        <w:tc>
          <w:tcPr>
            <w:tcW w:w="1768" w:type="dxa"/>
          </w:tcPr>
          <w:p w14:paraId="2F8AD181" w14:textId="77777777" w:rsidR="009E544B" w:rsidRDefault="009E544B"/>
        </w:tc>
        <w:tc>
          <w:tcPr>
            <w:tcW w:w="1418" w:type="dxa"/>
          </w:tcPr>
          <w:p w14:paraId="7B941960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7B9E7E11" w14:textId="77777777" w:rsidR="009E544B" w:rsidRDefault="004E69B9">
            <w:r>
              <w:t>kritické myslenie, samostatné učenie</w:t>
            </w:r>
          </w:p>
        </w:tc>
      </w:tr>
      <w:tr w:rsidR="009E544B" w14:paraId="7A169934" w14:textId="77777777" w:rsidTr="005B6ADD">
        <w:trPr>
          <w:jc w:val="center"/>
        </w:trPr>
        <w:tc>
          <w:tcPr>
            <w:tcW w:w="865" w:type="dxa"/>
          </w:tcPr>
          <w:p w14:paraId="54D78FC6" w14:textId="77777777" w:rsidR="009E544B" w:rsidRDefault="009E544B"/>
        </w:tc>
        <w:tc>
          <w:tcPr>
            <w:tcW w:w="872" w:type="dxa"/>
          </w:tcPr>
          <w:p w14:paraId="6CB38DF9" w14:textId="77777777" w:rsidR="009E544B" w:rsidRDefault="004E69B9">
            <w:r>
              <w:t>63</w:t>
            </w:r>
          </w:p>
        </w:tc>
        <w:tc>
          <w:tcPr>
            <w:tcW w:w="1389" w:type="dxa"/>
          </w:tcPr>
          <w:p w14:paraId="3F5A6AA4" w14:textId="77777777" w:rsidR="009E544B" w:rsidRDefault="004E69B9">
            <w:r>
              <w:t>Test</w:t>
            </w:r>
          </w:p>
        </w:tc>
        <w:tc>
          <w:tcPr>
            <w:tcW w:w="2058" w:type="dxa"/>
          </w:tcPr>
          <w:p w14:paraId="0AB9DFB0" w14:textId="77777777" w:rsidR="009E544B" w:rsidRDefault="004E69B9">
            <w:r>
              <w:t>Hodnotenie pokroku študentov</w:t>
            </w:r>
          </w:p>
        </w:tc>
        <w:tc>
          <w:tcPr>
            <w:tcW w:w="2227" w:type="dxa"/>
          </w:tcPr>
          <w:p w14:paraId="17C708B4" w14:textId="77777777" w:rsidR="009E544B" w:rsidRDefault="004E69B9">
            <w:r>
              <w:t>preukázať úroveň osvojených vedomostí a zručností</w:t>
            </w:r>
            <w:r>
              <w:br/>
              <w:t>aplikovať získané jazykové vedomosti v testových úlohách</w:t>
            </w:r>
            <w:r>
              <w:br/>
              <w:t>preukázať porozumenie učivu modulu</w:t>
            </w:r>
          </w:p>
        </w:tc>
        <w:tc>
          <w:tcPr>
            <w:tcW w:w="1270" w:type="dxa"/>
          </w:tcPr>
          <w:p w14:paraId="49A5A9D9" w14:textId="77777777" w:rsidR="009E544B" w:rsidRDefault="009E544B"/>
        </w:tc>
        <w:tc>
          <w:tcPr>
            <w:tcW w:w="1768" w:type="dxa"/>
          </w:tcPr>
          <w:p w14:paraId="7371B61B" w14:textId="77777777" w:rsidR="009E544B" w:rsidRDefault="009E544B"/>
        </w:tc>
        <w:tc>
          <w:tcPr>
            <w:tcW w:w="1418" w:type="dxa"/>
          </w:tcPr>
          <w:p w14:paraId="6C642690" w14:textId="77777777" w:rsidR="009E544B" w:rsidRDefault="004E69B9">
            <w:r>
              <w:t>Tests &amp; audio (downloadable from the Teacher’s assistant)</w:t>
            </w:r>
          </w:p>
        </w:tc>
        <w:tc>
          <w:tcPr>
            <w:tcW w:w="1708" w:type="dxa"/>
          </w:tcPr>
          <w:p w14:paraId="59284CC9" w14:textId="77777777" w:rsidR="009E544B" w:rsidRDefault="009E544B"/>
        </w:tc>
      </w:tr>
      <w:tr w:rsidR="009E544B" w14:paraId="440236B6" w14:textId="77777777" w:rsidTr="005B6ADD">
        <w:trPr>
          <w:jc w:val="center"/>
        </w:trPr>
        <w:tc>
          <w:tcPr>
            <w:tcW w:w="865" w:type="dxa"/>
          </w:tcPr>
          <w:p w14:paraId="50004618" w14:textId="77777777" w:rsidR="009E544B" w:rsidRDefault="009E544B"/>
        </w:tc>
        <w:tc>
          <w:tcPr>
            <w:tcW w:w="872" w:type="dxa"/>
          </w:tcPr>
          <w:p w14:paraId="358DD745" w14:textId="77777777" w:rsidR="009E544B" w:rsidRDefault="004E69B9">
            <w:r>
              <w:t>64</w:t>
            </w:r>
          </w:p>
        </w:tc>
        <w:tc>
          <w:tcPr>
            <w:tcW w:w="1389" w:type="dxa"/>
          </w:tcPr>
          <w:p w14:paraId="1D882FA9" w14:textId="77777777" w:rsidR="009E544B" w:rsidRDefault="004E69B9">
            <w:r>
              <w:t>Mid-term test</w:t>
            </w:r>
          </w:p>
        </w:tc>
        <w:tc>
          <w:tcPr>
            <w:tcW w:w="2058" w:type="dxa"/>
          </w:tcPr>
          <w:p w14:paraId="0C9925B6" w14:textId="77777777" w:rsidR="009E544B" w:rsidRDefault="004E69B9">
            <w:r>
              <w:t>Hodnotenie pokroku študentov</w:t>
            </w:r>
          </w:p>
        </w:tc>
        <w:tc>
          <w:tcPr>
            <w:tcW w:w="2227" w:type="dxa"/>
          </w:tcPr>
          <w:p w14:paraId="6A487D3F" w14:textId="77777777" w:rsidR="009E544B" w:rsidRDefault="004E69B9">
            <w:r>
              <w:t>preukázať úroveň osvojených vedomostí a zručností</w:t>
            </w:r>
            <w:r>
              <w:br/>
              <w:t>aplikovať získané jazykové vedomosti v testových úlohách</w:t>
            </w:r>
            <w:r>
              <w:br/>
              <w:t>preukázať porozumenie učivu modulov 1–5</w:t>
            </w:r>
          </w:p>
        </w:tc>
        <w:tc>
          <w:tcPr>
            <w:tcW w:w="1270" w:type="dxa"/>
          </w:tcPr>
          <w:p w14:paraId="79F9DAAF" w14:textId="77777777" w:rsidR="009E544B" w:rsidRDefault="009E544B"/>
        </w:tc>
        <w:tc>
          <w:tcPr>
            <w:tcW w:w="1768" w:type="dxa"/>
          </w:tcPr>
          <w:p w14:paraId="014774FF" w14:textId="77777777" w:rsidR="009E544B" w:rsidRDefault="009E544B"/>
        </w:tc>
        <w:tc>
          <w:tcPr>
            <w:tcW w:w="1418" w:type="dxa"/>
          </w:tcPr>
          <w:p w14:paraId="2D601336" w14:textId="77777777" w:rsidR="009E544B" w:rsidRDefault="004E69B9">
            <w:r>
              <w:t>Tests &amp; audio (downloadable from the Teacher’s assistant)</w:t>
            </w:r>
          </w:p>
        </w:tc>
        <w:tc>
          <w:tcPr>
            <w:tcW w:w="1708" w:type="dxa"/>
          </w:tcPr>
          <w:p w14:paraId="59CDB76A" w14:textId="77777777" w:rsidR="009E544B" w:rsidRDefault="009E544B"/>
        </w:tc>
      </w:tr>
      <w:tr w:rsidR="009E544B" w14:paraId="5CA6EB06" w14:textId="77777777" w:rsidTr="005B6ADD">
        <w:trPr>
          <w:trHeight w:val="431"/>
          <w:jc w:val="center"/>
        </w:trPr>
        <w:tc>
          <w:tcPr>
            <w:tcW w:w="865" w:type="dxa"/>
          </w:tcPr>
          <w:p w14:paraId="23F9B425" w14:textId="77777777" w:rsidR="009E544B" w:rsidRDefault="009E544B"/>
        </w:tc>
        <w:tc>
          <w:tcPr>
            <w:tcW w:w="872" w:type="dxa"/>
          </w:tcPr>
          <w:p w14:paraId="3D80A29E" w14:textId="77777777" w:rsidR="009E544B" w:rsidRDefault="009E544B"/>
        </w:tc>
        <w:tc>
          <w:tcPr>
            <w:tcW w:w="1389" w:type="dxa"/>
          </w:tcPr>
          <w:p w14:paraId="0AEB6390" w14:textId="77777777" w:rsidR="009E544B" w:rsidRDefault="009E544B"/>
        </w:tc>
        <w:tc>
          <w:tcPr>
            <w:tcW w:w="2058" w:type="dxa"/>
            <w:shd w:val="clear" w:color="auto" w:fill="FFFF00"/>
          </w:tcPr>
          <w:p w14:paraId="03574ED4" w14:textId="77777777" w:rsidR="009E544B" w:rsidRPr="005B6ADD" w:rsidRDefault="004E69B9">
            <w:pPr>
              <w:rPr>
                <w:b/>
                <w:bCs/>
              </w:rPr>
            </w:pPr>
            <w:r w:rsidRPr="005B6ADD">
              <w:rPr>
                <w:b/>
                <w:bCs/>
              </w:rPr>
              <w:t>Module 6: Think big!</w:t>
            </w:r>
          </w:p>
        </w:tc>
        <w:tc>
          <w:tcPr>
            <w:tcW w:w="2227" w:type="dxa"/>
            <w:shd w:val="clear" w:color="auto" w:fill="FFFF00"/>
          </w:tcPr>
          <w:p w14:paraId="4777C161" w14:textId="77777777" w:rsidR="009E544B" w:rsidRPr="005B6ADD" w:rsidRDefault="009E544B">
            <w:pPr>
              <w:rPr>
                <w:b/>
                <w:bCs/>
              </w:rPr>
            </w:pPr>
          </w:p>
        </w:tc>
        <w:tc>
          <w:tcPr>
            <w:tcW w:w="1270" w:type="dxa"/>
            <w:shd w:val="clear" w:color="auto" w:fill="FFFF00"/>
          </w:tcPr>
          <w:p w14:paraId="58428013" w14:textId="77777777" w:rsidR="009E544B" w:rsidRPr="005B6ADD" w:rsidRDefault="009E544B">
            <w:pPr>
              <w:rPr>
                <w:b/>
                <w:bCs/>
              </w:rPr>
            </w:pPr>
          </w:p>
        </w:tc>
        <w:tc>
          <w:tcPr>
            <w:tcW w:w="1768" w:type="dxa"/>
            <w:shd w:val="clear" w:color="auto" w:fill="FFFF00"/>
          </w:tcPr>
          <w:p w14:paraId="0A3850F1" w14:textId="77777777" w:rsidR="009E544B" w:rsidRPr="005B6ADD" w:rsidRDefault="009E544B">
            <w:pPr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FFFF00"/>
          </w:tcPr>
          <w:p w14:paraId="2D85E094" w14:textId="77777777" w:rsidR="009E544B" w:rsidRPr="005B6ADD" w:rsidRDefault="009E544B">
            <w:pPr>
              <w:rPr>
                <w:b/>
                <w:bCs/>
              </w:rPr>
            </w:pPr>
          </w:p>
        </w:tc>
        <w:tc>
          <w:tcPr>
            <w:tcW w:w="1708" w:type="dxa"/>
            <w:shd w:val="clear" w:color="auto" w:fill="FFFF00"/>
          </w:tcPr>
          <w:p w14:paraId="04055BFF" w14:textId="77777777" w:rsidR="009E544B" w:rsidRPr="005B6ADD" w:rsidRDefault="009E544B">
            <w:pPr>
              <w:rPr>
                <w:b/>
                <w:bCs/>
              </w:rPr>
            </w:pPr>
          </w:p>
        </w:tc>
      </w:tr>
      <w:tr w:rsidR="009E544B" w14:paraId="435A5051" w14:textId="77777777" w:rsidTr="005B6ADD">
        <w:trPr>
          <w:jc w:val="center"/>
        </w:trPr>
        <w:tc>
          <w:tcPr>
            <w:tcW w:w="865" w:type="dxa"/>
          </w:tcPr>
          <w:p w14:paraId="0A933786" w14:textId="77777777" w:rsidR="009E544B" w:rsidRDefault="004E69B9">
            <w:r>
              <w:t>17</w:t>
            </w:r>
          </w:p>
        </w:tc>
        <w:tc>
          <w:tcPr>
            <w:tcW w:w="872" w:type="dxa"/>
          </w:tcPr>
          <w:p w14:paraId="4CC5CA33" w14:textId="77777777" w:rsidR="009E544B" w:rsidRDefault="004E69B9">
            <w:r>
              <w:t>65</w:t>
            </w:r>
          </w:p>
        </w:tc>
        <w:tc>
          <w:tcPr>
            <w:tcW w:w="1389" w:type="dxa"/>
          </w:tcPr>
          <w:p w14:paraId="5AEADB0C" w14:textId="77777777" w:rsidR="009E544B" w:rsidRDefault="004E69B9">
            <w:r>
              <w:t>Cover page module 6</w:t>
            </w:r>
            <w:r>
              <w:br/>
              <w:t>6A (page 77-79)</w:t>
            </w:r>
          </w:p>
        </w:tc>
        <w:tc>
          <w:tcPr>
            <w:tcW w:w="2058" w:type="dxa"/>
          </w:tcPr>
          <w:p w14:paraId="7EE23100" w14:textId="77777777" w:rsidR="009E544B" w:rsidRDefault="004E69B9">
            <w:r>
              <w:t>Počúvanie s porozumením, slovná zásoba - ľudský mozog</w:t>
            </w:r>
          </w:p>
        </w:tc>
        <w:tc>
          <w:tcPr>
            <w:tcW w:w="2227" w:type="dxa"/>
          </w:tcPr>
          <w:p w14:paraId="467EBE71" w14:textId="77777777" w:rsidR="009E544B" w:rsidRDefault="004E69B9">
            <w:r>
              <w:t>oboznámiť sa s témou fungovania ľudského mozgu</w:t>
            </w:r>
            <w:r>
              <w:br/>
              <w:t>identifikovať kľúčové informácie v texte a nahrávke</w:t>
            </w:r>
            <w:r>
              <w:br/>
              <w:t>zhrnúť informácie a parafrázovať ich vlastnými slovami</w:t>
            </w:r>
          </w:p>
        </w:tc>
        <w:tc>
          <w:tcPr>
            <w:tcW w:w="1270" w:type="dxa"/>
          </w:tcPr>
          <w:p w14:paraId="075CCF31" w14:textId="77777777" w:rsidR="009E544B" w:rsidRDefault="009E544B"/>
        </w:tc>
        <w:tc>
          <w:tcPr>
            <w:tcW w:w="1768" w:type="dxa"/>
          </w:tcPr>
          <w:p w14:paraId="0E8551FC" w14:textId="77777777" w:rsidR="009E544B" w:rsidRDefault="004E69B9">
            <w:r>
              <w:t>Human brain</w:t>
            </w:r>
          </w:p>
        </w:tc>
        <w:tc>
          <w:tcPr>
            <w:tcW w:w="1418" w:type="dxa"/>
          </w:tcPr>
          <w:p w14:paraId="2BA6F974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3FBCA6DD" w14:textId="77777777" w:rsidR="009E544B" w:rsidRDefault="004E69B9">
            <w:r>
              <w:t>kritické myslenie, komunikácia, spolupráca, samostatné učenie, digitálna gramotnosť, osobná a sociálna zodpovednosť, kreativita</w:t>
            </w:r>
            <w:r>
              <w:br/>
              <w:t>Zdravie a kvalitný život</w:t>
            </w:r>
          </w:p>
        </w:tc>
      </w:tr>
      <w:tr w:rsidR="009E544B" w14:paraId="3CD7CD9C" w14:textId="77777777" w:rsidTr="005B6ADD">
        <w:trPr>
          <w:jc w:val="center"/>
        </w:trPr>
        <w:tc>
          <w:tcPr>
            <w:tcW w:w="865" w:type="dxa"/>
          </w:tcPr>
          <w:p w14:paraId="7AC7F9B5" w14:textId="77777777" w:rsidR="009E544B" w:rsidRDefault="009E544B"/>
        </w:tc>
        <w:tc>
          <w:tcPr>
            <w:tcW w:w="872" w:type="dxa"/>
          </w:tcPr>
          <w:p w14:paraId="64C37D21" w14:textId="77777777" w:rsidR="009E544B" w:rsidRDefault="004E69B9">
            <w:r>
              <w:t>66</w:t>
            </w:r>
          </w:p>
        </w:tc>
        <w:tc>
          <w:tcPr>
            <w:tcW w:w="1389" w:type="dxa"/>
          </w:tcPr>
          <w:p w14:paraId="3AA435E0" w14:textId="77777777" w:rsidR="009E544B" w:rsidRDefault="004E69B9">
            <w:r>
              <w:t>6a (page 80)</w:t>
            </w:r>
          </w:p>
        </w:tc>
        <w:tc>
          <w:tcPr>
            <w:tcW w:w="2058" w:type="dxa"/>
          </w:tcPr>
          <w:p w14:paraId="48B3B8E0" w14:textId="77777777" w:rsidR="009E544B" w:rsidRDefault="004E69B9">
            <w:r>
              <w:t>Gramatika - trpný rod</w:t>
            </w:r>
          </w:p>
        </w:tc>
        <w:tc>
          <w:tcPr>
            <w:tcW w:w="2227" w:type="dxa"/>
          </w:tcPr>
          <w:p w14:paraId="31C855CC" w14:textId="77777777" w:rsidR="009E544B" w:rsidRDefault="004E69B9">
            <w:r>
              <w:t>používať trpný rod v ústnom a písomnom prejave</w:t>
            </w:r>
            <w:r>
              <w:br/>
              <w:t>meniť vetné konštrukcie z činného na trpný rod</w:t>
            </w:r>
            <w:r>
              <w:br/>
              <w:t>používať trpný rod vo vhodnom kontexte</w:t>
            </w:r>
          </w:p>
        </w:tc>
        <w:tc>
          <w:tcPr>
            <w:tcW w:w="1270" w:type="dxa"/>
          </w:tcPr>
          <w:p w14:paraId="6D904694" w14:textId="77777777" w:rsidR="009E544B" w:rsidRDefault="004E69B9">
            <w:r>
              <w:t>Passive voice</w:t>
            </w:r>
          </w:p>
        </w:tc>
        <w:tc>
          <w:tcPr>
            <w:tcW w:w="1768" w:type="dxa"/>
          </w:tcPr>
          <w:p w14:paraId="52F082F1" w14:textId="77777777" w:rsidR="009E544B" w:rsidRDefault="009E544B"/>
        </w:tc>
        <w:tc>
          <w:tcPr>
            <w:tcW w:w="1418" w:type="dxa"/>
          </w:tcPr>
          <w:p w14:paraId="6FDC3608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6E11D2FB" w14:textId="77777777" w:rsidR="009E544B" w:rsidRDefault="004E69B9">
            <w:r>
              <w:t>kritické myslenie, komunikácia, spolupráca, samostatné učenie, digitálna gramotnosť, osobná a sociálna zodpovednosť, kreativita</w:t>
            </w:r>
            <w:r>
              <w:br/>
              <w:t>Zdravie a kvalitný život</w:t>
            </w:r>
          </w:p>
        </w:tc>
      </w:tr>
      <w:tr w:rsidR="009E544B" w14:paraId="60785DCE" w14:textId="77777777" w:rsidTr="005B6ADD">
        <w:trPr>
          <w:jc w:val="center"/>
        </w:trPr>
        <w:tc>
          <w:tcPr>
            <w:tcW w:w="865" w:type="dxa"/>
          </w:tcPr>
          <w:p w14:paraId="3DF7BF33" w14:textId="77777777" w:rsidR="009E544B" w:rsidRDefault="009E544B"/>
        </w:tc>
        <w:tc>
          <w:tcPr>
            <w:tcW w:w="872" w:type="dxa"/>
          </w:tcPr>
          <w:p w14:paraId="646EE616" w14:textId="77777777" w:rsidR="009E544B" w:rsidRDefault="004E69B9">
            <w:r>
              <w:t>67</w:t>
            </w:r>
          </w:p>
        </w:tc>
        <w:tc>
          <w:tcPr>
            <w:tcW w:w="1389" w:type="dxa"/>
          </w:tcPr>
          <w:p w14:paraId="0D7DBCAD" w14:textId="77777777" w:rsidR="009E544B" w:rsidRDefault="004E69B9">
            <w:r>
              <w:t>6A (page 80-81)</w:t>
            </w:r>
          </w:p>
        </w:tc>
        <w:tc>
          <w:tcPr>
            <w:tcW w:w="2058" w:type="dxa"/>
          </w:tcPr>
          <w:p w14:paraId="2BBBF4CB" w14:textId="77777777" w:rsidR="009E544B" w:rsidRDefault="004E69B9">
            <w:r>
              <w:t>Rozprávanie - učenie sa jazykov</w:t>
            </w:r>
          </w:p>
        </w:tc>
        <w:tc>
          <w:tcPr>
            <w:tcW w:w="2227" w:type="dxa"/>
          </w:tcPr>
          <w:p w14:paraId="64AACF35" w14:textId="77777777" w:rsidR="009E544B" w:rsidRDefault="004E69B9">
            <w:r>
              <w:t>diskutovať o učení sa cudzích jazykov</w:t>
            </w:r>
            <w:r>
              <w:br/>
            </w:r>
            <w:r>
              <w:lastRenderedPageBreak/>
              <w:t>porovnávať rôzne situácie a skúsenosti</w:t>
            </w:r>
            <w:r>
              <w:br/>
              <w:t>vyjadriť a zdôvodniť vlastný názor</w:t>
            </w:r>
          </w:p>
        </w:tc>
        <w:tc>
          <w:tcPr>
            <w:tcW w:w="1270" w:type="dxa"/>
          </w:tcPr>
          <w:p w14:paraId="07DC1EB1" w14:textId="77777777" w:rsidR="009E544B" w:rsidRDefault="009E544B"/>
        </w:tc>
        <w:tc>
          <w:tcPr>
            <w:tcW w:w="1768" w:type="dxa"/>
          </w:tcPr>
          <w:p w14:paraId="22921823" w14:textId="77777777" w:rsidR="009E544B" w:rsidRDefault="004E69B9">
            <w:r>
              <w:t>Language learning</w:t>
            </w:r>
          </w:p>
        </w:tc>
        <w:tc>
          <w:tcPr>
            <w:tcW w:w="1418" w:type="dxa"/>
          </w:tcPr>
          <w:p w14:paraId="59B4B428" w14:textId="77777777" w:rsidR="009E544B" w:rsidRDefault="004E69B9">
            <w:r>
              <w:t xml:space="preserve">Student’s book, multimedia </w:t>
            </w:r>
            <w:r>
              <w:lastRenderedPageBreak/>
              <w:t>material</w:t>
            </w:r>
          </w:p>
        </w:tc>
        <w:tc>
          <w:tcPr>
            <w:tcW w:w="1708" w:type="dxa"/>
          </w:tcPr>
          <w:p w14:paraId="04703A47" w14:textId="77777777" w:rsidR="009E544B" w:rsidRDefault="004E69B9">
            <w:r>
              <w:lastRenderedPageBreak/>
              <w:t xml:space="preserve">kritické myslenie, komunikácia, </w:t>
            </w:r>
            <w:r>
              <w:lastRenderedPageBreak/>
              <w:t>samostatné učenie, kreativita</w:t>
            </w:r>
            <w:r>
              <w:br/>
              <w:t>kvalitné vzdelávanie</w:t>
            </w:r>
          </w:p>
        </w:tc>
      </w:tr>
      <w:tr w:rsidR="009E544B" w14:paraId="1B4F855B" w14:textId="77777777" w:rsidTr="005B6ADD">
        <w:trPr>
          <w:jc w:val="center"/>
        </w:trPr>
        <w:tc>
          <w:tcPr>
            <w:tcW w:w="865" w:type="dxa"/>
          </w:tcPr>
          <w:p w14:paraId="04B38187" w14:textId="77777777" w:rsidR="009E544B" w:rsidRDefault="009E544B"/>
        </w:tc>
        <w:tc>
          <w:tcPr>
            <w:tcW w:w="872" w:type="dxa"/>
          </w:tcPr>
          <w:p w14:paraId="757CDBC6" w14:textId="77777777" w:rsidR="009E544B" w:rsidRDefault="004E69B9">
            <w:r>
              <w:t>68</w:t>
            </w:r>
          </w:p>
        </w:tc>
        <w:tc>
          <w:tcPr>
            <w:tcW w:w="1389" w:type="dxa"/>
          </w:tcPr>
          <w:p w14:paraId="520842EC" w14:textId="77777777" w:rsidR="009E544B" w:rsidRDefault="004E69B9">
            <w:r>
              <w:t>6B (page 82-83)</w:t>
            </w:r>
          </w:p>
        </w:tc>
        <w:tc>
          <w:tcPr>
            <w:tcW w:w="2058" w:type="dxa"/>
          </w:tcPr>
          <w:p w14:paraId="21FC4BA7" w14:textId="77777777" w:rsidR="009E544B" w:rsidRDefault="004E69B9">
            <w:r>
              <w:t>Čítanie s porozumením - celoživotné vzdelávanie</w:t>
            </w:r>
          </w:p>
        </w:tc>
        <w:tc>
          <w:tcPr>
            <w:tcW w:w="2227" w:type="dxa"/>
          </w:tcPr>
          <w:p w14:paraId="66EEF911" w14:textId="77777777" w:rsidR="009E544B" w:rsidRDefault="004E69B9">
            <w:r>
              <w:t>porozumieť textu o vzdelávaní a celoživotnom učení</w:t>
            </w:r>
            <w:r>
              <w:br/>
              <w:t>diskutovať o význame vzdelávania v živote človeka</w:t>
            </w:r>
            <w:r>
              <w:br/>
              <w:t>vyjadriť a zdôvodniť vlastný názor</w:t>
            </w:r>
          </w:p>
        </w:tc>
        <w:tc>
          <w:tcPr>
            <w:tcW w:w="1270" w:type="dxa"/>
          </w:tcPr>
          <w:p w14:paraId="78D5F23D" w14:textId="77777777" w:rsidR="009E544B" w:rsidRDefault="009E544B"/>
        </w:tc>
        <w:tc>
          <w:tcPr>
            <w:tcW w:w="1768" w:type="dxa"/>
          </w:tcPr>
          <w:p w14:paraId="42BB1209" w14:textId="77777777" w:rsidR="009E544B" w:rsidRDefault="004E69B9">
            <w:r>
              <w:t>Education and life-long learning</w:t>
            </w:r>
          </w:p>
        </w:tc>
        <w:tc>
          <w:tcPr>
            <w:tcW w:w="1418" w:type="dxa"/>
          </w:tcPr>
          <w:p w14:paraId="1DAFB11F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782AC188" w14:textId="77777777" w:rsidR="009E544B" w:rsidRDefault="004E69B9">
            <w:r>
              <w:t>kritické myslenie, komunikácia, spolupráca</w:t>
            </w:r>
            <w:r>
              <w:br/>
              <w:t>kvalitné vzdelávanie</w:t>
            </w:r>
          </w:p>
        </w:tc>
      </w:tr>
      <w:tr w:rsidR="009E544B" w14:paraId="5C360B30" w14:textId="77777777" w:rsidTr="005B6ADD">
        <w:trPr>
          <w:jc w:val="center"/>
        </w:trPr>
        <w:tc>
          <w:tcPr>
            <w:tcW w:w="865" w:type="dxa"/>
          </w:tcPr>
          <w:p w14:paraId="54BBACC7" w14:textId="77777777" w:rsidR="009E544B" w:rsidRDefault="004E69B9">
            <w:r>
              <w:t>18</w:t>
            </w:r>
          </w:p>
        </w:tc>
        <w:tc>
          <w:tcPr>
            <w:tcW w:w="872" w:type="dxa"/>
          </w:tcPr>
          <w:p w14:paraId="3EE03B64" w14:textId="77777777" w:rsidR="009E544B" w:rsidRDefault="004E69B9">
            <w:r>
              <w:t>69</w:t>
            </w:r>
          </w:p>
        </w:tc>
        <w:tc>
          <w:tcPr>
            <w:tcW w:w="1389" w:type="dxa"/>
          </w:tcPr>
          <w:p w14:paraId="3B5330CA" w14:textId="77777777" w:rsidR="009E544B" w:rsidRDefault="004E69B9">
            <w:r>
              <w:t>6B (page 84)</w:t>
            </w:r>
          </w:p>
        </w:tc>
        <w:tc>
          <w:tcPr>
            <w:tcW w:w="2058" w:type="dxa"/>
          </w:tcPr>
          <w:p w14:paraId="01837779" w14:textId="77777777" w:rsidR="009E544B" w:rsidRDefault="004E69B9">
            <w:r>
              <w:t>Slovná zásoba - zložené prídavné mená</w:t>
            </w:r>
          </w:p>
        </w:tc>
        <w:tc>
          <w:tcPr>
            <w:tcW w:w="2227" w:type="dxa"/>
          </w:tcPr>
          <w:p w14:paraId="2B8B1860" w14:textId="77777777" w:rsidR="009E544B" w:rsidRDefault="004E69B9">
            <w:r>
              <w:t>rozpoznávať a používať zložené prídavné mená</w:t>
            </w:r>
            <w:r>
              <w:br/>
            </w:r>
            <w:r>
              <w:t>rozširovať slovnú zásobu pomocou slovotvorných postupov</w:t>
            </w:r>
            <w:r>
              <w:br/>
              <w:t>používať novú slovnú zásobu v kontexte</w:t>
            </w:r>
          </w:p>
        </w:tc>
        <w:tc>
          <w:tcPr>
            <w:tcW w:w="1270" w:type="dxa"/>
          </w:tcPr>
          <w:p w14:paraId="1232F64B" w14:textId="77777777" w:rsidR="009E544B" w:rsidRDefault="009E544B"/>
        </w:tc>
        <w:tc>
          <w:tcPr>
            <w:tcW w:w="1768" w:type="dxa"/>
          </w:tcPr>
          <w:p w14:paraId="481F4AF0" w14:textId="77777777" w:rsidR="009E544B" w:rsidRDefault="004E69B9">
            <w:r>
              <w:t>Compound adjectives</w:t>
            </w:r>
          </w:p>
        </w:tc>
        <w:tc>
          <w:tcPr>
            <w:tcW w:w="1418" w:type="dxa"/>
          </w:tcPr>
          <w:p w14:paraId="738AB768" w14:textId="77777777" w:rsidR="009E544B" w:rsidRDefault="009E544B"/>
        </w:tc>
        <w:tc>
          <w:tcPr>
            <w:tcW w:w="1708" w:type="dxa"/>
          </w:tcPr>
          <w:p w14:paraId="2BAB0D9D" w14:textId="77777777" w:rsidR="009E544B" w:rsidRDefault="009E544B"/>
        </w:tc>
      </w:tr>
      <w:tr w:rsidR="009E544B" w14:paraId="065FB2B7" w14:textId="77777777" w:rsidTr="005B6ADD">
        <w:trPr>
          <w:jc w:val="center"/>
        </w:trPr>
        <w:tc>
          <w:tcPr>
            <w:tcW w:w="865" w:type="dxa"/>
          </w:tcPr>
          <w:p w14:paraId="20581166" w14:textId="77777777" w:rsidR="009E544B" w:rsidRDefault="009E544B"/>
        </w:tc>
        <w:tc>
          <w:tcPr>
            <w:tcW w:w="872" w:type="dxa"/>
          </w:tcPr>
          <w:p w14:paraId="6DA02B2D" w14:textId="77777777" w:rsidR="009E544B" w:rsidRDefault="004E69B9">
            <w:r>
              <w:t>70</w:t>
            </w:r>
          </w:p>
        </w:tc>
        <w:tc>
          <w:tcPr>
            <w:tcW w:w="1389" w:type="dxa"/>
          </w:tcPr>
          <w:p w14:paraId="34A5553C" w14:textId="77777777" w:rsidR="009E544B" w:rsidRDefault="004E69B9">
            <w:r>
              <w:t>6B (page 85)</w:t>
            </w:r>
          </w:p>
        </w:tc>
        <w:tc>
          <w:tcPr>
            <w:tcW w:w="2058" w:type="dxa"/>
          </w:tcPr>
          <w:p w14:paraId="45C3AA40" w14:textId="77777777" w:rsidR="009E544B" w:rsidRDefault="004E69B9">
            <w:r>
              <w:t>Gramatika - obrátený slovosled</w:t>
            </w:r>
          </w:p>
        </w:tc>
        <w:tc>
          <w:tcPr>
            <w:tcW w:w="2227" w:type="dxa"/>
          </w:tcPr>
          <w:p w14:paraId="7E672FB7" w14:textId="77777777" w:rsidR="009E544B" w:rsidRDefault="004E69B9">
            <w:r>
              <w:t>používať obrátený slovosled na zdôraznenie informácie</w:t>
            </w:r>
            <w:r>
              <w:br/>
              <w:t>rozpoznávať inverziu vo vetách</w:t>
            </w:r>
            <w:r>
              <w:br/>
              <w:t>používať inverziu vo vhodnom kontexte</w:t>
            </w:r>
          </w:p>
        </w:tc>
        <w:tc>
          <w:tcPr>
            <w:tcW w:w="1270" w:type="dxa"/>
          </w:tcPr>
          <w:p w14:paraId="579E70D9" w14:textId="77777777" w:rsidR="009E544B" w:rsidRDefault="004E69B9">
            <w:r>
              <w:t>Inversion</w:t>
            </w:r>
          </w:p>
        </w:tc>
        <w:tc>
          <w:tcPr>
            <w:tcW w:w="1768" w:type="dxa"/>
          </w:tcPr>
          <w:p w14:paraId="745C07ED" w14:textId="77777777" w:rsidR="009E544B" w:rsidRDefault="004E69B9">
            <w:r>
              <w:t>Education</w:t>
            </w:r>
            <w:r>
              <w:br/>
            </w:r>
          </w:p>
        </w:tc>
        <w:tc>
          <w:tcPr>
            <w:tcW w:w="1418" w:type="dxa"/>
          </w:tcPr>
          <w:p w14:paraId="09A8F9CD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3283D3C3" w14:textId="77777777" w:rsidR="009E544B" w:rsidRDefault="004E69B9">
            <w:r>
              <w:t>kritické myslenie, komunikácia</w:t>
            </w:r>
          </w:p>
        </w:tc>
      </w:tr>
      <w:tr w:rsidR="009E544B" w14:paraId="2915B1AD" w14:textId="77777777" w:rsidTr="005B6ADD">
        <w:trPr>
          <w:jc w:val="center"/>
        </w:trPr>
        <w:tc>
          <w:tcPr>
            <w:tcW w:w="865" w:type="dxa"/>
          </w:tcPr>
          <w:p w14:paraId="2057C5EA" w14:textId="77777777" w:rsidR="009E544B" w:rsidRDefault="009E544B"/>
        </w:tc>
        <w:tc>
          <w:tcPr>
            <w:tcW w:w="872" w:type="dxa"/>
          </w:tcPr>
          <w:p w14:paraId="625054A8" w14:textId="77777777" w:rsidR="009E544B" w:rsidRDefault="004E69B9">
            <w:r>
              <w:t>71</w:t>
            </w:r>
          </w:p>
        </w:tc>
        <w:tc>
          <w:tcPr>
            <w:tcW w:w="1389" w:type="dxa"/>
          </w:tcPr>
          <w:p w14:paraId="3ECCA924" w14:textId="77777777" w:rsidR="009E544B" w:rsidRDefault="004E69B9">
            <w:r>
              <w:t>6B (page 86-87)</w:t>
            </w:r>
          </w:p>
        </w:tc>
        <w:tc>
          <w:tcPr>
            <w:tcW w:w="2058" w:type="dxa"/>
          </w:tcPr>
          <w:p w14:paraId="4C81AA6F" w14:textId="77777777" w:rsidR="009E544B" w:rsidRDefault="004E69B9">
            <w:r>
              <w:t>Slovná zásoba - vzdelávanie, počúvanie s porozumením</w:t>
            </w:r>
          </w:p>
        </w:tc>
        <w:tc>
          <w:tcPr>
            <w:tcW w:w="2227" w:type="dxa"/>
          </w:tcPr>
          <w:p w14:paraId="257454CB" w14:textId="77777777" w:rsidR="009E544B" w:rsidRDefault="004E69B9">
            <w:r>
              <w:t>používať slovnú zásobu súvisiacu so vzdelávaním</w:t>
            </w:r>
            <w:r>
              <w:br/>
              <w:t>porozumieť konkrétnym informáciám v nahrávke</w:t>
            </w:r>
            <w:r>
              <w:br/>
              <w:t>rozlišovať jednotlivé stupne a formy vzdelávania</w:t>
            </w:r>
          </w:p>
        </w:tc>
        <w:tc>
          <w:tcPr>
            <w:tcW w:w="1270" w:type="dxa"/>
          </w:tcPr>
          <w:p w14:paraId="7AE5BBDF" w14:textId="77777777" w:rsidR="009E544B" w:rsidRDefault="009E544B"/>
        </w:tc>
        <w:tc>
          <w:tcPr>
            <w:tcW w:w="1768" w:type="dxa"/>
          </w:tcPr>
          <w:p w14:paraId="5A6548D4" w14:textId="77777777" w:rsidR="009E544B" w:rsidRDefault="004E69B9">
            <w:r>
              <w:t>Learning</w:t>
            </w:r>
          </w:p>
        </w:tc>
        <w:tc>
          <w:tcPr>
            <w:tcW w:w="1418" w:type="dxa"/>
          </w:tcPr>
          <w:p w14:paraId="7AA7DFBA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153EE64C" w14:textId="77777777" w:rsidR="009E544B" w:rsidRDefault="004E69B9">
            <w:r>
              <w:t>kritické myslenie, komunikácia, spolupráca, kreativita</w:t>
            </w:r>
            <w:r>
              <w:br/>
              <w:t>mediácia</w:t>
            </w:r>
          </w:p>
        </w:tc>
      </w:tr>
      <w:tr w:rsidR="009E544B" w14:paraId="483BFAA1" w14:textId="77777777" w:rsidTr="005B6ADD">
        <w:trPr>
          <w:jc w:val="center"/>
        </w:trPr>
        <w:tc>
          <w:tcPr>
            <w:tcW w:w="865" w:type="dxa"/>
          </w:tcPr>
          <w:p w14:paraId="404DF8F0" w14:textId="77777777" w:rsidR="009E544B" w:rsidRDefault="009E544B"/>
        </w:tc>
        <w:tc>
          <w:tcPr>
            <w:tcW w:w="872" w:type="dxa"/>
          </w:tcPr>
          <w:p w14:paraId="0A53E6C8" w14:textId="77777777" w:rsidR="009E544B" w:rsidRDefault="004E69B9">
            <w:r>
              <w:t>72</w:t>
            </w:r>
          </w:p>
        </w:tc>
        <w:tc>
          <w:tcPr>
            <w:tcW w:w="1389" w:type="dxa"/>
          </w:tcPr>
          <w:p w14:paraId="4FC94718" w14:textId="77777777" w:rsidR="009E544B" w:rsidRDefault="004E69B9">
            <w:r>
              <w:t>6B (page 86-87)</w:t>
            </w:r>
          </w:p>
        </w:tc>
        <w:tc>
          <w:tcPr>
            <w:tcW w:w="2058" w:type="dxa"/>
          </w:tcPr>
          <w:p w14:paraId="77B945A6" w14:textId="77777777" w:rsidR="009E544B" w:rsidRDefault="004E69B9">
            <w:r>
              <w:t>Rozprávanie - rôzne spôsoby učenia sa</w:t>
            </w:r>
          </w:p>
        </w:tc>
        <w:tc>
          <w:tcPr>
            <w:tcW w:w="2227" w:type="dxa"/>
          </w:tcPr>
          <w:p w14:paraId="19B1DAA8" w14:textId="77777777" w:rsidR="009E544B" w:rsidRDefault="004E69B9">
            <w:r>
              <w:t>diskutovať o rôznych spôsoboch učenia sa</w:t>
            </w:r>
            <w:r>
              <w:br/>
              <w:t>porovnávať fotografie a vyjadriť preferencie</w:t>
            </w:r>
            <w:r>
              <w:br/>
              <w:t>vyjadriť a zdôvodniť vlastný názor</w:t>
            </w:r>
          </w:p>
        </w:tc>
        <w:tc>
          <w:tcPr>
            <w:tcW w:w="1270" w:type="dxa"/>
          </w:tcPr>
          <w:p w14:paraId="571E217E" w14:textId="77777777" w:rsidR="009E544B" w:rsidRDefault="009E544B"/>
        </w:tc>
        <w:tc>
          <w:tcPr>
            <w:tcW w:w="1768" w:type="dxa"/>
          </w:tcPr>
          <w:p w14:paraId="39F7BD09" w14:textId="77777777" w:rsidR="009E544B" w:rsidRDefault="004E69B9">
            <w:r>
              <w:t>Learning</w:t>
            </w:r>
          </w:p>
        </w:tc>
        <w:tc>
          <w:tcPr>
            <w:tcW w:w="1418" w:type="dxa"/>
          </w:tcPr>
          <w:p w14:paraId="701BC913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74FDD0B1" w14:textId="77777777" w:rsidR="009E544B" w:rsidRDefault="004E69B9">
            <w:r>
              <w:t>kritické myslenie, komunikácia, spolupráca, kreativita</w:t>
            </w:r>
            <w:r>
              <w:br/>
              <w:t>mediácia</w:t>
            </w:r>
          </w:p>
        </w:tc>
      </w:tr>
      <w:tr w:rsidR="009E544B" w14:paraId="0AF67214" w14:textId="77777777" w:rsidTr="005B6ADD">
        <w:trPr>
          <w:jc w:val="center"/>
        </w:trPr>
        <w:tc>
          <w:tcPr>
            <w:tcW w:w="865" w:type="dxa"/>
          </w:tcPr>
          <w:p w14:paraId="400AD4B8" w14:textId="77777777" w:rsidR="009E544B" w:rsidRDefault="004E69B9">
            <w:r>
              <w:t>19</w:t>
            </w:r>
          </w:p>
        </w:tc>
        <w:tc>
          <w:tcPr>
            <w:tcW w:w="872" w:type="dxa"/>
          </w:tcPr>
          <w:p w14:paraId="7A8F75B3" w14:textId="77777777" w:rsidR="009E544B" w:rsidRDefault="004E69B9">
            <w:r>
              <w:t>73</w:t>
            </w:r>
          </w:p>
        </w:tc>
        <w:tc>
          <w:tcPr>
            <w:tcW w:w="1389" w:type="dxa"/>
          </w:tcPr>
          <w:p w14:paraId="6CA35294" w14:textId="77777777" w:rsidR="009E544B" w:rsidRDefault="004E69B9">
            <w:r>
              <w:t>6B (page 88-89)</w:t>
            </w:r>
          </w:p>
        </w:tc>
        <w:tc>
          <w:tcPr>
            <w:tcW w:w="2058" w:type="dxa"/>
          </w:tcPr>
          <w:p w14:paraId="50A3F006" w14:textId="77777777" w:rsidR="009E544B" w:rsidRDefault="004E69B9">
            <w:r>
              <w:t>Písanie - esej, vyjadrenie názoru</w:t>
            </w:r>
          </w:p>
        </w:tc>
        <w:tc>
          <w:tcPr>
            <w:tcW w:w="2227" w:type="dxa"/>
          </w:tcPr>
          <w:p w14:paraId="3C3C048D" w14:textId="77777777" w:rsidR="009E544B" w:rsidRDefault="004E69B9">
            <w:r>
              <w:t>vyjadriť a zdôvodniť vlastný názor na tému vzdelávania</w:t>
            </w:r>
            <w:r>
              <w:br/>
              <w:t>usporiadať argumenty do logickej štruktúry</w:t>
            </w:r>
            <w:r>
              <w:br/>
            </w:r>
            <w:r>
              <w:lastRenderedPageBreak/>
              <w:t>napísať esej s využitím vhodných jazykových prostriedkov</w:t>
            </w:r>
          </w:p>
        </w:tc>
        <w:tc>
          <w:tcPr>
            <w:tcW w:w="1270" w:type="dxa"/>
          </w:tcPr>
          <w:p w14:paraId="65875E0D" w14:textId="77777777" w:rsidR="009E544B" w:rsidRDefault="009E544B"/>
        </w:tc>
        <w:tc>
          <w:tcPr>
            <w:tcW w:w="1768" w:type="dxa"/>
          </w:tcPr>
          <w:p w14:paraId="153007D8" w14:textId="77777777" w:rsidR="009E544B" w:rsidRDefault="004E69B9">
            <w:r>
              <w:t>Education</w:t>
            </w:r>
          </w:p>
        </w:tc>
        <w:tc>
          <w:tcPr>
            <w:tcW w:w="1418" w:type="dxa"/>
          </w:tcPr>
          <w:p w14:paraId="6EA9AB41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7E1BC8E2" w14:textId="77777777" w:rsidR="009E544B" w:rsidRDefault="004E69B9">
            <w:r>
              <w:t>kritické myslenie, komunikácia, samostatné učenie</w:t>
            </w:r>
          </w:p>
        </w:tc>
      </w:tr>
      <w:tr w:rsidR="009E544B" w14:paraId="2853475A" w14:textId="77777777" w:rsidTr="005B6ADD">
        <w:trPr>
          <w:jc w:val="center"/>
        </w:trPr>
        <w:tc>
          <w:tcPr>
            <w:tcW w:w="865" w:type="dxa"/>
          </w:tcPr>
          <w:p w14:paraId="2B831301" w14:textId="77777777" w:rsidR="009E544B" w:rsidRDefault="009E544B"/>
        </w:tc>
        <w:tc>
          <w:tcPr>
            <w:tcW w:w="872" w:type="dxa"/>
          </w:tcPr>
          <w:p w14:paraId="5E7CC782" w14:textId="77777777" w:rsidR="009E544B" w:rsidRDefault="004E69B9">
            <w:r>
              <w:t>74</w:t>
            </w:r>
          </w:p>
        </w:tc>
        <w:tc>
          <w:tcPr>
            <w:tcW w:w="1389" w:type="dxa"/>
          </w:tcPr>
          <w:p w14:paraId="73FE9E44" w14:textId="77777777" w:rsidR="009E544B" w:rsidRDefault="004E69B9">
            <w:r>
              <w:t>Review 6</w:t>
            </w:r>
            <w:r>
              <w:br/>
              <w:t>Self-evaluation</w:t>
            </w:r>
          </w:p>
        </w:tc>
        <w:tc>
          <w:tcPr>
            <w:tcW w:w="2058" w:type="dxa"/>
          </w:tcPr>
          <w:p w14:paraId="0A0A80F4" w14:textId="77777777" w:rsidR="009E544B" w:rsidRDefault="004E69B9">
            <w:r>
              <w:t>Zhrnutie učiva 6, Sebahodnotenie</w:t>
            </w:r>
          </w:p>
        </w:tc>
        <w:tc>
          <w:tcPr>
            <w:tcW w:w="2227" w:type="dxa"/>
          </w:tcPr>
          <w:p w14:paraId="5001D9FF" w14:textId="77777777" w:rsidR="009E544B" w:rsidRDefault="004E69B9">
            <w:r>
              <w:t>zopakovať a upevniť učivo modulu</w:t>
            </w:r>
            <w:r>
              <w:br/>
            </w:r>
            <w:r>
              <w:t>používať osvojenú slovnú zásobu a gramatické štruktúry</w:t>
            </w:r>
            <w:r>
              <w:br/>
              <w:t>zhodnotiť vlastný pokrok v učení</w:t>
            </w:r>
          </w:p>
        </w:tc>
        <w:tc>
          <w:tcPr>
            <w:tcW w:w="1270" w:type="dxa"/>
          </w:tcPr>
          <w:p w14:paraId="7214DECE" w14:textId="77777777" w:rsidR="009E544B" w:rsidRDefault="009E544B"/>
        </w:tc>
        <w:tc>
          <w:tcPr>
            <w:tcW w:w="1768" w:type="dxa"/>
          </w:tcPr>
          <w:p w14:paraId="25B47681" w14:textId="77777777" w:rsidR="009E544B" w:rsidRDefault="009E544B"/>
        </w:tc>
        <w:tc>
          <w:tcPr>
            <w:tcW w:w="1418" w:type="dxa"/>
          </w:tcPr>
          <w:p w14:paraId="1732FB79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19E604CF" w14:textId="77777777" w:rsidR="009E544B" w:rsidRDefault="004E69B9">
            <w:r>
              <w:t>kritické myslenie, samostatné učenie</w:t>
            </w:r>
          </w:p>
        </w:tc>
      </w:tr>
      <w:tr w:rsidR="009E544B" w14:paraId="0F489AFC" w14:textId="77777777" w:rsidTr="005B6ADD">
        <w:trPr>
          <w:jc w:val="center"/>
        </w:trPr>
        <w:tc>
          <w:tcPr>
            <w:tcW w:w="865" w:type="dxa"/>
          </w:tcPr>
          <w:p w14:paraId="1DE50C7B" w14:textId="77777777" w:rsidR="009E544B" w:rsidRDefault="009E544B"/>
        </w:tc>
        <w:tc>
          <w:tcPr>
            <w:tcW w:w="872" w:type="dxa"/>
          </w:tcPr>
          <w:p w14:paraId="771C9AC7" w14:textId="77777777" w:rsidR="009E544B" w:rsidRDefault="004E69B9">
            <w:r>
              <w:t>75</w:t>
            </w:r>
          </w:p>
        </w:tc>
        <w:tc>
          <w:tcPr>
            <w:tcW w:w="1389" w:type="dxa"/>
          </w:tcPr>
          <w:p w14:paraId="1F6ACB2B" w14:textId="77777777" w:rsidR="009E544B" w:rsidRDefault="004E69B9">
            <w:r>
              <w:t>Exam practice modules 5-6</w:t>
            </w:r>
          </w:p>
        </w:tc>
        <w:tc>
          <w:tcPr>
            <w:tcW w:w="2058" w:type="dxa"/>
          </w:tcPr>
          <w:p w14:paraId="5F00E24C" w14:textId="77777777" w:rsidR="009E544B" w:rsidRDefault="004E69B9">
            <w:r>
              <w:t>Práca s testovými úlohami - moduly 5-6</w:t>
            </w:r>
          </w:p>
        </w:tc>
        <w:tc>
          <w:tcPr>
            <w:tcW w:w="2227" w:type="dxa"/>
          </w:tcPr>
          <w:p w14:paraId="3FF667DC" w14:textId="77777777" w:rsidR="009E544B" w:rsidRDefault="004E69B9">
            <w:r>
              <w:t>uplatniť stratégie riešenia testových úloh</w:t>
            </w:r>
            <w:r>
              <w:br/>
              <w:t>používať osvojené jazykové vedomosti a komunikačné zručnosti v rôznych typoch úloh</w:t>
            </w:r>
            <w:r>
              <w:br/>
              <w:t>overiť si úroveň zvládnutia učiva modulov 5–6</w:t>
            </w:r>
          </w:p>
        </w:tc>
        <w:tc>
          <w:tcPr>
            <w:tcW w:w="1270" w:type="dxa"/>
          </w:tcPr>
          <w:p w14:paraId="6AFB2C20" w14:textId="77777777" w:rsidR="009E544B" w:rsidRDefault="009E544B"/>
        </w:tc>
        <w:tc>
          <w:tcPr>
            <w:tcW w:w="1768" w:type="dxa"/>
          </w:tcPr>
          <w:p w14:paraId="40D8B339" w14:textId="77777777" w:rsidR="009E544B" w:rsidRDefault="009E544B"/>
        </w:tc>
        <w:tc>
          <w:tcPr>
            <w:tcW w:w="1418" w:type="dxa"/>
          </w:tcPr>
          <w:p w14:paraId="54606540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11193666" w14:textId="77777777" w:rsidR="009E544B" w:rsidRDefault="004E69B9">
            <w:r>
              <w:t>samostatné učenie</w:t>
            </w:r>
            <w:r>
              <w:br/>
            </w:r>
            <w:r>
              <w:t>zodpovedná spotreba a výroba</w:t>
            </w:r>
          </w:p>
        </w:tc>
      </w:tr>
      <w:tr w:rsidR="009E544B" w14:paraId="363247BC" w14:textId="77777777" w:rsidTr="005B6ADD">
        <w:trPr>
          <w:jc w:val="center"/>
        </w:trPr>
        <w:tc>
          <w:tcPr>
            <w:tcW w:w="865" w:type="dxa"/>
          </w:tcPr>
          <w:p w14:paraId="6F6E644D" w14:textId="77777777" w:rsidR="009E544B" w:rsidRDefault="009E544B"/>
        </w:tc>
        <w:tc>
          <w:tcPr>
            <w:tcW w:w="872" w:type="dxa"/>
          </w:tcPr>
          <w:p w14:paraId="790AC4FF" w14:textId="77777777" w:rsidR="009E544B" w:rsidRDefault="004E69B9">
            <w:r>
              <w:t>76</w:t>
            </w:r>
          </w:p>
        </w:tc>
        <w:tc>
          <w:tcPr>
            <w:tcW w:w="1389" w:type="dxa"/>
          </w:tcPr>
          <w:p w14:paraId="2D34618D" w14:textId="77777777" w:rsidR="009E544B" w:rsidRDefault="004E69B9">
            <w:r>
              <w:t>Exam practice modules 5-6</w:t>
            </w:r>
          </w:p>
        </w:tc>
        <w:tc>
          <w:tcPr>
            <w:tcW w:w="2058" w:type="dxa"/>
          </w:tcPr>
          <w:p w14:paraId="4D8F1BE3" w14:textId="77777777" w:rsidR="009E544B" w:rsidRDefault="004E69B9">
            <w:r>
              <w:t>Práca s testovými úlohami - moduly 5-6</w:t>
            </w:r>
          </w:p>
        </w:tc>
        <w:tc>
          <w:tcPr>
            <w:tcW w:w="2227" w:type="dxa"/>
          </w:tcPr>
          <w:p w14:paraId="062DC01D" w14:textId="77777777" w:rsidR="009E544B" w:rsidRDefault="004E69B9">
            <w:r>
              <w:t>uplatniť stratégie riešenia testových úloh</w:t>
            </w:r>
            <w:r>
              <w:br/>
              <w:t>používať osvojené jazykové vedomosti a komunikačné zručnosti v rôznych typoch úloh</w:t>
            </w:r>
            <w:r>
              <w:br/>
              <w:t>overiť si úroveň zvládnutia učiva modulov 5–6</w:t>
            </w:r>
          </w:p>
        </w:tc>
        <w:tc>
          <w:tcPr>
            <w:tcW w:w="1270" w:type="dxa"/>
          </w:tcPr>
          <w:p w14:paraId="242FDA8D" w14:textId="77777777" w:rsidR="009E544B" w:rsidRDefault="009E544B"/>
        </w:tc>
        <w:tc>
          <w:tcPr>
            <w:tcW w:w="1768" w:type="dxa"/>
          </w:tcPr>
          <w:p w14:paraId="5AE007AC" w14:textId="77777777" w:rsidR="009E544B" w:rsidRDefault="009E544B"/>
        </w:tc>
        <w:tc>
          <w:tcPr>
            <w:tcW w:w="1418" w:type="dxa"/>
          </w:tcPr>
          <w:p w14:paraId="5F933104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2CCC56FF" w14:textId="77777777" w:rsidR="009E544B" w:rsidRDefault="004E69B9">
            <w:r>
              <w:t>samostatné učenie</w:t>
            </w:r>
            <w:r>
              <w:br/>
              <w:t>zodpovedná spotreba a výroba</w:t>
            </w:r>
          </w:p>
        </w:tc>
      </w:tr>
      <w:tr w:rsidR="009E544B" w14:paraId="268C414E" w14:textId="77777777" w:rsidTr="005B6ADD">
        <w:trPr>
          <w:jc w:val="center"/>
        </w:trPr>
        <w:tc>
          <w:tcPr>
            <w:tcW w:w="865" w:type="dxa"/>
          </w:tcPr>
          <w:p w14:paraId="41F6BBA2" w14:textId="77777777" w:rsidR="009E544B" w:rsidRDefault="004E69B9">
            <w:r>
              <w:t>20</w:t>
            </w:r>
          </w:p>
        </w:tc>
        <w:tc>
          <w:tcPr>
            <w:tcW w:w="872" w:type="dxa"/>
          </w:tcPr>
          <w:p w14:paraId="31890281" w14:textId="77777777" w:rsidR="009E544B" w:rsidRDefault="004E69B9">
            <w:r>
              <w:t>77</w:t>
            </w:r>
          </w:p>
        </w:tc>
        <w:tc>
          <w:tcPr>
            <w:tcW w:w="1389" w:type="dxa"/>
          </w:tcPr>
          <w:p w14:paraId="7031E1BB" w14:textId="77777777" w:rsidR="009E544B" w:rsidRDefault="004E69B9">
            <w:r>
              <w:t>Exam practice modules 5-6</w:t>
            </w:r>
          </w:p>
        </w:tc>
        <w:tc>
          <w:tcPr>
            <w:tcW w:w="2058" w:type="dxa"/>
          </w:tcPr>
          <w:p w14:paraId="44ADBF17" w14:textId="77777777" w:rsidR="009E544B" w:rsidRDefault="004E69B9">
            <w:r>
              <w:t>Práca s testovými úlohami - moduly 5-6</w:t>
            </w:r>
          </w:p>
        </w:tc>
        <w:tc>
          <w:tcPr>
            <w:tcW w:w="2227" w:type="dxa"/>
          </w:tcPr>
          <w:p w14:paraId="5888AE72" w14:textId="77777777" w:rsidR="009E544B" w:rsidRDefault="004E69B9">
            <w:r>
              <w:t>uplatniť stratégie riešenia testových úloh</w:t>
            </w:r>
            <w:r>
              <w:br/>
            </w:r>
            <w:r>
              <w:t>používať osvojené jazykové vedomosti a komunikačné zručnosti v rôznych typoch úloh</w:t>
            </w:r>
            <w:r>
              <w:br/>
              <w:t>overiť si úroveň zvládnutia učiva modulov 5–6</w:t>
            </w:r>
          </w:p>
        </w:tc>
        <w:tc>
          <w:tcPr>
            <w:tcW w:w="1270" w:type="dxa"/>
          </w:tcPr>
          <w:p w14:paraId="0E992422" w14:textId="77777777" w:rsidR="009E544B" w:rsidRDefault="009E544B"/>
        </w:tc>
        <w:tc>
          <w:tcPr>
            <w:tcW w:w="1768" w:type="dxa"/>
          </w:tcPr>
          <w:p w14:paraId="240BE23A" w14:textId="77777777" w:rsidR="009E544B" w:rsidRDefault="009E544B"/>
        </w:tc>
        <w:tc>
          <w:tcPr>
            <w:tcW w:w="1418" w:type="dxa"/>
          </w:tcPr>
          <w:p w14:paraId="76F2958C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53600AD4" w14:textId="77777777" w:rsidR="009E544B" w:rsidRDefault="004E69B9">
            <w:r>
              <w:t>samostatné učenie</w:t>
            </w:r>
            <w:r>
              <w:br/>
              <w:t>zodpovedná spotreba a výroba</w:t>
            </w:r>
          </w:p>
        </w:tc>
      </w:tr>
      <w:tr w:rsidR="009E544B" w14:paraId="121B5846" w14:textId="77777777" w:rsidTr="005B6ADD">
        <w:trPr>
          <w:jc w:val="center"/>
        </w:trPr>
        <w:tc>
          <w:tcPr>
            <w:tcW w:w="865" w:type="dxa"/>
          </w:tcPr>
          <w:p w14:paraId="6DB22274" w14:textId="77777777" w:rsidR="009E544B" w:rsidRDefault="009E544B"/>
        </w:tc>
        <w:tc>
          <w:tcPr>
            <w:tcW w:w="872" w:type="dxa"/>
          </w:tcPr>
          <w:p w14:paraId="65E0A32A" w14:textId="77777777" w:rsidR="009E544B" w:rsidRDefault="004E69B9">
            <w:r>
              <w:t>78</w:t>
            </w:r>
          </w:p>
        </w:tc>
        <w:tc>
          <w:tcPr>
            <w:tcW w:w="1389" w:type="dxa"/>
          </w:tcPr>
          <w:p w14:paraId="75E0792B" w14:textId="77777777" w:rsidR="009E544B" w:rsidRDefault="004E69B9">
            <w:r>
              <w:t>Exam practice modules 5-6</w:t>
            </w:r>
          </w:p>
        </w:tc>
        <w:tc>
          <w:tcPr>
            <w:tcW w:w="2058" w:type="dxa"/>
          </w:tcPr>
          <w:p w14:paraId="3F954A93" w14:textId="77777777" w:rsidR="009E544B" w:rsidRDefault="004E69B9">
            <w:r>
              <w:t>Práca s testovými úlohami - moduly 5-6</w:t>
            </w:r>
          </w:p>
        </w:tc>
        <w:tc>
          <w:tcPr>
            <w:tcW w:w="2227" w:type="dxa"/>
          </w:tcPr>
          <w:p w14:paraId="5D5ACF3A" w14:textId="77777777" w:rsidR="009E544B" w:rsidRDefault="004E69B9">
            <w:r>
              <w:t>uplatniť stratégie riešenia testových úloh</w:t>
            </w:r>
            <w:r>
              <w:br/>
              <w:t>používať osvojené jazykové vedomosti a komunikačné zručnosti v rôznych typoch úloh</w:t>
            </w:r>
            <w:r>
              <w:br/>
              <w:t>overiť si úroveň zvládnutia učiva modulov 5–6</w:t>
            </w:r>
          </w:p>
        </w:tc>
        <w:tc>
          <w:tcPr>
            <w:tcW w:w="1270" w:type="dxa"/>
          </w:tcPr>
          <w:p w14:paraId="7FCCDE80" w14:textId="77777777" w:rsidR="009E544B" w:rsidRDefault="009E544B"/>
        </w:tc>
        <w:tc>
          <w:tcPr>
            <w:tcW w:w="1768" w:type="dxa"/>
          </w:tcPr>
          <w:p w14:paraId="7180CD0F" w14:textId="77777777" w:rsidR="009E544B" w:rsidRDefault="009E544B"/>
        </w:tc>
        <w:tc>
          <w:tcPr>
            <w:tcW w:w="1418" w:type="dxa"/>
          </w:tcPr>
          <w:p w14:paraId="75479C53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5745214C" w14:textId="77777777" w:rsidR="009E544B" w:rsidRDefault="004E69B9">
            <w:r>
              <w:t>samostatné učenie</w:t>
            </w:r>
            <w:r>
              <w:br/>
              <w:t>zodpovedná spotreba a výroba</w:t>
            </w:r>
          </w:p>
        </w:tc>
      </w:tr>
      <w:tr w:rsidR="009E544B" w14:paraId="00D0FC80" w14:textId="77777777" w:rsidTr="005B6ADD">
        <w:trPr>
          <w:jc w:val="center"/>
        </w:trPr>
        <w:tc>
          <w:tcPr>
            <w:tcW w:w="865" w:type="dxa"/>
          </w:tcPr>
          <w:p w14:paraId="3E162BFA" w14:textId="77777777" w:rsidR="009E544B" w:rsidRDefault="009E544B"/>
        </w:tc>
        <w:tc>
          <w:tcPr>
            <w:tcW w:w="872" w:type="dxa"/>
          </w:tcPr>
          <w:p w14:paraId="73A1F8A6" w14:textId="77777777" w:rsidR="009E544B" w:rsidRDefault="004E69B9">
            <w:r>
              <w:t>79</w:t>
            </w:r>
          </w:p>
        </w:tc>
        <w:tc>
          <w:tcPr>
            <w:tcW w:w="1389" w:type="dxa"/>
          </w:tcPr>
          <w:p w14:paraId="27CCE88D" w14:textId="77777777" w:rsidR="009E544B" w:rsidRDefault="004E69B9">
            <w:r>
              <w:t>Test</w:t>
            </w:r>
          </w:p>
        </w:tc>
        <w:tc>
          <w:tcPr>
            <w:tcW w:w="2058" w:type="dxa"/>
          </w:tcPr>
          <w:p w14:paraId="7B022097" w14:textId="77777777" w:rsidR="009E544B" w:rsidRDefault="004E69B9">
            <w:r>
              <w:t>Hodnotenie pokroku študentov</w:t>
            </w:r>
          </w:p>
        </w:tc>
        <w:tc>
          <w:tcPr>
            <w:tcW w:w="2227" w:type="dxa"/>
          </w:tcPr>
          <w:p w14:paraId="1BA949FA" w14:textId="77777777" w:rsidR="009E544B" w:rsidRDefault="004E69B9">
            <w:r>
              <w:t>preukázať úroveň osvojených vedomostí a zručností</w:t>
            </w:r>
            <w:r>
              <w:br/>
              <w:t>aplikovať získané jazykové vedomosti v testových úlohách</w:t>
            </w:r>
            <w:r>
              <w:br/>
              <w:t>preukázať porozumenie učivu modulu</w:t>
            </w:r>
          </w:p>
        </w:tc>
        <w:tc>
          <w:tcPr>
            <w:tcW w:w="1270" w:type="dxa"/>
          </w:tcPr>
          <w:p w14:paraId="4887BEE2" w14:textId="77777777" w:rsidR="009E544B" w:rsidRDefault="009E544B"/>
        </w:tc>
        <w:tc>
          <w:tcPr>
            <w:tcW w:w="1768" w:type="dxa"/>
          </w:tcPr>
          <w:p w14:paraId="1AB2AD62" w14:textId="77777777" w:rsidR="009E544B" w:rsidRDefault="009E544B"/>
        </w:tc>
        <w:tc>
          <w:tcPr>
            <w:tcW w:w="1418" w:type="dxa"/>
          </w:tcPr>
          <w:p w14:paraId="53B254CE" w14:textId="77777777" w:rsidR="009E544B" w:rsidRDefault="004E69B9">
            <w:r>
              <w:t>Tests &amp; audio (downloadable from the Teacher’s assistant)</w:t>
            </w:r>
          </w:p>
        </w:tc>
        <w:tc>
          <w:tcPr>
            <w:tcW w:w="1708" w:type="dxa"/>
          </w:tcPr>
          <w:p w14:paraId="7B6C3242" w14:textId="77777777" w:rsidR="009E544B" w:rsidRDefault="009E544B"/>
        </w:tc>
      </w:tr>
      <w:tr w:rsidR="009E544B" w14:paraId="1EBC6242" w14:textId="77777777" w:rsidTr="005B6ADD">
        <w:trPr>
          <w:jc w:val="center"/>
        </w:trPr>
        <w:tc>
          <w:tcPr>
            <w:tcW w:w="865" w:type="dxa"/>
          </w:tcPr>
          <w:p w14:paraId="6C736AFA" w14:textId="77777777" w:rsidR="009E544B" w:rsidRDefault="009E544B"/>
        </w:tc>
        <w:tc>
          <w:tcPr>
            <w:tcW w:w="872" w:type="dxa"/>
          </w:tcPr>
          <w:p w14:paraId="22DBE6AB" w14:textId="77777777" w:rsidR="009E544B" w:rsidRDefault="009E544B"/>
        </w:tc>
        <w:tc>
          <w:tcPr>
            <w:tcW w:w="1389" w:type="dxa"/>
          </w:tcPr>
          <w:p w14:paraId="692CF813" w14:textId="77777777" w:rsidR="009E544B" w:rsidRDefault="009E544B"/>
        </w:tc>
        <w:tc>
          <w:tcPr>
            <w:tcW w:w="2058" w:type="dxa"/>
            <w:shd w:val="clear" w:color="auto" w:fill="FFFF00"/>
          </w:tcPr>
          <w:p w14:paraId="7D35D574" w14:textId="77777777" w:rsidR="009E544B" w:rsidRPr="005B6ADD" w:rsidRDefault="004E69B9">
            <w:pPr>
              <w:rPr>
                <w:b/>
                <w:bCs/>
              </w:rPr>
            </w:pPr>
            <w:r w:rsidRPr="005B6ADD">
              <w:rPr>
                <w:b/>
                <w:bCs/>
              </w:rPr>
              <w:t>Module 7: Healthy body, healthy mind!</w:t>
            </w:r>
          </w:p>
        </w:tc>
        <w:tc>
          <w:tcPr>
            <w:tcW w:w="2227" w:type="dxa"/>
            <w:shd w:val="clear" w:color="auto" w:fill="FFFF00"/>
          </w:tcPr>
          <w:p w14:paraId="154ABA34" w14:textId="77777777" w:rsidR="009E544B" w:rsidRPr="005B6ADD" w:rsidRDefault="009E544B">
            <w:pPr>
              <w:rPr>
                <w:b/>
                <w:bCs/>
              </w:rPr>
            </w:pPr>
          </w:p>
        </w:tc>
        <w:tc>
          <w:tcPr>
            <w:tcW w:w="1270" w:type="dxa"/>
            <w:shd w:val="clear" w:color="auto" w:fill="FFFF00"/>
          </w:tcPr>
          <w:p w14:paraId="6ED6287E" w14:textId="77777777" w:rsidR="009E544B" w:rsidRPr="005B6ADD" w:rsidRDefault="009E544B">
            <w:pPr>
              <w:rPr>
                <w:b/>
                <w:bCs/>
              </w:rPr>
            </w:pPr>
          </w:p>
        </w:tc>
        <w:tc>
          <w:tcPr>
            <w:tcW w:w="1768" w:type="dxa"/>
            <w:shd w:val="clear" w:color="auto" w:fill="FFFF00"/>
          </w:tcPr>
          <w:p w14:paraId="28DC4E2E" w14:textId="77777777" w:rsidR="009E544B" w:rsidRPr="005B6ADD" w:rsidRDefault="009E544B">
            <w:pPr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FFFF00"/>
          </w:tcPr>
          <w:p w14:paraId="26AFFD79" w14:textId="77777777" w:rsidR="009E544B" w:rsidRPr="005B6ADD" w:rsidRDefault="009E544B">
            <w:pPr>
              <w:rPr>
                <w:b/>
                <w:bCs/>
              </w:rPr>
            </w:pPr>
          </w:p>
        </w:tc>
        <w:tc>
          <w:tcPr>
            <w:tcW w:w="1708" w:type="dxa"/>
            <w:shd w:val="clear" w:color="auto" w:fill="FFFF00"/>
          </w:tcPr>
          <w:p w14:paraId="489BDEBA" w14:textId="77777777" w:rsidR="009E544B" w:rsidRPr="005B6ADD" w:rsidRDefault="009E544B">
            <w:pPr>
              <w:rPr>
                <w:b/>
                <w:bCs/>
              </w:rPr>
            </w:pPr>
          </w:p>
        </w:tc>
      </w:tr>
      <w:tr w:rsidR="009E544B" w14:paraId="4D6E4E23" w14:textId="77777777" w:rsidTr="005B6ADD">
        <w:trPr>
          <w:jc w:val="center"/>
        </w:trPr>
        <w:tc>
          <w:tcPr>
            <w:tcW w:w="865" w:type="dxa"/>
          </w:tcPr>
          <w:p w14:paraId="3C124BE7" w14:textId="77777777" w:rsidR="009E544B" w:rsidRDefault="009E544B"/>
        </w:tc>
        <w:tc>
          <w:tcPr>
            <w:tcW w:w="872" w:type="dxa"/>
          </w:tcPr>
          <w:p w14:paraId="24F6B32A" w14:textId="77777777" w:rsidR="009E544B" w:rsidRDefault="004E69B9">
            <w:r>
              <w:t>80</w:t>
            </w:r>
          </w:p>
        </w:tc>
        <w:tc>
          <w:tcPr>
            <w:tcW w:w="1389" w:type="dxa"/>
          </w:tcPr>
          <w:p w14:paraId="2744085C" w14:textId="77777777" w:rsidR="009E544B" w:rsidRDefault="004E69B9">
            <w:r>
              <w:t>Cover page module 7</w:t>
            </w:r>
            <w:r>
              <w:br/>
              <w:t>7A (page 91-93)</w:t>
            </w:r>
          </w:p>
        </w:tc>
        <w:tc>
          <w:tcPr>
            <w:tcW w:w="2058" w:type="dxa"/>
          </w:tcPr>
          <w:p w14:paraId="78016A70" w14:textId="77777777" w:rsidR="009E544B" w:rsidRDefault="004E69B9">
            <w:r>
              <w:t>Čítanie s porozumením - Udržiavanie sa v kondícii</w:t>
            </w:r>
          </w:p>
        </w:tc>
        <w:tc>
          <w:tcPr>
            <w:tcW w:w="2227" w:type="dxa"/>
          </w:tcPr>
          <w:p w14:paraId="695D53A7" w14:textId="77777777" w:rsidR="009E544B" w:rsidRDefault="004E69B9">
            <w:r>
              <w:t>oboznámiť sa s témou zdravého životného štýlu a fyzickej kondície</w:t>
            </w:r>
            <w:r>
              <w:br/>
              <w:t>porozumieť textu o športe a pohybových aktivitách</w:t>
            </w:r>
            <w:r>
              <w:br/>
              <w:t>opísať pocity, postoje a osobné skúsenosti</w:t>
            </w:r>
          </w:p>
        </w:tc>
        <w:tc>
          <w:tcPr>
            <w:tcW w:w="1270" w:type="dxa"/>
          </w:tcPr>
          <w:p w14:paraId="3C5F2F5F" w14:textId="77777777" w:rsidR="009E544B" w:rsidRDefault="009E544B"/>
        </w:tc>
        <w:tc>
          <w:tcPr>
            <w:tcW w:w="1768" w:type="dxa"/>
          </w:tcPr>
          <w:p w14:paraId="2AA91319" w14:textId="77777777" w:rsidR="009E544B" w:rsidRDefault="004E69B9">
            <w:r>
              <w:t>Sports and activities</w:t>
            </w:r>
            <w:r>
              <w:br/>
              <w:t>Expressions related to feelings and experiences</w:t>
            </w:r>
          </w:p>
        </w:tc>
        <w:tc>
          <w:tcPr>
            <w:tcW w:w="1418" w:type="dxa"/>
          </w:tcPr>
          <w:p w14:paraId="334E79C7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64A29D02" w14:textId="77777777" w:rsidR="009E544B" w:rsidRDefault="004E69B9">
            <w:r>
              <w:t>kritické myslenie, komunikácia, samostatné učenie, digitálna gramotnosť, interkultúrne povedomie</w:t>
            </w:r>
          </w:p>
        </w:tc>
      </w:tr>
      <w:tr w:rsidR="009E544B" w14:paraId="18359B05" w14:textId="77777777" w:rsidTr="005B6ADD">
        <w:trPr>
          <w:jc w:val="center"/>
        </w:trPr>
        <w:tc>
          <w:tcPr>
            <w:tcW w:w="865" w:type="dxa"/>
          </w:tcPr>
          <w:p w14:paraId="1BB86A96" w14:textId="77777777" w:rsidR="009E544B" w:rsidRDefault="004E69B9">
            <w:r>
              <w:t>21</w:t>
            </w:r>
          </w:p>
        </w:tc>
        <w:tc>
          <w:tcPr>
            <w:tcW w:w="872" w:type="dxa"/>
          </w:tcPr>
          <w:p w14:paraId="0CDDB61E" w14:textId="77777777" w:rsidR="009E544B" w:rsidRDefault="004E69B9">
            <w:r>
              <w:t>81</w:t>
            </w:r>
          </w:p>
        </w:tc>
        <w:tc>
          <w:tcPr>
            <w:tcW w:w="1389" w:type="dxa"/>
          </w:tcPr>
          <w:p w14:paraId="30A0442A" w14:textId="77777777" w:rsidR="009E544B" w:rsidRDefault="004E69B9">
            <w:r>
              <w:t>7A (page 94)</w:t>
            </w:r>
          </w:p>
        </w:tc>
        <w:tc>
          <w:tcPr>
            <w:tcW w:w="2058" w:type="dxa"/>
          </w:tcPr>
          <w:p w14:paraId="0F63B9A1" w14:textId="77777777" w:rsidR="009E544B" w:rsidRDefault="004E69B9">
            <w:r>
              <w:t>Gramatika - Príčastkové konštrukcie</w:t>
            </w:r>
          </w:p>
        </w:tc>
        <w:tc>
          <w:tcPr>
            <w:tcW w:w="2227" w:type="dxa"/>
          </w:tcPr>
          <w:p w14:paraId="7FD51C11" w14:textId="77777777" w:rsidR="009E544B" w:rsidRDefault="004E69B9">
            <w:r>
              <w:t>používať príčastkové konštrukcie v ústnom a písomnom prejave</w:t>
            </w:r>
            <w:r>
              <w:br/>
              <w:t>rozpoznávať príčastkové konštrukcie v texte</w:t>
            </w:r>
            <w:r>
              <w:br/>
              <w:t>vytvárať vety s využitím príčastkových konštrukcií</w:t>
            </w:r>
          </w:p>
        </w:tc>
        <w:tc>
          <w:tcPr>
            <w:tcW w:w="1270" w:type="dxa"/>
          </w:tcPr>
          <w:p w14:paraId="2DA2BC6D" w14:textId="77777777" w:rsidR="009E544B" w:rsidRDefault="004E69B9">
            <w:r>
              <w:t>Participle clauses</w:t>
            </w:r>
          </w:p>
        </w:tc>
        <w:tc>
          <w:tcPr>
            <w:tcW w:w="1768" w:type="dxa"/>
          </w:tcPr>
          <w:p w14:paraId="57236C00" w14:textId="77777777" w:rsidR="009E544B" w:rsidRDefault="004E69B9">
            <w:r>
              <w:t>Keeping fit</w:t>
            </w:r>
          </w:p>
        </w:tc>
        <w:tc>
          <w:tcPr>
            <w:tcW w:w="1418" w:type="dxa"/>
          </w:tcPr>
          <w:p w14:paraId="04F32401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7EB8F255" w14:textId="77777777" w:rsidR="009E544B" w:rsidRDefault="004E69B9">
            <w:r>
              <w:t>kritické myslenie, komunikácia, samostatné učenie, interkultúrne povedomie, kreativita, digitálna gramotnosť</w:t>
            </w:r>
            <w:r>
              <w:br/>
              <w:t>mediácia</w:t>
            </w:r>
          </w:p>
        </w:tc>
      </w:tr>
      <w:tr w:rsidR="009E544B" w14:paraId="1022606A" w14:textId="77777777" w:rsidTr="005B6ADD">
        <w:trPr>
          <w:jc w:val="center"/>
        </w:trPr>
        <w:tc>
          <w:tcPr>
            <w:tcW w:w="865" w:type="dxa"/>
          </w:tcPr>
          <w:p w14:paraId="5B88D745" w14:textId="77777777" w:rsidR="009E544B" w:rsidRDefault="009E544B"/>
        </w:tc>
        <w:tc>
          <w:tcPr>
            <w:tcW w:w="872" w:type="dxa"/>
          </w:tcPr>
          <w:p w14:paraId="2BB764B5" w14:textId="77777777" w:rsidR="009E544B" w:rsidRDefault="004E69B9">
            <w:r>
              <w:t>82</w:t>
            </w:r>
          </w:p>
        </w:tc>
        <w:tc>
          <w:tcPr>
            <w:tcW w:w="1389" w:type="dxa"/>
          </w:tcPr>
          <w:p w14:paraId="359F4A26" w14:textId="77777777" w:rsidR="009E544B" w:rsidRDefault="004E69B9">
            <w:r>
              <w:t>7A (page 95)</w:t>
            </w:r>
          </w:p>
        </w:tc>
        <w:tc>
          <w:tcPr>
            <w:tcW w:w="2058" w:type="dxa"/>
          </w:tcPr>
          <w:p w14:paraId="3AEC57D7" w14:textId="77777777" w:rsidR="009E544B" w:rsidRDefault="004E69B9">
            <w:r>
              <w:t>Rozprávanie - Udržiavanie dobrej fyzickej kondície</w:t>
            </w:r>
          </w:p>
        </w:tc>
        <w:tc>
          <w:tcPr>
            <w:tcW w:w="2227" w:type="dxa"/>
          </w:tcPr>
          <w:p w14:paraId="17F2AA40" w14:textId="77777777" w:rsidR="009E544B" w:rsidRDefault="004E69B9">
            <w:r>
              <w:t>diskutovať o spôsoboch udržiavania fyzickej kondície</w:t>
            </w:r>
            <w:r>
              <w:br/>
              <w:t>poskytovať rady a odporúčania týkajúce sa zdravého životného štýlu</w:t>
            </w:r>
            <w:r>
              <w:br/>
              <w:t>vyjadriť a zdôvodniť vlastný názor</w:t>
            </w:r>
          </w:p>
        </w:tc>
        <w:tc>
          <w:tcPr>
            <w:tcW w:w="1270" w:type="dxa"/>
          </w:tcPr>
          <w:p w14:paraId="537A163E" w14:textId="77777777" w:rsidR="009E544B" w:rsidRDefault="009E544B"/>
        </w:tc>
        <w:tc>
          <w:tcPr>
            <w:tcW w:w="1768" w:type="dxa"/>
          </w:tcPr>
          <w:p w14:paraId="0DB41CD2" w14:textId="77777777" w:rsidR="009E544B" w:rsidRDefault="004E69B9">
            <w:r>
              <w:t>Keeping fit</w:t>
            </w:r>
          </w:p>
        </w:tc>
        <w:tc>
          <w:tcPr>
            <w:tcW w:w="1418" w:type="dxa"/>
          </w:tcPr>
          <w:p w14:paraId="51C26507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29AA94FC" w14:textId="77777777" w:rsidR="009E544B" w:rsidRDefault="004E69B9">
            <w:r>
              <w:t>kritické myslenie, komunikácia, samostatné učenie, interkultúrne povedomie, kreativita, digitálna gramotnosť</w:t>
            </w:r>
            <w:r>
              <w:br/>
              <w:t>mediácia</w:t>
            </w:r>
          </w:p>
        </w:tc>
      </w:tr>
      <w:tr w:rsidR="009E544B" w14:paraId="3DFB87BB" w14:textId="77777777" w:rsidTr="005B6ADD">
        <w:trPr>
          <w:jc w:val="center"/>
        </w:trPr>
        <w:tc>
          <w:tcPr>
            <w:tcW w:w="865" w:type="dxa"/>
          </w:tcPr>
          <w:p w14:paraId="11D98652" w14:textId="77777777" w:rsidR="009E544B" w:rsidRDefault="009E544B"/>
        </w:tc>
        <w:tc>
          <w:tcPr>
            <w:tcW w:w="872" w:type="dxa"/>
          </w:tcPr>
          <w:p w14:paraId="6102BA06" w14:textId="77777777" w:rsidR="009E544B" w:rsidRDefault="004E69B9">
            <w:r>
              <w:t>83</w:t>
            </w:r>
          </w:p>
        </w:tc>
        <w:tc>
          <w:tcPr>
            <w:tcW w:w="1389" w:type="dxa"/>
          </w:tcPr>
          <w:p w14:paraId="40A767E6" w14:textId="77777777" w:rsidR="009E544B" w:rsidRDefault="004E69B9">
            <w:r>
              <w:t>7B (page 96-97)</w:t>
            </w:r>
          </w:p>
        </w:tc>
        <w:tc>
          <w:tcPr>
            <w:tcW w:w="2058" w:type="dxa"/>
          </w:tcPr>
          <w:p w14:paraId="7149B5B9" w14:textId="77777777" w:rsidR="009E544B" w:rsidRDefault="004E69B9">
            <w:r>
              <w:t>Čítanie s porozumením - výživa a duševná pohoda</w:t>
            </w:r>
          </w:p>
        </w:tc>
        <w:tc>
          <w:tcPr>
            <w:tcW w:w="2227" w:type="dxa"/>
          </w:tcPr>
          <w:p w14:paraId="33CD6BE0" w14:textId="77777777" w:rsidR="009E544B" w:rsidRDefault="004E69B9">
            <w:r>
              <w:t>porozumieť textu o výžive, zdraví a duševnej pohode</w:t>
            </w:r>
            <w:r>
              <w:br/>
              <w:t>diskutovať o zásadách zdravého životného štýlu</w:t>
            </w:r>
            <w:r>
              <w:br/>
              <w:t>vyjadriť a zdôvodniť vlastný názor</w:t>
            </w:r>
          </w:p>
        </w:tc>
        <w:tc>
          <w:tcPr>
            <w:tcW w:w="1270" w:type="dxa"/>
          </w:tcPr>
          <w:p w14:paraId="6AB038FA" w14:textId="77777777" w:rsidR="009E544B" w:rsidRDefault="009E544B"/>
        </w:tc>
        <w:tc>
          <w:tcPr>
            <w:tcW w:w="1768" w:type="dxa"/>
          </w:tcPr>
          <w:p w14:paraId="0586CF67" w14:textId="77777777" w:rsidR="009E544B" w:rsidRDefault="004E69B9">
            <w:r>
              <w:t>Health</w:t>
            </w:r>
          </w:p>
        </w:tc>
        <w:tc>
          <w:tcPr>
            <w:tcW w:w="1418" w:type="dxa"/>
          </w:tcPr>
          <w:p w14:paraId="1FCF4A35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6E5E9809" w14:textId="77777777" w:rsidR="009E544B" w:rsidRDefault="004E69B9">
            <w:r>
              <w:t>kritické myslenie, komunikácia, interkultúrne povedomie</w:t>
            </w:r>
            <w:r>
              <w:br/>
              <w:t>mier, spravodlivosť a silné inštitúcie</w:t>
            </w:r>
          </w:p>
        </w:tc>
      </w:tr>
      <w:tr w:rsidR="009E544B" w14:paraId="2E886A25" w14:textId="77777777" w:rsidTr="005B6ADD">
        <w:trPr>
          <w:jc w:val="center"/>
        </w:trPr>
        <w:tc>
          <w:tcPr>
            <w:tcW w:w="865" w:type="dxa"/>
          </w:tcPr>
          <w:p w14:paraId="7592F183" w14:textId="77777777" w:rsidR="009E544B" w:rsidRDefault="009E544B"/>
        </w:tc>
        <w:tc>
          <w:tcPr>
            <w:tcW w:w="872" w:type="dxa"/>
          </w:tcPr>
          <w:p w14:paraId="214833F7" w14:textId="77777777" w:rsidR="009E544B" w:rsidRDefault="004E69B9">
            <w:r>
              <w:t>84</w:t>
            </w:r>
          </w:p>
        </w:tc>
        <w:tc>
          <w:tcPr>
            <w:tcW w:w="1389" w:type="dxa"/>
          </w:tcPr>
          <w:p w14:paraId="69FE4A7E" w14:textId="77777777" w:rsidR="009E544B" w:rsidRDefault="004E69B9">
            <w:r>
              <w:t>7B (page 98)</w:t>
            </w:r>
          </w:p>
        </w:tc>
        <w:tc>
          <w:tcPr>
            <w:tcW w:w="2058" w:type="dxa"/>
          </w:tcPr>
          <w:p w14:paraId="5B7CB3B7" w14:textId="77777777" w:rsidR="009E544B" w:rsidRDefault="004E69B9">
            <w:r>
              <w:t>Slovná zásoba - výživa</w:t>
            </w:r>
          </w:p>
        </w:tc>
        <w:tc>
          <w:tcPr>
            <w:tcW w:w="2227" w:type="dxa"/>
          </w:tcPr>
          <w:p w14:paraId="5A075B8E" w14:textId="77777777" w:rsidR="009E544B" w:rsidRDefault="004E69B9">
            <w:r>
              <w:t>používať slovnú zásobu súvisiacu s výživou a zdravým stravovaním</w:t>
            </w:r>
            <w:r>
              <w:br/>
            </w:r>
            <w:r>
              <w:lastRenderedPageBreak/>
              <w:t>diskutovať o stravovacích návykoch</w:t>
            </w:r>
            <w:r>
              <w:br/>
              <w:t>vyjadriť a zdôvodniť vlastný názor</w:t>
            </w:r>
          </w:p>
        </w:tc>
        <w:tc>
          <w:tcPr>
            <w:tcW w:w="1270" w:type="dxa"/>
          </w:tcPr>
          <w:p w14:paraId="67503BE3" w14:textId="77777777" w:rsidR="009E544B" w:rsidRDefault="009E544B"/>
        </w:tc>
        <w:tc>
          <w:tcPr>
            <w:tcW w:w="1768" w:type="dxa"/>
          </w:tcPr>
          <w:p w14:paraId="0C16637C" w14:textId="77777777" w:rsidR="009E544B" w:rsidRDefault="004E69B9">
            <w:r>
              <w:t>Vocabulary related to food labels, health and nutrition</w:t>
            </w:r>
            <w:r>
              <w:br/>
            </w:r>
          </w:p>
        </w:tc>
        <w:tc>
          <w:tcPr>
            <w:tcW w:w="1418" w:type="dxa"/>
          </w:tcPr>
          <w:p w14:paraId="51F354BA" w14:textId="77777777" w:rsidR="009E544B" w:rsidRDefault="004E69B9">
            <w:r>
              <w:lastRenderedPageBreak/>
              <w:t>Student’s book, multimedia material</w:t>
            </w:r>
          </w:p>
        </w:tc>
        <w:tc>
          <w:tcPr>
            <w:tcW w:w="1708" w:type="dxa"/>
          </w:tcPr>
          <w:p w14:paraId="7F0644C0" w14:textId="77777777" w:rsidR="009E544B" w:rsidRDefault="004E69B9">
            <w:r>
              <w:t>kritické myslenie, samostatné učenie</w:t>
            </w:r>
            <w:r>
              <w:br/>
              <w:t xml:space="preserve">mier, spravodlivosť </w:t>
            </w:r>
            <w:r>
              <w:lastRenderedPageBreak/>
              <w:t>a silné inštitúcie</w:t>
            </w:r>
          </w:p>
        </w:tc>
      </w:tr>
      <w:tr w:rsidR="009E544B" w14:paraId="7F052FA4" w14:textId="77777777" w:rsidTr="005B6ADD">
        <w:trPr>
          <w:jc w:val="center"/>
        </w:trPr>
        <w:tc>
          <w:tcPr>
            <w:tcW w:w="865" w:type="dxa"/>
          </w:tcPr>
          <w:p w14:paraId="425CD29A" w14:textId="77777777" w:rsidR="009E544B" w:rsidRDefault="004E69B9">
            <w:r>
              <w:lastRenderedPageBreak/>
              <w:t>22</w:t>
            </w:r>
          </w:p>
        </w:tc>
        <w:tc>
          <w:tcPr>
            <w:tcW w:w="872" w:type="dxa"/>
          </w:tcPr>
          <w:p w14:paraId="7E082A85" w14:textId="77777777" w:rsidR="009E544B" w:rsidRDefault="004E69B9">
            <w:r>
              <w:t>85</w:t>
            </w:r>
          </w:p>
        </w:tc>
        <w:tc>
          <w:tcPr>
            <w:tcW w:w="1389" w:type="dxa"/>
          </w:tcPr>
          <w:p w14:paraId="1A542296" w14:textId="77777777" w:rsidR="009E544B" w:rsidRDefault="004E69B9">
            <w:r>
              <w:t>7B (page 99)</w:t>
            </w:r>
          </w:p>
        </w:tc>
        <w:tc>
          <w:tcPr>
            <w:tcW w:w="2058" w:type="dxa"/>
          </w:tcPr>
          <w:p w14:paraId="28BF881F" w14:textId="77777777" w:rsidR="009E544B" w:rsidRDefault="004E69B9">
            <w:r>
              <w:t>Gramatika - Determinátory a zámená</w:t>
            </w:r>
          </w:p>
        </w:tc>
        <w:tc>
          <w:tcPr>
            <w:tcW w:w="2227" w:type="dxa"/>
          </w:tcPr>
          <w:p w14:paraId="56D5C682" w14:textId="77777777" w:rsidR="009E544B" w:rsidRDefault="004E69B9">
            <w:r>
              <w:t>používať determinátory a zámená vo vetách</w:t>
            </w:r>
            <w:r>
              <w:br/>
              <w:t>rozlišovať funkcie determinátorov a zámen</w:t>
            </w:r>
            <w:r>
              <w:br/>
            </w:r>
            <w:r>
              <w:t>aplikovať gramatické pravidlá v komunikačných situáciách</w:t>
            </w:r>
          </w:p>
        </w:tc>
        <w:tc>
          <w:tcPr>
            <w:tcW w:w="1270" w:type="dxa"/>
          </w:tcPr>
          <w:p w14:paraId="622D3A5F" w14:textId="77777777" w:rsidR="009E544B" w:rsidRDefault="004E69B9">
            <w:r>
              <w:t>Determiners and pronouns</w:t>
            </w:r>
          </w:p>
        </w:tc>
        <w:tc>
          <w:tcPr>
            <w:tcW w:w="1768" w:type="dxa"/>
          </w:tcPr>
          <w:p w14:paraId="7C2543D9" w14:textId="77777777" w:rsidR="009E544B" w:rsidRDefault="004E69B9">
            <w:r>
              <w:t>Noun suffixes</w:t>
            </w:r>
          </w:p>
        </w:tc>
        <w:tc>
          <w:tcPr>
            <w:tcW w:w="1418" w:type="dxa"/>
          </w:tcPr>
          <w:p w14:paraId="3CA8C6E8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31E37B7D" w14:textId="77777777" w:rsidR="009E544B" w:rsidRDefault="004E69B9">
            <w:r>
              <w:t>kritické myslenie, samostatné učenie</w:t>
            </w:r>
          </w:p>
        </w:tc>
      </w:tr>
      <w:tr w:rsidR="009E544B" w14:paraId="37CC3211" w14:textId="77777777" w:rsidTr="005B6ADD">
        <w:trPr>
          <w:jc w:val="center"/>
        </w:trPr>
        <w:tc>
          <w:tcPr>
            <w:tcW w:w="865" w:type="dxa"/>
          </w:tcPr>
          <w:p w14:paraId="0501A07E" w14:textId="77777777" w:rsidR="009E544B" w:rsidRDefault="009E544B"/>
        </w:tc>
        <w:tc>
          <w:tcPr>
            <w:tcW w:w="872" w:type="dxa"/>
          </w:tcPr>
          <w:p w14:paraId="2A76A345" w14:textId="77777777" w:rsidR="009E544B" w:rsidRDefault="004E69B9">
            <w:r>
              <w:t>86</w:t>
            </w:r>
          </w:p>
        </w:tc>
        <w:tc>
          <w:tcPr>
            <w:tcW w:w="1389" w:type="dxa"/>
          </w:tcPr>
          <w:p w14:paraId="246248F6" w14:textId="77777777" w:rsidR="009E544B" w:rsidRDefault="004E69B9">
            <w:r>
              <w:t>7B (page 100)</w:t>
            </w:r>
          </w:p>
        </w:tc>
        <w:tc>
          <w:tcPr>
            <w:tcW w:w="2058" w:type="dxa"/>
          </w:tcPr>
          <w:p w14:paraId="6995D65D" w14:textId="77777777" w:rsidR="009E544B" w:rsidRDefault="004E69B9">
            <w:r>
              <w:t>Slovná zásoba - ľahko zameniteľné slová, predložkové väzby, frázové slovesá</w:t>
            </w:r>
          </w:p>
        </w:tc>
        <w:tc>
          <w:tcPr>
            <w:tcW w:w="2227" w:type="dxa"/>
          </w:tcPr>
          <w:p w14:paraId="344D9530" w14:textId="77777777" w:rsidR="009E544B" w:rsidRDefault="004E69B9">
            <w:r>
              <w:t>rozlišovať ľahko zameniteľné slová</w:t>
            </w:r>
            <w:r>
              <w:br/>
              <w:t>používať predložkové väzby a frázové slovesá súvisiace s výživou</w:t>
            </w:r>
            <w:r>
              <w:br/>
              <w:t>rozširovať slovnú zásobu v tematickom kontexte</w:t>
            </w:r>
          </w:p>
        </w:tc>
        <w:tc>
          <w:tcPr>
            <w:tcW w:w="1270" w:type="dxa"/>
          </w:tcPr>
          <w:p w14:paraId="1F611F64" w14:textId="77777777" w:rsidR="009E544B" w:rsidRDefault="009E544B"/>
        </w:tc>
        <w:tc>
          <w:tcPr>
            <w:tcW w:w="1768" w:type="dxa"/>
          </w:tcPr>
          <w:p w14:paraId="6BFE07B5" w14:textId="77777777" w:rsidR="009E544B" w:rsidRDefault="004E69B9">
            <w:r>
              <w:t>Words easily confused, Preposotional phrases and phrasal verbs related to food and nutrition</w:t>
            </w:r>
          </w:p>
        </w:tc>
        <w:tc>
          <w:tcPr>
            <w:tcW w:w="1418" w:type="dxa"/>
          </w:tcPr>
          <w:p w14:paraId="0B7A966E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78E9AE2F" w14:textId="77777777" w:rsidR="009E544B" w:rsidRDefault="004E69B9">
            <w:r>
              <w:t>kritické myslenie, samostatné učenie</w:t>
            </w:r>
          </w:p>
        </w:tc>
      </w:tr>
      <w:tr w:rsidR="009E544B" w14:paraId="5375DEA2" w14:textId="77777777" w:rsidTr="005B6ADD">
        <w:trPr>
          <w:jc w:val="center"/>
        </w:trPr>
        <w:tc>
          <w:tcPr>
            <w:tcW w:w="865" w:type="dxa"/>
          </w:tcPr>
          <w:p w14:paraId="2FA98CB8" w14:textId="77777777" w:rsidR="009E544B" w:rsidRDefault="009E544B"/>
        </w:tc>
        <w:tc>
          <w:tcPr>
            <w:tcW w:w="872" w:type="dxa"/>
          </w:tcPr>
          <w:p w14:paraId="168840D1" w14:textId="77777777" w:rsidR="009E544B" w:rsidRDefault="004E69B9">
            <w:r>
              <w:t>87</w:t>
            </w:r>
          </w:p>
        </w:tc>
        <w:tc>
          <w:tcPr>
            <w:tcW w:w="1389" w:type="dxa"/>
          </w:tcPr>
          <w:p w14:paraId="042B60D4" w14:textId="77777777" w:rsidR="009E544B" w:rsidRDefault="004E69B9">
            <w:r>
              <w:t>7B (page 101)</w:t>
            </w:r>
          </w:p>
        </w:tc>
        <w:tc>
          <w:tcPr>
            <w:tcW w:w="2058" w:type="dxa"/>
          </w:tcPr>
          <w:p w14:paraId="0F2E62C3" w14:textId="77777777" w:rsidR="009E544B" w:rsidRDefault="004E69B9">
            <w:r>
              <w:t>Počúvanie s porozumením, rozprávanie - stravovacie zvyky</w:t>
            </w:r>
          </w:p>
        </w:tc>
        <w:tc>
          <w:tcPr>
            <w:tcW w:w="2227" w:type="dxa"/>
          </w:tcPr>
          <w:p w14:paraId="018F79BB" w14:textId="77777777" w:rsidR="009E544B" w:rsidRDefault="004E69B9">
            <w:r>
              <w:t>porozumieť hlavným informáciám v nahrávke</w:t>
            </w:r>
            <w:r>
              <w:br/>
              <w:t>opísať obrázky a porovnávať rôzne situácie</w:t>
            </w:r>
            <w:r>
              <w:br/>
              <w:t>vyjadriť a zdôvodniť vlastný názor na stravovacie návyky</w:t>
            </w:r>
          </w:p>
        </w:tc>
        <w:tc>
          <w:tcPr>
            <w:tcW w:w="1270" w:type="dxa"/>
          </w:tcPr>
          <w:p w14:paraId="783DB8D2" w14:textId="77777777" w:rsidR="009E544B" w:rsidRDefault="009E544B"/>
        </w:tc>
        <w:tc>
          <w:tcPr>
            <w:tcW w:w="1768" w:type="dxa"/>
          </w:tcPr>
          <w:p w14:paraId="72E851D7" w14:textId="77777777" w:rsidR="009E544B" w:rsidRDefault="009E544B"/>
        </w:tc>
        <w:tc>
          <w:tcPr>
            <w:tcW w:w="1418" w:type="dxa"/>
          </w:tcPr>
          <w:p w14:paraId="55988CBB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585BC3DD" w14:textId="77777777" w:rsidR="009E544B" w:rsidRDefault="004E69B9">
            <w:r>
              <w:t>kritické myslenie, komunikácia, spolupráca, interkultúrne povedomie, kreativita</w:t>
            </w:r>
            <w:r>
              <w:br/>
              <w:t>mediácia</w:t>
            </w:r>
            <w:r>
              <w:br/>
              <w:t>žiadna chudoba, žiadny hlad</w:t>
            </w:r>
          </w:p>
        </w:tc>
      </w:tr>
      <w:tr w:rsidR="009E544B" w14:paraId="7FB94E78" w14:textId="77777777" w:rsidTr="005B6ADD">
        <w:trPr>
          <w:jc w:val="center"/>
        </w:trPr>
        <w:tc>
          <w:tcPr>
            <w:tcW w:w="865" w:type="dxa"/>
          </w:tcPr>
          <w:p w14:paraId="6BEAD586" w14:textId="77777777" w:rsidR="009E544B" w:rsidRDefault="009E544B"/>
        </w:tc>
        <w:tc>
          <w:tcPr>
            <w:tcW w:w="872" w:type="dxa"/>
          </w:tcPr>
          <w:p w14:paraId="2B0E6C5E" w14:textId="77777777" w:rsidR="009E544B" w:rsidRDefault="004E69B9">
            <w:r>
              <w:t>88</w:t>
            </w:r>
          </w:p>
        </w:tc>
        <w:tc>
          <w:tcPr>
            <w:tcW w:w="1389" w:type="dxa"/>
          </w:tcPr>
          <w:p w14:paraId="63602132" w14:textId="77777777" w:rsidR="009E544B" w:rsidRDefault="004E69B9">
            <w:r>
              <w:t>7B (page 102-103)</w:t>
            </w:r>
          </w:p>
        </w:tc>
        <w:tc>
          <w:tcPr>
            <w:tcW w:w="2058" w:type="dxa"/>
          </w:tcPr>
          <w:p w14:paraId="79E66D34" w14:textId="77777777" w:rsidR="009E544B" w:rsidRDefault="004E69B9">
            <w:r>
              <w:t>Písanie - článok</w:t>
            </w:r>
          </w:p>
        </w:tc>
        <w:tc>
          <w:tcPr>
            <w:tcW w:w="2227" w:type="dxa"/>
          </w:tcPr>
          <w:p w14:paraId="17F84F44" w14:textId="77777777" w:rsidR="009E544B" w:rsidRDefault="004E69B9">
            <w:r>
              <w:t>identifikovať charakteristické znaky článku</w:t>
            </w:r>
            <w:r>
              <w:br/>
              <w:t>napísať článok s využitím vhodnej štruktúry a jazykových prostriedkov</w:t>
            </w:r>
            <w:r>
              <w:br/>
              <w:t>používať jazykové prostriedky na upútanie pozornosti čitateľa</w:t>
            </w:r>
          </w:p>
        </w:tc>
        <w:tc>
          <w:tcPr>
            <w:tcW w:w="1270" w:type="dxa"/>
          </w:tcPr>
          <w:p w14:paraId="2C05A26B" w14:textId="77777777" w:rsidR="009E544B" w:rsidRDefault="009E544B"/>
        </w:tc>
        <w:tc>
          <w:tcPr>
            <w:tcW w:w="1768" w:type="dxa"/>
          </w:tcPr>
          <w:p w14:paraId="6F34BDFB" w14:textId="77777777" w:rsidR="009E544B" w:rsidRDefault="004E69B9">
            <w:r>
              <w:t>Health</w:t>
            </w:r>
          </w:p>
        </w:tc>
        <w:tc>
          <w:tcPr>
            <w:tcW w:w="1418" w:type="dxa"/>
          </w:tcPr>
          <w:p w14:paraId="55694197" w14:textId="77777777" w:rsidR="009E544B" w:rsidRDefault="009E544B"/>
        </w:tc>
        <w:tc>
          <w:tcPr>
            <w:tcW w:w="1708" w:type="dxa"/>
          </w:tcPr>
          <w:p w14:paraId="42061DFD" w14:textId="77777777" w:rsidR="009E544B" w:rsidRDefault="009E544B"/>
        </w:tc>
      </w:tr>
      <w:tr w:rsidR="009E544B" w14:paraId="33FB3150" w14:textId="77777777" w:rsidTr="005B6ADD">
        <w:trPr>
          <w:jc w:val="center"/>
        </w:trPr>
        <w:tc>
          <w:tcPr>
            <w:tcW w:w="865" w:type="dxa"/>
          </w:tcPr>
          <w:p w14:paraId="03045074" w14:textId="77777777" w:rsidR="009E544B" w:rsidRDefault="004E69B9">
            <w:r>
              <w:t>23</w:t>
            </w:r>
          </w:p>
        </w:tc>
        <w:tc>
          <w:tcPr>
            <w:tcW w:w="872" w:type="dxa"/>
          </w:tcPr>
          <w:p w14:paraId="578F132F" w14:textId="77777777" w:rsidR="009E544B" w:rsidRDefault="004E69B9">
            <w:r>
              <w:t>89</w:t>
            </w:r>
          </w:p>
        </w:tc>
        <w:tc>
          <w:tcPr>
            <w:tcW w:w="1389" w:type="dxa"/>
          </w:tcPr>
          <w:p w14:paraId="26DFCFE3" w14:textId="77777777" w:rsidR="009E544B" w:rsidRDefault="004E69B9">
            <w:r>
              <w:t>Review 7</w:t>
            </w:r>
            <w:r>
              <w:br/>
              <w:t>Self-evaluation</w:t>
            </w:r>
          </w:p>
        </w:tc>
        <w:tc>
          <w:tcPr>
            <w:tcW w:w="2058" w:type="dxa"/>
          </w:tcPr>
          <w:p w14:paraId="733711D3" w14:textId="77777777" w:rsidR="009E544B" w:rsidRDefault="004E69B9">
            <w:r>
              <w:t>Zhrnutie učiva 7, Sebahodnotenie</w:t>
            </w:r>
          </w:p>
        </w:tc>
        <w:tc>
          <w:tcPr>
            <w:tcW w:w="2227" w:type="dxa"/>
          </w:tcPr>
          <w:p w14:paraId="22B3CE1B" w14:textId="77777777" w:rsidR="009E544B" w:rsidRDefault="004E69B9">
            <w:r>
              <w:t>zopakovať a upevniť učivo modulu</w:t>
            </w:r>
            <w:r>
              <w:br/>
            </w:r>
            <w:r>
              <w:t>používať osvojenú slovnú zásobu a gramatické štruktúry</w:t>
            </w:r>
            <w:r>
              <w:br/>
              <w:t xml:space="preserve">zhodnotiť vlastný pokrok v </w:t>
            </w:r>
            <w:r>
              <w:lastRenderedPageBreak/>
              <w:t>učení</w:t>
            </w:r>
          </w:p>
        </w:tc>
        <w:tc>
          <w:tcPr>
            <w:tcW w:w="1270" w:type="dxa"/>
          </w:tcPr>
          <w:p w14:paraId="66F69E6C" w14:textId="77777777" w:rsidR="009E544B" w:rsidRDefault="009E544B"/>
        </w:tc>
        <w:tc>
          <w:tcPr>
            <w:tcW w:w="1768" w:type="dxa"/>
          </w:tcPr>
          <w:p w14:paraId="1E28936A" w14:textId="77777777" w:rsidR="009E544B" w:rsidRDefault="009E544B"/>
        </w:tc>
        <w:tc>
          <w:tcPr>
            <w:tcW w:w="1418" w:type="dxa"/>
          </w:tcPr>
          <w:p w14:paraId="15AC1EDB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072866C4" w14:textId="77777777" w:rsidR="009E544B" w:rsidRDefault="004E69B9">
            <w:r>
              <w:t>kritické myslenie, samostatné učenie</w:t>
            </w:r>
          </w:p>
        </w:tc>
      </w:tr>
      <w:tr w:rsidR="009E544B" w14:paraId="150FCEC9" w14:textId="77777777" w:rsidTr="005B6ADD">
        <w:trPr>
          <w:jc w:val="center"/>
        </w:trPr>
        <w:tc>
          <w:tcPr>
            <w:tcW w:w="865" w:type="dxa"/>
          </w:tcPr>
          <w:p w14:paraId="469FA82C" w14:textId="77777777" w:rsidR="009E544B" w:rsidRDefault="009E544B"/>
        </w:tc>
        <w:tc>
          <w:tcPr>
            <w:tcW w:w="872" w:type="dxa"/>
          </w:tcPr>
          <w:p w14:paraId="76037F37" w14:textId="77777777" w:rsidR="009E544B" w:rsidRDefault="004E69B9">
            <w:r>
              <w:t>90</w:t>
            </w:r>
          </w:p>
        </w:tc>
        <w:tc>
          <w:tcPr>
            <w:tcW w:w="1389" w:type="dxa"/>
          </w:tcPr>
          <w:p w14:paraId="7F345C02" w14:textId="77777777" w:rsidR="009E544B" w:rsidRDefault="004E69B9">
            <w:r>
              <w:t>Test</w:t>
            </w:r>
          </w:p>
        </w:tc>
        <w:tc>
          <w:tcPr>
            <w:tcW w:w="2058" w:type="dxa"/>
          </w:tcPr>
          <w:p w14:paraId="16BAC2D2" w14:textId="77777777" w:rsidR="009E544B" w:rsidRDefault="004E69B9">
            <w:r>
              <w:t>Hodnotenie pokroku študentov</w:t>
            </w:r>
          </w:p>
        </w:tc>
        <w:tc>
          <w:tcPr>
            <w:tcW w:w="2227" w:type="dxa"/>
          </w:tcPr>
          <w:p w14:paraId="15D0C324" w14:textId="77777777" w:rsidR="009E544B" w:rsidRDefault="004E69B9">
            <w:r>
              <w:t>preukázať úroveň osvojených vedomostí a zručností</w:t>
            </w:r>
            <w:r>
              <w:br/>
              <w:t>aplikovať získané jazykové vedomosti v testových úlohách</w:t>
            </w:r>
            <w:r>
              <w:br/>
              <w:t>preukázať porozumenie učivu modulu</w:t>
            </w:r>
          </w:p>
        </w:tc>
        <w:tc>
          <w:tcPr>
            <w:tcW w:w="1270" w:type="dxa"/>
          </w:tcPr>
          <w:p w14:paraId="04DAEF2F" w14:textId="77777777" w:rsidR="009E544B" w:rsidRDefault="009E544B"/>
        </w:tc>
        <w:tc>
          <w:tcPr>
            <w:tcW w:w="1768" w:type="dxa"/>
          </w:tcPr>
          <w:p w14:paraId="5E168CE7" w14:textId="77777777" w:rsidR="009E544B" w:rsidRDefault="009E544B"/>
        </w:tc>
        <w:tc>
          <w:tcPr>
            <w:tcW w:w="1418" w:type="dxa"/>
          </w:tcPr>
          <w:p w14:paraId="222867EA" w14:textId="77777777" w:rsidR="009E544B" w:rsidRDefault="004E69B9">
            <w:r>
              <w:t>Tests &amp; audio (downloadable from the Teacher’s assistant)</w:t>
            </w:r>
          </w:p>
        </w:tc>
        <w:tc>
          <w:tcPr>
            <w:tcW w:w="1708" w:type="dxa"/>
          </w:tcPr>
          <w:p w14:paraId="0327485D" w14:textId="77777777" w:rsidR="009E544B" w:rsidRDefault="009E544B"/>
        </w:tc>
      </w:tr>
      <w:tr w:rsidR="009E544B" w14:paraId="7CAE0D68" w14:textId="77777777" w:rsidTr="005B6ADD">
        <w:trPr>
          <w:jc w:val="center"/>
        </w:trPr>
        <w:tc>
          <w:tcPr>
            <w:tcW w:w="865" w:type="dxa"/>
          </w:tcPr>
          <w:p w14:paraId="1A7CB4F0" w14:textId="77777777" w:rsidR="009E544B" w:rsidRDefault="009E544B"/>
        </w:tc>
        <w:tc>
          <w:tcPr>
            <w:tcW w:w="872" w:type="dxa"/>
          </w:tcPr>
          <w:p w14:paraId="3D362358" w14:textId="77777777" w:rsidR="009E544B" w:rsidRDefault="009E544B"/>
        </w:tc>
        <w:tc>
          <w:tcPr>
            <w:tcW w:w="1389" w:type="dxa"/>
          </w:tcPr>
          <w:p w14:paraId="60F6BDBC" w14:textId="77777777" w:rsidR="009E544B" w:rsidRDefault="009E544B"/>
        </w:tc>
        <w:tc>
          <w:tcPr>
            <w:tcW w:w="2058" w:type="dxa"/>
            <w:shd w:val="clear" w:color="auto" w:fill="FFFF00"/>
          </w:tcPr>
          <w:p w14:paraId="74D9BC2C" w14:textId="77777777" w:rsidR="009E544B" w:rsidRPr="005B6ADD" w:rsidRDefault="004E69B9">
            <w:pPr>
              <w:rPr>
                <w:b/>
                <w:bCs/>
              </w:rPr>
            </w:pPr>
            <w:r w:rsidRPr="005B6ADD">
              <w:rPr>
                <w:b/>
                <w:bCs/>
              </w:rPr>
              <w:t xml:space="preserve">Module 8: </w:t>
            </w:r>
            <w:proofErr w:type="gramStart"/>
            <w:r w:rsidRPr="005B6ADD">
              <w:rPr>
                <w:b/>
                <w:bCs/>
              </w:rPr>
              <w:t>Lets</w:t>
            </w:r>
            <w:proofErr w:type="gramEnd"/>
            <w:r w:rsidRPr="005B6ADD">
              <w:rPr>
                <w:b/>
                <w:bCs/>
              </w:rPr>
              <w:t xml:space="preserve"> get down to business!</w:t>
            </w:r>
          </w:p>
        </w:tc>
        <w:tc>
          <w:tcPr>
            <w:tcW w:w="2227" w:type="dxa"/>
            <w:shd w:val="clear" w:color="auto" w:fill="FFFF00"/>
          </w:tcPr>
          <w:p w14:paraId="6014CCE2" w14:textId="77777777" w:rsidR="009E544B" w:rsidRPr="005B6ADD" w:rsidRDefault="009E544B">
            <w:pPr>
              <w:rPr>
                <w:b/>
                <w:bCs/>
              </w:rPr>
            </w:pPr>
          </w:p>
        </w:tc>
        <w:tc>
          <w:tcPr>
            <w:tcW w:w="1270" w:type="dxa"/>
            <w:shd w:val="clear" w:color="auto" w:fill="FFFF00"/>
          </w:tcPr>
          <w:p w14:paraId="1904DF55" w14:textId="77777777" w:rsidR="009E544B" w:rsidRPr="005B6ADD" w:rsidRDefault="009E544B">
            <w:pPr>
              <w:rPr>
                <w:b/>
                <w:bCs/>
              </w:rPr>
            </w:pPr>
          </w:p>
        </w:tc>
        <w:tc>
          <w:tcPr>
            <w:tcW w:w="1768" w:type="dxa"/>
            <w:shd w:val="clear" w:color="auto" w:fill="FFFF00"/>
          </w:tcPr>
          <w:p w14:paraId="6AF88290" w14:textId="77777777" w:rsidR="009E544B" w:rsidRPr="005B6ADD" w:rsidRDefault="009E544B">
            <w:pPr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FFFF00"/>
          </w:tcPr>
          <w:p w14:paraId="5AB5C17A" w14:textId="77777777" w:rsidR="009E544B" w:rsidRPr="005B6ADD" w:rsidRDefault="009E544B">
            <w:pPr>
              <w:rPr>
                <w:b/>
                <w:bCs/>
              </w:rPr>
            </w:pPr>
          </w:p>
        </w:tc>
        <w:tc>
          <w:tcPr>
            <w:tcW w:w="1708" w:type="dxa"/>
            <w:shd w:val="clear" w:color="auto" w:fill="FFFF00"/>
          </w:tcPr>
          <w:p w14:paraId="09CC4635" w14:textId="77777777" w:rsidR="009E544B" w:rsidRPr="005B6ADD" w:rsidRDefault="009E544B">
            <w:pPr>
              <w:rPr>
                <w:b/>
                <w:bCs/>
              </w:rPr>
            </w:pPr>
          </w:p>
        </w:tc>
      </w:tr>
      <w:tr w:rsidR="009E544B" w14:paraId="1D8484AE" w14:textId="77777777" w:rsidTr="005B6ADD">
        <w:trPr>
          <w:jc w:val="center"/>
        </w:trPr>
        <w:tc>
          <w:tcPr>
            <w:tcW w:w="865" w:type="dxa"/>
          </w:tcPr>
          <w:p w14:paraId="3C454ACA" w14:textId="77777777" w:rsidR="009E544B" w:rsidRDefault="009E544B"/>
        </w:tc>
        <w:tc>
          <w:tcPr>
            <w:tcW w:w="872" w:type="dxa"/>
          </w:tcPr>
          <w:p w14:paraId="4952F289" w14:textId="77777777" w:rsidR="009E544B" w:rsidRDefault="004E69B9">
            <w:r>
              <w:t>91</w:t>
            </w:r>
          </w:p>
        </w:tc>
        <w:tc>
          <w:tcPr>
            <w:tcW w:w="1389" w:type="dxa"/>
          </w:tcPr>
          <w:p w14:paraId="0E2F52BB" w14:textId="77777777" w:rsidR="009E544B" w:rsidRDefault="004E69B9">
            <w:r>
              <w:t>Cover page module 8</w:t>
            </w:r>
            <w:r>
              <w:br/>
              <w:t>8A (page 105-107)</w:t>
            </w:r>
          </w:p>
        </w:tc>
        <w:tc>
          <w:tcPr>
            <w:tcW w:w="2058" w:type="dxa"/>
          </w:tcPr>
          <w:p w14:paraId="4885850F" w14:textId="77777777" w:rsidR="009E544B" w:rsidRDefault="004E69B9">
            <w:r>
              <w:t>Počúvanie s porozumením, slovná zásoba - práca a jemné zručnosti</w:t>
            </w:r>
          </w:p>
        </w:tc>
        <w:tc>
          <w:tcPr>
            <w:tcW w:w="2227" w:type="dxa"/>
          </w:tcPr>
          <w:p w14:paraId="454E61F9" w14:textId="77777777" w:rsidR="009E544B" w:rsidRDefault="004E69B9">
            <w:r>
              <w:t>oboznámiť sa s témou práce, kariéry a mäkkých zručností</w:t>
            </w:r>
            <w:r>
              <w:br/>
            </w:r>
            <w:r>
              <w:t>identifikovať kľúčové informácie v texte a nahrávke</w:t>
            </w:r>
            <w:r>
              <w:br/>
              <w:t>diskutovať o pracovných skúsenostiach a kariérnych možnostiach</w:t>
            </w:r>
          </w:p>
        </w:tc>
        <w:tc>
          <w:tcPr>
            <w:tcW w:w="1270" w:type="dxa"/>
          </w:tcPr>
          <w:p w14:paraId="6B1158E8" w14:textId="77777777" w:rsidR="009E544B" w:rsidRDefault="009E544B"/>
        </w:tc>
        <w:tc>
          <w:tcPr>
            <w:tcW w:w="1768" w:type="dxa"/>
          </w:tcPr>
          <w:p w14:paraId="138CB91D" w14:textId="77777777" w:rsidR="009E544B" w:rsidRDefault="004E69B9">
            <w:r>
              <w:t>Work, career choice, soft skills</w:t>
            </w:r>
          </w:p>
        </w:tc>
        <w:tc>
          <w:tcPr>
            <w:tcW w:w="1418" w:type="dxa"/>
          </w:tcPr>
          <w:p w14:paraId="18A658B1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40A538E5" w14:textId="77777777" w:rsidR="009E544B" w:rsidRDefault="004E69B9">
            <w:r>
              <w:t>kritické myslenie, komunikácia, samostatné učenie, digitálna gramotnosť</w:t>
            </w:r>
            <w:r>
              <w:br/>
              <w:t>dôstojná práca a ekonomický rast</w:t>
            </w:r>
          </w:p>
        </w:tc>
      </w:tr>
      <w:tr w:rsidR="009E544B" w14:paraId="6E9CB3EA" w14:textId="77777777" w:rsidTr="005B6ADD">
        <w:trPr>
          <w:jc w:val="center"/>
        </w:trPr>
        <w:tc>
          <w:tcPr>
            <w:tcW w:w="865" w:type="dxa"/>
          </w:tcPr>
          <w:p w14:paraId="7FE2D8BB" w14:textId="77777777" w:rsidR="009E544B" w:rsidRDefault="009E544B"/>
        </w:tc>
        <w:tc>
          <w:tcPr>
            <w:tcW w:w="872" w:type="dxa"/>
          </w:tcPr>
          <w:p w14:paraId="3CA16FC0" w14:textId="77777777" w:rsidR="009E544B" w:rsidRDefault="004E69B9">
            <w:r>
              <w:t>92</w:t>
            </w:r>
          </w:p>
        </w:tc>
        <w:tc>
          <w:tcPr>
            <w:tcW w:w="1389" w:type="dxa"/>
          </w:tcPr>
          <w:p w14:paraId="1848EF4C" w14:textId="77777777" w:rsidR="009E544B" w:rsidRDefault="004E69B9">
            <w:r>
              <w:t>8A (page 108)</w:t>
            </w:r>
          </w:p>
        </w:tc>
        <w:tc>
          <w:tcPr>
            <w:tcW w:w="2058" w:type="dxa"/>
          </w:tcPr>
          <w:p w14:paraId="4110E238" w14:textId="77777777" w:rsidR="009E544B" w:rsidRDefault="004E69B9">
            <w:r>
              <w:t xml:space="preserve">Gramatika - podmienkové vety </w:t>
            </w:r>
          </w:p>
        </w:tc>
        <w:tc>
          <w:tcPr>
            <w:tcW w:w="2227" w:type="dxa"/>
          </w:tcPr>
          <w:p w14:paraId="3FC34D3E" w14:textId="77777777" w:rsidR="009E544B" w:rsidRDefault="004E69B9">
            <w:r>
              <w:t>používať podmienkové vety na vyjadrenie reálnych a hypotetických situácií</w:t>
            </w:r>
            <w:r>
              <w:br/>
              <w:t>formulovať hypotézy a predpoklady o prítomnosti, budúcnosti a minulosti</w:t>
            </w:r>
            <w:r>
              <w:br/>
              <w:t>používať podmienkové súvetia vo vhodnom kontexte</w:t>
            </w:r>
          </w:p>
        </w:tc>
        <w:tc>
          <w:tcPr>
            <w:tcW w:w="1270" w:type="dxa"/>
          </w:tcPr>
          <w:p w14:paraId="427727A1" w14:textId="77777777" w:rsidR="009E544B" w:rsidRDefault="004E69B9">
            <w:r>
              <w:t>Conditional sentences Types Zero, 1, 2, 3</w:t>
            </w:r>
            <w:r>
              <w:br/>
              <w:t>Conditionals without if</w:t>
            </w:r>
          </w:p>
        </w:tc>
        <w:tc>
          <w:tcPr>
            <w:tcW w:w="1768" w:type="dxa"/>
          </w:tcPr>
          <w:p w14:paraId="703818BD" w14:textId="77777777" w:rsidR="009E544B" w:rsidRDefault="009E544B"/>
        </w:tc>
        <w:tc>
          <w:tcPr>
            <w:tcW w:w="1418" w:type="dxa"/>
          </w:tcPr>
          <w:p w14:paraId="3319EEEA" w14:textId="77777777" w:rsidR="009E544B" w:rsidRDefault="009E544B"/>
        </w:tc>
        <w:tc>
          <w:tcPr>
            <w:tcW w:w="1708" w:type="dxa"/>
          </w:tcPr>
          <w:p w14:paraId="04EF6259" w14:textId="77777777" w:rsidR="009E544B" w:rsidRDefault="009E544B"/>
        </w:tc>
      </w:tr>
      <w:tr w:rsidR="009E544B" w14:paraId="2AC49DDC" w14:textId="77777777" w:rsidTr="005B6ADD">
        <w:trPr>
          <w:jc w:val="center"/>
        </w:trPr>
        <w:tc>
          <w:tcPr>
            <w:tcW w:w="865" w:type="dxa"/>
          </w:tcPr>
          <w:p w14:paraId="0CAF1212" w14:textId="77777777" w:rsidR="009E544B" w:rsidRDefault="004E69B9">
            <w:r>
              <w:t>24</w:t>
            </w:r>
          </w:p>
        </w:tc>
        <w:tc>
          <w:tcPr>
            <w:tcW w:w="872" w:type="dxa"/>
          </w:tcPr>
          <w:p w14:paraId="3354EBF8" w14:textId="77777777" w:rsidR="009E544B" w:rsidRDefault="004E69B9">
            <w:r>
              <w:t>93</w:t>
            </w:r>
          </w:p>
        </w:tc>
        <w:tc>
          <w:tcPr>
            <w:tcW w:w="1389" w:type="dxa"/>
          </w:tcPr>
          <w:p w14:paraId="5BED621B" w14:textId="77777777" w:rsidR="009E544B" w:rsidRDefault="004E69B9">
            <w:r>
              <w:t>8A (page 109)</w:t>
            </w:r>
          </w:p>
        </w:tc>
        <w:tc>
          <w:tcPr>
            <w:tcW w:w="2058" w:type="dxa"/>
          </w:tcPr>
          <w:p w14:paraId="3CD99DEB" w14:textId="77777777" w:rsidR="009E544B" w:rsidRDefault="004E69B9">
            <w:r>
              <w:t>Rozprávanie - práca a kariéra</w:t>
            </w:r>
          </w:p>
        </w:tc>
        <w:tc>
          <w:tcPr>
            <w:tcW w:w="2227" w:type="dxa"/>
          </w:tcPr>
          <w:p w14:paraId="038C20BC" w14:textId="77777777" w:rsidR="009E544B" w:rsidRDefault="004E69B9">
            <w:r>
              <w:t>diskutovať o práci, kariére a profesijnom smerovaní</w:t>
            </w:r>
            <w:r>
              <w:br/>
            </w:r>
            <w:r>
              <w:t>vyjadriť a zdôvodniť vlastný názor</w:t>
            </w:r>
            <w:r>
              <w:br/>
              <w:t>porovnať rôzne možnosti kariérneho uplatnenia</w:t>
            </w:r>
          </w:p>
        </w:tc>
        <w:tc>
          <w:tcPr>
            <w:tcW w:w="1270" w:type="dxa"/>
          </w:tcPr>
          <w:p w14:paraId="31D0700A" w14:textId="77777777" w:rsidR="009E544B" w:rsidRDefault="009E544B"/>
        </w:tc>
        <w:tc>
          <w:tcPr>
            <w:tcW w:w="1768" w:type="dxa"/>
          </w:tcPr>
          <w:p w14:paraId="2466FBC3" w14:textId="77777777" w:rsidR="009E544B" w:rsidRDefault="004E69B9">
            <w:r>
              <w:t>Words/Phrases connected to jobs</w:t>
            </w:r>
          </w:p>
        </w:tc>
        <w:tc>
          <w:tcPr>
            <w:tcW w:w="1418" w:type="dxa"/>
          </w:tcPr>
          <w:p w14:paraId="1DD5304C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16AA9FE4" w14:textId="77777777" w:rsidR="009E544B" w:rsidRDefault="004E69B9">
            <w:r>
              <w:t>kritické myslenie, komunikácia, spolupráca</w:t>
            </w:r>
            <w:r>
              <w:br/>
              <w:t>dôstojná práca a ekonomický rast</w:t>
            </w:r>
            <w:r>
              <w:br/>
              <w:t>rodová rovnosť</w:t>
            </w:r>
          </w:p>
        </w:tc>
      </w:tr>
      <w:tr w:rsidR="009E544B" w14:paraId="66095353" w14:textId="77777777" w:rsidTr="005B6ADD">
        <w:trPr>
          <w:jc w:val="center"/>
        </w:trPr>
        <w:tc>
          <w:tcPr>
            <w:tcW w:w="865" w:type="dxa"/>
          </w:tcPr>
          <w:p w14:paraId="53E8C4F5" w14:textId="77777777" w:rsidR="009E544B" w:rsidRDefault="009E544B"/>
        </w:tc>
        <w:tc>
          <w:tcPr>
            <w:tcW w:w="872" w:type="dxa"/>
          </w:tcPr>
          <w:p w14:paraId="23D8C226" w14:textId="77777777" w:rsidR="009E544B" w:rsidRDefault="004E69B9">
            <w:r>
              <w:t>94</w:t>
            </w:r>
          </w:p>
        </w:tc>
        <w:tc>
          <w:tcPr>
            <w:tcW w:w="1389" w:type="dxa"/>
          </w:tcPr>
          <w:p w14:paraId="4D9CE8CC" w14:textId="77777777" w:rsidR="009E544B" w:rsidRDefault="004E69B9">
            <w:r>
              <w:t>8A (page 110-111)</w:t>
            </w:r>
          </w:p>
        </w:tc>
        <w:tc>
          <w:tcPr>
            <w:tcW w:w="2058" w:type="dxa"/>
          </w:tcPr>
          <w:p w14:paraId="179BAE68" w14:textId="77777777" w:rsidR="009E544B" w:rsidRDefault="004E69B9">
            <w:r>
              <w:t>Čítanie s porozumením - pracovný pohovor</w:t>
            </w:r>
          </w:p>
        </w:tc>
        <w:tc>
          <w:tcPr>
            <w:tcW w:w="2227" w:type="dxa"/>
          </w:tcPr>
          <w:p w14:paraId="4A7E8C85" w14:textId="77777777" w:rsidR="009E544B" w:rsidRDefault="004E69B9">
            <w:r>
              <w:t>porozumieť textu o pracovnom pohovore</w:t>
            </w:r>
            <w:r>
              <w:br/>
              <w:t>identifikovať typy otázok používaných na pracovnom pohovore</w:t>
            </w:r>
            <w:r>
              <w:br/>
              <w:t xml:space="preserve">diskutovať o vhodnom správaní počas pracovného </w:t>
            </w:r>
            <w:r>
              <w:lastRenderedPageBreak/>
              <w:t>pohovoru</w:t>
            </w:r>
          </w:p>
        </w:tc>
        <w:tc>
          <w:tcPr>
            <w:tcW w:w="1270" w:type="dxa"/>
          </w:tcPr>
          <w:p w14:paraId="73E1A1C1" w14:textId="77777777" w:rsidR="009E544B" w:rsidRDefault="009E544B"/>
        </w:tc>
        <w:tc>
          <w:tcPr>
            <w:tcW w:w="1768" w:type="dxa"/>
          </w:tcPr>
          <w:p w14:paraId="32076858" w14:textId="77777777" w:rsidR="009E544B" w:rsidRDefault="004E69B9">
            <w:r>
              <w:t>Job interview</w:t>
            </w:r>
          </w:p>
        </w:tc>
        <w:tc>
          <w:tcPr>
            <w:tcW w:w="1418" w:type="dxa"/>
          </w:tcPr>
          <w:p w14:paraId="613ABBED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254869A3" w14:textId="77777777" w:rsidR="009E544B" w:rsidRDefault="009E544B"/>
        </w:tc>
      </w:tr>
      <w:tr w:rsidR="009E544B" w14:paraId="3BC3E4A5" w14:textId="77777777" w:rsidTr="005B6ADD">
        <w:trPr>
          <w:jc w:val="center"/>
        </w:trPr>
        <w:tc>
          <w:tcPr>
            <w:tcW w:w="865" w:type="dxa"/>
          </w:tcPr>
          <w:p w14:paraId="0ECE9170" w14:textId="77777777" w:rsidR="009E544B" w:rsidRDefault="009E544B"/>
        </w:tc>
        <w:tc>
          <w:tcPr>
            <w:tcW w:w="872" w:type="dxa"/>
          </w:tcPr>
          <w:p w14:paraId="25AE39F3" w14:textId="77777777" w:rsidR="009E544B" w:rsidRDefault="004E69B9">
            <w:r>
              <w:t>95</w:t>
            </w:r>
          </w:p>
        </w:tc>
        <w:tc>
          <w:tcPr>
            <w:tcW w:w="1389" w:type="dxa"/>
          </w:tcPr>
          <w:p w14:paraId="27F1E4F6" w14:textId="77777777" w:rsidR="009E544B" w:rsidRDefault="004E69B9">
            <w:r>
              <w:t>8B (page 112)</w:t>
            </w:r>
          </w:p>
        </w:tc>
        <w:tc>
          <w:tcPr>
            <w:tcW w:w="2058" w:type="dxa"/>
          </w:tcPr>
          <w:p w14:paraId="05E9885D" w14:textId="77777777" w:rsidR="009E544B" w:rsidRDefault="004E69B9">
            <w:r>
              <w:t>Slovná zásoba - práca, peniaze, ľahko zameniteľné slová</w:t>
            </w:r>
          </w:p>
        </w:tc>
        <w:tc>
          <w:tcPr>
            <w:tcW w:w="2227" w:type="dxa"/>
          </w:tcPr>
          <w:p w14:paraId="6B2106D6" w14:textId="77777777" w:rsidR="009E544B" w:rsidRDefault="004E69B9">
            <w:r>
              <w:t>rozlišovať ľahko zameniteľné slová</w:t>
            </w:r>
            <w:r>
              <w:br/>
              <w:t>používať slovnú zásobu súvisiacu s prácou a financiami</w:t>
            </w:r>
            <w:r>
              <w:br/>
              <w:t>používať novú slovnú zásobu v komunikačných situáciách</w:t>
            </w:r>
          </w:p>
        </w:tc>
        <w:tc>
          <w:tcPr>
            <w:tcW w:w="1270" w:type="dxa"/>
          </w:tcPr>
          <w:p w14:paraId="6D1042A4" w14:textId="77777777" w:rsidR="009E544B" w:rsidRDefault="009E544B"/>
        </w:tc>
        <w:tc>
          <w:tcPr>
            <w:tcW w:w="1768" w:type="dxa"/>
          </w:tcPr>
          <w:p w14:paraId="23D97402" w14:textId="77777777" w:rsidR="009E544B" w:rsidRDefault="004E69B9">
            <w:r>
              <w:t>Words easily confused</w:t>
            </w:r>
          </w:p>
        </w:tc>
        <w:tc>
          <w:tcPr>
            <w:tcW w:w="1418" w:type="dxa"/>
          </w:tcPr>
          <w:p w14:paraId="68442FE4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1AEE1C64" w14:textId="77777777" w:rsidR="009E544B" w:rsidRDefault="004E69B9">
            <w:r>
              <w:t>kritické myslenie, komunikácia, samostatné učenie, digitálna gramotnosť</w:t>
            </w:r>
            <w:r>
              <w:br/>
              <w:t>mediácia</w:t>
            </w:r>
            <w:r>
              <w:br/>
              <w:t>dôstojná práca a ekonomický rast</w:t>
            </w:r>
          </w:p>
        </w:tc>
      </w:tr>
      <w:tr w:rsidR="009E544B" w14:paraId="1F98030E" w14:textId="77777777" w:rsidTr="005B6ADD">
        <w:trPr>
          <w:jc w:val="center"/>
        </w:trPr>
        <w:tc>
          <w:tcPr>
            <w:tcW w:w="865" w:type="dxa"/>
          </w:tcPr>
          <w:p w14:paraId="6527703F" w14:textId="77777777" w:rsidR="009E544B" w:rsidRDefault="009E544B"/>
        </w:tc>
        <w:tc>
          <w:tcPr>
            <w:tcW w:w="872" w:type="dxa"/>
          </w:tcPr>
          <w:p w14:paraId="350A06B7" w14:textId="77777777" w:rsidR="009E544B" w:rsidRDefault="004E69B9">
            <w:r>
              <w:t>96</w:t>
            </w:r>
          </w:p>
        </w:tc>
        <w:tc>
          <w:tcPr>
            <w:tcW w:w="1389" w:type="dxa"/>
          </w:tcPr>
          <w:p w14:paraId="5CB06E8C" w14:textId="77777777" w:rsidR="009E544B" w:rsidRDefault="004E69B9">
            <w:r>
              <w:t>8B (page 113)</w:t>
            </w:r>
          </w:p>
        </w:tc>
        <w:tc>
          <w:tcPr>
            <w:tcW w:w="2058" w:type="dxa"/>
          </w:tcPr>
          <w:p w14:paraId="778DE96A" w14:textId="77777777" w:rsidR="009E544B" w:rsidRDefault="004E69B9">
            <w:r>
              <w:t>Gramatika - vedľajšie vety príčiny, dôsledku, účelu a prípustky</w:t>
            </w:r>
          </w:p>
        </w:tc>
        <w:tc>
          <w:tcPr>
            <w:tcW w:w="2227" w:type="dxa"/>
          </w:tcPr>
          <w:p w14:paraId="1A4091AE" w14:textId="77777777" w:rsidR="009E544B" w:rsidRDefault="004E69B9">
            <w:r>
              <w:t>používať vedľajšie vety príčiny, dôsledku, účelu a prípustky</w:t>
            </w:r>
            <w:r>
              <w:br/>
              <w:t>vyjadriť vzťahy medzi udalosťami a javmi</w:t>
            </w:r>
            <w:r>
              <w:br/>
              <w:t>používať vhodné spojovacie výrazy v ústnom a písomnom prejave</w:t>
            </w:r>
          </w:p>
        </w:tc>
        <w:tc>
          <w:tcPr>
            <w:tcW w:w="1270" w:type="dxa"/>
          </w:tcPr>
          <w:p w14:paraId="3A217197" w14:textId="77777777" w:rsidR="009E544B" w:rsidRDefault="004E69B9">
            <w:r>
              <w:t>Clauses of Reason, Result, Purpose and Concession</w:t>
            </w:r>
          </w:p>
        </w:tc>
        <w:tc>
          <w:tcPr>
            <w:tcW w:w="1768" w:type="dxa"/>
          </w:tcPr>
          <w:p w14:paraId="300F7C3B" w14:textId="77777777" w:rsidR="009E544B" w:rsidRDefault="004E69B9">
            <w:r>
              <w:t>Phrases / Idioms related to business</w:t>
            </w:r>
          </w:p>
        </w:tc>
        <w:tc>
          <w:tcPr>
            <w:tcW w:w="1418" w:type="dxa"/>
          </w:tcPr>
          <w:p w14:paraId="5D1DBD1F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58ED385C" w14:textId="77777777" w:rsidR="009E544B" w:rsidRDefault="004E69B9">
            <w:r>
              <w:t>kritické myslenie, komunikácia, spolupráca</w:t>
            </w:r>
          </w:p>
        </w:tc>
      </w:tr>
      <w:tr w:rsidR="009E544B" w14:paraId="1A6A6B29" w14:textId="77777777" w:rsidTr="005B6ADD">
        <w:trPr>
          <w:jc w:val="center"/>
        </w:trPr>
        <w:tc>
          <w:tcPr>
            <w:tcW w:w="865" w:type="dxa"/>
          </w:tcPr>
          <w:p w14:paraId="25B9FD90" w14:textId="77777777" w:rsidR="009E544B" w:rsidRDefault="004E69B9">
            <w:r>
              <w:t>25</w:t>
            </w:r>
          </w:p>
        </w:tc>
        <w:tc>
          <w:tcPr>
            <w:tcW w:w="872" w:type="dxa"/>
          </w:tcPr>
          <w:p w14:paraId="6B41501B" w14:textId="77777777" w:rsidR="009E544B" w:rsidRDefault="004E69B9">
            <w:r>
              <w:t>97</w:t>
            </w:r>
          </w:p>
        </w:tc>
        <w:tc>
          <w:tcPr>
            <w:tcW w:w="1389" w:type="dxa"/>
          </w:tcPr>
          <w:p w14:paraId="43AB10FF" w14:textId="77777777" w:rsidR="009E544B" w:rsidRDefault="004E69B9">
            <w:r>
              <w:t>8B (page 114-115)</w:t>
            </w:r>
          </w:p>
        </w:tc>
        <w:tc>
          <w:tcPr>
            <w:tcW w:w="2058" w:type="dxa"/>
          </w:tcPr>
          <w:p w14:paraId="14B7E3C7" w14:textId="77777777" w:rsidR="009E544B" w:rsidRDefault="004E69B9">
            <w:r>
              <w:t>Počúvanie s porozumením - nezvyčajné práce, slovná zásoba - frázové slovesá, ustálené slovné spojenia</w:t>
            </w:r>
          </w:p>
        </w:tc>
        <w:tc>
          <w:tcPr>
            <w:tcW w:w="2227" w:type="dxa"/>
          </w:tcPr>
          <w:p w14:paraId="6DA9F44D" w14:textId="77777777" w:rsidR="009E544B" w:rsidRDefault="004E69B9">
            <w:r>
              <w:t>porozumieť hlavným informáciám v nahrávke</w:t>
            </w:r>
            <w:r>
              <w:br/>
              <w:t>používať frázové slovesá a ustálené slovné spojenia v kontexte</w:t>
            </w:r>
            <w:r>
              <w:br/>
              <w:t>diskutovať o nezvyčajných povolaniach a pracovných skúsenostiach</w:t>
            </w:r>
          </w:p>
        </w:tc>
        <w:tc>
          <w:tcPr>
            <w:tcW w:w="1270" w:type="dxa"/>
          </w:tcPr>
          <w:p w14:paraId="2C0E11DB" w14:textId="77777777" w:rsidR="009E544B" w:rsidRDefault="009E544B"/>
        </w:tc>
        <w:tc>
          <w:tcPr>
            <w:tcW w:w="1768" w:type="dxa"/>
          </w:tcPr>
          <w:p w14:paraId="32CFB6FB" w14:textId="77777777" w:rsidR="009E544B" w:rsidRDefault="004E69B9">
            <w:r>
              <w:t>Jobs</w:t>
            </w:r>
            <w:r>
              <w:br/>
              <w:t>Phrasal verbs</w:t>
            </w:r>
            <w:r>
              <w:br/>
              <w:t>Career choices</w:t>
            </w:r>
          </w:p>
        </w:tc>
        <w:tc>
          <w:tcPr>
            <w:tcW w:w="1418" w:type="dxa"/>
          </w:tcPr>
          <w:p w14:paraId="65AB8C67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013647BA" w14:textId="77777777" w:rsidR="009E544B" w:rsidRDefault="004E69B9">
            <w:r>
              <w:t>kritické myslenie, komunikácia, spolupráca, osobná a sociálna zodpovednosť, kreativita</w:t>
            </w:r>
            <w:r>
              <w:br/>
              <w:t>mediácia</w:t>
            </w:r>
            <w:r>
              <w:br/>
              <w:t>dôstojná práca a ekonomický rast</w:t>
            </w:r>
          </w:p>
        </w:tc>
      </w:tr>
      <w:tr w:rsidR="009E544B" w14:paraId="50452427" w14:textId="77777777" w:rsidTr="005B6ADD">
        <w:trPr>
          <w:jc w:val="center"/>
        </w:trPr>
        <w:tc>
          <w:tcPr>
            <w:tcW w:w="865" w:type="dxa"/>
          </w:tcPr>
          <w:p w14:paraId="7F9DCD66" w14:textId="77777777" w:rsidR="009E544B" w:rsidRDefault="009E544B"/>
        </w:tc>
        <w:tc>
          <w:tcPr>
            <w:tcW w:w="872" w:type="dxa"/>
          </w:tcPr>
          <w:p w14:paraId="63DDAEA9" w14:textId="77777777" w:rsidR="009E544B" w:rsidRDefault="004E69B9">
            <w:r>
              <w:t>98</w:t>
            </w:r>
          </w:p>
        </w:tc>
        <w:tc>
          <w:tcPr>
            <w:tcW w:w="1389" w:type="dxa"/>
          </w:tcPr>
          <w:p w14:paraId="4A828181" w14:textId="77777777" w:rsidR="009E544B" w:rsidRDefault="004E69B9">
            <w:r>
              <w:t>8B (page 115)</w:t>
            </w:r>
          </w:p>
        </w:tc>
        <w:tc>
          <w:tcPr>
            <w:tcW w:w="2058" w:type="dxa"/>
          </w:tcPr>
          <w:p w14:paraId="0BAF1239" w14:textId="77777777" w:rsidR="009E544B" w:rsidRDefault="004E69B9">
            <w:r>
              <w:t>Rozprávanie - voľba povolania</w:t>
            </w:r>
          </w:p>
        </w:tc>
        <w:tc>
          <w:tcPr>
            <w:tcW w:w="2227" w:type="dxa"/>
          </w:tcPr>
          <w:p w14:paraId="565ADECF" w14:textId="77777777" w:rsidR="009E544B" w:rsidRDefault="004E69B9">
            <w:r>
              <w:t>diskutovať o voľbe povolania a kariérnom smerovaní</w:t>
            </w:r>
            <w:r>
              <w:br/>
              <w:t>vyjadriť a zdôvodniť vlastný názor</w:t>
            </w:r>
            <w:r>
              <w:br/>
            </w:r>
            <w:r>
              <w:t>posudzovať rôzne možnosti profesijného uplatnenia</w:t>
            </w:r>
          </w:p>
        </w:tc>
        <w:tc>
          <w:tcPr>
            <w:tcW w:w="1270" w:type="dxa"/>
          </w:tcPr>
          <w:p w14:paraId="77229DB0" w14:textId="77777777" w:rsidR="009E544B" w:rsidRDefault="009E544B"/>
        </w:tc>
        <w:tc>
          <w:tcPr>
            <w:tcW w:w="1768" w:type="dxa"/>
          </w:tcPr>
          <w:p w14:paraId="060857C3" w14:textId="77777777" w:rsidR="009E544B" w:rsidRDefault="004E69B9">
            <w:r>
              <w:t>Jobs</w:t>
            </w:r>
            <w:r>
              <w:br/>
              <w:t>Phrasal verbs</w:t>
            </w:r>
            <w:r>
              <w:br/>
              <w:t>Career choices</w:t>
            </w:r>
          </w:p>
        </w:tc>
        <w:tc>
          <w:tcPr>
            <w:tcW w:w="1418" w:type="dxa"/>
          </w:tcPr>
          <w:p w14:paraId="091B79D5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7E1D975F" w14:textId="77777777" w:rsidR="009E544B" w:rsidRDefault="004E69B9">
            <w:r>
              <w:t>kritické myslenie, komunikácia, spolupráca, osobná a sociálna zodpovednosť, kreativita</w:t>
            </w:r>
            <w:r>
              <w:br/>
              <w:t>mediácia</w:t>
            </w:r>
            <w:r>
              <w:br/>
              <w:t>dôstojná práca a ekonomický rast</w:t>
            </w:r>
          </w:p>
        </w:tc>
      </w:tr>
      <w:tr w:rsidR="009E544B" w14:paraId="534C3D64" w14:textId="77777777" w:rsidTr="005B6ADD">
        <w:trPr>
          <w:jc w:val="center"/>
        </w:trPr>
        <w:tc>
          <w:tcPr>
            <w:tcW w:w="865" w:type="dxa"/>
          </w:tcPr>
          <w:p w14:paraId="0788C3C3" w14:textId="77777777" w:rsidR="009E544B" w:rsidRDefault="009E544B"/>
        </w:tc>
        <w:tc>
          <w:tcPr>
            <w:tcW w:w="872" w:type="dxa"/>
          </w:tcPr>
          <w:p w14:paraId="24CAD048" w14:textId="77777777" w:rsidR="009E544B" w:rsidRDefault="004E69B9">
            <w:r>
              <w:t>99</w:t>
            </w:r>
          </w:p>
        </w:tc>
        <w:tc>
          <w:tcPr>
            <w:tcW w:w="1389" w:type="dxa"/>
          </w:tcPr>
          <w:p w14:paraId="13A515BA" w14:textId="77777777" w:rsidR="009E544B" w:rsidRDefault="004E69B9">
            <w:r>
              <w:t>8B (116-117)</w:t>
            </w:r>
          </w:p>
        </w:tc>
        <w:tc>
          <w:tcPr>
            <w:tcW w:w="2058" w:type="dxa"/>
          </w:tcPr>
          <w:p w14:paraId="3F3F438E" w14:textId="77777777" w:rsidR="009E544B" w:rsidRDefault="004E69B9">
            <w:r>
              <w:t>Písanie - esej</w:t>
            </w:r>
          </w:p>
        </w:tc>
        <w:tc>
          <w:tcPr>
            <w:tcW w:w="2227" w:type="dxa"/>
          </w:tcPr>
          <w:p w14:paraId="790F8742" w14:textId="77777777" w:rsidR="009E544B" w:rsidRDefault="004E69B9">
            <w:r>
              <w:t>vyjadriť a zdôvodniť vlastný názor na zvolenú tému</w:t>
            </w:r>
            <w:r>
              <w:br/>
              <w:t>usporiadať argumenty do logickej štruktúry</w:t>
            </w:r>
            <w:r>
              <w:br/>
              <w:t>napísať esej s využitím vhodných jazykových prostriedkov</w:t>
            </w:r>
          </w:p>
        </w:tc>
        <w:tc>
          <w:tcPr>
            <w:tcW w:w="1270" w:type="dxa"/>
          </w:tcPr>
          <w:p w14:paraId="63C4E5A9" w14:textId="77777777" w:rsidR="009E544B" w:rsidRDefault="009E544B"/>
        </w:tc>
        <w:tc>
          <w:tcPr>
            <w:tcW w:w="1768" w:type="dxa"/>
          </w:tcPr>
          <w:p w14:paraId="13AB79CF" w14:textId="77777777" w:rsidR="009E544B" w:rsidRDefault="009E544B"/>
        </w:tc>
        <w:tc>
          <w:tcPr>
            <w:tcW w:w="1418" w:type="dxa"/>
          </w:tcPr>
          <w:p w14:paraId="346CC5E1" w14:textId="77777777" w:rsidR="009E544B" w:rsidRDefault="009E544B"/>
        </w:tc>
        <w:tc>
          <w:tcPr>
            <w:tcW w:w="1708" w:type="dxa"/>
          </w:tcPr>
          <w:p w14:paraId="4BF00DBF" w14:textId="77777777" w:rsidR="009E544B" w:rsidRDefault="004E69B9">
            <w:r>
              <w:t>kritické myslenie, samostatné učenie</w:t>
            </w:r>
          </w:p>
        </w:tc>
      </w:tr>
      <w:tr w:rsidR="009E544B" w14:paraId="7DD0E81C" w14:textId="77777777" w:rsidTr="005B6ADD">
        <w:trPr>
          <w:jc w:val="center"/>
        </w:trPr>
        <w:tc>
          <w:tcPr>
            <w:tcW w:w="865" w:type="dxa"/>
          </w:tcPr>
          <w:p w14:paraId="2EDBF979" w14:textId="77777777" w:rsidR="009E544B" w:rsidRDefault="009E544B"/>
        </w:tc>
        <w:tc>
          <w:tcPr>
            <w:tcW w:w="872" w:type="dxa"/>
          </w:tcPr>
          <w:p w14:paraId="47FE701F" w14:textId="77777777" w:rsidR="009E544B" w:rsidRDefault="004E69B9">
            <w:r>
              <w:t>100</w:t>
            </w:r>
          </w:p>
        </w:tc>
        <w:tc>
          <w:tcPr>
            <w:tcW w:w="1389" w:type="dxa"/>
          </w:tcPr>
          <w:p w14:paraId="072034F3" w14:textId="77777777" w:rsidR="009E544B" w:rsidRDefault="004E69B9">
            <w:r>
              <w:t>Review 8</w:t>
            </w:r>
            <w:r>
              <w:br/>
            </w:r>
            <w:r>
              <w:t>Self-evaluation</w:t>
            </w:r>
          </w:p>
        </w:tc>
        <w:tc>
          <w:tcPr>
            <w:tcW w:w="2058" w:type="dxa"/>
          </w:tcPr>
          <w:p w14:paraId="799C0007" w14:textId="77777777" w:rsidR="009E544B" w:rsidRDefault="004E69B9">
            <w:r>
              <w:t>Zhrnutie učiva 8, Sebahodnotenie</w:t>
            </w:r>
          </w:p>
        </w:tc>
        <w:tc>
          <w:tcPr>
            <w:tcW w:w="2227" w:type="dxa"/>
          </w:tcPr>
          <w:p w14:paraId="70B9FDC2" w14:textId="77777777" w:rsidR="009E544B" w:rsidRDefault="004E69B9">
            <w:r>
              <w:t>zopakovať a upevniť učivo modulu</w:t>
            </w:r>
            <w:r>
              <w:br/>
              <w:t>používať osvojenú slovnú zásobu a gramatické štruktúry</w:t>
            </w:r>
            <w:r>
              <w:br/>
              <w:t>zhodnotiť vlastný pokrok v učení</w:t>
            </w:r>
          </w:p>
        </w:tc>
        <w:tc>
          <w:tcPr>
            <w:tcW w:w="1270" w:type="dxa"/>
          </w:tcPr>
          <w:p w14:paraId="2A48E700" w14:textId="77777777" w:rsidR="009E544B" w:rsidRDefault="009E544B"/>
        </w:tc>
        <w:tc>
          <w:tcPr>
            <w:tcW w:w="1768" w:type="dxa"/>
          </w:tcPr>
          <w:p w14:paraId="49D2B7A7" w14:textId="77777777" w:rsidR="009E544B" w:rsidRDefault="009E544B"/>
        </w:tc>
        <w:tc>
          <w:tcPr>
            <w:tcW w:w="1418" w:type="dxa"/>
          </w:tcPr>
          <w:p w14:paraId="33DC548A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26A407ED" w14:textId="77777777" w:rsidR="009E544B" w:rsidRDefault="004E69B9">
            <w:r>
              <w:t>kritické myslenie, samostatné učenie</w:t>
            </w:r>
          </w:p>
        </w:tc>
      </w:tr>
      <w:tr w:rsidR="009E544B" w14:paraId="0F630836" w14:textId="77777777" w:rsidTr="005B6ADD">
        <w:trPr>
          <w:jc w:val="center"/>
        </w:trPr>
        <w:tc>
          <w:tcPr>
            <w:tcW w:w="865" w:type="dxa"/>
          </w:tcPr>
          <w:p w14:paraId="52657248" w14:textId="77777777" w:rsidR="009E544B" w:rsidRDefault="004E69B9">
            <w:r>
              <w:t>26</w:t>
            </w:r>
          </w:p>
        </w:tc>
        <w:tc>
          <w:tcPr>
            <w:tcW w:w="872" w:type="dxa"/>
          </w:tcPr>
          <w:p w14:paraId="18DE1497" w14:textId="77777777" w:rsidR="009E544B" w:rsidRDefault="004E69B9">
            <w:r>
              <w:t>101</w:t>
            </w:r>
          </w:p>
        </w:tc>
        <w:tc>
          <w:tcPr>
            <w:tcW w:w="1389" w:type="dxa"/>
          </w:tcPr>
          <w:p w14:paraId="1AC8B5EE" w14:textId="77777777" w:rsidR="009E544B" w:rsidRDefault="004E69B9">
            <w:r>
              <w:t>Exam practice modules 7-8</w:t>
            </w:r>
          </w:p>
        </w:tc>
        <w:tc>
          <w:tcPr>
            <w:tcW w:w="2058" w:type="dxa"/>
          </w:tcPr>
          <w:p w14:paraId="20F83378" w14:textId="77777777" w:rsidR="009E544B" w:rsidRDefault="004E69B9">
            <w:r>
              <w:t>Práca s testovými úlohami - moduly 7-8</w:t>
            </w:r>
          </w:p>
        </w:tc>
        <w:tc>
          <w:tcPr>
            <w:tcW w:w="2227" w:type="dxa"/>
          </w:tcPr>
          <w:p w14:paraId="6CDB4B6C" w14:textId="77777777" w:rsidR="009E544B" w:rsidRDefault="004E69B9">
            <w:r>
              <w:t>uplatniť stratégie riešenia testových úloh</w:t>
            </w:r>
            <w:r>
              <w:br/>
              <w:t>používať osvojené jazykové vedomosti a komunikačné zručnosti v rôznych typoch úloh</w:t>
            </w:r>
            <w:r>
              <w:br/>
              <w:t>overiť si úroveň zvládnutia učiva modulov 7–8</w:t>
            </w:r>
          </w:p>
        </w:tc>
        <w:tc>
          <w:tcPr>
            <w:tcW w:w="1270" w:type="dxa"/>
          </w:tcPr>
          <w:p w14:paraId="33E95D5B" w14:textId="77777777" w:rsidR="009E544B" w:rsidRDefault="009E544B"/>
        </w:tc>
        <w:tc>
          <w:tcPr>
            <w:tcW w:w="1768" w:type="dxa"/>
          </w:tcPr>
          <w:p w14:paraId="1AAF2DEC" w14:textId="77777777" w:rsidR="009E544B" w:rsidRDefault="009E544B"/>
        </w:tc>
        <w:tc>
          <w:tcPr>
            <w:tcW w:w="1418" w:type="dxa"/>
          </w:tcPr>
          <w:p w14:paraId="4D81839C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7CA2DF72" w14:textId="77777777" w:rsidR="009E544B" w:rsidRDefault="004E69B9">
            <w:r>
              <w:t>samostatné učenie</w:t>
            </w:r>
          </w:p>
        </w:tc>
      </w:tr>
      <w:tr w:rsidR="009E544B" w14:paraId="4389394C" w14:textId="77777777" w:rsidTr="005B6ADD">
        <w:trPr>
          <w:jc w:val="center"/>
        </w:trPr>
        <w:tc>
          <w:tcPr>
            <w:tcW w:w="865" w:type="dxa"/>
          </w:tcPr>
          <w:p w14:paraId="653EB364" w14:textId="77777777" w:rsidR="009E544B" w:rsidRDefault="009E544B"/>
        </w:tc>
        <w:tc>
          <w:tcPr>
            <w:tcW w:w="872" w:type="dxa"/>
          </w:tcPr>
          <w:p w14:paraId="3174F0E0" w14:textId="77777777" w:rsidR="009E544B" w:rsidRDefault="004E69B9">
            <w:r>
              <w:t>102</w:t>
            </w:r>
          </w:p>
        </w:tc>
        <w:tc>
          <w:tcPr>
            <w:tcW w:w="1389" w:type="dxa"/>
          </w:tcPr>
          <w:p w14:paraId="6E498A47" w14:textId="77777777" w:rsidR="009E544B" w:rsidRDefault="004E69B9">
            <w:r>
              <w:t>Exam practice modules 7-8</w:t>
            </w:r>
          </w:p>
        </w:tc>
        <w:tc>
          <w:tcPr>
            <w:tcW w:w="2058" w:type="dxa"/>
          </w:tcPr>
          <w:p w14:paraId="164ABBE2" w14:textId="77777777" w:rsidR="009E544B" w:rsidRDefault="004E69B9">
            <w:r>
              <w:t>Práca s testovými úlohami - moduly 7-8</w:t>
            </w:r>
          </w:p>
        </w:tc>
        <w:tc>
          <w:tcPr>
            <w:tcW w:w="2227" w:type="dxa"/>
          </w:tcPr>
          <w:p w14:paraId="4C168AC4" w14:textId="77777777" w:rsidR="009E544B" w:rsidRDefault="004E69B9">
            <w:r>
              <w:t>uplatniť stratégie riešenia testových úloh</w:t>
            </w:r>
            <w:r>
              <w:br/>
            </w:r>
            <w:r>
              <w:t>používať osvojené jazykové vedomosti a komunikačné zručnosti v rôznych typoch úloh</w:t>
            </w:r>
            <w:r>
              <w:br/>
              <w:t>overiť si úroveň zvládnutia učiva modulov 7–8</w:t>
            </w:r>
          </w:p>
        </w:tc>
        <w:tc>
          <w:tcPr>
            <w:tcW w:w="1270" w:type="dxa"/>
          </w:tcPr>
          <w:p w14:paraId="17D66DDA" w14:textId="77777777" w:rsidR="009E544B" w:rsidRDefault="009E544B"/>
        </w:tc>
        <w:tc>
          <w:tcPr>
            <w:tcW w:w="1768" w:type="dxa"/>
          </w:tcPr>
          <w:p w14:paraId="18410636" w14:textId="77777777" w:rsidR="009E544B" w:rsidRDefault="009E544B"/>
        </w:tc>
        <w:tc>
          <w:tcPr>
            <w:tcW w:w="1418" w:type="dxa"/>
          </w:tcPr>
          <w:p w14:paraId="1197FA12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0E613DB6" w14:textId="77777777" w:rsidR="009E544B" w:rsidRDefault="004E69B9">
            <w:r>
              <w:t>samostatné učenie</w:t>
            </w:r>
          </w:p>
        </w:tc>
      </w:tr>
      <w:tr w:rsidR="009E544B" w14:paraId="6DA18B75" w14:textId="77777777" w:rsidTr="005B6ADD">
        <w:trPr>
          <w:jc w:val="center"/>
        </w:trPr>
        <w:tc>
          <w:tcPr>
            <w:tcW w:w="865" w:type="dxa"/>
          </w:tcPr>
          <w:p w14:paraId="0267EBB5" w14:textId="77777777" w:rsidR="009E544B" w:rsidRDefault="009E544B"/>
        </w:tc>
        <w:tc>
          <w:tcPr>
            <w:tcW w:w="872" w:type="dxa"/>
          </w:tcPr>
          <w:p w14:paraId="67CA4316" w14:textId="77777777" w:rsidR="009E544B" w:rsidRDefault="004E69B9">
            <w:r>
              <w:t>103</w:t>
            </w:r>
          </w:p>
        </w:tc>
        <w:tc>
          <w:tcPr>
            <w:tcW w:w="1389" w:type="dxa"/>
          </w:tcPr>
          <w:p w14:paraId="557C9602" w14:textId="77777777" w:rsidR="009E544B" w:rsidRDefault="004E69B9">
            <w:r>
              <w:t>Exam practice modules 7-8</w:t>
            </w:r>
          </w:p>
        </w:tc>
        <w:tc>
          <w:tcPr>
            <w:tcW w:w="2058" w:type="dxa"/>
          </w:tcPr>
          <w:p w14:paraId="2793B49A" w14:textId="77777777" w:rsidR="009E544B" w:rsidRDefault="004E69B9">
            <w:r>
              <w:t>Práca s testovými úlohami - moduly 7-8</w:t>
            </w:r>
          </w:p>
        </w:tc>
        <w:tc>
          <w:tcPr>
            <w:tcW w:w="2227" w:type="dxa"/>
          </w:tcPr>
          <w:p w14:paraId="688444AB" w14:textId="77777777" w:rsidR="009E544B" w:rsidRDefault="004E69B9">
            <w:r>
              <w:t>uplatniť stratégie riešenia testových úloh</w:t>
            </w:r>
            <w:r>
              <w:br/>
              <w:t>používať osvojené jazykové vedomosti a komunikačné zručnosti v rôznych typoch úloh</w:t>
            </w:r>
            <w:r>
              <w:br/>
              <w:t>overiť si úroveň zvládnutia učiva modulov 7–8</w:t>
            </w:r>
          </w:p>
        </w:tc>
        <w:tc>
          <w:tcPr>
            <w:tcW w:w="1270" w:type="dxa"/>
          </w:tcPr>
          <w:p w14:paraId="354B5453" w14:textId="77777777" w:rsidR="009E544B" w:rsidRDefault="009E544B"/>
        </w:tc>
        <w:tc>
          <w:tcPr>
            <w:tcW w:w="1768" w:type="dxa"/>
          </w:tcPr>
          <w:p w14:paraId="25EEC5D3" w14:textId="77777777" w:rsidR="009E544B" w:rsidRDefault="009E544B"/>
        </w:tc>
        <w:tc>
          <w:tcPr>
            <w:tcW w:w="1418" w:type="dxa"/>
          </w:tcPr>
          <w:p w14:paraId="5428090A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1EEFB939" w14:textId="77777777" w:rsidR="009E544B" w:rsidRDefault="004E69B9">
            <w:r>
              <w:t>samostatné učenie</w:t>
            </w:r>
          </w:p>
        </w:tc>
      </w:tr>
      <w:tr w:rsidR="009E544B" w14:paraId="2735DA9C" w14:textId="77777777" w:rsidTr="005B6ADD">
        <w:trPr>
          <w:jc w:val="center"/>
        </w:trPr>
        <w:tc>
          <w:tcPr>
            <w:tcW w:w="865" w:type="dxa"/>
          </w:tcPr>
          <w:p w14:paraId="696FF9D8" w14:textId="77777777" w:rsidR="009E544B" w:rsidRDefault="009E544B"/>
        </w:tc>
        <w:tc>
          <w:tcPr>
            <w:tcW w:w="872" w:type="dxa"/>
          </w:tcPr>
          <w:p w14:paraId="07D0B481" w14:textId="77777777" w:rsidR="009E544B" w:rsidRDefault="004E69B9">
            <w:r>
              <w:t>104</w:t>
            </w:r>
          </w:p>
        </w:tc>
        <w:tc>
          <w:tcPr>
            <w:tcW w:w="1389" w:type="dxa"/>
          </w:tcPr>
          <w:p w14:paraId="6CA974F4" w14:textId="77777777" w:rsidR="009E544B" w:rsidRDefault="004E69B9">
            <w:r>
              <w:t>Exam practice modules 7-8</w:t>
            </w:r>
          </w:p>
        </w:tc>
        <w:tc>
          <w:tcPr>
            <w:tcW w:w="2058" w:type="dxa"/>
          </w:tcPr>
          <w:p w14:paraId="3BF8A868" w14:textId="77777777" w:rsidR="009E544B" w:rsidRDefault="004E69B9">
            <w:r>
              <w:t>Práca s testovými úlohami - moduly 7-8</w:t>
            </w:r>
          </w:p>
        </w:tc>
        <w:tc>
          <w:tcPr>
            <w:tcW w:w="2227" w:type="dxa"/>
          </w:tcPr>
          <w:p w14:paraId="4D6169AF" w14:textId="77777777" w:rsidR="009E544B" w:rsidRDefault="004E69B9">
            <w:r>
              <w:t>uplatniť stratégie riešenia testových úloh</w:t>
            </w:r>
            <w:r>
              <w:br/>
              <w:t>používať osvojené jazykové vedomosti a komunikačné zručnosti v rôznych typoch úloh</w:t>
            </w:r>
            <w:r>
              <w:br/>
              <w:t>overiť si úroveň zvládnutia učiva modulov 7–8</w:t>
            </w:r>
          </w:p>
        </w:tc>
        <w:tc>
          <w:tcPr>
            <w:tcW w:w="1270" w:type="dxa"/>
          </w:tcPr>
          <w:p w14:paraId="2D20387D" w14:textId="77777777" w:rsidR="009E544B" w:rsidRDefault="009E544B"/>
        </w:tc>
        <w:tc>
          <w:tcPr>
            <w:tcW w:w="1768" w:type="dxa"/>
          </w:tcPr>
          <w:p w14:paraId="4823EC0D" w14:textId="77777777" w:rsidR="009E544B" w:rsidRDefault="009E544B"/>
        </w:tc>
        <w:tc>
          <w:tcPr>
            <w:tcW w:w="1418" w:type="dxa"/>
          </w:tcPr>
          <w:p w14:paraId="252383FE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5E8B75DF" w14:textId="77777777" w:rsidR="009E544B" w:rsidRDefault="004E69B9">
            <w:r>
              <w:t>samostatné učenie</w:t>
            </w:r>
          </w:p>
        </w:tc>
      </w:tr>
      <w:tr w:rsidR="009E544B" w14:paraId="367EADF4" w14:textId="77777777" w:rsidTr="005B6ADD">
        <w:trPr>
          <w:jc w:val="center"/>
        </w:trPr>
        <w:tc>
          <w:tcPr>
            <w:tcW w:w="865" w:type="dxa"/>
          </w:tcPr>
          <w:p w14:paraId="58104A0B" w14:textId="77777777" w:rsidR="009E544B" w:rsidRDefault="004E69B9">
            <w:r>
              <w:t>27</w:t>
            </w:r>
          </w:p>
        </w:tc>
        <w:tc>
          <w:tcPr>
            <w:tcW w:w="872" w:type="dxa"/>
          </w:tcPr>
          <w:p w14:paraId="03F56AC1" w14:textId="77777777" w:rsidR="009E544B" w:rsidRDefault="004E69B9">
            <w:r>
              <w:t>105</w:t>
            </w:r>
          </w:p>
        </w:tc>
        <w:tc>
          <w:tcPr>
            <w:tcW w:w="1389" w:type="dxa"/>
          </w:tcPr>
          <w:p w14:paraId="790D3105" w14:textId="77777777" w:rsidR="009E544B" w:rsidRDefault="004E69B9">
            <w:r>
              <w:t>Test</w:t>
            </w:r>
          </w:p>
        </w:tc>
        <w:tc>
          <w:tcPr>
            <w:tcW w:w="2058" w:type="dxa"/>
          </w:tcPr>
          <w:p w14:paraId="0A1E94E4" w14:textId="77777777" w:rsidR="009E544B" w:rsidRDefault="004E69B9">
            <w:r>
              <w:t>Hodnotenie pokroku študentov</w:t>
            </w:r>
          </w:p>
        </w:tc>
        <w:tc>
          <w:tcPr>
            <w:tcW w:w="2227" w:type="dxa"/>
          </w:tcPr>
          <w:p w14:paraId="52429CE9" w14:textId="77777777" w:rsidR="009E544B" w:rsidRDefault="004E69B9">
            <w:r>
              <w:t>preukázať úroveň osvojených vedomostí a zručností</w:t>
            </w:r>
            <w:r>
              <w:br/>
            </w:r>
            <w:r>
              <w:lastRenderedPageBreak/>
              <w:t>aplikovať získané jazykové vedomosti v testových úlohách</w:t>
            </w:r>
            <w:r>
              <w:br/>
              <w:t>preukázať porozumenie učivu modulu</w:t>
            </w:r>
          </w:p>
        </w:tc>
        <w:tc>
          <w:tcPr>
            <w:tcW w:w="1270" w:type="dxa"/>
          </w:tcPr>
          <w:p w14:paraId="608A6551" w14:textId="77777777" w:rsidR="009E544B" w:rsidRDefault="009E544B"/>
        </w:tc>
        <w:tc>
          <w:tcPr>
            <w:tcW w:w="1768" w:type="dxa"/>
          </w:tcPr>
          <w:p w14:paraId="385DC9FD" w14:textId="77777777" w:rsidR="009E544B" w:rsidRDefault="009E544B"/>
        </w:tc>
        <w:tc>
          <w:tcPr>
            <w:tcW w:w="1418" w:type="dxa"/>
          </w:tcPr>
          <w:p w14:paraId="011AC887" w14:textId="77777777" w:rsidR="009E544B" w:rsidRDefault="004E69B9">
            <w:r>
              <w:t xml:space="preserve">Tests &amp; audio (downloadable from the </w:t>
            </w:r>
            <w:r>
              <w:lastRenderedPageBreak/>
              <w:t>Teacher’s assistant)</w:t>
            </w:r>
          </w:p>
        </w:tc>
        <w:tc>
          <w:tcPr>
            <w:tcW w:w="1708" w:type="dxa"/>
          </w:tcPr>
          <w:p w14:paraId="7B8B9FCE" w14:textId="77777777" w:rsidR="009E544B" w:rsidRDefault="009E544B"/>
        </w:tc>
      </w:tr>
      <w:tr w:rsidR="009E544B" w14:paraId="38092889" w14:textId="77777777" w:rsidTr="005B6ADD">
        <w:trPr>
          <w:jc w:val="center"/>
        </w:trPr>
        <w:tc>
          <w:tcPr>
            <w:tcW w:w="865" w:type="dxa"/>
          </w:tcPr>
          <w:p w14:paraId="34E44248" w14:textId="77777777" w:rsidR="009E544B" w:rsidRDefault="009E544B"/>
        </w:tc>
        <w:tc>
          <w:tcPr>
            <w:tcW w:w="872" w:type="dxa"/>
          </w:tcPr>
          <w:p w14:paraId="33CF996D" w14:textId="77777777" w:rsidR="009E544B" w:rsidRDefault="009E544B"/>
        </w:tc>
        <w:tc>
          <w:tcPr>
            <w:tcW w:w="1389" w:type="dxa"/>
          </w:tcPr>
          <w:p w14:paraId="3E3DB933" w14:textId="77777777" w:rsidR="009E544B" w:rsidRDefault="009E544B"/>
        </w:tc>
        <w:tc>
          <w:tcPr>
            <w:tcW w:w="2058" w:type="dxa"/>
            <w:shd w:val="clear" w:color="auto" w:fill="FFFF00"/>
          </w:tcPr>
          <w:p w14:paraId="60F6A1C2" w14:textId="77777777" w:rsidR="009E544B" w:rsidRPr="005B6ADD" w:rsidRDefault="004E69B9">
            <w:pPr>
              <w:rPr>
                <w:b/>
                <w:bCs/>
              </w:rPr>
            </w:pPr>
            <w:r w:rsidRPr="005B6ADD">
              <w:rPr>
                <w:b/>
                <w:bCs/>
              </w:rPr>
              <w:t>Module 9: Tech talk and science facts</w:t>
            </w:r>
          </w:p>
        </w:tc>
        <w:tc>
          <w:tcPr>
            <w:tcW w:w="2227" w:type="dxa"/>
            <w:shd w:val="clear" w:color="auto" w:fill="FFFF00"/>
          </w:tcPr>
          <w:p w14:paraId="70A86D36" w14:textId="77777777" w:rsidR="009E544B" w:rsidRPr="005B6ADD" w:rsidRDefault="009E544B">
            <w:pPr>
              <w:rPr>
                <w:b/>
                <w:bCs/>
              </w:rPr>
            </w:pPr>
          </w:p>
        </w:tc>
        <w:tc>
          <w:tcPr>
            <w:tcW w:w="1270" w:type="dxa"/>
            <w:shd w:val="clear" w:color="auto" w:fill="FFFF00"/>
          </w:tcPr>
          <w:p w14:paraId="08729360" w14:textId="77777777" w:rsidR="009E544B" w:rsidRPr="005B6ADD" w:rsidRDefault="009E544B">
            <w:pPr>
              <w:rPr>
                <w:b/>
                <w:bCs/>
              </w:rPr>
            </w:pPr>
          </w:p>
        </w:tc>
        <w:tc>
          <w:tcPr>
            <w:tcW w:w="1768" w:type="dxa"/>
            <w:shd w:val="clear" w:color="auto" w:fill="FFFF00"/>
          </w:tcPr>
          <w:p w14:paraId="2E8C8CF0" w14:textId="77777777" w:rsidR="009E544B" w:rsidRPr="005B6ADD" w:rsidRDefault="009E544B">
            <w:pPr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FFFF00"/>
          </w:tcPr>
          <w:p w14:paraId="61079C77" w14:textId="77777777" w:rsidR="009E544B" w:rsidRPr="005B6ADD" w:rsidRDefault="009E544B">
            <w:pPr>
              <w:rPr>
                <w:b/>
                <w:bCs/>
              </w:rPr>
            </w:pPr>
          </w:p>
        </w:tc>
        <w:tc>
          <w:tcPr>
            <w:tcW w:w="1708" w:type="dxa"/>
            <w:shd w:val="clear" w:color="auto" w:fill="FFFF00"/>
          </w:tcPr>
          <w:p w14:paraId="7C0A73CB" w14:textId="77777777" w:rsidR="009E544B" w:rsidRPr="005B6ADD" w:rsidRDefault="009E544B">
            <w:pPr>
              <w:rPr>
                <w:b/>
                <w:bCs/>
              </w:rPr>
            </w:pPr>
          </w:p>
        </w:tc>
      </w:tr>
      <w:tr w:rsidR="009E544B" w14:paraId="12CEC1EE" w14:textId="77777777" w:rsidTr="005B6ADD">
        <w:trPr>
          <w:jc w:val="center"/>
        </w:trPr>
        <w:tc>
          <w:tcPr>
            <w:tcW w:w="865" w:type="dxa"/>
          </w:tcPr>
          <w:p w14:paraId="5264D7ED" w14:textId="77777777" w:rsidR="009E544B" w:rsidRDefault="009E544B"/>
        </w:tc>
        <w:tc>
          <w:tcPr>
            <w:tcW w:w="872" w:type="dxa"/>
          </w:tcPr>
          <w:p w14:paraId="01BC75DE" w14:textId="77777777" w:rsidR="009E544B" w:rsidRDefault="004E69B9">
            <w:r>
              <w:t>106</w:t>
            </w:r>
          </w:p>
        </w:tc>
        <w:tc>
          <w:tcPr>
            <w:tcW w:w="1389" w:type="dxa"/>
          </w:tcPr>
          <w:p w14:paraId="3602862A" w14:textId="77777777" w:rsidR="009E544B" w:rsidRDefault="004E69B9">
            <w:r>
              <w:t>Cover page module 9</w:t>
            </w:r>
            <w:r>
              <w:br/>
            </w:r>
            <w:r>
              <w:t>9A (page 119-121)</w:t>
            </w:r>
          </w:p>
        </w:tc>
        <w:tc>
          <w:tcPr>
            <w:tcW w:w="2058" w:type="dxa"/>
          </w:tcPr>
          <w:p w14:paraId="19E1BBCD" w14:textId="77777777" w:rsidR="009E544B" w:rsidRDefault="004E69B9">
            <w:r>
              <w:t>Čítanie s porozumením - inovácie a technológia</w:t>
            </w:r>
          </w:p>
        </w:tc>
        <w:tc>
          <w:tcPr>
            <w:tcW w:w="2227" w:type="dxa"/>
          </w:tcPr>
          <w:p w14:paraId="03EE56FB" w14:textId="77777777" w:rsidR="009E544B" w:rsidRDefault="004E69B9">
            <w:r>
              <w:t>oboznámiť sa s témou inovácií a moderných technológií</w:t>
            </w:r>
            <w:r>
              <w:br/>
              <w:t>porozumieť textu o vedeckých a technologických novinkách</w:t>
            </w:r>
            <w:r>
              <w:br/>
              <w:t>diskutovať o vplyve technológií na každodenný život</w:t>
            </w:r>
          </w:p>
        </w:tc>
        <w:tc>
          <w:tcPr>
            <w:tcW w:w="1270" w:type="dxa"/>
          </w:tcPr>
          <w:p w14:paraId="698B94CD" w14:textId="77777777" w:rsidR="009E544B" w:rsidRDefault="009E544B"/>
        </w:tc>
        <w:tc>
          <w:tcPr>
            <w:tcW w:w="1768" w:type="dxa"/>
          </w:tcPr>
          <w:p w14:paraId="2AD87077" w14:textId="77777777" w:rsidR="009E544B" w:rsidRDefault="004E69B9">
            <w:r>
              <w:t>Words/Phrases connected to innovation and technology</w:t>
            </w:r>
            <w:r>
              <w:br/>
              <w:t>Words easily confused</w:t>
            </w:r>
          </w:p>
        </w:tc>
        <w:tc>
          <w:tcPr>
            <w:tcW w:w="1418" w:type="dxa"/>
          </w:tcPr>
          <w:p w14:paraId="4C5F3F99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7D17BD86" w14:textId="77777777" w:rsidR="009E544B" w:rsidRDefault="004E69B9">
            <w:r>
              <w:t>kritické myslenie, komunikácia, samostatné učenie, digitálna gramotnosť</w:t>
            </w:r>
            <w:r>
              <w:br/>
              <w:t>priemysel, inovácie a infraštruktúra</w:t>
            </w:r>
          </w:p>
        </w:tc>
      </w:tr>
      <w:tr w:rsidR="009E544B" w14:paraId="7A8781D6" w14:textId="77777777" w:rsidTr="005B6ADD">
        <w:trPr>
          <w:jc w:val="center"/>
        </w:trPr>
        <w:tc>
          <w:tcPr>
            <w:tcW w:w="865" w:type="dxa"/>
          </w:tcPr>
          <w:p w14:paraId="20F291DE" w14:textId="77777777" w:rsidR="009E544B" w:rsidRDefault="009E544B"/>
        </w:tc>
        <w:tc>
          <w:tcPr>
            <w:tcW w:w="872" w:type="dxa"/>
          </w:tcPr>
          <w:p w14:paraId="14D2B34A" w14:textId="77777777" w:rsidR="009E544B" w:rsidRDefault="004E69B9">
            <w:r>
              <w:t>107</w:t>
            </w:r>
          </w:p>
        </w:tc>
        <w:tc>
          <w:tcPr>
            <w:tcW w:w="1389" w:type="dxa"/>
          </w:tcPr>
          <w:p w14:paraId="7234D5DA" w14:textId="77777777" w:rsidR="009E544B" w:rsidRDefault="004E69B9">
            <w:r>
              <w:t>9A (page 122-123)</w:t>
            </w:r>
          </w:p>
        </w:tc>
        <w:tc>
          <w:tcPr>
            <w:tcW w:w="2058" w:type="dxa"/>
          </w:tcPr>
          <w:p w14:paraId="6FFD0055" w14:textId="77777777" w:rsidR="009E544B" w:rsidRDefault="004E69B9">
            <w:r>
              <w:t>Gramatika - Hypotetické situácie v minulosti</w:t>
            </w:r>
          </w:p>
        </w:tc>
        <w:tc>
          <w:tcPr>
            <w:tcW w:w="2227" w:type="dxa"/>
          </w:tcPr>
          <w:p w14:paraId="5802ABB2" w14:textId="77777777" w:rsidR="009E544B" w:rsidRDefault="004E69B9">
            <w:r>
              <w:t>používať gramatické štruktúry na vyjadrenie hypotetických situácií v minulosti</w:t>
            </w:r>
            <w:r>
              <w:br/>
              <w:t>vyjadriť ľútosť, sťažnosť a kritiku týkajúcu sa minulých udalostí</w:t>
            </w:r>
            <w:r>
              <w:br/>
              <w:t>porovnávať skutočné a hypotetické situácie</w:t>
            </w:r>
          </w:p>
        </w:tc>
        <w:tc>
          <w:tcPr>
            <w:tcW w:w="1270" w:type="dxa"/>
          </w:tcPr>
          <w:p w14:paraId="7981BE60" w14:textId="77777777" w:rsidR="009E544B" w:rsidRDefault="004E69B9">
            <w:r>
              <w:t>Unreal past</w:t>
            </w:r>
            <w:r>
              <w:br/>
              <w:t>It’s time</w:t>
            </w:r>
          </w:p>
        </w:tc>
        <w:tc>
          <w:tcPr>
            <w:tcW w:w="1768" w:type="dxa"/>
          </w:tcPr>
          <w:p w14:paraId="01716C9A" w14:textId="77777777" w:rsidR="009E544B" w:rsidRDefault="004E69B9">
            <w:r>
              <w:t>Technology</w:t>
            </w:r>
          </w:p>
        </w:tc>
        <w:tc>
          <w:tcPr>
            <w:tcW w:w="1418" w:type="dxa"/>
          </w:tcPr>
          <w:p w14:paraId="77601002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3B53022E" w14:textId="77777777" w:rsidR="009E544B" w:rsidRDefault="004E69B9">
            <w:r>
              <w:t>kritické myslenie, komunikácia, samostatné učenie, digitálna gramotnosť</w:t>
            </w:r>
            <w:r>
              <w:br/>
              <w:t>priemysel, inovácie a infraštruktúra</w:t>
            </w:r>
          </w:p>
        </w:tc>
      </w:tr>
      <w:tr w:rsidR="009E544B" w14:paraId="41F55BE6" w14:textId="77777777" w:rsidTr="005B6ADD">
        <w:trPr>
          <w:jc w:val="center"/>
        </w:trPr>
        <w:tc>
          <w:tcPr>
            <w:tcW w:w="865" w:type="dxa"/>
          </w:tcPr>
          <w:p w14:paraId="3B8CFADC" w14:textId="77777777" w:rsidR="009E544B" w:rsidRDefault="009E544B"/>
        </w:tc>
        <w:tc>
          <w:tcPr>
            <w:tcW w:w="872" w:type="dxa"/>
          </w:tcPr>
          <w:p w14:paraId="2A80972D" w14:textId="77777777" w:rsidR="009E544B" w:rsidRDefault="004E69B9">
            <w:r>
              <w:t>108</w:t>
            </w:r>
          </w:p>
        </w:tc>
        <w:tc>
          <w:tcPr>
            <w:tcW w:w="1389" w:type="dxa"/>
          </w:tcPr>
          <w:p w14:paraId="2234573E" w14:textId="77777777" w:rsidR="009E544B" w:rsidRDefault="004E69B9">
            <w:r>
              <w:t>9A (page 122-123)</w:t>
            </w:r>
          </w:p>
        </w:tc>
        <w:tc>
          <w:tcPr>
            <w:tcW w:w="2058" w:type="dxa"/>
          </w:tcPr>
          <w:p w14:paraId="4D039A59" w14:textId="77777777" w:rsidR="009E544B" w:rsidRDefault="004E69B9">
            <w:r>
              <w:t>Rozprávanie - technológia, sociálne mediá, aplikácie</w:t>
            </w:r>
          </w:p>
        </w:tc>
        <w:tc>
          <w:tcPr>
            <w:tcW w:w="2227" w:type="dxa"/>
          </w:tcPr>
          <w:p w14:paraId="1E452459" w14:textId="77777777" w:rsidR="009E544B" w:rsidRDefault="004E69B9">
            <w:r>
              <w:t>diskutovať o technológiách, sociálnych sieťach a mobilných aplikáciách</w:t>
            </w:r>
            <w:r>
              <w:br/>
              <w:t>vyjadriť a zdôvodniť vlastný názor</w:t>
            </w:r>
            <w:r>
              <w:br/>
              <w:t>zhodnotiť výhody a nevýhody moderných technológií</w:t>
            </w:r>
          </w:p>
        </w:tc>
        <w:tc>
          <w:tcPr>
            <w:tcW w:w="1270" w:type="dxa"/>
          </w:tcPr>
          <w:p w14:paraId="5D901FE7" w14:textId="77777777" w:rsidR="009E544B" w:rsidRDefault="004E69B9">
            <w:r>
              <w:t>Unreal past</w:t>
            </w:r>
            <w:r>
              <w:br/>
              <w:t>It’s time</w:t>
            </w:r>
          </w:p>
        </w:tc>
        <w:tc>
          <w:tcPr>
            <w:tcW w:w="1768" w:type="dxa"/>
          </w:tcPr>
          <w:p w14:paraId="7D24DC3F" w14:textId="77777777" w:rsidR="009E544B" w:rsidRDefault="004E69B9">
            <w:r>
              <w:t>Technology</w:t>
            </w:r>
          </w:p>
        </w:tc>
        <w:tc>
          <w:tcPr>
            <w:tcW w:w="1418" w:type="dxa"/>
          </w:tcPr>
          <w:p w14:paraId="0A225C58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633D4E65" w14:textId="77777777" w:rsidR="009E544B" w:rsidRDefault="004E69B9">
            <w:r>
              <w:t>kritické myslenie, komunikácia, samostatné učenie, digitálna gramotnosť</w:t>
            </w:r>
            <w:r>
              <w:br/>
              <w:t>priemysel, inovácie a infraštruktúra</w:t>
            </w:r>
          </w:p>
        </w:tc>
      </w:tr>
      <w:tr w:rsidR="009E544B" w14:paraId="3A8B0C3B" w14:textId="77777777" w:rsidTr="005B6ADD">
        <w:trPr>
          <w:jc w:val="center"/>
        </w:trPr>
        <w:tc>
          <w:tcPr>
            <w:tcW w:w="865" w:type="dxa"/>
          </w:tcPr>
          <w:p w14:paraId="7CD34CE9" w14:textId="77777777" w:rsidR="009E544B" w:rsidRDefault="004E69B9">
            <w:r>
              <w:t>28</w:t>
            </w:r>
          </w:p>
        </w:tc>
        <w:tc>
          <w:tcPr>
            <w:tcW w:w="872" w:type="dxa"/>
          </w:tcPr>
          <w:p w14:paraId="513A75FD" w14:textId="77777777" w:rsidR="009E544B" w:rsidRDefault="004E69B9">
            <w:r>
              <w:t>109</w:t>
            </w:r>
          </w:p>
        </w:tc>
        <w:tc>
          <w:tcPr>
            <w:tcW w:w="1389" w:type="dxa"/>
          </w:tcPr>
          <w:p w14:paraId="4ACD41C0" w14:textId="77777777" w:rsidR="009E544B" w:rsidRDefault="004E69B9">
            <w:r>
              <w:t>9B (page 124-125)</w:t>
            </w:r>
          </w:p>
        </w:tc>
        <w:tc>
          <w:tcPr>
            <w:tcW w:w="2058" w:type="dxa"/>
          </w:tcPr>
          <w:p w14:paraId="3F605098" w14:textId="77777777" w:rsidR="009E544B" w:rsidRDefault="004E69B9">
            <w:r>
              <w:t>Čítanie s porozumením - Echolokácia a zaujímavosti zo sveta zvierat</w:t>
            </w:r>
          </w:p>
        </w:tc>
        <w:tc>
          <w:tcPr>
            <w:tcW w:w="2227" w:type="dxa"/>
          </w:tcPr>
          <w:p w14:paraId="6D00BBFF" w14:textId="77777777" w:rsidR="009E544B" w:rsidRDefault="004E69B9">
            <w:r>
              <w:t>porozumieť textu o echolokácii a zaujímavostiach zo sveta zvierat</w:t>
            </w:r>
            <w:r>
              <w:br/>
              <w:t>identifikovať kľúčové informácie v texte</w:t>
            </w:r>
            <w:r>
              <w:br/>
              <w:t xml:space="preserve">diskutovať o vedeckých poznatkoch a prírodných </w:t>
            </w:r>
            <w:r>
              <w:lastRenderedPageBreak/>
              <w:t>javoch</w:t>
            </w:r>
          </w:p>
        </w:tc>
        <w:tc>
          <w:tcPr>
            <w:tcW w:w="1270" w:type="dxa"/>
          </w:tcPr>
          <w:p w14:paraId="50390B3D" w14:textId="77777777" w:rsidR="009E544B" w:rsidRDefault="009E544B"/>
        </w:tc>
        <w:tc>
          <w:tcPr>
            <w:tcW w:w="1768" w:type="dxa"/>
          </w:tcPr>
          <w:p w14:paraId="377108B0" w14:textId="77777777" w:rsidR="009E544B" w:rsidRDefault="004E69B9">
            <w:r>
              <w:t>Echolocation</w:t>
            </w:r>
          </w:p>
        </w:tc>
        <w:tc>
          <w:tcPr>
            <w:tcW w:w="1418" w:type="dxa"/>
          </w:tcPr>
          <w:p w14:paraId="06672680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3E3CB8D1" w14:textId="77777777" w:rsidR="009E544B" w:rsidRDefault="004E69B9">
            <w:r>
              <w:t xml:space="preserve">kritické myslenie, </w:t>
            </w:r>
            <w:r>
              <w:t>komunikácia, spolupráca, kreativita</w:t>
            </w:r>
            <w:r>
              <w:br/>
              <w:t>ochrana životného prostredia a biodiverzity., život pod vodou</w:t>
            </w:r>
          </w:p>
        </w:tc>
      </w:tr>
      <w:tr w:rsidR="009E544B" w14:paraId="7215AA5F" w14:textId="77777777" w:rsidTr="005B6ADD">
        <w:trPr>
          <w:jc w:val="center"/>
        </w:trPr>
        <w:tc>
          <w:tcPr>
            <w:tcW w:w="865" w:type="dxa"/>
          </w:tcPr>
          <w:p w14:paraId="03611944" w14:textId="77777777" w:rsidR="009E544B" w:rsidRDefault="009E544B"/>
        </w:tc>
        <w:tc>
          <w:tcPr>
            <w:tcW w:w="872" w:type="dxa"/>
          </w:tcPr>
          <w:p w14:paraId="3F12F369" w14:textId="77777777" w:rsidR="009E544B" w:rsidRDefault="004E69B9">
            <w:r>
              <w:t>110</w:t>
            </w:r>
          </w:p>
        </w:tc>
        <w:tc>
          <w:tcPr>
            <w:tcW w:w="1389" w:type="dxa"/>
          </w:tcPr>
          <w:p w14:paraId="5510D557" w14:textId="77777777" w:rsidR="009E544B" w:rsidRDefault="004E69B9">
            <w:r>
              <w:t>9B (page 126)</w:t>
            </w:r>
          </w:p>
        </w:tc>
        <w:tc>
          <w:tcPr>
            <w:tcW w:w="2058" w:type="dxa"/>
          </w:tcPr>
          <w:p w14:paraId="01D54E6A" w14:textId="77777777" w:rsidR="009E544B" w:rsidRDefault="004E69B9">
            <w:r>
              <w:t>Slovná zásoba - veda a technika</w:t>
            </w:r>
          </w:p>
        </w:tc>
        <w:tc>
          <w:tcPr>
            <w:tcW w:w="2227" w:type="dxa"/>
          </w:tcPr>
          <w:p w14:paraId="6F2DE9E2" w14:textId="77777777" w:rsidR="009E544B" w:rsidRDefault="004E69B9">
            <w:r>
              <w:t>používať slovnú zásobu z oblasti vedy a techniky</w:t>
            </w:r>
            <w:r>
              <w:br/>
              <w:t>rozširovať tematickú slovnú zásobu v kontexte</w:t>
            </w:r>
            <w:r>
              <w:br/>
              <w:t>diskutovať o vedeckých a technologických objavoch</w:t>
            </w:r>
          </w:p>
        </w:tc>
        <w:tc>
          <w:tcPr>
            <w:tcW w:w="1270" w:type="dxa"/>
          </w:tcPr>
          <w:p w14:paraId="4F7277D7" w14:textId="77777777" w:rsidR="009E544B" w:rsidRDefault="009E544B"/>
        </w:tc>
        <w:tc>
          <w:tcPr>
            <w:tcW w:w="1768" w:type="dxa"/>
          </w:tcPr>
          <w:p w14:paraId="756C63DF" w14:textId="77777777" w:rsidR="009E544B" w:rsidRDefault="004E69B9">
            <w:r>
              <w:t>Words easily confused</w:t>
            </w:r>
            <w:r>
              <w:br/>
              <w:t>Vocabulary related to science and technology</w:t>
            </w:r>
          </w:p>
        </w:tc>
        <w:tc>
          <w:tcPr>
            <w:tcW w:w="1418" w:type="dxa"/>
          </w:tcPr>
          <w:p w14:paraId="5A404A03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6F64336C" w14:textId="77777777" w:rsidR="009E544B" w:rsidRDefault="004E69B9">
            <w:r>
              <w:t>kritické myslenie, komunikácia</w:t>
            </w:r>
            <w:r>
              <w:br/>
              <w:t>priemysel, inovácie a infraštruktúra</w:t>
            </w:r>
          </w:p>
        </w:tc>
      </w:tr>
      <w:tr w:rsidR="009E544B" w14:paraId="27673671" w14:textId="77777777" w:rsidTr="005B6ADD">
        <w:trPr>
          <w:jc w:val="center"/>
        </w:trPr>
        <w:tc>
          <w:tcPr>
            <w:tcW w:w="865" w:type="dxa"/>
          </w:tcPr>
          <w:p w14:paraId="4435ED55" w14:textId="77777777" w:rsidR="009E544B" w:rsidRDefault="009E544B"/>
        </w:tc>
        <w:tc>
          <w:tcPr>
            <w:tcW w:w="872" w:type="dxa"/>
          </w:tcPr>
          <w:p w14:paraId="63DEA23B" w14:textId="77777777" w:rsidR="009E544B" w:rsidRDefault="004E69B9">
            <w:r>
              <w:t>111</w:t>
            </w:r>
          </w:p>
        </w:tc>
        <w:tc>
          <w:tcPr>
            <w:tcW w:w="1389" w:type="dxa"/>
          </w:tcPr>
          <w:p w14:paraId="6F028ECB" w14:textId="77777777" w:rsidR="009E544B" w:rsidRDefault="004E69B9">
            <w:r>
              <w:t>9B (page 127)</w:t>
            </w:r>
          </w:p>
        </w:tc>
        <w:tc>
          <w:tcPr>
            <w:tcW w:w="2058" w:type="dxa"/>
          </w:tcPr>
          <w:p w14:paraId="502CE806" w14:textId="77777777" w:rsidR="009E544B" w:rsidRDefault="004E69B9">
            <w:r>
              <w:t>Gramatika - vyjadrenie preferencií</w:t>
            </w:r>
          </w:p>
        </w:tc>
        <w:tc>
          <w:tcPr>
            <w:tcW w:w="2227" w:type="dxa"/>
          </w:tcPr>
          <w:p w14:paraId="65CE05C5" w14:textId="77777777" w:rsidR="009E544B" w:rsidRDefault="004E69B9">
            <w:r>
              <w:t>vyjadriť preferencie pomocou vhodných jazykových prostriedkov</w:t>
            </w:r>
            <w:r>
              <w:br/>
              <w:t>porovnať rôzne možnosti a alternatívy</w:t>
            </w:r>
            <w:r>
              <w:br/>
              <w:t>vyjadriť a zdôvodniť vlastný názor</w:t>
            </w:r>
          </w:p>
        </w:tc>
        <w:tc>
          <w:tcPr>
            <w:tcW w:w="1270" w:type="dxa"/>
          </w:tcPr>
          <w:p w14:paraId="2BC03D5F" w14:textId="77777777" w:rsidR="009E544B" w:rsidRDefault="004E69B9">
            <w:r>
              <w:t>Would rather, prefer, would prefer, as if, as though</w:t>
            </w:r>
          </w:p>
        </w:tc>
        <w:tc>
          <w:tcPr>
            <w:tcW w:w="1768" w:type="dxa"/>
          </w:tcPr>
          <w:p w14:paraId="08FF2115" w14:textId="77777777" w:rsidR="009E544B" w:rsidRDefault="009E544B"/>
        </w:tc>
        <w:tc>
          <w:tcPr>
            <w:tcW w:w="1418" w:type="dxa"/>
          </w:tcPr>
          <w:p w14:paraId="3EA4E59D" w14:textId="77777777" w:rsidR="009E544B" w:rsidRDefault="009E544B"/>
        </w:tc>
        <w:tc>
          <w:tcPr>
            <w:tcW w:w="1708" w:type="dxa"/>
          </w:tcPr>
          <w:p w14:paraId="5709A0B5" w14:textId="77777777" w:rsidR="009E544B" w:rsidRDefault="009E544B"/>
        </w:tc>
      </w:tr>
      <w:tr w:rsidR="009E544B" w14:paraId="3BA3D4DC" w14:textId="77777777" w:rsidTr="005B6ADD">
        <w:trPr>
          <w:jc w:val="center"/>
        </w:trPr>
        <w:tc>
          <w:tcPr>
            <w:tcW w:w="865" w:type="dxa"/>
          </w:tcPr>
          <w:p w14:paraId="3DA05C1A" w14:textId="77777777" w:rsidR="009E544B" w:rsidRDefault="009E544B"/>
        </w:tc>
        <w:tc>
          <w:tcPr>
            <w:tcW w:w="872" w:type="dxa"/>
          </w:tcPr>
          <w:p w14:paraId="4BFA1D1F" w14:textId="77777777" w:rsidR="009E544B" w:rsidRDefault="004E69B9">
            <w:r>
              <w:t>112</w:t>
            </w:r>
          </w:p>
        </w:tc>
        <w:tc>
          <w:tcPr>
            <w:tcW w:w="1389" w:type="dxa"/>
          </w:tcPr>
          <w:p w14:paraId="553C19A2" w14:textId="77777777" w:rsidR="009E544B" w:rsidRDefault="004E69B9">
            <w:r>
              <w:t>9B (page 128-129)</w:t>
            </w:r>
          </w:p>
        </w:tc>
        <w:tc>
          <w:tcPr>
            <w:tcW w:w="2058" w:type="dxa"/>
          </w:tcPr>
          <w:p w14:paraId="7DB040DA" w14:textId="77777777" w:rsidR="009E544B" w:rsidRDefault="004E69B9">
            <w:r>
              <w:t>Počúvanie s porozumením, slovná zásoba - veda, prípony podstatných mien</w:t>
            </w:r>
          </w:p>
        </w:tc>
        <w:tc>
          <w:tcPr>
            <w:tcW w:w="2227" w:type="dxa"/>
          </w:tcPr>
          <w:p w14:paraId="6DB4E5B3" w14:textId="77777777" w:rsidR="009E544B" w:rsidRDefault="004E69B9">
            <w:r>
              <w:t>porozumieť hlavným informáciám v nahrávke</w:t>
            </w:r>
            <w:r>
              <w:br/>
              <w:t>používať slovnú zásobu z oblasti vedy a techniky</w:t>
            </w:r>
            <w:r>
              <w:br/>
              <w:t>rozpoznávať a používať prípony podstatných mien</w:t>
            </w:r>
          </w:p>
        </w:tc>
        <w:tc>
          <w:tcPr>
            <w:tcW w:w="1270" w:type="dxa"/>
          </w:tcPr>
          <w:p w14:paraId="4FDD03A1" w14:textId="77777777" w:rsidR="009E544B" w:rsidRDefault="009E544B"/>
        </w:tc>
        <w:tc>
          <w:tcPr>
            <w:tcW w:w="1768" w:type="dxa"/>
          </w:tcPr>
          <w:p w14:paraId="6CE11E36" w14:textId="77777777" w:rsidR="009E544B" w:rsidRDefault="004E69B9">
            <w:r>
              <w:t>Inventions</w:t>
            </w:r>
            <w:r>
              <w:br/>
              <w:t>Words easily confused</w:t>
            </w:r>
            <w:r>
              <w:br/>
              <w:t>Noun suffixes</w:t>
            </w:r>
          </w:p>
        </w:tc>
        <w:tc>
          <w:tcPr>
            <w:tcW w:w="1418" w:type="dxa"/>
          </w:tcPr>
          <w:p w14:paraId="1350FEF2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2551512C" w14:textId="77777777" w:rsidR="009E544B" w:rsidRDefault="004E69B9">
            <w:r>
              <w:t>kritické myslenie, komunikácia, spolupráca, kreativita</w:t>
            </w:r>
            <w:r>
              <w:br/>
              <w:t>mediácia</w:t>
            </w:r>
            <w:r>
              <w:br/>
              <w:t>priemysel, inovácie a infraštruktúra</w:t>
            </w:r>
          </w:p>
        </w:tc>
      </w:tr>
      <w:tr w:rsidR="009E544B" w14:paraId="23F6BA91" w14:textId="77777777" w:rsidTr="005B6ADD">
        <w:trPr>
          <w:jc w:val="center"/>
        </w:trPr>
        <w:tc>
          <w:tcPr>
            <w:tcW w:w="865" w:type="dxa"/>
          </w:tcPr>
          <w:p w14:paraId="1729C787" w14:textId="77777777" w:rsidR="009E544B" w:rsidRDefault="004E69B9">
            <w:r>
              <w:t>29</w:t>
            </w:r>
          </w:p>
        </w:tc>
        <w:tc>
          <w:tcPr>
            <w:tcW w:w="872" w:type="dxa"/>
          </w:tcPr>
          <w:p w14:paraId="38D84416" w14:textId="77777777" w:rsidR="009E544B" w:rsidRDefault="004E69B9">
            <w:r>
              <w:t>113</w:t>
            </w:r>
          </w:p>
        </w:tc>
        <w:tc>
          <w:tcPr>
            <w:tcW w:w="1389" w:type="dxa"/>
          </w:tcPr>
          <w:p w14:paraId="5BB8C2C0" w14:textId="77777777" w:rsidR="009E544B" w:rsidRDefault="004E69B9">
            <w:r>
              <w:t>9B (page 128-129)</w:t>
            </w:r>
          </w:p>
        </w:tc>
        <w:tc>
          <w:tcPr>
            <w:tcW w:w="2058" w:type="dxa"/>
          </w:tcPr>
          <w:p w14:paraId="5A1439E2" w14:textId="77777777" w:rsidR="009E544B" w:rsidRDefault="004E69B9">
            <w:r>
              <w:t>Rozprávanie  - výhody a nevýhody technológie</w:t>
            </w:r>
          </w:p>
        </w:tc>
        <w:tc>
          <w:tcPr>
            <w:tcW w:w="2227" w:type="dxa"/>
          </w:tcPr>
          <w:p w14:paraId="54FD6FC9" w14:textId="77777777" w:rsidR="009E544B" w:rsidRDefault="004E69B9">
            <w:r>
              <w:t>diskutovať o výhodách a nevýhodách technológií</w:t>
            </w:r>
            <w:r>
              <w:br/>
              <w:t>vyjadriť a zdôvodniť vlastný názor</w:t>
            </w:r>
            <w:r>
              <w:br/>
              <w:t>argumentovať v prospech zvoleného stanoviska</w:t>
            </w:r>
          </w:p>
        </w:tc>
        <w:tc>
          <w:tcPr>
            <w:tcW w:w="1270" w:type="dxa"/>
          </w:tcPr>
          <w:p w14:paraId="19B66650" w14:textId="77777777" w:rsidR="009E544B" w:rsidRDefault="009E544B"/>
        </w:tc>
        <w:tc>
          <w:tcPr>
            <w:tcW w:w="1768" w:type="dxa"/>
          </w:tcPr>
          <w:p w14:paraId="057FBAF2" w14:textId="77777777" w:rsidR="009E544B" w:rsidRDefault="004E69B9">
            <w:r>
              <w:t>Inventions</w:t>
            </w:r>
            <w:r>
              <w:br/>
            </w:r>
          </w:p>
        </w:tc>
        <w:tc>
          <w:tcPr>
            <w:tcW w:w="1418" w:type="dxa"/>
          </w:tcPr>
          <w:p w14:paraId="10338C04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248F2E7A" w14:textId="77777777" w:rsidR="009E544B" w:rsidRDefault="004E69B9">
            <w:r>
              <w:t>kritické myslenie, komunikácia, spolupráca, kreativita</w:t>
            </w:r>
            <w:r>
              <w:br/>
              <w:t>mediácia</w:t>
            </w:r>
            <w:r>
              <w:br/>
              <w:t>priemysel, inovácie a infraštruktúra</w:t>
            </w:r>
          </w:p>
        </w:tc>
      </w:tr>
      <w:tr w:rsidR="009E544B" w14:paraId="172E893B" w14:textId="77777777" w:rsidTr="005B6ADD">
        <w:trPr>
          <w:jc w:val="center"/>
        </w:trPr>
        <w:tc>
          <w:tcPr>
            <w:tcW w:w="865" w:type="dxa"/>
          </w:tcPr>
          <w:p w14:paraId="4B6001A6" w14:textId="77777777" w:rsidR="009E544B" w:rsidRDefault="009E544B"/>
        </w:tc>
        <w:tc>
          <w:tcPr>
            <w:tcW w:w="872" w:type="dxa"/>
          </w:tcPr>
          <w:p w14:paraId="3D2C2741" w14:textId="77777777" w:rsidR="009E544B" w:rsidRDefault="004E69B9">
            <w:r>
              <w:t>114</w:t>
            </w:r>
          </w:p>
        </w:tc>
        <w:tc>
          <w:tcPr>
            <w:tcW w:w="1389" w:type="dxa"/>
          </w:tcPr>
          <w:p w14:paraId="61EABC4E" w14:textId="77777777" w:rsidR="009E544B" w:rsidRDefault="004E69B9">
            <w:r>
              <w:t>9B (page 130-131)</w:t>
            </w:r>
          </w:p>
        </w:tc>
        <w:tc>
          <w:tcPr>
            <w:tcW w:w="2058" w:type="dxa"/>
          </w:tcPr>
          <w:p w14:paraId="0546F86C" w14:textId="2DC4C04E" w:rsidR="009E544B" w:rsidRDefault="004E69B9">
            <w:r w:rsidRPr="005B6ADD">
              <w:rPr>
                <w:lang w:val="sk-SK"/>
              </w:rPr>
              <w:t>Písanie - formálny</w:t>
            </w:r>
            <w:r>
              <w:t xml:space="preserve"> e</w:t>
            </w:r>
            <w:r w:rsidR="005B6ADD">
              <w:t>-</w:t>
            </w:r>
            <w:r>
              <w:t>mail</w:t>
            </w:r>
          </w:p>
        </w:tc>
        <w:tc>
          <w:tcPr>
            <w:tcW w:w="2227" w:type="dxa"/>
          </w:tcPr>
          <w:p w14:paraId="0EB4F2EC" w14:textId="77777777" w:rsidR="009E544B" w:rsidRDefault="004E69B9">
            <w:r>
              <w:t>identifikovať charakteristické znaky formálneho e-mailu</w:t>
            </w:r>
            <w:r>
              <w:br/>
            </w:r>
            <w:r>
              <w:t>napísať formálny e-mail s využitím vhodnej štruktúry a jazykových prostriedkov</w:t>
            </w:r>
            <w:r>
              <w:br/>
              <w:t>vyjadriť vlastný názor primeraným formálnym štýlom</w:t>
            </w:r>
          </w:p>
        </w:tc>
        <w:tc>
          <w:tcPr>
            <w:tcW w:w="1270" w:type="dxa"/>
          </w:tcPr>
          <w:p w14:paraId="4ED7F73D" w14:textId="77777777" w:rsidR="009E544B" w:rsidRDefault="009E544B"/>
        </w:tc>
        <w:tc>
          <w:tcPr>
            <w:tcW w:w="1768" w:type="dxa"/>
          </w:tcPr>
          <w:p w14:paraId="4E34BF25" w14:textId="77777777" w:rsidR="009E544B" w:rsidRDefault="004E69B9">
            <w:r>
              <w:t>Technology</w:t>
            </w:r>
          </w:p>
        </w:tc>
        <w:tc>
          <w:tcPr>
            <w:tcW w:w="1418" w:type="dxa"/>
          </w:tcPr>
          <w:p w14:paraId="5895BC11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035CB8EA" w14:textId="77777777" w:rsidR="009E544B" w:rsidRDefault="004E69B9">
            <w:r>
              <w:t>kritické myslenie, samostatné učenie</w:t>
            </w:r>
          </w:p>
        </w:tc>
      </w:tr>
      <w:tr w:rsidR="009E544B" w14:paraId="4B739346" w14:textId="77777777" w:rsidTr="005B6ADD">
        <w:trPr>
          <w:jc w:val="center"/>
        </w:trPr>
        <w:tc>
          <w:tcPr>
            <w:tcW w:w="865" w:type="dxa"/>
          </w:tcPr>
          <w:p w14:paraId="6F5353F4" w14:textId="77777777" w:rsidR="009E544B" w:rsidRDefault="009E544B"/>
        </w:tc>
        <w:tc>
          <w:tcPr>
            <w:tcW w:w="872" w:type="dxa"/>
          </w:tcPr>
          <w:p w14:paraId="6AC8A855" w14:textId="77777777" w:rsidR="009E544B" w:rsidRDefault="004E69B9">
            <w:r>
              <w:t>115</w:t>
            </w:r>
          </w:p>
        </w:tc>
        <w:tc>
          <w:tcPr>
            <w:tcW w:w="1389" w:type="dxa"/>
          </w:tcPr>
          <w:p w14:paraId="2EEEA5EA" w14:textId="77777777" w:rsidR="009E544B" w:rsidRDefault="004E69B9">
            <w:r>
              <w:t>Review 9</w:t>
            </w:r>
            <w:r>
              <w:br/>
            </w:r>
            <w:r>
              <w:t>Self-evaluation</w:t>
            </w:r>
          </w:p>
        </w:tc>
        <w:tc>
          <w:tcPr>
            <w:tcW w:w="2058" w:type="dxa"/>
          </w:tcPr>
          <w:p w14:paraId="145FBE2E" w14:textId="77777777" w:rsidR="009E544B" w:rsidRDefault="004E69B9">
            <w:r>
              <w:t>Zhrnutie učiva 9, Sebahodnotenie</w:t>
            </w:r>
          </w:p>
        </w:tc>
        <w:tc>
          <w:tcPr>
            <w:tcW w:w="2227" w:type="dxa"/>
          </w:tcPr>
          <w:p w14:paraId="380F98B8" w14:textId="77777777" w:rsidR="009E544B" w:rsidRDefault="004E69B9">
            <w:r>
              <w:t>zopakovať a upevniť učivo modulu</w:t>
            </w:r>
            <w:r>
              <w:br/>
              <w:t>používať osvojenú slovnú zásobu a gramatické štruktúry</w:t>
            </w:r>
            <w:r>
              <w:br/>
            </w:r>
            <w:r>
              <w:lastRenderedPageBreak/>
              <w:t>zhodnotiť vlastný pokrok v učení</w:t>
            </w:r>
          </w:p>
        </w:tc>
        <w:tc>
          <w:tcPr>
            <w:tcW w:w="1270" w:type="dxa"/>
          </w:tcPr>
          <w:p w14:paraId="4962928D" w14:textId="77777777" w:rsidR="009E544B" w:rsidRDefault="009E544B"/>
        </w:tc>
        <w:tc>
          <w:tcPr>
            <w:tcW w:w="1768" w:type="dxa"/>
          </w:tcPr>
          <w:p w14:paraId="659CFE8A" w14:textId="77777777" w:rsidR="009E544B" w:rsidRDefault="009E544B"/>
        </w:tc>
        <w:tc>
          <w:tcPr>
            <w:tcW w:w="1418" w:type="dxa"/>
          </w:tcPr>
          <w:p w14:paraId="52DDF3BC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27DC59F3" w14:textId="77777777" w:rsidR="009E544B" w:rsidRDefault="004E69B9">
            <w:r>
              <w:t>kritické myslenie, samostatné učenie</w:t>
            </w:r>
          </w:p>
        </w:tc>
      </w:tr>
      <w:tr w:rsidR="009E544B" w14:paraId="501C4771" w14:textId="77777777" w:rsidTr="005B6ADD">
        <w:trPr>
          <w:jc w:val="center"/>
        </w:trPr>
        <w:tc>
          <w:tcPr>
            <w:tcW w:w="865" w:type="dxa"/>
          </w:tcPr>
          <w:p w14:paraId="2BE5AFA9" w14:textId="77777777" w:rsidR="009E544B" w:rsidRDefault="009E544B"/>
        </w:tc>
        <w:tc>
          <w:tcPr>
            <w:tcW w:w="872" w:type="dxa"/>
          </w:tcPr>
          <w:p w14:paraId="2590A7F5" w14:textId="77777777" w:rsidR="009E544B" w:rsidRDefault="004E69B9">
            <w:r>
              <w:t>116</w:t>
            </w:r>
          </w:p>
        </w:tc>
        <w:tc>
          <w:tcPr>
            <w:tcW w:w="1389" w:type="dxa"/>
          </w:tcPr>
          <w:p w14:paraId="3988395F" w14:textId="77777777" w:rsidR="009E544B" w:rsidRDefault="004E69B9">
            <w:r>
              <w:t>Test</w:t>
            </w:r>
          </w:p>
        </w:tc>
        <w:tc>
          <w:tcPr>
            <w:tcW w:w="2058" w:type="dxa"/>
          </w:tcPr>
          <w:p w14:paraId="3A0DC369" w14:textId="77777777" w:rsidR="009E544B" w:rsidRDefault="004E69B9">
            <w:r>
              <w:t>Hodnotenie pokroku študentov</w:t>
            </w:r>
          </w:p>
        </w:tc>
        <w:tc>
          <w:tcPr>
            <w:tcW w:w="2227" w:type="dxa"/>
          </w:tcPr>
          <w:p w14:paraId="3D0E5B14" w14:textId="77777777" w:rsidR="009E544B" w:rsidRDefault="004E69B9">
            <w:r>
              <w:t>preukázať úroveň osvojených vedomostí a zručností</w:t>
            </w:r>
            <w:r>
              <w:br/>
              <w:t>aplikovať získané jazykové vedomosti v testových úlohách</w:t>
            </w:r>
            <w:r>
              <w:br/>
              <w:t>preukázať porozumenie učivu modulu</w:t>
            </w:r>
          </w:p>
        </w:tc>
        <w:tc>
          <w:tcPr>
            <w:tcW w:w="1270" w:type="dxa"/>
          </w:tcPr>
          <w:p w14:paraId="6AC8D020" w14:textId="77777777" w:rsidR="009E544B" w:rsidRDefault="009E544B"/>
        </w:tc>
        <w:tc>
          <w:tcPr>
            <w:tcW w:w="1768" w:type="dxa"/>
          </w:tcPr>
          <w:p w14:paraId="34E54EDE" w14:textId="77777777" w:rsidR="009E544B" w:rsidRDefault="009E544B"/>
        </w:tc>
        <w:tc>
          <w:tcPr>
            <w:tcW w:w="1418" w:type="dxa"/>
          </w:tcPr>
          <w:p w14:paraId="5C0F5C36" w14:textId="77777777" w:rsidR="009E544B" w:rsidRDefault="004E69B9">
            <w:r>
              <w:t>Tests &amp; audio (downloadable from the Teacher’s assistant)</w:t>
            </w:r>
          </w:p>
        </w:tc>
        <w:tc>
          <w:tcPr>
            <w:tcW w:w="1708" w:type="dxa"/>
          </w:tcPr>
          <w:p w14:paraId="54515AFC" w14:textId="77777777" w:rsidR="009E544B" w:rsidRDefault="009E544B"/>
        </w:tc>
      </w:tr>
      <w:tr w:rsidR="009E544B" w14:paraId="476C48FE" w14:textId="77777777" w:rsidTr="005B6ADD">
        <w:trPr>
          <w:jc w:val="center"/>
        </w:trPr>
        <w:tc>
          <w:tcPr>
            <w:tcW w:w="865" w:type="dxa"/>
          </w:tcPr>
          <w:p w14:paraId="67EDA858" w14:textId="77777777" w:rsidR="009E544B" w:rsidRDefault="009E544B"/>
        </w:tc>
        <w:tc>
          <w:tcPr>
            <w:tcW w:w="872" w:type="dxa"/>
          </w:tcPr>
          <w:p w14:paraId="23602032" w14:textId="77777777" w:rsidR="009E544B" w:rsidRDefault="009E544B"/>
        </w:tc>
        <w:tc>
          <w:tcPr>
            <w:tcW w:w="1389" w:type="dxa"/>
          </w:tcPr>
          <w:p w14:paraId="39BFEB0B" w14:textId="77777777" w:rsidR="009E544B" w:rsidRDefault="009E544B"/>
        </w:tc>
        <w:tc>
          <w:tcPr>
            <w:tcW w:w="2058" w:type="dxa"/>
            <w:shd w:val="clear" w:color="auto" w:fill="FFFF00"/>
          </w:tcPr>
          <w:p w14:paraId="12A8C669" w14:textId="77777777" w:rsidR="009E544B" w:rsidRPr="005B6ADD" w:rsidRDefault="004E69B9">
            <w:pPr>
              <w:rPr>
                <w:b/>
                <w:bCs/>
              </w:rPr>
            </w:pPr>
            <w:r w:rsidRPr="005B6ADD">
              <w:rPr>
                <w:b/>
                <w:bCs/>
              </w:rPr>
              <w:t>Module 10: Have a blast!</w:t>
            </w:r>
          </w:p>
        </w:tc>
        <w:tc>
          <w:tcPr>
            <w:tcW w:w="2227" w:type="dxa"/>
            <w:shd w:val="clear" w:color="auto" w:fill="FFFF00"/>
          </w:tcPr>
          <w:p w14:paraId="6FD07392" w14:textId="77777777" w:rsidR="009E544B" w:rsidRPr="005B6ADD" w:rsidRDefault="009E544B">
            <w:pPr>
              <w:rPr>
                <w:b/>
                <w:bCs/>
              </w:rPr>
            </w:pPr>
          </w:p>
        </w:tc>
        <w:tc>
          <w:tcPr>
            <w:tcW w:w="1270" w:type="dxa"/>
            <w:shd w:val="clear" w:color="auto" w:fill="FFFF00"/>
          </w:tcPr>
          <w:p w14:paraId="2AEEA88B" w14:textId="77777777" w:rsidR="009E544B" w:rsidRPr="005B6ADD" w:rsidRDefault="009E544B">
            <w:pPr>
              <w:rPr>
                <w:b/>
                <w:bCs/>
              </w:rPr>
            </w:pPr>
          </w:p>
        </w:tc>
        <w:tc>
          <w:tcPr>
            <w:tcW w:w="1768" w:type="dxa"/>
            <w:shd w:val="clear" w:color="auto" w:fill="FFFF00"/>
          </w:tcPr>
          <w:p w14:paraId="20C4A3C1" w14:textId="77777777" w:rsidR="009E544B" w:rsidRPr="005B6ADD" w:rsidRDefault="009E544B">
            <w:pPr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FFFF00"/>
          </w:tcPr>
          <w:p w14:paraId="32CAF2FD" w14:textId="77777777" w:rsidR="009E544B" w:rsidRPr="005B6ADD" w:rsidRDefault="009E544B">
            <w:pPr>
              <w:rPr>
                <w:b/>
                <w:bCs/>
              </w:rPr>
            </w:pPr>
          </w:p>
        </w:tc>
        <w:tc>
          <w:tcPr>
            <w:tcW w:w="1708" w:type="dxa"/>
            <w:shd w:val="clear" w:color="auto" w:fill="FFFF00"/>
          </w:tcPr>
          <w:p w14:paraId="2ED89F84" w14:textId="77777777" w:rsidR="009E544B" w:rsidRPr="005B6ADD" w:rsidRDefault="009E544B">
            <w:pPr>
              <w:rPr>
                <w:b/>
                <w:bCs/>
              </w:rPr>
            </w:pPr>
          </w:p>
        </w:tc>
      </w:tr>
      <w:tr w:rsidR="009E544B" w14:paraId="151100F9" w14:textId="77777777" w:rsidTr="005B6ADD">
        <w:trPr>
          <w:jc w:val="center"/>
        </w:trPr>
        <w:tc>
          <w:tcPr>
            <w:tcW w:w="865" w:type="dxa"/>
          </w:tcPr>
          <w:p w14:paraId="20392166" w14:textId="77777777" w:rsidR="009E544B" w:rsidRDefault="004E69B9">
            <w:r>
              <w:t>30</w:t>
            </w:r>
          </w:p>
        </w:tc>
        <w:tc>
          <w:tcPr>
            <w:tcW w:w="872" w:type="dxa"/>
          </w:tcPr>
          <w:p w14:paraId="4AC319D3" w14:textId="77777777" w:rsidR="009E544B" w:rsidRDefault="004E69B9">
            <w:r>
              <w:t>117</w:t>
            </w:r>
          </w:p>
        </w:tc>
        <w:tc>
          <w:tcPr>
            <w:tcW w:w="1389" w:type="dxa"/>
          </w:tcPr>
          <w:p w14:paraId="39C29057" w14:textId="77777777" w:rsidR="009E544B" w:rsidRDefault="004E69B9">
            <w:r>
              <w:t>Cover page module 10</w:t>
            </w:r>
            <w:r>
              <w:br/>
              <w:t>10A (page 133-135)</w:t>
            </w:r>
          </w:p>
        </w:tc>
        <w:tc>
          <w:tcPr>
            <w:tcW w:w="2058" w:type="dxa"/>
          </w:tcPr>
          <w:p w14:paraId="78282787" w14:textId="77777777" w:rsidR="009E544B" w:rsidRDefault="004E69B9">
            <w:r>
              <w:t>Čítanie s porozumením - umenie</w:t>
            </w:r>
          </w:p>
        </w:tc>
        <w:tc>
          <w:tcPr>
            <w:tcW w:w="2227" w:type="dxa"/>
          </w:tcPr>
          <w:p w14:paraId="378162A6" w14:textId="77777777" w:rsidR="009E544B" w:rsidRDefault="004E69B9">
            <w:r>
              <w:t>oboznámiť sa s témou umenia a kultúry</w:t>
            </w:r>
            <w:r>
              <w:br/>
            </w:r>
            <w:r>
              <w:t>porozumieť textu o umení a umeleckej tvorbe</w:t>
            </w:r>
            <w:r>
              <w:br/>
              <w:t>diskutovať o význame umenia v živote človeka</w:t>
            </w:r>
          </w:p>
        </w:tc>
        <w:tc>
          <w:tcPr>
            <w:tcW w:w="1270" w:type="dxa"/>
          </w:tcPr>
          <w:p w14:paraId="79B256D7" w14:textId="77777777" w:rsidR="009E544B" w:rsidRDefault="009E544B"/>
        </w:tc>
        <w:tc>
          <w:tcPr>
            <w:tcW w:w="1768" w:type="dxa"/>
          </w:tcPr>
          <w:p w14:paraId="49BA5C75" w14:textId="77777777" w:rsidR="009E544B" w:rsidRDefault="004E69B9">
            <w:r>
              <w:t>art</w:t>
            </w:r>
          </w:p>
        </w:tc>
        <w:tc>
          <w:tcPr>
            <w:tcW w:w="1418" w:type="dxa"/>
          </w:tcPr>
          <w:p w14:paraId="0D79D324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15A5CF5E" w14:textId="77777777" w:rsidR="009E544B" w:rsidRDefault="004E69B9">
            <w:r>
              <w:t>kritické myslenie, komunikácia, samostatné učenie, digitálna gramotnosť, zdravie a kvalitný život</w:t>
            </w:r>
          </w:p>
        </w:tc>
      </w:tr>
      <w:tr w:rsidR="009E544B" w14:paraId="33AB4619" w14:textId="77777777" w:rsidTr="005B6ADD">
        <w:trPr>
          <w:jc w:val="center"/>
        </w:trPr>
        <w:tc>
          <w:tcPr>
            <w:tcW w:w="865" w:type="dxa"/>
          </w:tcPr>
          <w:p w14:paraId="485F104C" w14:textId="77777777" w:rsidR="009E544B" w:rsidRDefault="009E544B"/>
        </w:tc>
        <w:tc>
          <w:tcPr>
            <w:tcW w:w="872" w:type="dxa"/>
          </w:tcPr>
          <w:p w14:paraId="02010429" w14:textId="77777777" w:rsidR="009E544B" w:rsidRDefault="004E69B9">
            <w:r>
              <w:t>118</w:t>
            </w:r>
          </w:p>
        </w:tc>
        <w:tc>
          <w:tcPr>
            <w:tcW w:w="1389" w:type="dxa"/>
          </w:tcPr>
          <w:p w14:paraId="7C09567B" w14:textId="77777777" w:rsidR="009E544B" w:rsidRDefault="004E69B9">
            <w:r>
              <w:t>Cover page module 10</w:t>
            </w:r>
            <w:r>
              <w:br/>
              <w:t>10A (page 134-135)</w:t>
            </w:r>
          </w:p>
        </w:tc>
        <w:tc>
          <w:tcPr>
            <w:tcW w:w="2058" w:type="dxa"/>
          </w:tcPr>
          <w:p w14:paraId="0D47B8BB" w14:textId="77777777" w:rsidR="009E544B" w:rsidRDefault="004E69B9">
            <w:r>
              <w:t xml:space="preserve">Počúvanie s porozumením </w:t>
            </w:r>
          </w:p>
        </w:tc>
        <w:tc>
          <w:tcPr>
            <w:tcW w:w="2227" w:type="dxa"/>
          </w:tcPr>
          <w:p w14:paraId="138694B6" w14:textId="77777777" w:rsidR="009E544B" w:rsidRDefault="004E69B9">
            <w:r>
              <w:t>porozumieť hlavným a špecifickým informáciám v nahrávke</w:t>
            </w:r>
            <w:r>
              <w:br/>
              <w:t>identifikovať kľúčové informácie v počutom texte</w:t>
            </w:r>
            <w:r>
              <w:br/>
              <w:t>používať stratégie počúvania s porozumením</w:t>
            </w:r>
          </w:p>
        </w:tc>
        <w:tc>
          <w:tcPr>
            <w:tcW w:w="1270" w:type="dxa"/>
          </w:tcPr>
          <w:p w14:paraId="2D03B521" w14:textId="77777777" w:rsidR="009E544B" w:rsidRDefault="009E544B"/>
        </w:tc>
        <w:tc>
          <w:tcPr>
            <w:tcW w:w="1768" w:type="dxa"/>
          </w:tcPr>
          <w:p w14:paraId="02487082" w14:textId="77777777" w:rsidR="009E544B" w:rsidRDefault="004E69B9">
            <w:r>
              <w:t>art</w:t>
            </w:r>
          </w:p>
        </w:tc>
        <w:tc>
          <w:tcPr>
            <w:tcW w:w="1418" w:type="dxa"/>
          </w:tcPr>
          <w:p w14:paraId="3010E393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12F748A9" w14:textId="77777777" w:rsidR="009E544B" w:rsidRDefault="004E69B9">
            <w:r>
              <w:t>kritické myslenie, komunikácia, samostatné učenie, digitálna gramotnosť, zdravie a kvalitný život</w:t>
            </w:r>
          </w:p>
        </w:tc>
      </w:tr>
      <w:tr w:rsidR="009E544B" w14:paraId="40EFD914" w14:textId="77777777" w:rsidTr="005B6ADD">
        <w:trPr>
          <w:jc w:val="center"/>
        </w:trPr>
        <w:tc>
          <w:tcPr>
            <w:tcW w:w="865" w:type="dxa"/>
          </w:tcPr>
          <w:p w14:paraId="4CAD0A98" w14:textId="77777777" w:rsidR="009E544B" w:rsidRDefault="009E544B"/>
        </w:tc>
        <w:tc>
          <w:tcPr>
            <w:tcW w:w="872" w:type="dxa"/>
          </w:tcPr>
          <w:p w14:paraId="257C3712" w14:textId="77777777" w:rsidR="009E544B" w:rsidRDefault="004E69B9">
            <w:r>
              <w:t>119</w:t>
            </w:r>
          </w:p>
        </w:tc>
        <w:tc>
          <w:tcPr>
            <w:tcW w:w="1389" w:type="dxa"/>
          </w:tcPr>
          <w:p w14:paraId="29597CD1" w14:textId="77777777" w:rsidR="009E544B" w:rsidRDefault="004E69B9">
            <w:r>
              <w:t>10A (page 136-137)</w:t>
            </w:r>
          </w:p>
        </w:tc>
        <w:tc>
          <w:tcPr>
            <w:tcW w:w="2058" w:type="dxa"/>
          </w:tcPr>
          <w:p w14:paraId="69161825" w14:textId="77777777" w:rsidR="009E544B" w:rsidRDefault="004E69B9">
            <w:r>
              <w:t>Gramatika - nepriama reč</w:t>
            </w:r>
          </w:p>
        </w:tc>
        <w:tc>
          <w:tcPr>
            <w:tcW w:w="2227" w:type="dxa"/>
          </w:tcPr>
          <w:p w14:paraId="0FA92274" w14:textId="77777777" w:rsidR="009E544B" w:rsidRDefault="004E69B9">
            <w:r>
              <w:t>používať nepriamu reč pri sprostredkovaní informácií</w:t>
            </w:r>
            <w:r>
              <w:br/>
            </w:r>
            <w:r>
              <w:t>transformovať výroky, otázky, príkazy a žiadosti do nepriamej reči</w:t>
            </w:r>
            <w:r>
              <w:br/>
              <w:t>aplikovať pravidlá nepriamej reči v komunikačných situáciách</w:t>
            </w:r>
          </w:p>
        </w:tc>
        <w:tc>
          <w:tcPr>
            <w:tcW w:w="1270" w:type="dxa"/>
          </w:tcPr>
          <w:p w14:paraId="669B7BE7" w14:textId="77777777" w:rsidR="009E544B" w:rsidRDefault="004E69B9">
            <w:r>
              <w:t>Reported speech</w:t>
            </w:r>
          </w:p>
        </w:tc>
        <w:tc>
          <w:tcPr>
            <w:tcW w:w="1768" w:type="dxa"/>
          </w:tcPr>
          <w:p w14:paraId="75ED3CDC" w14:textId="77777777" w:rsidR="009E544B" w:rsidRDefault="009E544B"/>
        </w:tc>
        <w:tc>
          <w:tcPr>
            <w:tcW w:w="1418" w:type="dxa"/>
          </w:tcPr>
          <w:p w14:paraId="2944AC00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4A873B04" w14:textId="77777777" w:rsidR="009E544B" w:rsidRDefault="004E69B9">
            <w:r>
              <w:t>kritické myslenie, komunikácia, spolupráca, kreativita, osobná a sociálna zodpovednosť</w:t>
            </w:r>
            <w:r>
              <w:br/>
              <w:t>zdravie a kvalitný život</w:t>
            </w:r>
          </w:p>
        </w:tc>
      </w:tr>
      <w:tr w:rsidR="009E544B" w14:paraId="5D516036" w14:textId="77777777" w:rsidTr="005B6ADD">
        <w:trPr>
          <w:jc w:val="center"/>
        </w:trPr>
        <w:tc>
          <w:tcPr>
            <w:tcW w:w="865" w:type="dxa"/>
          </w:tcPr>
          <w:p w14:paraId="4C6798D3" w14:textId="77777777" w:rsidR="009E544B" w:rsidRDefault="009E544B"/>
        </w:tc>
        <w:tc>
          <w:tcPr>
            <w:tcW w:w="872" w:type="dxa"/>
          </w:tcPr>
          <w:p w14:paraId="3D5EB836" w14:textId="77777777" w:rsidR="009E544B" w:rsidRDefault="004E69B9">
            <w:r>
              <w:t>120</w:t>
            </w:r>
          </w:p>
        </w:tc>
        <w:tc>
          <w:tcPr>
            <w:tcW w:w="1389" w:type="dxa"/>
          </w:tcPr>
          <w:p w14:paraId="75CDB61F" w14:textId="77777777" w:rsidR="009E544B" w:rsidRDefault="004E69B9">
            <w:r>
              <w:t>10A (page 136-137)</w:t>
            </w:r>
          </w:p>
        </w:tc>
        <w:tc>
          <w:tcPr>
            <w:tcW w:w="2058" w:type="dxa"/>
          </w:tcPr>
          <w:p w14:paraId="6FD0C08A" w14:textId="77777777" w:rsidR="009E544B" w:rsidRDefault="004E69B9">
            <w:r>
              <w:t>Rozprávanie - oslavy, dôležité životné udalosti</w:t>
            </w:r>
          </w:p>
        </w:tc>
        <w:tc>
          <w:tcPr>
            <w:tcW w:w="2227" w:type="dxa"/>
          </w:tcPr>
          <w:p w14:paraId="367762F2" w14:textId="77777777" w:rsidR="009E544B" w:rsidRDefault="004E69B9">
            <w:r>
              <w:t>diskutovať o oslavách a významných životných udalostiach</w:t>
            </w:r>
            <w:r>
              <w:br/>
              <w:t>porovnávať rôzne situácie a skúsenosti</w:t>
            </w:r>
            <w:r>
              <w:br/>
              <w:t>vyjadriť a zdôvodniť vlastný názor</w:t>
            </w:r>
          </w:p>
        </w:tc>
        <w:tc>
          <w:tcPr>
            <w:tcW w:w="1270" w:type="dxa"/>
          </w:tcPr>
          <w:p w14:paraId="1D1BBEA6" w14:textId="77777777" w:rsidR="009E544B" w:rsidRDefault="009E544B"/>
        </w:tc>
        <w:tc>
          <w:tcPr>
            <w:tcW w:w="1768" w:type="dxa"/>
          </w:tcPr>
          <w:p w14:paraId="4C6DACE3" w14:textId="77777777" w:rsidR="009E544B" w:rsidRDefault="004E69B9">
            <w:r>
              <w:t>Celebrations, artistic activities</w:t>
            </w:r>
          </w:p>
        </w:tc>
        <w:tc>
          <w:tcPr>
            <w:tcW w:w="1418" w:type="dxa"/>
          </w:tcPr>
          <w:p w14:paraId="268E5E5A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3EC66D06" w14:textId="77777777" w:rsidR="009E544B" w:rsidRDefault="004E69B9">
            <w:r>
              <w:t>kritické myslenie, komunikácia, spolupráca, kreativita, osobná a sociálna zodpovednosť</w:t>
            </w:r>
            <w:r>
              <w:br/>
              <w:t>zdravie a kvalitný život</w:t>
            </w:r>
          </w:p>
        </w:tc>
      </w:tr>
      <w:tr w:rsidR="009E544B" w14:paraId="7F063DC0" w14:textId="77777777" w:rsidTr="005B6ADD">
        <w:trPr>
          <w:jc w:val="center"/>
        </w:trPr>
        <w:tc>
          <w:tcPr>
            <w:tcW w:w="865" w:type="dxa"/>
          </w:tcPr>
          <w:p w14:paraId="15E4DA13" w14:textId="77777777" w:rsidR="009E544B" w:rsidRDefault="004E69B9">
            <w:r>
              <w:lastRenderedPageBreak/>
              <w:t>31</w:t>
            </w:r>
          </w:p>
        </w:tc>
        <w:tc>
          <w:tcPr>
            <w:tcW w:w="872" w:type="dxa"/>
          </w:tcPr>
          <w:p w14:paraId="078ED84F" w14:textId="77777777" w:rsidR="009E544B" w:rsidRDefault="004E69B9">
            <w:r>
              <w:t>121</w:t>
            </w:r>
          </w:p>
        </w:tc>
        <w:tc>
          <w:tcPr>
            <w:tcW w:w="1389" w:type="dxa"/>
          </w:tcPr>
          <w:p w14:paraId="0E0CF42B" w14:textId="77777777" w:rsidR="009E544B" w:rsidRDefault="004E69B9">
            <w:r>
              <w:t>10B (page 138-139)</w:t>
            </w:r>
          </w:p>
        </w:tc>
        <w:tc>
          <w:tcPr>
            <w:tcW w:w="2058" w:type="dxa"/>
          </w:tcPr>
          <w:p w14:paraId="21FFC235" w14:textId="77777777" w:rsidR="009E544B" w:rsidRDefault="004E69B9">
            <w:r>
              <w:t>Čítanie s porozumením - filmy</w:t>
            </w:r>
          </w:p>
        </w:tc>
        <w:tc>
          <w:tcPr>
            <w:tcW w:w="2227" w:type="dxa"/>
          </w:tcPr>
          <w:p w14:paraId="6BCA21A6" w14:textId="77777777" w:rsidR="009E544B" w:rsidRDefault="004E69B9">
            <w:r>
              <w:t>porozumieť textu o filmoch a filmovej tvorbe</w:t>
            </w:r>
            <w:r>
              <w:br/>
              <w:t>diskutovať o filmových žánroch a filmových zážitkoch</w:t>
            </w:r>
            <w:r>
              <w:br/>
              <w:t>vyjadriť a zdôvodniť vlastný názor</w:t>
            </w:r>
          </w:p>
        </w:tc>
        <w:tc>
          <w:tcPr>
            <w:tcW w:w="1270" w:type="dxa"/>
          </w:tcPr>
          <w:p w14:paraId="4479D890" w14:textId="77777777" w:rsidR="009E544B" w:rsidRDefault="009E544B"/>
        </w:tc>
        <w:tc>
          <w:tcPr>
            <w:tcW w:w="1768" w:type="dxa"/>
          </w:tcPr>
          <w:p w14:paraId="1175DE83" w14:textId="77777777" w:rsidR="009E544B" w:rsidRDefault="004E69B9">
            <w:r>
              <w:t>Films</w:t>
            </w:r>
          </w:p>
        </w:tc>
        <w:tc>
          <w:tcPr>
            <w:tcW w:w="1418" w:type="dxa"/>
          </w:tcPr>
          <w:p w14:paraId="71E60507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205BDBA6" w14:textId="77777777" w:rsidR="009E544B" w:rsidRDefault="004E69B9">
            <w:r>
              <w:t>kritické myslenie, komunikácia</w:t>
            </w:r>
            <w:r>
              <w:br/>
              <w:t>zdravie a kvalitný život</w:t>
            </w:r>
          </w:p>
        </w:tc>
      </w:tr>
      <w:tr w:rsidR="009E544B" w14:paraId="38DA5CAD" w14:textId="77777777" w:rsidTr="005B6ADD">
        <w:trPr>
          <w:jc w:val="center"/>
        </w:trPr>
        <w:tc>
          <w:tcPr>
            <w:tcW w:w="865" w:type="dxa"/>
          </w:tcPr>
          <w:p w14:paraId="2D7BF5C6" w14:textId="77777777" w:rsidR="009E544B" w:rsidRDefault="009E544B"/>
        </w:tc>
        <w:tc>
          <w:tcPr>
            <w:tcW w:w="872" w:type="dxa"/>
          </w:tcPr>
          <w:p w14:paraId="07906CB3" w14:textId="77777777" w:rsidR="009E544B" w:rsidRDefault="004E69B9">
            <w:r>
              <w:t>122</w:t>
            </w:r>
          </w:p>
        </w:tc>
        <w:tc>
          <w:tcPr>
            <w:tcW w:w="1389" w:type="dxa"/>
          </w:tcPr>
          <w:p w14:paraId="4AA6B23E" w14:textId="77777777" w:rsidR="009E544B" w:rsidRDefault="004E69B9">
            <w:r>
              <w:t>10B (page 140-141)</w:t>
            </w:r>
          </w:p>
        </w:tc>
        <w:tc>
          <w:tcPr>
            <w:tcW w:w="2058" w:type="dxa"/>
          </w:tcPr>
          <w:p w14:paraId="7810DC99" w14:textId="77777777" w:rsidR="009E544B" w:rsidRDefault="004E69B9">
            <w:r>
              <w:t>Slovná zásoba - slová spojené s výtvarním umením a filmom</w:t>
            </w:r>
          </w:p>
        </w:tc>
        <w:tc>
          <w:tcPr>
            <w:tcW w:w="2227" w:type="dxa"/>
          </w:tcPr>
          <w:p w14:paraId="39EBBEE3" w14:textId="77777777" w:rsidR="009E544B" w:rsidRDefault="004E69B9">
            <w:r>
              <w:t>používať slovnú zásobu súvisiacu s výtvarným umením a filmom</w:t>
            </w:r>
            <w:r>
              <w:br/>
              <w:t>rozširovať tematickú slovnú zásobu v kontexte</w:t>
            </w:r>
            <w:r>
              <w:br/>
              <w:t>diskutovať o umení a filmovej tvorbe</w:t>
            </w:r>
          </w:p>
        </w:tc>
        <w:tc>
          <w:tcPr>
            <w:tcW w:w="1270" w:type="dxa"/>
          </w:tcPr>
          <w:p w14:paraId="2406D41F" w14:textId="77777777" w:rsidR="009E544B" w:rsidRDefault="009E544B"/>
        </w:tc>
        <w:tc>
          <w:tcPr>
            <w:tcW w:w="1768" w:type="dxa"/>
          </w:tcPr>
          <w:p w14:paraId="350471F1" w14:textId="77777777" w:rsidR="009E544B" w:rsidRDefault="004E69B9">
            <w:r>
              <w:t>Words and phrases, connected to painting and films</w:t>
            </w:r>
          </w:p>
        </w:tc>
        <w:tc>
          <w:tcPr>
            <w:tcW w:w="1418" w:type="dxa"/>
          </w:tcPr>
          <w:p w14:paraId="06940BBD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7892F553" w14:textId="77777777" w:rsidR="009E544B" w:rsidRDefault="004E69B9">
            <w:r>
              <w:t>kritické myslenie, komunikácia, spolupráca</w:t>
            </w:r>
            <w:r>
              <w:br/>
              <w:t>zdravie a kvalitný život</w:t>
            </w:r>
          </w:p>
        </w:tc>
      </w:tr>
      <w:tr w:rsidR="009E544B" w14:paraId="435D0104" w14:textId="77777777" w:rsidTr="005B6ADD">
        <w:trPr>
          <w:jc w:val="center"/>
        </w:trPr>
        <w:tc>
          <w:tcPr>
            <w:tcW w:w="865" w:type="dxa"/>
          </w:tcPr>
          <w:p w14:paraId="2C222580" w14:textId="77777777" w:rsidR="009E544B" w:rsidRDefault="009E544B"/>
        </w:tc>
        <w:tc>
          <w:tcPr>
            <w:tcW w:w="872" w:type="dxa"/>
          </w:tcPr>
          <w:p w14:paraId="3505725F" w14:textId="77777777" w:rsidR="009E544B" w:rsidRDefault="004E69B9">
            <w:r>
              <w:t>123</w:t>
            </w:r>
          </w:p>
        </w:tc>
        <w:tc>
          <w:tcPr>
            <w:tcW w:w="1389" w:type="dxa"/>
          </w:tcPr>
          <w:p w14:paraId="2D017C4E" w14:textId="77777777" w:rsidR="009E544B" w:rsidRDefault="004E69B9">
            <w:r>
              <w:t>10b (page 141)</w:t>
            </w:r>
          </w:p>
        </w:tc>
        <w:tc>
          <w:tcPr>
            <w:tcW w:w="2058" w:type="dxa"/>
          </w:tcPr>
          <w:p w14:paraId="2D0A955A" w14:textId="77777777" w:rsidR="009E544B" w:rsidRDefault="004E69B9">
            <w:r>
              <w:t>Gramatika - kauzatívna konštrukcia</w:t>
            </w:r>
          </w:p>
        </w:tc>
        <w:tc>
          <w:tcPr>
            <w:tcW w:w="2227" w:type="dxa"/>
          </w:tcPr>
          <w:p w14:paraId="0A106F72" w14:textId="77777777" w:rsidR="009E544B" w:rsidRDefault="004E69B9">
            <w:r>
              <w:t>používať kauzatívnu konštrukciu v ústnom a písomnom prejave</w:t>
            </w:r>
            <w:r>
              <w:br/>
              <w:t>vytvárať vety s väzbou have/get something done</w:t>
            </w:r>
            <w:r>
              <w:br/>
              <w:t>aplikovať kauzatívnu konštrukciu vo vhodnom kontexte</w:t>
            </w:r>
          </w:p>
        </w:tc>
        <w:tc>
          <w:tcPr>
            <w:tcW w:w="1270" w:type="dxa"/>
          </w:tcPr>
          <w:p w14:paraId="33902269" w14:textId="77777777" w:rsidR="009E544B" w:rsidRDefault="004E69B9">
            <w:r>
              <w:t>Causative form</w:t>
            </w:r>
          </w:p>
        </w:tc>
        <w:tc>
          <w:tcPr>
            <w:tcW w:w="1768" w:type="dxa"/>
          </w:tcPr>
          <w:p w14:paraId="3B84E040" w14:textId="77777777" w:rsidR="009E544B" w:rsidRDefault="009E544B"/>
        </w:tc>
        <w:tc>
          <w:tcPr>
            <w:tcW w:w="1418" w:type="dxa"/>
          </w:tcPr>
          <w:p w14:paraId="739BC360" w14:textId="77777777" w:rsidR="009E544B" w:rsidRDefault="009E544B"/>
        </w:tc>
        <w:tc>
          <w:tcPr>
            <w:tcW w:w="1708" w:type="dxa"/>
          </w:tcPr>
          <w:p w14:paraId="39A328B2" w14:textId="77777777" w:rsidR="009E544B" w:rsidRDefault="009E544B"/>
        </w:tc>
      </w:tr>
      <w:tr w:rsidR="009E544B" w14:paraId="16101BA5" w14:textId="77777777" w:rsidTr="005B6ADD">
        <w:trPr>
          <w:jc w:val="center"/>
        </w:trPr>
        <w:tc>
          <w:tcPr>
            <w:tcW w:w="865" w:type="dxa"/>
          </w:tcPr>
          <w:p w14:paraId="61FCD3D0" w14:textId="77777777" w:rsidR="009E544B" w:rsidRDefault="009E544B"/>
        </w:tc>
        <w:tc>
          <w:tcPr>
            <w:tcW w:w="872" w:type="dxa"/>
          </w:tcPr>
          <w:p w14:paraId="3B56B8D7" w14:textId="77777777" w:rsidR="009E544B" w:rsidRDefault="004E69B9">
            <w:r>
              <w:t>124</w:t>
            </w:r>
          </w:p>
        </w:tc>
        <w:tc>
          <w:tcPr>
            <w:tcW w:w="1389" w:type="dxa"/>
          </w:tcPr>
          <w:p w14:paraId="08FDE7A0" w14:textId="77777777" w:rsidR="009E544B" w:rsidRDefault="004E69B9">
            <w:r>
              <w:t>10B (page 142-143)</w:t>
            </w:r>
          </w:p>
        </w:tc>
        <w:tc>
          <w:tcPr>
            <w:tcW w:w="2058" w:type="dxa"/>
          </w:tcPr>
          <w:p w14:paraId="0FAB9E99" w14:textId="77777777" w:rsidR="009E544B" w:rsidRDefault="004E69B9">
            <w:r>
              <w:t>Počúvanie s porozumením - porozumieť nepriamo vyjadrenému významu</w:t>
            </w:r>
          </w:p>
        </w:tc>
        <w:tc>
          <w:tcPr>
            <w:tcW w:w="2227" w:type="dxa"/>
          </w:tcPr>
          <w:p w14:paraId="45F01345" w14:textId="77777777" w:rsidR="009E544B" w:rsidRDefault="004E69B9">
            <w:r>
              <w:t>porozumieť hlavným informáciám v nahrávke</w:t>
            </w:r>
            <w:r>
              <w:br/>
              <w:t>porozumieť nepriamo vyjadrenému významu informácií</w:t>
            </w:r>
            <w:r>
              <w:br/>
              <w:t>vyvodzovať závery na základe počutého textu</w:t>
            </w:r>
          </w:p>
        </w:tc>
        <w:tc>
          <w:tcPr>
            <w:tcW w:w="1270" w:type="dxa"/>
          </w:tcPr>
          <w:p w14:paraId="2620270B" w14:textId="77777777" w:rsidR="009E544B" w:rsidRDefault="009E544B"/>
        </w:tc>
        <w:tc>
          <w:tcPr>
            <w:tcW w:w="1768" w:type="dxa"/>
          </w:tcPr>
          <w:p w14:paraId="3A8696D4" w14:textId="77777777" w:rsidR="009E544B" w:rsidRDefault="004E69B9">
            <w:r>
              <w:t>words and phrases connected to art and entertainment</w:t>
            </w:r>
          </w:p>
        </w:tc>
        <w:tc>
          <w:tcPr>
            <w:tcW w:w="1418" w:type="dxa"/>
          </w:tcPr>
          <w:p w14:paraId="585527F1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55EA3C17" w14:textId="77777777" w:rsidR="009E544B" w:rsidRDefault="004E69B9">
            <w:r>
              <w:t>kritické myslenie, komunikácia, spolupráca, osobná a sociálna zodpovednosť, kreativita</w:t>
            </w:r>
            <w:r>
              <w:br/>
              <w:t>mediácia</w:t>
            </w:r>
            <w:r>
              <w:br/>
              <w:t>zníženie nerovností, udržateľné mestá a komunity</w:t>
            </w:r>
          </w:p>
        </w:tc>
      </w:tr>
      <w:tr w:rsidR="009E544B" w14:paraId="71011B0B" w14:textId="77777777" w:rsidTr="005B6ADD">
        <w:trPr>
          <w:jc w:val="center"/>
        </w:trPr>
        <w:tc>
          <w:tcPr>
            <w:tcW w:w="865" w:type="dxa"/>
          </w:tcPr>
          <w:p w14:paraId="030141E4" w14:textId="77777777" w:rsidR="009E544B" w:rsidRDefault="004E69B9">
            <w:r>
              <w:t>32</w:t>
            </w:r>
          </w:p>
        </w:tc>
        <w:tc>
          <w:tcPr>
            <w:tcW w:w="872" w:type="dxa"/>
          </w:tcPr>
          <w:p w14:paraId="62497D1A" w14:textId="77777777" w:rsidR="009E544B" w:rsidRDefault="004E69B9">
            <w:r>
              <w:t>125</w:t>
            </w:r>
          </w:p>
        </w:tc>
        <w:tc>
          <w:tcPr>
            <w:tcW w:w="1389" w:type="dxa"/>
          </w:tcPr>
          <w:p w14:paraId="38512DE8" w14:textId="77777777" w:rsidR="009E544B" w:rsidRDefault="004E69B9">
            <w:r>
              <w:t>10B (page 142-143)</w:t>
            </w:r>
          </w:p>
        </w:tc>
        <w:tc>
          <w:tcPr>
            <w:tcW w:w="2058" w:type="dxa"/>
          </w:tcPr>
          <w:p w14:paraId="1D5AF77F" w14:textId="77777777" w:rsidR="009E544B" w:rsidRDefault="004E69B9">
            <w:r>
              <w:t>Slovná zásoba - podstatné mená + predložky, Rozprávanie - umelecké festivaly</w:t>
            </w:r>
          </w:p>
        </w:tc>
        <w:tc>
          <w:tcPr>
            <w:tcW w:w="2227" w:type="dxa"/>
          </w:tcPr>
          <w:p w14:paraId="45D59149" w14:textId="77777777" w:rsidR="009E544B" w:rsidRDefault="004E69B9">
            <w:r>
              <w:t>používať väzby podstatných mien s predložkami</w:t>
            </w:r>
            <w:r>
              <w:br/>
              <w:t>diskutovať o umeleckých festivaloch a kultúrnych podujatiach</w:t>
            </w:r>
            <w:r>
              <w:br/>
              <w:t>vyjednávať, dospieť k rozhodnutiu a zdôvodniť svoj výber</w:t>
            </w:r>
          </w:p>
        </w:tc>
        <w:tc>
          <w:tcPr>
            <w:tcW w:w="1270" w:type="dxa"/>
          </w:tcPr>
          <w:p w14:paraId="2D3388AB" w14:textId="77777777" w:rsidR="009E544B" w:rsidRDefault="009E544B"/>
        </w:tc>
        <w:tc>
          <w:tcPr>
            <w:tcW w:w="1768" w:type="dxa"/>
          </w:tcPr>
          <w:p w14:paraId="2D0ED839" w14:textId="77777777" w:rsidR="009E544B" w:rsidRDefault="004E69B9">
            <w:r>
              <w:t>words and phrases connected to art and entertainment</w:t>
            </w:r>
          </w:p>
        </w:tc>
        <w:tc>
          <w:tcPr>
            <w:tcW w:w="1418" w:type="dxa"/>
          </w:tcPr>
          <w:p w14:paraId="2D89BCDA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181ECF3D" w14:textId="77777777" w:rsidR="009E544B" w:rsidRDefault="004E69B9">
            <w:r>
              <w:t>kritické myslenie, komunikácia, spolupráca, osobná a sociálna zodpovednosť, kreativita</w:t>
            </w:r>
            <w:r>
              <w:br/>
              <w:t>mediácia</w:t>
            </w:r>
            <w:r>
              <w:br/>
              <w:t>zníženie nerovností, udržateľné mestá a komunity</w:t>
            </w:r>
          </w:p>
        </w:tc>
      </w:tr>
      <w:tr w:rsidR="009E544B" w14:paraId="2A3B6AD6" w14:textId="77777777" w:rsidTr="005B6ADD">
        <w:trPr>
          <w:jc w:val="center"/>
        </w:trPr>
        <w:tc>
          <w:tcPr>
            <w:tcW w:w="865" w:type="dxa"/>
          </w:tcPr>
          <w:p w14:paraId="52776490" w14:textId="77777777" w:rsidR="009E544B" w:rsidRDefault="009E544B"/>
        </w:tc>
        <w:tc>
          <w:tcPr>
            <w:tcW w:w="872" w:type="dxa"/>
          </w:tcPr>
          <w:p w14:paraId="4959D3FC" w14:textId="77777777" w:rsidR="009E544B" w:rsidRDefault="004E69B9">
            <w:r>
              <w:t>126</w:t>
            </w:r>
          </w:p>
        </w:tc>
        <w:tc>
          <w:tcPr>
            <w:tcW w:w="1389" w:type="dxa"/>
          </w:tcPr>
          <w:p w14:paraId="16264510" w14:textId="77777777" w:rsidR="009E544B" w:rsidRDefault="004E69B9">
            <w:r>
              <w:t>10B (page 144-145)</w:t>
            </w:r>
          </w:p>
        </w:tc>
        <w:tc>
          <w:tcPr>
            <w:tcW w:w="2058" w:type="dxa"/>
          </w:tcPr>
          <w:p w14:paraId="55343A79" w14:textId="77777777" w:rsidR="009E544B" w:rsidRDefault="004E69B9">
            <w:r>
              <w:t>Písanie - správa</w:t>
            </w:r>
          </w:p>
        </w:tc>
        <w:tc>
          <w:tcPr>
            <w:tcW w:w="2227" w:type="dxa"/>
          </w:tcPr>
          <w:p w14:paraId="4FB40E9F" w14:textId="77777777" w:rsidR="009E544B" w:rsidRDefault="004E69B9">
            <w:r>
              <w:t>identifikovať charakteristické znaky správy</w:t>
            </w:r>
            <w:r>
              <w:br/>
              <w:t>formulovať odporúčania a závery</w:t>
            </w:r>
            <w:r>
              <w:br/>
              <w:t>napísať správu s využitím vhodnej štruktúry a jazykových prostriedkov</w:t>
            </w:r>
          </w:p>
        </w:tc>
        <w:tc>
          <w:tcPr>
            <w:tcW w:w="1270" w:type="dxa"/>
          </w:tcPr>
          <w:p w14:paraId="49A1BB5C" w14:textId="77777777" w:rsidR="009E544B" w:rsidRDefault="009E544B"/>
        </w:tc>
        <w:tc>
          <w:tcPr>
            <w:tcW w:w="1768" w:type="dxa"/>
          </w:tcPr>
          <w:p w14:paraId="5C9D8AD7" w14:textId="77777777" w:rsidR="009E544B" w:rsidRDefault="009E544B"/>
        </w:tc>
        <w:tc>
          <w:tcPr>
            <w:tcW w:w="1418" w:type="dxa"/>
          </w:tcPr>
          <w:p w14:paraId="22E452D1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2C49E74E" w14:textId="77777777" w:rsidR="009E544B" w:rsidRDefault="004E69B9">
            <w:r>
              <w:t>kritické myslenie, samostatné učenie</w:t>
            </w:r>
          </w:p>
        </w:tc>
      </w:tr>
      <w:tr w:rsidR="009E544B" w14:paraId="17D9CA1A" w14:textId="77777777" w:rsidTr="005B6ADD">
        <w:trPr>
          <w:jc w:val="center"/>
        </w:trPr>
        <w:tc>
          <w:tcPr>
            <w:tcW w:w="865" w:type="dxa"/>
          </w:tcPr>
          <w:p w14:paraId="447E62DE" w14:textId="77777777" w:rsidR="009E544B" w:rsidRDefault="009E544B"/>
        </w:tc>
        <w:tc>
          <w:tcPr>
            <w:tcW w:w="872" w:type="dxa"/>
          </w:tcPr>
          <w:p w14:paraId="3FA3B14B" w14:textId="77777777" w:rsidR="009E544B" w:rsidRDefault="004E69B9">
            <w:r>
              <w:t>127</w:t>
            </w:r>
          </w:p>
        </w:tc>
        <w:tc>
          <w:tcPr>
            <w:tcW w:w="1389" w:type="dxa"/>
          </w:tcPr>
          <w:p w14:paraId="05D57180" w14:textId="77777777" w:rsidR="009E544B" w:rsidRDefault="004E69B9">
            <w:r>
              <w:t>Review 10</w:t>
            </w:r>
            <w:r>
              <w:br/>
              <w:t>Self-evaluation</w:t>
            </w:r>
          </w:p>
        </w:tc>
        <w:tc>
          <w:tcPr>
            <w:tcW w:w="2058" w:type="dxa"/>
          </w:tcPr>
          <w:p w14:paraId="686FFA83" w14:textId="77777777" w:rsidR="009E544B" w:rsidRDefault="004E69B9">
            <w:r>
              <w:t>Zhrnutie učiva 10, Sebahodnotenie</w:t>
            </w:r>
          </w:p>
        </w:tc>
        <w:tc>
          <w:tcPr>
            <w:tcW w:w="2227" w:type="dxa"/>
          </w:tcPr>
          <w:p w14:paraId="2AEA6A94" w14:textId="77777777" w:rsidR="009E544B" w:rsidRDefault="004E69B9">
            <w:r>
              <w:t>zopakovať a upevniť učivo modulu</w:t>
            </w:r>
            <w:r>
              <w:br/>
              <w:t>používať osvojenú slovnú zásobu a gramatické štruktúry</w:t>
            </w:r>
            <w:r>
              <w:br/>
              <w:t>zhodnotiť vlastný pokrok v učení</w:t>
            </w:r>
          </w:p>
        </w:tc>
        <w:tc>
          <w:tcPr>
            <w:tcW w:w="1270" w:type="dxa"/>
          </w:tcPr>
          <w:p w14:paraId="7E077452" w14:textId="77777777" w:rsidR="009E544B" w:rsidRDefault="009E544B"/>
        </w:tc>
        <w:tc>
          <w:tcPr>
            <w:tcW w:w="1768" w:type="dxa"/>
          </w:tcPr>
          <w:p w14:paraId="7F0675B5" w14:textId="77777777" w:rsidR="009E544B" w:rsidRDefault="009E544B"/>
        </w:tc>
        <w:tc>
          <w:tcPr>
            <w:tcW w:w="1418" w:type="dxa"/>
          </w:tcPr>
          <w:p w14:paraId="35DE8DC7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35F1C9DC" w14:textId="77777777" w:rsidR="009E544B" w:rsidRDefault="004E69B9">
            <w:r>
              <w:t>kritické myslenie, samostatné učenie</w:t>
            </w:r>
          </w:p>
        </w:tc>
      </w:tr>
      <w:tr w:rsidR="009E544B" w14:paraId="04863DAC" w14:textId="77777777" w:rsidTr="005B6ADD">
        <w:trPr>
          <w:jc w:val="center"/>
        </w:trPr>
        <w:tc>
          <w:tcPr>
            <w:tcW w:w="865" w:type="dxa"/>
          </w:tcPr>
          <w:p w14:paraId="192AFE5F" w14:textId="77777777" w:rsidR="009E544B" w:rsidRDefault="009E544B"/>
        </w:tc>
        <w:tc>
          <w:tcPr>
            <w:tcW w:w="872" w:type="dxa"/>
          </w:tcPr>
          <w:p w14:paraId="216D3B76" w14:textId="77777777" w:rsidR="009E544B" w:rsidRDefault="004E69B9">
            <w:r>
              <w:t>128</w:t>
            </w:r>
          </w:p>
        </w:tc>
        <w:tc>
          <w:tcPr>
            <w:tcW w:w="1389" w:type="dxa"/>
          </w:tcPr>
          <w:p w14:paraId="768ED323" w14:textId="77777777" w:rsidR="009E544B" w:rsidRDefault="004E69B9">
            <w:r>
              <w:t>Test</w:t>
            </w:r>
          </w:p>
        </w:tc>
        <w:tc>
          <w:tcPr>
            <w:tcW w:w="2058" w:type="dxa"/>
          </w:tcPr>
          <w:p w14:paraId="6046EB89" w14:textId="77777777" w:rsidR="009E544B" w:rsidRDefault="004E69B9">
            <w:r>
              <w:t>Hodnotenie pokroku študentov</w:t>
            </w:r>
          </w:p>
        </w:tc>
        <w:tc>
          <w:tcPr>
            <w:tcW w:w="2227" w:type="dxa"/>
          </w:tcPr>
          <w:p w14:paraId="1BC6D07F" w14:textId="77777777" w:rsidR="009E544B" w:rsidRDefault="004E69B9">
            <w:r>
              <w:t>preukázať úroveň osvojených vedomostí a zručností</w:t>
            </w:r>
            <w:r>
              <w:br/>
              <w:t>aplikovať získané jazykové vedomosti v testových úlohách</w:t>
            </w:r>
            <w:r>
              <w:br/>
              <w:t>preukázať porozumenie učivu modulu</w:t>
            </w:r>
          </w:p>
        </w:tc>
        <w:tc>
          <w:tcPr>
            <w:tcW w:w="1270" w:type="dxa"/>
          </w:tcPr>
          <w:p w14:paraId="353956ED" w14:textId="77777777" w:rsidR="009E544B" w:rsidRDefault="009E544B"/>
        </w:tc>
        <w:tc>
          <w:tcPr>
            <w:tcW w:w="1768" w:type="dxa"/>
          </w:tcPr>
          <w:p w14:paraId="73C8A42D" w14:textId="77777777" w:rsidR="009E544B" w:rsidRDefault="009E544B"/>
        </w:tc>
        <w:tc>
          <w:tcPr>
            <w:tcW w:w="1418" w:type="dxa"/>
          </w:tcPr>
          <w:p w14:paraId="734F49A1" w14:textId="77777777" w:rsidR="009E544B" w:rsidRDefault="004E69B9">
            <w:r>
              <w:t>Tests &amp; audio (downloadable from the Teacher’s assistant)</w:t>
            </w:r>
          </w:p>
        </w:tc>
        <w:tc>
          <w:tcPr>
            <w:tcW w:w="1708" w:type="dxa"/>
          </w:tcPr>
          <w:p w14:paraId="43C8AC49" w14:textId="77777777" w:rsidR="009E544B" w:rsidRDefault="009E544B"/>
        </w:tc>
      </w:tr>
      <w:tr w:rsidR="009E544B" w14:paraId="011CD49A" w14:textId="77777777" w:rsidTr="005B6ADD">
        <w:trPr>
          <w:jc w:val="center"/>
        </w:trPr>
        <w:tc>
          <w:tcPr>
            <w:tcW w:w="865" w:type="dxa"/>
          </w:tcPr>
          <w:p w14:paraId="2CF89819" w14:textId="77777777" w:rsidR="009E544B" w:rsidRDefault="004E69B9">
            <w:r>
              <w:t>33</w:t>
            </w:r>
          </w:p>
        </w:tc>
        <w:tc>
          <w:tcPr>
            <w:tcW w:w="872" w:type="dxa"/>
          </w:tcPr>
          <w:p w14:paraId="57EFBBCA" w14:textId="77777777" w:rsidR="009E544B" w:rsidRDefault="004E69B9">
            <w:r>
              <w:t>129</w:t>
            </w:r>
          </w:p>
        </w:tc>
        <w:tc>
          <w:tcPr>
            <w:tcW w:w="1389" w:type="dxa"/>
          </w:tcPr>
          <w:p w14:paraId="230423E1" w14:textId="77777777" w:rsidR="009E544B" w:rsidRDefault="004E69B9">
            <w:r>
              <w:t>Exam practice modules 9-10</w:t>
            </w:r>
          </w:p>
        </w:tc>
        <w:tc>
          <w:tcPr>
            <w:tcW w:w="2058" w:type="dxa"/>
          </w:tcPr>
          <w:p w14:paraId="70E12D00" w14:textId="77777777" w:rsidR="009E544B" w:rsidRDefault="004E69B9">
            <w:r>
              <w:t>Práca s testovými úlohami - moduly 9-10</w:t>
            </w:r>
          </w:p>
        </w:tc>
        <w:tc>
          <w:tcPr>
            <w:tcW w:w="2227" w:type="dxa"/>
          </w:tcPr>
          <w:p w14:paraId="09885708" w14:textId="77777777" w:rsidR="009E544B" w:rsidRDefault="004E69B9">
            <w:r>
              <w:t>uplatniť stratégie riešenia testových úloh</w:t>
            </w:r>
            <w:r>
              <w:br/>
            </w:r>
            <w:r>
              <w:t>používať osvojené jazykové vedomosti a komunikačné zručnosti v rôznych typoch úloh</w:t>
            </w:r>
            <w:r>
              <w:br/>
              <w:t>overiť si úroveň zvládnutia učiva modulov 9–10</w:t>
            </w:r>
          </w:p>
        </w:tc>
        <w:tc>
          <w:tcPr>
            <w:tcW w:w="1270" w:type="dxa"/>
          </w:tcPr>
          <w:p w14:paraId="4E7F9576" w14:textId="77777777" w:rsidR="009E544B" w:rsidRDefault="009E544B"/>
        </w:tc>
        <w:tc>
          <w:tcPr>
            <w:tcW w:w="1768" w:type="dxa"/>
          </w:tcPr>
          <w:p w14:paraId="0F95BB9E" w14:textId="77777777" w:rsidR="009E544B" w:rsidRDefault="009E544B"/>
        </w:tc>
        <w:tc>
          <w:tcPr>
            <w:tcW w:w="1418" w:type="dxa"/>
          </w:tcPr>
          <w:p w14:paraId="7E4B5783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2B6948DB" w14:textId="77777777" w:rsidR="009E544B" w:rsidRDefault="004E69B9">
            <w:r>
              <w:t>samostatné učenie</w:t>
            </w:r>
            <w:r>
              <w:br/>
              <w:t>ochrana životného prostredia a biodiverzity., opatrenia v oblasti klímy</w:t>
            </w:r>
          </w:p>
        </w:tc>
      </w:tr>
      <w:tr w:rsidR="009E544B" w14:paraId="5A8A24E5" w14:textId="77777777" w:rsidTr="005B6ADD">
        <w:trPr>
          <w:jc w:val="center"/>
        </w:trPr>
        <w:tc>
          <w:tcPr>
            <w:tcW w:w="865" w:type="dxa"/>
          </w:tcPr>
          <w:p w14:paraId="4A14BFA8" w14:textId="77777777" w:rsidR="009E544B" w:rsidRDefault="009E544B"/>
        </w:tc>
        <w:tc>
          <w:tcPr>
            <w:tcW w:w="872" w:type="dxa"/>
          </w:tcPr>
          <w:p w14:paraId="19097437" w14:textId="77777777" w:rsidR="009E544B" w:rsidRDefault="004E69B9">
            <w:r>
              <w:t>130</w:t>
            </w:r>
          </w:p>
        </w:tc>
        <w:tc>
          <w:tcPr>
            <w:tcW w:w="1389" w:type="dxa"/>
          </w:tcPr>
          <w:p w14:paraId="1ABC1B4E" w14:textId="77777777" w:rsidR="009E544B" w:rsidRDefault="004E69B9">
            <w:r>
              <w:t>Exam practice modules 9-10</w:t>
            </w:r>
          </w:p>
        </w:tc>
        <w:tc>
          <w:tcPr>
            <w:tcW w:w="2058" w:type="dxa"/>
          </w:tcPr>
          <w:p w14:paraId="3D703117" w14:textId="77777777" w:rsidR="009E544B" w:rsidRDefault="004E69B9">
            <w:r>
              <w:t>Práca s testovými úlohami - moduly 9-10</w:t>
            </w:r>
          </w:p>
        </w:tc>
        <w:tc>
          <w:tcPr>
            <w:tcW w:w="2227" w:type="dxa"/>
          </w:tcPr>
          <w:p w14:paraId="14180A36" w14:textId="77777777" w:rsidR="009E544B" w:rsidRDefault="004E69B9">
            <w:r>
              <w:t>uplatniť stratégie riešenia testových úloh</w:t>
            </w:r>
            <w:r>
              <w:br/>
              <w:t>používať osvojené jazykové vedomosti a komunikačné zručnosti v rôznych typoch úloh</w:t>
            </w:r>
            <w:r>
              <w:br/>
              <w:t>overiť si úroveň zvládnutia učiva modulov 9–10</w:t>
            </w:r>
          </w:p>
        </w:tc>
        <w:tc>
          <w:tcPr>
            <w:tcW w:w="1270" w:type="dxa"/>
          </w:tcPr>
          <w:p w14:paraId="794C7EB3" w14:textId="77777777" w:rsidR="009E544B" w:rsidRDefault="009E544B"/>
        </w:tc>
        <w:tc>
          <w:tcPr>
            <w:tcW w:w="1768" w:type="dxa"/>
          </w:tcPr>
          <w:p w14:paraId="06A58501" w14:textId="77777777" w:rsidR="009E544B" w:rsidRDefault="009E544B"/>
        </w:tc>
        <w:tc>
          <w:tcPr>
            <w:tcW w:w="1418" w:type="dxa"/>
          </w:tcPr>
          <w:p w14:paraId="16EC211A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7BBE9C96" w14:textId="77777777" w:rsidR="009E544B" w:rsidRDefault="004E69B9">
            <w:r>
              <w:t>samostatné učenie</w:t>
            </w:r>
            <w:r>
              <w:br/>
              <w:t>ochrana životného prostredia a biodiverzity., opatrenia v oblasti klímy</w:t>
            </w:r>
          </w:p>
        </w:tc>
      </w:tr>
      <w:tr w:rsidR="009E544B" w14:paraId="5653EC43" w14:textId="77777777" w:rsidTr="005B6ADD">
        <w:trPr>
          <w:jc w:val="center"/>
        </w:trPr>
        <w:tc>
          <w:tcPr>
            <w:tcW w:w="865" w:type="dxa"/>
          </w:tcPr>
          <w:p w14:paraId="00B64F85" w14:textId="77777777" w:rsidR="009E544B" w:rsidRDefault="009E544B"/>
        </w:tc>
        <w:tc>
          <w:tcPr>
            <w:tcW w:w="872" w:type="dxa"/>
          </w:tcPr>
          <w:p w14:paraId="6D154B20" w14:textId="77777777" w:rsidR="009E544B" w:rsidRDefault="004E69B9">
            <w:r>
              <w:t>131</w:t>
            </w:r>
          </w:p>
        </w:tc>
        <w:tc>
          <w:tcPr>
            <w:tcW w:w="1389" w:type="dxa"/>
          </w:tcPr>
          <w:p w14:paraId="64EFF21A" w14:textId="77777777" w:rsidR="009E544B" w:rsidRDefault="004E69B9">
            <w:r>
              <w:t>Exam practice modules 9-10</w:t>
            </w:r>
          </w:p>
        </w:tc>
        <w:tc>
          <w:tcPr>
            <w:tcW w:w="2058" w:type="dxa"/>
          </w:tcPr>
          <w:p w14:paraId="6427AEFA" w14:textId="77777777" w:rsidR="009E544B" w:rsidRDefault="004E69B9">
            <w:r>
              <w:t>Práca s testovými úlohami - moduly 9-10</w:t>
            </w:r>
          </w:p>
        </w:tc>
        <w:tc>
          <w:tcPr>
            <w:tcW w:w="2227" w:type="dxa"/>
          </w:tcPr>
          <w:p w14:paraId="61709D5C" w14:textId="77777777" w:rsidR="009E544B" w:rsidRDefault="004E69B9">
            <w:r>
              <w:t>uplatniť stratégie riešenia testových úloh</w:t>
            </w:r>
            <w:r>
              <w:br/>
              <w:t xml:space="preserve">používať osvojené jazykové </w:t>
            </w:r>
            <w:r>
              <w:lastRenderedPageBreak/>
              <w:t>vedomosti a komunikačné zručnosti v rôznych typoch úloh</w:t>
            </w:r>
            <w:r>
              <w:br/>
              <w:t>overiť si úroveň zvládnutia učiva modulov 9–10</w:t>
            </w:r>
          </w:p>
        </w:tc>
        <w:tc>
          <w:tcPr>
            <w:tcW w:w="1270" w:type="dxa"/>
          </w:tcPr>
          <w:p w14:paraId="3851CBE2" w14:textId="77777777" w:rsidR="009E544B" w:rsidRDefault="009E544B"/>
        </w:tc>
        <w:tc>
          <w:tcPr>
            <w:tcW w:w="1768" w:type="dxa"/>
          </w:tcPr>
          <w:p w14:paraId="35076170" w14:textId="77777777" w:rsidR="009E544B" w:rsidRDefault="009E544B"/>
        </w:tc>
        <w:tc>
          <w:tcPr>
            <w:tcW w:w="1418" w:type="dxa"/>
          </w:tcPr>
          <w:p w14:paraId="7731D256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4D5F267A" w14:textId="77777777" w:rsidR="009E544B" w:rsidRDefault="004E69B9">
            <w:r>
              <w:t>samostatné učenie</w:t>
            </w:r>
            <w:r>
              <w:br/>
              <w:t xml:space="preserve">ochrana životného prostredia a </w:t>
            </w:r>
            <w:r>
              <w:lastRenderedPageBreak/>
              <w:t>biodiverzity., opatrenia v oblasti klímy</w:t>
            </w:r>
          </w:p>
        </w:tc>
      </w:tr>
      <w:tr w:rsidR="009E544B" w14:paraId="34A226A0" w14:textId="77777777" w:rsidTr="005B6ADD">
        <w:trPr>
          <w:jc w:val="center"/>
        </w:trPr>
        <w:tc>
          <w:tcPr>
            <w:tcW w:w="865" w:type="dxa"/>
          </w:tcPr>
          <w:p w14:paraId="6C9BAD4A" w14:textId="77777777" w:rsidR="009E544B" w:rsidRDefault="009E544B"/>
        </w:tc>
        <w:tc>
          <w:tcPr>
            <w:tcW w:w="872" w:type="dxa"/>
          </w:tcPr>
          <w:p w14:paraId="2B53DFC1" w14:textId="77777777" w:rsidR="009E544B" w:rsidRDefault="004E69B9">
            <w:r>
              <w:t>132</w:t>
            </w:r>
          </w:p>
        </w:tc>
        <w:tc>
          <w:tcPr>
            <w:tcW w:w="1389" w:type="dxa"/>
          </w:tcPr>
          <w:p w14:paraId="4BBBA9EE" w14:textId="77777777" w:rsidR="009E544B" w:rsidRDefault="004E69B9">
            <w:r>
              <w:t>Exam practice modules 9-10</w:t>
            </w:r>
          </w:p>
        </w:tc>
        <w:tc>
          <w:tcPr>
            <w:tcW w:w="2058" w:type="dxa"/>
          </w:tcPr>
          <w:p w14:paraId="7972FFDA" w14:textId="77777777" w:rsidR="009E544B" w:rsidRDefault="004E69B9">
            <w:r>
              <w:t>Práca s testovými úlohami - moduly 9-10</w:t>
            </w:r>
          </w:p>
        </w:tc>
        <w:tc>
          <w:tcPr>
            <w:tcW w:w="2227" w:type="dxa"/>
          </w:tcPr>
          <w:p w14:paraId="4BCE39B8" w14:textId="77777777" w:rsidR="009E544B" w:rsidRDefault="004E69B9">
            <w:r>
              <w:t>uplatniť stratégie riešenia testových úloh</w:t>
            </w:r>
            <w:r>
              <w:br/>
              <w:t>používať osvojené jazykové vedomosti a komunikačné zručnosti v rôznych typoch úloh</w:t>
            </w:r>
            <w:r>
              <w:br/>
              <w:t>overiť si úroveň zvládnutia učiva modulov 9–10</w:t>
            </w:r>
          </w:p>
        </w:tc>
        <w:tc>
          <w:tcPr>
            <w:tcW w:w="1270" w:type="dxa"/>
          </w:tcPr>
          <w:p w14:paraId="4189147F" w14:textId="77777777" w:rsidR="009E544B" w:rsidRDefault="009E544B"/>
        </w:tc>
        <w:tc>
          <w:tcPr>
            <w:tcW w:w="1768" w:type="dxa"/>
          </w:tcPr>
          <w:p w14:paraId="42E41F02" w14:textId="77777777" w:rsidR="009E544B" w:rsidRDefault="009E544B"/>
        </w:tc>
        <w:tc>
          <w:tcPr>
            <w:tcW w:w="1418" w:type="dxa"/>
          </w:tcPr>
          <w:p w14:paraId="44866585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72F17854" w14:textId="77777777" w:rsidR="009E544B" w:rsidRDefault="004E69B9">
            <w:r>
              <w:t>samostatné učenie</w:t>
            </w:r>
            <w:r>
              <w:br/>
              <w:t>ochrana životného prostredia a biodiverzity., opatrenia v oblasti klímy</w:t>
            </w:r>
          </w:p>
        </w:tc>
      </w:tr>
      <w:tr w:rsidR="009E544B" w14:paraId="44F35C1E" w14:textId="77777777" w:rsidTr="005B6ADD">
        <w:trPr>
          <w:jc w:val="center"/>
        </w:trPr>
        <w:tc>
          <w:tcPr>
            <w:tcW w:w="865" w:type="dxa"/>
          </w:tcPr>
          <w:p w14:paraId="4BB0A88F" w14:textId="77777777" w:rsidR="009E544B" w:rsidRDefault="004E69B9">
            <w:r>
              <w:t>34</w:t>
            </w:r>
          </w:p>
        </w:tc>
        <w:tc>
          <w:tcPr>
            <w:tcW w:w="872" w:type="dxa"/>
          </w:tcPr>
          <w:p w14:paraId="533F4705" w14:textId="77777777" w:rsidR="009E544B" w:rsidRDefault="004E69B9">
            <w:r>
              <w:t>134</w:t>
            </w:r>
          </w:p>
        </w:tc>
        <w:tc>
          <w:tcPr>
            <w:tcW w:w="1389" w:type="dxa"/>
          </w:tcPr>
          <w:p w14:paraId="3D947930" w14:textId="77777777" w:rsidR="009E544B" w:rsidRDefault="004E69B9">
            <w:r>
              <w:t>Task 1 - Modules 1-5 (page 190)</w:t>
            </w:r>
          </w:p>
        </w:tc>
        <w:tc>
          <w:tcPr>
            <w:tcW w:w="2058" w:type="dxa"/>
          </w:tcPr>
          <w:p w14:paraId="03F9EF46" w14:textId="77777777" w:rsidR="009E544B" w:rsidRDefault="004E69B9">
            <w:r>
              <w:t>Finančná gramotnosť – tvorba rozpočtu a zodpovedné hospodárenie s financiami</w:t>
            </w:r>
          </w:p>
        </w:tc>
        <w:tc>
          <w:tcPr>
            <w:tcW w:w="2227" w:type="dxa"/>
          </w:tcPr>
          <w:p w14:paraId="265CF2D3" w14:textId="77777777" w:rsidR="009E544B" w:rsidRDefault="004E69B9">
            <w:r>
              <w:t>vytvoriť osobný rozpočet a plánovať výdavky</w:t>
            </w:r>
            <w:r>
              <w:br/>
              <w:t>používať slovnú zásobu súvisiacu s financiami a hospodárením</w:t>
            </w:r>
            <w:r>
              <w:br/>
              <w:t>diskutovať o zásadách zodpovedného nakladania s financiami</w:t>
            </w:r>
          </w:p>
        </w:tc>
        <w:tc>
          <w:tcPr>
            <w:tcW w:w="1270" w:type="dxa"/>
          </w:tcPr>
          <w:p w14:paraId="56DC4A70" w14:textId="77777777" w:rsidR="009E544B" w:rsidRDefault="009E544B"/>
        </w:tc>
        <w:tc>
          <w:tcPr>
            <w:tcW w:w="1768" w:type="dxa"/>
          </w:tcPr>
          <w:p w14:paraId="5C2096F5" w14:textId="77777777" w:rsidR="009E544B" w:rsidRDefault="009E544B"/>
        </w:tc>
        <w:tc>
          <w:tcPr>
            <w:tcW w:w="1418" w:type="dxa"/>
          </w:tcPr>
          <w:p w14:paraId="694C20E6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289706FA" w14:textId="77777777" w:rsidR="009E544B" w:rsidRDefault="004E69B9">
            <w:r>
              <w:t>samostatné učenie</w:t>
            </w:r>
            <w:r>
              <w:br/>
              <w:t>ochrana životného prostredia a biodiverzity., opatrenia v oblasti klímy, kvalitné vzdelávanie, dôstojná práca a ekonomický rast</w:t>
            </w:r>
          </w:p>
        </w:tc>
      </w:tr>
      <w:tr w:rsidR="009E544B" w14:paraId="3D664883" w14:textId="77777777" w:rsidTr="005B6ADD">
        <w:trPr>
          <w:jc w:val="center"/>
        </w:trPr>
        <w:tc>
          <w:tcPr>
            <w:tcW w:w="865" w:type="dxa"/>
          </w:tcPr>
          <w:p w14:paraId="4721C6AF" w14:textId="77777777" w:rsidR="009E544B" w:rsidRDefault="009E544B"/>
        </w:tc>
        <w:tc>
          <w:tcPr>
            <w:tcW w:w="872" w:type="dxa"/>
          </w:tcPr>
          <w:p w14:paraId="75D014F7" w14:textId="77777777" w:rsidR="009E544B" w:rsidRDefault="004E69B9">
            <w:r>
              <w:t>135</w:t>
            </w:r>
          </w:p>
        </w:tc>
        <w:tc>
          <w:tcPr>
            <w:tcW w:w="1389" w:type="dxa"/>
          </w:tcPr>
          <w:p w14:paraId="4AC14F6D" w14:textId="77777777" w:rsidR="009E544B" w:rsidRDefault="004E69B9">
            <w:r>
              <w:t>Task 2 - Modules 6-10 (page 191)</w:t>
            </w:r>
          </w:p>
        </w:tc>
        <w:tc>
          <w:tcPr>
            <w:tcW w:w="2058" w:type="dxa"/>
          </w:tcPr>
          <w:p w14:paraId="7510E0A3" w14:textId="77777777" w:rsidR="009E544B" w:rsidRDefault="004E69B9">
            <w:r>
              <w:t>Leonardo da Vinci – prezentácia osobnosti a diela</w:t>
            </w:r>
          </w:p>
        </w:tc>
        <w:tc>
          <w:tcPr>
            <w:tcW w:w="2227" w:type="dxa"/>
          </w:tcPr>
          <w:p w14:paraId="2386B777" w14:textId="77777777" w:rsidR="009E544B" w:rsidRDefault="004E69B9">
            <w:r>
              <w:t>vyhľadať a spracovať informácie o živote a diele Leonarda da Vinciho</w:t>
            </w:r>
            <w:r>
              <w:br/>
              <w:t>pripraviť prezentáciu s využitím vhodných digitálnych nástrojov</w:t>
            </w:r>
            <w:r>
              <w:br/>
            </w:r>
            <w:r>
              <w:t>prezentovať informácie pred publikom a rozvíjať zručnosti verejného vystupovania</w:t>
            </w:r>
          </w:p>
        </w:tc>
        <w:tc>
          <w:tcPr>
            <w:tcW w:w="1270" w:type="dxa"/>
          </w:tcPr>
          <w:p w14:paraId="02391997" w14:textId="77777777" w:rsidR="009E544B" w:rsidRDefault="009E544B"/>
        </w:tc>
        <w:tc>
          <w:tcPr>
            <w:tcW w:w="1768" w:type="dxa"/>
          </w:tcPr>
          <w:p w14:paraId="639762A9" w14:textId="77777777" w:rsidR="009E544B" w:rsidRDefault="009E544B"/>
        </w:tc>
        <w:tc>
          <w:tcPr>
            <w:tcW w:w="1418" w:type="dxa"/>
          </w:tcPr>
          <w:p w14:paraId="41B0DF10" w14:textId="77777777" w:rsidR="009E544B" w:rsidRDefault="004E69B9">
            <w:r>
              <w:t>Student’s book, multimedia material</w:t>
            </w:r>
          </w:p>
        </w:tc>
        <w:tc>
          <w:tcPr>
            <w:tcW w:w="1708" w:type="dxa"/>
          </w:tcPr>
          <w:p w14:paraId="396A4859" w14:textId="77777777" w:rsidR="009E544B" w:rsidRDefault="004E69B9">
            <w:r>
              <w:t>samostatné učenie</w:t>
            </w:r>
            <w:r>
              <w:br/>
              <w:t>ochrana životného prostredia a biodiverzity., opatrenia v oblasti klímy, kvalitné vzdelávanie, dôstojná práca a ekonomický rast</w:t>
            </w:r>
          </w:p>
        </w:tc>
      </w:tr>
      <w:tr w:rsidR="009E544B" w14:paraId="7E838EAC" w14:textId="77777777" w:rsidTr="005B6ADD">
        <w:trPr>
          <w:jc w:val="center"/>
        </w:trPr>
        <w:tc>
          <w:tcPr>
            <w:tcW w:w="865" w:type="dxa"/>
          </w:tcPr>
          <w:p w14:paraId="17F89CB0" w14:textId="77777777" w:rsidR="009E544B" w:rsidRDefault="009E544B"/>
        </w:tc>
        <w:tc>
          <w:tcPr>
            <w:tcW w:w="872" w:type="dxa"/>
          </w:tcPr>
          <w:p w14:paraId="379FD046" w14:textId="77777777" w:rsidR="009E544B" w:rsidRDefault="004E69B9">
            <w:r>
              <w:t>133</w:t>
            </w:r>
          </w:p>
        </w:tc>
        <w:tc>
          <w:tcPr>
            <w:tcW w:w="1389" w:type="dxa"/>
          </w:tcPr>
          <w:p w14:paraId="0905DA16" w14:textId="77777777" w:rsidR="009E544B" w:rsidRDefault="004E69B9">
            <w:r>
              <w:t>Final test</w:t>
            </w:r>
          </w:p>
        </w:tc>
        <w:tc>
          <w:tcPr>
            <w:tcW w:w="2058" w:type="dxa"/>
          </w:tcPr>
          <w:p w14:paraId="408C2A80" w14:textId="77777777" w:rsidR="009E544B" w:rsidRDefault="004E69B9">
            <w:r>
              <w:t>Hodnotenie pokroku študentov</w:t>
            </w:r>
          </w:p>
        </w:tc>
        <w:tc>
          <w:tcPr>
            <w:tcW w:w="2227" w:type="dxa"/>
          </w:tcPr>
          <w:p w14:paraId="5C47464B" w14:textId="77777777" w:rsidR="009E544B" w:rsidRDefault="004E69B9">
            <w:r>
              <w:t>preukázať úroveň osvojených vedomostí a zručností</w:t>
            </w:r>
            <w:r>
              <w:br/>
              <w:t>aplikovať získané jazykové vedomosti v testových úlohách</w:t>
            </w:r>
            <w:r>
              <w:br/>
              <w:t>preukázať porozumenie učivu modulu</w:t>
            </w:r>
          </w:p>
        </w:tc>
        <w:tc>
          <w:tcPr>
            <w:tcW w:w="1270" w:type="dxa"/>
          </w:tcPr>
          <w:p w14:paraId="35608443" w14:textId="77777777" w:rsidR="009E544B" w:rsidRDefault="009E544B"/>
        </w:tc>
        <w:tc>
          <w:tcPr>
            <w:tcW w:w="1768" w:type="dxa"/>
          </w:tcPr>
          <w:p w14:paraId="52BED016" w14:textId="77777777" w:rsidR="009E544B" w:rsidRDefault="009E544B"/>
        </w:tc>
        <w:tc>
          <w:tcPr>
            <w:tcW w:w="1418" w:type="dxa"/>
          </w:tcPr>
          <w:p w14:paraId="7D41BC59" w14:textId="77777777" w:rsidR="009E544B" w:rsidRDefault="004E69B9">
            <w:r>
              <w:t>Tests &amp; audio (downloadable from the Teacher’s assistant)</w:t>
            </w:r>
          </w:p>
        </w:tc>
        <w:tc>
          <w:tcPr>
            <w:tcW w:w="1708" w:type="dxa"/>
          </w:tcPr>
          <w:p w14:paraId="5DE392CC" w14:textId="77777777" w:rsidR="009E544B" w:rsidRDefault="009E544B"/>
        </w:tc>
      </w:tr>
      <w:tr w:rsidR="009E544B" w14:paraId="4EFFF067" w14:textId="77777777" w:rsidTr="005B6ADD">
        <w:trPr>
          <w:jc w:val="center"/>
        </w:trPr>
        <w:tc>
          <w:tcPr>
            <w:tcW w:w="865" w:type="dxa"/>
          </w:tcPr>
          <w:p w14:paraId="18055246" w14:textId="77777777" w:rsidR="009E544B" w:rsidRDefault="009E544B"/>
        </w:tc>
        <w:tc>
          <w:tcPr>
            <w:tcW w:w="872" w:type="dxa"/>
          </w:tcPr>
          <w:p w14:paraId="1F320F97" w14:textId="77777777" w:rsidR="009E544B" w:rsidRDefault="004E69B9">
            <w:r>
              <w:t>136</w:t>
            </w:r>
          </w:p>
        </w:tc>
        <w:tc>
          <w:tcPr>
            <w:tcW w:w="1389" w:type="dxa"/>
          </w:tcPr>
          <w:p w14:paraId="5E8CC442" w14:textId="77777777" w:rsidR="009E544B" w:rsidRDefault="004E69B9">
            <w:r>
              <w:t>End of school year</w:t>
            </w:r>
          </w:p>
        </w:tc>
        <w:tc>
          <w:tcPr>
            <w:tcW w:w="2058" w:type="dxa"/>
          </w:tcPr>
          <w:p w14:paraId="5951FEDA" w14:textId="77777777" w:rsidR="009E544B" w:rsidRDefault="004E69B9">
            <w:r>
              <w:t>Koncoročné hodnotenie</w:t>
            </w:r>
          </w:p>
        </w:tc>
        <w:tc>
          <w:tcPr>
            <w:tcW w:w="2227" w:type="dxa"/>
          </w:tcPr>
          <w:p w14:paraId="39AADA18" w14:textId="77777777" w:rsidR="009E544B" w:rsidRDefault="004E69B9">
            <w:r>
              <w:t>zhodnotiť vlastný pokrok počas školského roka</w:t>
            </w:r>
            <w:r>
              <w:br/>
            </w:r>
            <w:r>
              <w:lastRenderedPageBreak/>
              <w:t>reflektovať nad získanými vedomosťami a zručnosťami</w:t>
            </w:r>
            <w:r>
              <w:br/>
              <w:t>identifikovať oblasti na ďalšie zlepšenie</w:t>
            </w:r>
          </w:p>
        </w:tc>
        <w:tc>
          <w:tcPr>
            <w:tcW w:w="1270" w:type="dxa"/>
          </w:tcPr>
          <w:p w14:paraId="6A7DAFF2" w14:textId="77777777" w:rsidR="009E544B" w:rsidRDefault="009E544B"/>
        </w:tc>
        <w:tc>
          <w:tcPr>
            <w:tcW w:w="1768" w:type="dxa"/>
          </w:tcPr>
          <w:p w14:paraId="72D3BFF6" w14:textId="77777777" w:rsidR="009E544B" w:rsidRDefault="009E544B"/>
        </w:tc>
        <w:tc>
          <w:tcPr>
            <w:tcW w:w="1418" w:type="dxa"/>
          </w:tcPr>
          <w:p w14:paraId="40783388" w14:textId="77777777" w:rsidR="009E544B" w:rsidRDefault="009E544B"/>
        </w:tc>
        <w:tc>
          <w:tcPr>
            <w:tcW w:w="1708" w:type="dxa"/>
          </w:tcPr>
          <w:p w14:paraId="5E5DC949" w14:textId="77777777" w:rsidR="009E544B" w:rsidRDefault="009E544B"/>
        </w:tc>
      </w:tr>
    </w:tbl>
    <w:p w14:paraId="4BB67510" w14:textId="77777777" w:rsidR="002423F1" w:rsidRDefault="002423F1"/>
    <w:sectPr w:rsidR="002423F1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41911063">
    <w:abstractNumId w:val="8"/>
  </w:num>
  <w:num w:numId="2" w16cid:durableId="503670512">
    <w:abstractNumId w:val="6"/>
  </w:num>
  <w:num w:numId="3" w16cid:durableId="606425252">
    <w:abstractNumId w:val="5"/>
  </w:num>
  <w:num w:numId="4" w16cid:durableId="671877114">
    <w:abstractNumId w:val="4"/>
  </w:num>
  <w:num w:numId="5" w16cid:durableId="509568941">
    <w:abstractNumId w:val="7"/>
  </w:num>
  <w:num w:numId="6" w16cid:durableId="744953698">
    <w:abstractNumId w:val="3"/>
  </w:num>
  <w:num w:numId="7" w16cid:durableId="156649734">
    <w:abstractNumId w:val="2"/>
  </w:num>
  <w:num w:numId="8" w16cid:durableId="887111592">
    <w:abstractNumId w:val="1"/>
  </w:num>
  <w:num w:numId="9" w16cid:durableId="1910076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2490"/>
    <w:rsid w:val="0015074B"/>
    <w:rsid w:val="002423F1"/>
    <w:rsid w:val="0029639D"/>
    <w:rsid w:val="002E6D38"/>
    <w:rsid w:val="00326F90"/>
    <w:rsid w:val="004560C2"/>
    <w:rsid w:val="005B6ADD"/>
    <w:rsid w:val="00996B4C"/>
    <w:rsid w:val="009B67ED"/>
    <w:rsid w:val="009E544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27BEEA"/>
  <w14:defaultImageDpi w14:val="300"/>
  <w15:docId w15:val="{BFED0DC3-4DAB-41A1-B322-81E45C2F2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7057</Words>
  <Characters>40228</Characters>
  <Application>Microsoft Office Word</Application>
  <DocSecurity>0</DocSecurity>
  <Lines>335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47191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Silvia Nágel</cp:lastModifiedBy>
  <cp:revision>2</cp:revision>
  <dcterms:created xsi:type="dcterms:W3CDTF">2026-06-26T10:43:00Z</dcterms:created>
  <dcterms:modified xsi:type="dcterms:W3CDTF">2026-06-26T10:43:00Z</dcterms:modified>
  <cp:category/>
</cp:coreProperties>
</file>